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169CA" w14:textId="77777777" w:rsidR="00495879" w:rsidRDefault="00495879"/>
    <w:p w14:paraId="046427AE" w14:textId="77777777" w:rsidR="00495879" w:rsidRDefault="00495879"/>
    <w:p w14:paraId="1152E1A8" w14:textId="77777777" w:rsidR="00495879" w:rsidRDefault="00000000">
      <w:pPr>
        <w:pStyle w:val="MainTitle"/>
      </w:pPr>
      <w:r>
        <w:t>GBCM LLC</w:t>
      </w:r>
    </w:p>
    <w:p w14:paraId="33A79A49" w14:textId="77777777" w:rsidR="00495879" w:rsidRDefault="00000000">
      <w:pPr>
        <w:spacing w:after="480"/>
        <w:jc w:val="center"/>
      </w:pPr>
      <w:r>
        <w:rPr>
          <w:b/>
          <w:color w:val="595959"/>
          <w:sz w:val="40"/>
        </w:rPr>
        <w:t>BUSINESS PLAN 2025-2028</w:t>
      </w:r>
    </w:p>
    <w:p w14:paraId="3FD6BB76" w14:textId="77777777" w:rsidR="00495879" w:rsidRDefault="00000000">
      <w:pPr>
        <w:spacing w:after="960"/>
        <w:jc w:val="center"/>
      </w:pPr>
      <w:r>
        <w:rPr>
          <w:i/>
          <w:color w:val="C00000"/>
          <w:sz w:val="28"/>
        </w:rPr>
        <w:t>Version 2.1 - Modèle Bi-Continental</w:t>
      </w:r>
    </w:p>
    <w:p w14:paraId="2BE268A6" w14:textId="77777777" w:rsidR="00495879" w:rsidRDefault="00000000">
      <w:pPr>
        <w:jc w:val="center"/>
      </w:pPr>
      <w:r>
        <w:rPr>
          <w:i/>
          <w:sz w:val="28"/>
        </w:rPr>
        <w:t>Plateforme de Coaching Business Bi-Continentale (US + Afrique)</w:t>
      </w:r>
      <w:r>
        <w:rPr>
          <w:i/>
          <w:sz w:val="28"/>
        </w:rPr>
        <w:br/>
      </w:r>
    </w:p>
    <w:p w14:paraId="27D5666C" w14:textId="77777777" w:rsidR="00495879" w:rsidRDefault="00000000">
      <w:pPr>
        <w:spacing w:after="1440"/>
        <w:jc w:val="center"/>
      </w:pPr>
      <w:r>
        <w:rPr>
          <w:sz w:val="24"/>
        </w:rPr>
        <w:t>Accompagnement Stratégique avec Partenariat Lions Dev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2738C34D" w14:textId="77777777">
        <w:trPr>
          <w:jc w:val="center"/>
        </w:trPr>
        <w:tc>
          <w:tcPr>
            <w:tcW w:w="4320" w:type="dxa"/>
          </w:tcPr>
          <w:p w14:paraId="40C706F7" w14:textId="77777777" w:rsidR="00495879" w:rsidRDefault="00000000">
            <w:r>
              <w:t>Version:</w:t>
            </w:r>
          </w:p>
        </w:tc>
        <w:tc>
          <w:tcPr>
            <w:tcW w:w="4320" w:type="dxa"/>
          </w:tcPr>
          <w:p w14:paraId="2E630161" w14:textId="77777777" w:rsidR="00495879" w:rsidRDefault="00000000">
            <w:r>
              <w:t>2.1 (Bi-Continental + IA Phase 2)</w:t>
            </w:r>
          </w:p>
        </w:tc>
      </w:tr>
      <w:tr w:rsidR="00495879" w14:paraId="3EA614B6" w14:textId="77777777">
        <w:trPr>
          <w:jc w:val="center"/>
        </w:trPr>
        <w:tc>
          <w:tcPr>
            <w:tcW w:w="4320" w:type="dxa"/>
          </w:tcPr>
          <w:p w14:paraId="47A92B60" w14:textId="77777777" w:rsidR="00495879" w:rsidRDefault="00000000">
            <w:r>
              <w:t>Date:</w:t>
            </w:r>
          </w:p>
        </w:tc>
        <w:tc>
          <w:tcPr>
            <w:tcW w:w="4320" w:type="dxa"/>
          </w:tcPr>
          <w:p w14:paraId="3FF1E9E0" w14:textId="77777777" w:rsidR="00495879" w:rsidRDefault="00000000">
            <w:r>
              <w:t>Janvier 2025</w:t>
            </w:r>
          </w:p>
        </w:tc>
      </w:tr>
      <w:tr w:rsidR="00495879" w14:paraId="034E50D8" w14:textId="77777777">
        <w:trPr>
          <w:jc w:val="center"/>
        </w:trPr>
        <w:tc>
          <w:tcPr>
            <w:tcW w:w="4320" w:type="dxa"/>
          </w:tcPr>
          <w:p w14:paraId="047557E6" w14:textId="77777777" w:rsidR="00495879" w:rsidRDefault="00000000">
            <w:r>
              <w:t>Fondateur:</w:t>
            </w:r>
          </w:p>
        </w:tc>
        <w:tc>
          <w:tcPr>
            <w:tcW w:w="4320" w:type="dxa"/>
          </w:tcPr>
          <w:p w14:paraId="24B9B480" w14:textId="77777777" w:rsidR="00495879" w:rsidRDefault="00000000">
            <w:r>
              <w:t>Abdoul Karim GBANE</w:t>
            </w:r>
          </w:p>
        </w:tc>
      </w:tr>
      <w:tr w:rsidR="00495879" w14:paraId="50A76DF6" w14:textId="77777777">
        <w:trPr>
          <w:jc w:val="center"/>
        </w:trPr>
        <w:tc>
          <w:tcPr>
            <w:tcW w:w="4320" w:type="dxa"/>
          </w:tcPr>
          <w:p w14:paraId="6E8026BD" w14:textId="77777777" w:rsidR="00495879" w:rsidRDefault="00000000">
            <w:r>
              <w:t>Période:</w:t>
            </w:r>
          </w:p>
        </w:tc>
        <w:tc>
          <w:tcPr>
            <w:tcW w:w="4320" w:type="dxa"/>
          </w:tcPr>
          <w:p w14:paraId="455B0A50" w14:textId="77777777" w:rsidR="00495879" w:rsidRDefault="00000000">
            <w:r>
              <w:t>2026-2028 (3 ans)</w:t>
            </w:r>
          </w:p>
        </w:tc>
      </w:tr>
      <w:tr w:rsidR="00495879" w14:paraId="58C65282" w14:textId="77777777">
        <w:trPr>
          <w:jc w:val="center"/>
        </w:trPr>
        <w:tc>
          <w:tcPr>
            <w:tcW w:w="4320" w:type="dxa"/>
          </w:tcPr>
          <w:p w14:paraId="42325A79" w14:textId="77777777" w:rsidR="00495879" w:rsidRDefault="00000000">
            <w:r>
              <w:t>Statut:</w:t>
            </w:r>
          </w:p>
        </w:tc>
        <w:tc>
          <w:tcPr>
            <w:tcW w:w="4320" w:type="dxa"/>
          </w:tcPr>
          <w:p w14:paraId="20C5A136" w14:textId="77777777" w:rsidR="00495879" w:rsidRDefault="00000000">
            <w:r>
              <w:t>Confidentiel et Propriétaire</w:t>
            </w:r>
          </w:p>
        </w:tc>
      </w:tr>
      <w:tr w:rsidR="00495879" w14:paraId="5096F041" w14:textId="77777777">
        <w:trPr>
          <w:jc w:val="center"/>
        </w:trPr>
        <w:tc>
          <w:tcPr>
            <w:tcW w:w="4320" w:type="dxa"/>
          </w:tcPr>
          <w:p w14:paraId="4B58206A" w14:textId="77777777" w:rsidR="00495879" w:rsidRDefault="00000000">
            <w:r>
              <w:t>Marchés:</w:t>
            </w:r>
          </w:p>
        </w:tc>
        <w:tc>
          <w:tcPr>
            <w:tcW w:w="4320" w:type="dxa"/>
          </w:tcPr>
          <w:p w14:paraId="0EE05E86" w14:textId="77777777" w:rsidR="00495879" w:rsidRDefault="00000000">
            <w:r>
              <w:t>États-Unis + Afrique</w:t>
            </w:r>
          </w:p>
        </w:tc>
      </w:tr>
      <w:tr w:rsidR="00495879" w14:paraId="5A7FE80F" w14:textId="77777777">
        <w:trPr>
          <w:jc w:val="center"/>
        </w:trPr>
        <w:tc>
          <w:tcPr>
            <w:tcW w:w="4320" w:type="dxa"/>
          </w:tcPr>
          <w:p w14:paraId="498BC295" w14:textId="77777777" w:rsidR="00495879" w:rsidRDefault="00000000">
            <w:r>
              <w:t>Contact:</w:t>
            </w:r>
          </w:p>
        </w:tc>
        <w:tc>
          <w:tcPr>
            <w:tcW w:w="4320" w:type="dxa"/>
          </w:tcPr>
          <w:p w14:paraId="11B4A739" w14:textId="77777777" w:rsidR="00495879" w:rsidRDefault="00000000">
            <w:r>
              <w:t>à compléter</w:t>
            </w:r>
          </w:p>
        </w:tc>
      </w:tr>
    </w:tbl>
    <w:p w14:paraId="77F663AF" w14:textId="77777777" w:rsidR="00495879" w:rsidRDefault="00495879"/>
    <w:p w14:paraId="425B216B" w14:textId="77777777" w:rsidR="00495879" w:rsidRDefault="00495879"/>
    <w:p w14:paraId="3D1DCEA1" w14:textId="77777777" w:rsidR="00495879" w:rsidRDefault="00000000">
      <w:pPr>
        <w:jc w:val="center"/>
      </w:pPr>
      <w:r>
        <w:rPr>
          <w:i/>
          <w:color w:val="808080"/>
          <w:sz w:val="18"/>
        </w:rPr>
        <w:t>© 2025 GBCM LLC - Tous droits réservés</w:t>
      </w:r>
    </w:p>
    <w:p w14:paraId="3B8CB847" w14:textId="77777777" w:rsidR="00495879" w:rsidRDefault="00000000">
      <w:r>
        <w:br w:type="page"/>
      </w:r>
    </w:p>
    <w:p w14:paraId="208641B4" w14:textId="77777777" w:rsidR="00495879" w:rsidRDefault="00000000">
      <w:pPr>
        <w:pStyle w:val="Titre1"/>
      </w:pPr>
      <w:r>
        <w:lastRenderedPageBreak/>
        <w:t>1. EXECUTIVE SUMMARY</w:t>
      </w:r>
    </w:p>
    <w:p w14:paraId="59935BEC" w14:textId="77777777" w:rsidR="00495879" w:rsidRDefault="00000000">
      <w:r>
        <w:t>________________________________________________________________________________</w:t>
      </w:r>
    </w:p>
    <w:p w14:paraId="053A5C28" w14:textId="77777777" w:rsidR="00495879" w:rsidRDefault="00000000">
      <w:pPr>
        <w:pStyle w:val="Titre2"/>
      </w:pPr>
      <w:r>
        <w:t>📋 TABLE DES MATIÈRES</w:t>
      </w:r>
    </w:p>
    <w:p w14:paraId="2AEE21D4" w14:textId="77777777" w:rsidR="00495879" w:rsidRDefault="00000000">
      <w:pPr>
        <w:pStyle w:val="Listepuces"/>
      </w:pPr>
      <w:r>
        <w:t>[Vue d'Ensemble](#vue-densemble)</w:t>
      </w:r>
    </w:p>
    <w:p w14:paraId="0C949DCE" w14:textId="77777777" w:rsidR="00495879" w:rsidRDefault="00000000">
      <w:pPr>
        <w:pStyle w:val="Listepuces"/>
      </w:pPr>
      <w:r>
        <w:t>[La Problématique du Marché](#la-problématique-du-marché)</w:t>
      </w:r>
    </w:p>
    <w:p w14:paraId="3C76AEDE" w14:textId="77777777" w:rsidR="00495879" w:rsidRDefault="00000000">
      <w:pPr>
        <w:pStyle w:val="Listepuces"/>
      </w:pPr>
      <w:r>
        <w:t>[Notre Solution](#notre-solution)</w:t>
      </w:r>
    </w:p>
    <w:p w14:paraId="301F5BFB" w14:textId="77777777" w:rsidR="00495879" w:rsidRDefault="00000000">
      <w:pPr>
        <w:pStyle w:val="Listepuces"/>
      </w:pPr>
      <w:r>
        <w:t>[Avantages Compétitifs](#avantages-compétitifs)</w:t>
      </w:r>
    </w:p>
    <w:p w14:paraId="3E188426" w14:textId="77777777" w:rsidR="00495879" w:rsidRDefault="00000000">
      <w:pPr>
        <w:pStyle w:val="Listepuces"/>
      </w:pPr>
      <w:r>
        <w:t>[Opportunité de Marché](#opportunité-de-marché)</w:t>
      </w:r>
    </w:p>
    <w:p w14:paraId="4D928916" w14:textId="77777777" w:rsidR="00495879" w:rsidRDefault="00000000">
      <w:pPr>
        <w:pStyle w:val="Listepuces"/>
      </w:pPr>
      <w:r>
        <w:t>[Projections Financières](#projections-financières)</w:t>
      </w:r>
    </w:p>
    <w:p w14:paraId="09A1DE52" w14:textId="77777777" w:rsidR="00495879" w:rsidRDefault="00000000">
      <w:pPr>
        <w:pStyle w:val="Listepuces"/>
      </w:pPr>
      <w:r>
        <w:t>[Objectifs Stratégiques](#objectifs-stratégiques)</w:t>
      </w:r>
    </w:p>
    <w:p w14:paraId="21DAB4A6" w14:textId="77777777" w:rsidR="00495879" w:rsidRDefault="00000000">
      <w:pPr>
        <w:pStyle w:val="Listepuces"/>
      </w:pPr>
      <w:r>
        <w:t>[Équipe Fondatrice](#équipe-fondatrice)</w:t>
      </w:r>
    </w:p>
    <w:p w14:paraId="5E511B5F" w14:textId="77777777" w:rsidR="00495879" w:rsidRDefault="00000000">
      <w:pPr>
        <w:pStyle w:val="Listepuces"/>
      </w:pPr>
      <w:r>
        <w:t>[Financement Requis](#financement-requis)</w:t>
      </w:r>
    </w:p>
    <w:p w14:paraId="6893E7E5" w14:textId="77777777" w:rsidR="00495879" w:rsidRDefault="00000000">
      <w:pPr>
        <w:pStyle w:val="Listepuces"/>
      </w:pPr>
      <w:r>
        <w:t>[Milestones Clés](#milestones-clés)</w:t>
      </w:r>
    </w:p>
    <w:p w14:paraId="0D343AF9" w14:textId="77777777" w:rsidR="00495879" w:rsidRDefault="00000000">
      <w:pPr>
        <w:pStyle w:val="Listepuces"/>
      </w:pPr>
      <w:r>
        <w:t>[Success Metrics](#success-metrics)</w:t>
      </w:r>
    </w:p>
    <w:p w14:paraId="27C722D2" w14:textId="77777777" w:rsidR="00495879" w:rsidRDefault="00000000">
      <w:pPr>
        <w:pStyle w:val="Listepuces"/>
      </w:pPr>
      <w:r>
        <w:t>[Risques &amp; Mitigation](#risques--mitigation)</w:t>
      </w:r>
    </w:p>
    <w:p w14:paraId="1D8FAD41" w14:textId="77777777" w:rsidR="00495879" w:rsidRDefault="00000000">
      <w:pPr>
        <w:pStyle w:val="Listepuces"/>
      </w:pPr>
      <w:r>
        <w:t>[Call to Action](#call-to-action)</w:t>
      </w:r>
    </w:p>
    <w:p w14:paraId="2BF65DB9" w14:textId="77777777" w:rsidR="00495879" w:rsidRDefault="00000000">
      <w:r>
        <w:t>________________________________________________________________________________</w:t>
      </w:r>
    </w:p>
    <w:p w14:paraId="25764425" w14:textId="77777777" w:rsidR="00495879" w:rsidRDefault="00000000">
      <w:pPr>
        <w:pStyle w:val="Titre2"/>
      </w:pPr>
      <w:r>
        <w:t>🎯 VUE D'ENSEMBLE</w:t>
      </w:r>
    </w:p>
    <w:p w14:paraId="45211349" w14:textId="77777777" w:rsidR="00495879" w:rsidRDefault="00000000">
      <w:r>
        <w:rPr>
          <w:b/>
        </w:rPr>
        <w:t>GBCM LLC</w:t>
      </w:r>
      <w:r>
        <w:t xml:space="preserve"> est une entreprise de coaching business et consulting stratégique </w:t>
      </w:r>
      <w:r>
        <w:rPr>
          <w:b/>
        </w:rPr>
        <w:t>digital-first, bi-continentale (US + Afrique)</w:t>
      </w:r>
      <w:r>
        <w:t>, spécialisée dans l'accompagnement des entreprises en croissance ($500K-$50M de revenus) vers leur transformation et leur scale durable.</w:t>
      </w:r>
    </w:p>
    <w:p w14:paraId="20EDBB2D" w14:textId="77777777" w:rsidR="00495879" w:rsidRDefault="00000000">
      <w:r>
        <w:rPr>
          <w:b/>
        </w:rPr>
        <w:t>Fondée en 2025</w:t>
      </w:r>
      <w:r>
        <w:t xml:space="preserve"> par </w:t>
      </w:r>
      <w:r>
        <w:rPr>
          <w:b/>
        </w:rPr>
        <w:t>Abdoul Karim GBANE</w:t>
      </w:r>
      <w:r>
        <w:t xml:space="preserve">, fort de 20+ années d'expérience en business coaching et transformation d'entreprises, GBCM se positionne comme </w:t>
      </w:r>
      <w:r>
        <w:rPr>
          <w:b/>
        </w:rPr>
        <w:t>le partenaire stratégique de référence</w:t>
      </w:r>
      <w:r>
        <w:t xml:space="preserve"> pour les PME et scale-ups qui souhaitent accélérer leur croissance tout en construisant des organisations performantes et durables </w:t>
      </w:r>
      <w:r>
        <w:rPr>
          <w:b/>
        </w:rPr>
        <w:t>en Amérique du Nord et en Afrique</w:t>
      </w:r>
      <w:r>
        <w:t>.</w:t>
      </w:r>
    </w:p>
    <w:p w14:paraId="5B327727" w14:textId="77777777" w:rsidR="00495879" w:rsidRDefault="00000000">
      <w:r>
        <w:rPr>
          <w:b/>
        </w:rPr>
        <w:t>Différenciation Unique</w:t>
      </w:r>
      <w:r>
        <w:t>:</w:t>
      </w:r>
    </w:p>
    <w:p w14:paraId="3A11E9C9" w14:textId="77777777" w:rsidR="00495879" w:rsidRDefault="00000000">
      <w:pPr>
        <w:pStyle w:val="Listepuces"/>
      </w:pPr>
      <w:r>
        <w:t>🌍 **Modèle bi-continental**: Présence US + Afrique (via partenariat Lions Dev à Abidjan)</w:t>
      </w:r>
    </w:p>
    <w:p w14:paraId="5C429CF5" w14:textId="77777777" w:rsidR="00495879" w:rsidRDefault="00000000">
      <w:pPr>
        <w:pStyle w:val="Listepuces"/>
      </w:pPr>
      <w:r>
        <w:t>🤖 **Technologie innovante**: Plateforme digitale (Phase 1 2026-2027) + IA intégrée (Phase 2 2027+)</w:t>
      </w:r>
    </w:p>
    <w:p w14:paraId="028C5426" w14:textId="77777777" w:rsidR="00495879" w:rsidRDefault="00000000">
      <w:pPr>
        <w:pStyle w:val="Listepuces"/>
      </w:pPr>
      <w:r>
        <w:t>🎯 **Méthodologies propriétaires™**: Frameworks éprouvés sur 50+ entreprises</w:t>
      </w:r>
    </w:p>
    <w:p w14:paraId="5C84F3EB" w14:textId="77777777" w:rsidR="00495879" w:rsidRDefault="00000000">
      <w:pPr>
        <w:pStyle w:val="Listepuces"/>
      </w:pPr>
      <w:r>
        <w:t>💰 **Pricing accessible**: PPP-adjusted pour marchés émergents (vs $500K+ consulting firms)</w:t>
      </w:r>
    </w:p>
    <w:p w14:paraId="738E6E77" w14:textId="77777777" w:rsidR="00495879" w:rsidRDefault="00000000">
      <w:r>
        <w:t>________________________________________________________________________________</w:t>
      </w:r>
    </w:p>
    <w:p w14:paraId="3A30B1E2" w14:textId="77777777" w:rsidR="00495879" w:rsidRDefault="00000000">
      <w:pPr>
        <w:pStyle w:val="Titre2"/>
      </w:pPr>
      <w:r>
        <w:lastRenderedPageBreak/>
        <w:t>🚨 LA PROBLÉMATIQUE DU MARCHÉ</w:t>
      </w:r>
    </w:p>
    <w:p w14:paraId="7924FF3E" w14:textId="77777777" w:rsidR="00495879" w:rsidRDefault="00000000">
      <w:r>
        <w:t xml:space="preserve">Les entreprises en croissance (scale-ups et SMBs de $500K-$50M revenue) font face à </w:t>
      </w:r>
      <w:r>
        <w:rPr>
          <w:b/>
        </w:rPr>
        <w:t>trois défis majeurs</w:t>
      </w:r>
      <w:r>
        <w:t>:</w:t>
      </w:r>
    </w:p>
    <w:p w14:paraId="1B60ED0E" w14:textId="77777777" w:rsidR="00495879" w:rsidRDefault="00000000">
      <w:pPr>
        <w:pStyle w:val="Titre3"/>
      </w:pPr>
      <w:r>
        <w:t>1. Manque d'Expertise Stratégique Abordable</w:t>
      </w:r>
    </w:p>
    <w:p w14:paraId="7072EB8E" w14:textId="77777777" w:rsidR="00495879" w:rsidRDefault="00000000">
      <w:pPr>
        <w:pStyle w:val="Listepuces"/>
      </w:pPr>
      <w:r>
        <w:t>**60% des PME** n'ont pas accès à de l'expertise stratégique de qualité à un prix abordable</w:t>
      </w:r>
    </w:p>
    <w:p w14:paraId="03C38CA4" w14:textId="77777777" w:rsidR="00495879" w:rsidRDefault="00000000">
      <w:pPr>
        <w:pStyle w:val="Listepuces"/>
      </w:pPr>
      <w:r>
        <w:t>Les **grands cabinets de conseil** (McKinsey, BCG, Bain) facturent **$500K+ par mission** - inabordable pour PME</w:t>
      </w:r>
    </w:p>
    <w:p w14:paraId="7FF73256" w14:textId="77777777" w:rsidR="00495879" w:rsidRDefault="00000000">
      <w:pPr>
        <w:pStyle w:val="Listepuces"/>
      </w:pPr>
      <w:r>
        <w:t>Les **coachs généralistes** (145,000+ aux USA) manquent souvent d'expertise sectorielle pointue et de méthodologies éprouvées</w:t>
      </w:r>
    </w:p>
    <w:p w14:paraId="49530760" w14:textId="77777777" w:rsidR="00495879" w:rsidRDefault="00000000">
      <w:pPr>
        <w:pStyle w:val="Listepuces"/>
      </w:pPr>
      <w:r>
        <w:t>**Gap critique**: Entre coaching individuel ($200-500/heure, impact limité) et consulting enterprise ($500K+, inaccessible)</w:t>
      </w:r>
    </w:p>
    <w:p w14:paraId="114ECAB7" w14:textId="77777777" w:rsidR="00495879" w:rsidRDefault="00000000">
      <w:pPr>
        <w:pStyle w:val="Titre3"/>
      </w:pPr>
      <w:r>
        <w:t>2. Transition Difficile: Entrepreneur → Leader Scalable</w:t>
      </w:r>
    </w:p>
    <w:p w14:paraId="16C383FB" w14:textId="77777777" w:rsidR="00495879" w:rsidRDefault="00000000">
      <w:pPr>
        <w:pStyle w:val="Listepuces"/>
      </w:pPr>
      <w:r>
        <w:t>Les **fondateurs** excellent dans le "faire" (hands-on execution) mais peinent à **déléguer, structurer, et penser systématiquement**</w:t>
      </w:r>
    </w:p>
    <w:p w14:paraId="65AB022F" w14:textId="77777777" w:rsidR="00495879" w:rsidRDefault="00000000">
      <w:pPr>
        <w:pStyle w:val="Listepuces"/>
      </w:pPr>
      <w:r>
        <w:t>**Manque de frameworks** et méthodologies éprouvées pour scaler de $1M à $10M+</w:t>
      </w:r>
    </w:p>
    <w:p w14:paraId="6C7FA248" w14:textId="77777777" w:rsidR="00495879" w:rsidRDefault="00000000">
      <w:pPr>
        <w:pStyle w:val="Listepuces"/>
      </w:pPr>
      <w:r>
        <w:t>**Isolement décisionnel** et risque de **burnout élevé** (50%+ des entrepreneurs reportent burnout)</w:t>
      </w:r>
    </w:p>
    <w:p w14:paraId="7781A2DB" w14:textId="77777777" w:rsidR="00495879" w:rsidRDefault="00000000">
      <w:pPr>
        <w:pStyle w:val="Listepuces"/>
      </w:pPr>
      <w:r>
        <w:t>**Besoin**: Accompagnement structuré avec accountability et peer community</w:t>
      </w:r>
    </w:p>
    <w:p w14:paraId="4351B1C1" w14:textId="77777777" w:rsidR="00495879" w:rsidRDefault="00000000">
      <w:pPr>
        <w:pStyle w:val="Titre3"/>
      </w:pPr>
      <w:r>
        <w:t>3. Transformation Digitale Complexe et Coûteuse</w:t>
      </w:r>
    </w:p>
    <w:p w14:paraId="301D1F3E" w14:textId="77777777" w:rsidR="00495879" w:rsidRDefault="00000000">
      <w:pPr>
        <w:pStyle w:val="Listepuces"/>
      </w:pPr>
      <w:r>
        <w:t>**70% des initiatives** de transformation digitale **échouent** (McKinsey study)</w:t>
      </w:r>
    </w:p>
    <w:p w14:paraId="6844571A" w14:textId="77777777" w:rsidR="00495879" w:rsidRDefault="00000000">
      <w:pPr>
        <w:pStyle w:val="Listepuces"/>
      </w:pPr>
      <w:r>
        <w:t>**Gap technologique** qui s'élargit rapidement face aux compétiteurs plus agiles</w:t>
      </w:r>
    </w:p>
    <w:p w14:paraId="20CE6886" w14:textId="77777777" w:rsidR="00495879" w:rsidRDefault="00000000">
      <w:pPr>
        <w:pStyle w:val="Listepuces"/>
      </w:pPr>
      <w:r>
        <w:t>PME manquent de **budget** ($100K-$500K projets) et **expertise interne** (pas de CTO/CDO)</w:t>
      </w:r>
    </w:p>
    <w:p w14:paraId="298C9B9F" w14:textId="77777777" w:rsidR="00495879" w:rsidRDefault="00000000">
      <w:pPr>
        <w:pStyle w:val="Listepuces"/>
      </w:pPr>
      <w:r>
        <w:t>**Besoin**: Accompagnement pratique et actionnable, pas juste stratégie théorique</w:t>
      </w:r>
    </w:p>
    <w:p w14:paraId="123AEC6B" w14:textId="77777777" w:rsidR="00495879" w:rsidRDefault="00000000">
      <w:r>
        <w:rPr>
          <w:b/>
        </w:rPr>
        <w:t>Résultat</w:t>
      </w:r>
      <w:r>
        <w:t>: Croissance stagnante, opportunités manquées, burnout fondateur, risque de disruption par compétiteurs plus innovants.</w:t>
      </w:r>
    </w:p>
    <w:p w14:paraId="798C8D8C" w14:textId="77777777" w:rsidR="00495879" w:rsidRDefault="00000000">
      <w:r>
        <w:t>________________________________________________________________________________</w:t>
      </w:r>
    </w:p>
    <w:p w14:paraId="201F3B68" w14:textId="77777777" w:rsidR="00495879" w:rsidRDefault="00000000">
      <w:pPr>
        <w:pStyle w:val="Titre2"/>
      </w:pPr>
      <w:r>
        <w:t>💡 NOTRE SOLUTION: AI-POWERED COACHING PLATFORM</w:t>
      </w:r>
    </w:p>
    <w:p w14:paraId="6936CEE2" w14:textId="77777777" w:rsidR="00495879" w:rsidRDefault="00000000">
      <w:r>
        <w:t xml:space="preserve">GBCM résout ces défis à travers </w:t>
      </w:r>
      <w:r>
        <w:rPr>
          <w:b/>
        </w:rPr>
        <w:t>un modèle unique en 4 piliers</w:t>
      </w:r>
      <w:r>
        <w:t>:</w:t>
      </w:r>
    </w:p>
    <w:p w14:paraId="76ABA697" w14:textId="77777777" w:rsidR="00495879" w:rsidRDefault="00000000">
      <w:pPr>
        <w:pStyle w:val="Titre3"/>
      </w:pPr>
      <w:r>
        <w:t>1. TRANSFORM Programs (Cœur de l'Offre)</w:t>
      </w:r>
    </w:p>
    <w:p w14:paraId="3222DDAD" w14:textId="77777777" w:rsidR="00495879" w:rsidRDefault="00000000">
      <w:r>
        <w:t>Programmes transformation 12 mois combinant coaching humain + technologie AI:</w:t>
      </w:r>
    </w:p>
    <w:p w14:paraId="7E9F0232" w14:textId="77777777" w:rsidR="00495879" w:rsidRDefault="00000000">
      <w:r>
        <w:rPr>
          <w:b/>
        </w:rPr>
        <w:t>TRANSFORM Growth</w:t>
      </w:r>
      <w:r>
        <w:t xml:space="preserve"> - $8,997/an</w:t>
      </w:r>
    </w:p>
    <w:p w14:paraId="35243BE4" w14:textId="77777777" w:rsidR="00495879" w:rsidRDefault="00000000">
      <w:pPr>
        <w:pStyle w:val="Listepuces"/>
      </w:pPr>
      <w:r>
        <w:t>**Cible**: Growing businesses ($500K-$2M revenue)</w:t>
      </w:r>
    </w:p>
    <w:p w14:paraId="4A1A59E4" w14:textId="77777777" w:rsidR="00495879" w:rsidRDefault="00000000">
      <w:pPr>
        <w:pStyle w:val="Listepuces"/>
      </w:pPr>
      <w:r>
        <w:t>**Inclus**:</w:t>
      </w:r>
    </w:p>
    <w:p w14:paraId="6FF76547" w14:textId="77777777" w:rsidR="00495879" w:rsidRDefault="00000000">
      <w:pPr>
        <w:pStyle w:val="Listepuces"/>
      </w:pPr>
      <w:r>
        <w:lastRenderedPageBreak/>
        <w:t>12 ateliers mensuels (3h, online, 20-40 participants)</w:t>
      </w:r>
    </w:p>
    <w:p w14:paraId="00F552C0" w14:textId="77777777" w:rsidR="00495879" w:rsidRDefault="00000000">
      <w:pPr>
        <w:pStyle w:val="Listepuces"/>
      </w:pPr>
      <w:r>
        <w:t>AI Success Coach™ 24/7 (questions illimitées, coaching async)</w:t>
      </w:r>
    </w:p>
    <w:p w14:paraId="5E745043" w14:textId="77777777" w:rsidR="00495879" w:rsidRDefault="00000000">
      <w:pPr>
        <w:pStyle w:val="Listepuces"/>
      </w:pPr>
      <w:r>
        <w:t>Resource Library (50+ modules on-demand, templates, tools)</w:t>
      </w:r>
    </w:p>
    <w:p w14:paraId="2F38033E" w14:textId="77777777" w:rsidR="00495879" w:rsidRDefault="00000000">
      <w:pPr>
        <w:pStyle w:val="Listepuces"/>
      </w:pPr>
      <w:r>
        <w:t>Community access (forum, peer connections)</w:t>
      </w:r>
    </w:p>
    <w:p w14:paraId="12E12BDB" w14:textId="77777777" w:rsidR="00495879" w:rsidRDefault="00000000">
      <w:pPr>
        <w:pStyle w:val="Listepuces"/>
      </w:pPr>
      <w:r>
        <w:t>**ROI Typique**: 2-3x le coût du programme en revenus additionnels Year 1</w:t>
      </w:r>
    </w:p>
    <w:p w14:paraId="635C2B3A" w14:textId="77777777" w:rsidR="00495879" w:rsidRDefault="00000000">
      <w:r>
        <w:rPr>
          <w:b/>
        </w:rPr>
        <w:t>TRANSFORM Scale</w:t>
      </w:r>
      <w:r>
        <w:t xml:space="preserve"> - $23,997/an</w:t>
      </w:r>
    </w:p>
    <w:p w14:paraId="61F33286" w14:textId="77777777" w:rsidR="00495879" w:rsidRDefault="00000000">
      <w:pPr>
        <w:pStyle w:val="Listepuces"/>
      </w:pPr>
      <w:r>
        <w:t>**Cible**: Scaling businesses ($2M-$10M revenue)</w:t>
      </w:r>
    </w:p>
    <w:p w14:paraId="49E63272" w14:textId="77777777" w:rsidR="00495879" w:rsidRDefault="00000000">
      <w:pPr>
        <w:pStyle w:val="Listepuces"/>
      </w:pPr>
      <w:r>
        <w:t>**Inclus**: Tout Growth PLUS:</w:t>
      </w:r>
    </w:p>
    <w:p w14:paraId="1F2A0B3E" w14:textId="77777777" w:rsidR="00495879" w:rsidRDefault="00000000">
      <w:pPr>
        <w:pStyle w:val="Listepuces"/>
      </w:pPr>
      <w:r>
        <w:t>24 heures coaching 1-on-1/an (2h/mois avec coach senior)</w:t>
      </w:r>
    </w:p>
    <w:p w14:paraId="2AFE1C78" w14:textId="77777777" w:rsidR="00495879" w:rsidRDefault="00000000">
      <w:pPr>
        <w:pStyle w:val="Listepuces"/>
      </w:pPr>
      <w:r>
        <w:t>Quarterly Strategy Sessions (en personne, full-day)</w:t>
      </w:r>
    </w:p>
    <w:p w14:paraId="7197045A" w14:textId="77777777" w:rsidR="00495879" w:rsidRDefault="00000000">
      <w:pPr>
        <w:pStyle w:val="Listepuces"/>
      </w:pPr>
      <w:r>
        <w:t>Custom Growth Roadmap &amp; OKRs</w:t>
      </w:r>
    </w:p>
    <w:p w14:paraId="498EEBF4" w14:textId="77777777" w:rsidR="00495879" w:rsidRDefault="00000000">
      <w:pPr>
        <w:pStyle w:val="Listepuces"/>
      </w:pPr>
      <w:r>
        <w:t>Priority support (réponse &lt;4h)</w:t>
      </w:r>
    </w:p>
    <w:p w14:paraId="0AFEC1D7" w14:textId="77777777" w:rsidR="00495879" w:rsidRDefault="00000000">
      <w:pPr>
        <w:pStyle w:val="Listepuces"/>
      </w:pPr>
      <w:r>
        <w:t>**ROI Typique**: 5-10x le coût</w:t>
      </w:r>
    </w:p>
    <w:p w14:paraId="6A5F128B" w14:textId="77777777" w:rsidR="00495879" w:rsidRDefault="00000000">
      <w:r>
        <w:rPr>
          <w:b/>
        </w:rPr>
        <w:t>TRANSFORM Transform</w:t>
      </w:r>
      <w:r>
        <w:t xml:space="preserve"> - $59,997/an</w:t>
      </w:r>
    </w:p>
    <w:p w14:paraId="5C575C99" w14:textId="77777777" w:rsidR="00495879" w:rsidRDefault="00000000">
      <w:pPr>
        <w:pStyle w:val="Listepuces"/>
      </w:pPr>
      <w:r>
        <w:t>**Cible**: Established businesses ($10M+ revenue)</w:t>
      </w:r>
    </w:p>
    <w:p w14:paraId="1E884E53" w14:textId="77777777" w:rsidR="00495879" w:rsidRDefault="00000000">
      <w:pPr>
        <w:pStyle w:val="Listepuces"/>
      </w:pPr>
      <w:r>
        <w:t>**Inclus**: Tout Scale PLUS:</w:t>
      </w:r>
    </w:p>
    <w:p w14:paraId="6E31797A" w14:textId="77777777" w:rsidR="00495879" w:rsidRDefault="00000000">
      <w:pPr>
        <w:pStyle w:val="Listepuces"/>
      </w:pPr>
      <w:r>
        <w:t>72 heures executive coaching/an (6h/mois)</w:t>
      </w:r>
    </w:p>
    <w:p w14:paraId="7B0E276A" w14:textId="77777777" w:rsidR="00495879" w:rsidRDefault="00000000">
      <w:pPr>
        <w:pStyle w:val="Listepuces"/>
      </w:pPr>
      <w:r>
        <w:t>Team Workshops (jusqu'à 5 personnes incluses)</w:t>
      </w:r>
    </w:p>
    <w:p w14:paraId="690B1580" w14:textId="77777777" w:rsidR="00495879" w:rsidRDefault="00000000">
      <w:pPr>
        <w:pStyle w:val="Listepuces"/>
      </w:pPr>
      <w:r>
        <w:t>Implementation support (hands-on guidance)</w:t>
      </w:r>
    </w:p>
    <w:p w14:paraId="6944C369" w14:textId="77777777" w:rsidR="00495879" w:rsidRDefault="00000000">
      <w:pPr>
        <w:pStyle w:val="Listepuces"/>
      </w:pPr>
      <w:r>
        <w:t>Accès complet aux 3 Méthodologies™ Propriétaires</w:t>
      </w:r>
    </w:p>
    <w:p w14:paraId="0E099346" w14:textId="77777777" w:rsidR="00495879" w:rsidRDefault="00000000">
      <w:pPr>
        <w:pStyle w:val="Listepuces"/>
      </w:pPr>
      <w:r>
        <w:t>**ROI Typique**: 10-50x le coût</w:t>
      </w:r>
    </w:p>
    <w:p w14:paraId="2063AF23" w14:textId="77777777" w:rsidR="00495879" w:rsidRDefault="00000000">
      <w:pPr>
        <w:pStyle w:val="Titre3"/>
      </w:pPr>
      <w:r>
        <w:t>2. ADVISORY Retainers (High-Touch Consulting)</w:t>
      </w:r>
    </w:p>
    <w:p w14:paraId="2B4288DD" w14:textId="77777777" w:rsidR="00495879" w:rsidRDefault="00000000">
      <w:r>
        <w:t>Consulting stratégique ongoing pour transformations majeures:</w:t>
      </w:r>
    </w:p>
    <w:p w14:paraId="32895423" w14:textId="77777777" w:rsidR="00495879" w:rsidRDefault="00000000">
      <w:pPr>
        <w:pStyle w:val="Listepuces"/>
      </w:pPr>
      <w:r>
        <w:t>**Investment**: $7,500-$15,000/mois (retainers 6-12 mois)</w:t>
      </w:r>
    </w:p>
    <w:p w14:paraId="596D91FD" w14:textId="77777777" w:rsidR="00495879" w:rsidRDefault="00000000">
      <w:pPr>
        <w:pStyle w:val="Listepuces"/>
      </w:pPr>
      <w:r>
        <w:t>**Focus**: Digital transformation, Revenue acceleration, M&amp;A prep, Team scaling</w:t>
      </w:r>
    </w:p>
    <w:p w14:paraId="5B86777E" w14:textId="77777777" w:rsidR="00495879" w:rsidRDefault="00000000">
      <w:pPr>
        <w:pStyle w:val="Listepuces"/>
      </w:pPr>
      <w:r>
        <w:t>**Delivery**: 20-40 heures/mois selon besoins</w:t>
      </w:r>
    </w:p>
    <w:p w14:paraId="50A2FBC8" w14:textId="77777777" w:rsidR="00495879" w:rsidRDefault="00000000">
      <w:pPr>
        <w:pStyle w:val="Listepuces"/>
      </w:pPr>
      <w:r>
        <w:t>**Format**: Mix coaching exécutif + advisory stratégique + implementation support</w:t>
      </w:r>
    </w:p>
    <w:p w14:paraId="17A20DC9" w14:textId="77777777" w:rsidR="00495879" w:rsidRDefault="00000000">
      <w:pPr>
        <w:pStyle w:val="Titre3"/>
      </w:pPr>
      <w:r>
        <w:t>3. ACCELERATOR Intensives (Sprints 90 Jours)</w:t>
      </w:r>
    </w:p>
    <w:p w14:paraId="3EF7A199" w14:textId="77777777" w:rsidR="00495879" w:rsidRDefault="00000000">
      <w:r>
        <w:t>Programmes intensifs pour résultats rapides sur objectifs spécifiques:</w:t>
      </w:r>
    </w:p>
    <w:p w14:paraId="3CFF52A8" w14:textId="77777777" w:rsidR="00495879" w:rsidRDefault="00000000">
      <w:pPr>
        <w:pStyle w:val="Listepuces"/>
      </w:pPr>
      <w:r>
        <w:t>**Investment**: $25,000 par intensive</w:t>
      </w:r>
    </w:p>
    <w:p w14:paraId="2A12DC56" w14:textId="77777777" w:rsidR="00495879" w:rsidRDefault="00000000">
      <w:pPr>
        <w:pStyle w:val="Listepuces"/>
      </w:pPr>
      <w:r>
        <w:t>**Durée**: 90 jours (kick-off présentiel + 12 semaines coaching + roadmap)</w:t>
      </w:r>
    </w:p>
    <w:p w14:paraId="309B98E6" w14:textId="77777777" w:rsidR="00495879" w:rsidRDefault="00000000">
      <w:pPr>
        <w:pStyle w:val="Listepuces"/>
      </w:pPr>
      <w:r>
        <w:t>**3 Spécialisations**:</w:t>
      </w:r>
    </w:p>
    <w:p w14:paraId="5C45783C" w14:textId="77777777" w:rsidR="00495879" w:rsidRDefault="00000000">
      <w:pPr>
        <w:pStyle w:val="Listenumros"/>
      </w:pPr>
      <w:r>
        <w:t>Digital Transformation Canvas™ (moderniser tech stack, processes, culture)</w:t>
      </w:r>
    </w:p>
    <w:p w14:paraId="702276FA" w14:textId="77777777" w:rsidR="00495879" w:rsidRDefault="00000000">
      <w:pPr>
        <w:pStyle w:val="Listenumros"/>
      </w:pPr>
      <w:r>
        <w:t>Revenue Growth Engine (optimiser sales, marketing, pricing, retention)</w:t>
      </w:r>
    </w:p>
    <w:p w14:paraId="753B4536" w14:textId="77777777" w:rsidR="00495879" w:rsidRDefault="00000000">
      <w:pPr>
        <w:pStyle w:val="Listenumros"/>
      </w:pPr>
      <w:r>
        <w:t>Leadership Team Building (recruter, aligner, performer ensemble)</w:t>
      </w:r>
    </w:p>
    <w:p w14:paraId="7DDB1423" w14:textId="77777777" w:rsidR="00495879" w:rsidRDefault="00000000">
      <w:pPr>
        <w:pStyle w:val="Titre3"/>
      </w:pPr>
      <w:r>
        <w:lastRenderedPageBreak/>
        <w:t>4. PLATFORM Membership (Self-Serve Digital)</w:t>
      </w:r>
    </w:p>
    <w:p w14:paraId="58A075BB" w14:textId="77777777" w:rsidR="00495879" w:rsidRDefault="00000000">
      <w:r>
        <w:t>Accès self-serve à la méthodologie GBCM:</w:t>
      </w:r>
    </w:p>
    <w:p w14:paraId="1ED159E2" w14:textId="77777777" w:rsidR="00495879" w:rsidRDefault="00000000">
      <w:pPr>
        <w:pStyle w:val="Listepuces"/>
      </w:pPr>
      <w:r>
        <w:t>**Investment**: $297/mois ($3,564/an, ou $2,970/an si prepaid = 17% discount)</w:t>
      </w:r>
    </w:p>
    <w:p w14:paraId="6071E97F" w14:textId="77777777" w:rsidR="00495879" w:rsidRDefault="00000000">
      <w:pPr>
        <w:pStyle w:val="Listepuces"/>
      </w:pPr>
      <w:r>
        <w:t>**Cible**: Early-stage founders (&lt;$500K revenue), self-directed learners</w:t>
      </w:r>
    </w:p>
    <w:p w14:paraId="0D17A866" w14:textId="77777777" w:rsidR="00495879" w:rsidRDefault="00000000">
      <w:pPr>
        <w:pStyle w:val="Listepuces"/>
      </w:pPr>
      <w:r>
        <w:t>**Inclus**:</w:t>
      </w:r>
    </w:p>
    <w:p w14:paraId="5FA3FCD0" w14:textId="77777777" w:rsidR="00495879" w:rsidRDefault="00000000">
      <w:pPr>
        <w:pStyle w:val="Listepuces"/>
      </w:pPr>
      <w:r>
        <w:t>50+ modules on-demand (videos, worksheets, templates)</w:t>
      </w:r>
    </w:p>
    <w:p w14:paraId="31269466" w14:textId="77777777" w:rsidR="00495879" w:rsidRDefault="00000000">
      <w:pPr>
        <w:pStyle w:val="Listepuces"/>
      </w:pPr>
      <w:r>
        <w:t>AI tools &amp; digital templates</w:t>
      </w:r>
    </w:p>
    <w:p w14:paraId="3017E8EB" w14:textId="77777777" w:rsidR="00495879" w:rsidRDefault="00000000">
      <w:pPr>
        <w:pStyle w:val="Listepuces"/>
      </w:pPr>
      <w:r>
        <w:t>Monthly group coaching (open office hours, 60 min)</w:t>
      </w:r>
    </w:p>
    <w:p w14:paraId="204F4D60" w14:textId="77777777" w:rsidR="00495879" w:rsidRDefault="00000000">
      <w:pPr>
        <w:pStyle w:val="Listepuces"/>
      </w:pPr>
      <w:r>
        <w:t>Community forum (peer-to-peer support)</w:t>
      </w:r>
    </w:p>
    <w:p w14:paraId="1D5812BA" w14:textId="77777777" w:rsidR="00495879" w:rsidRDefault="00000000">
      <w:r>
        <w:rPr>
          <w:b/>
        </w:rPr>
        <w:t>Total Addressable Revenue Mix</w:t>
      </w:r>
      <w:r>
        <w:t xml:space="preserve"> (Year 3):</w:t>
      </w:r>
    </w:p>
    <w:p w14:paraId="56D31B8C" w14:textId="77777777" w:rsidR="00495879" w:rsidRDefault="00000000">
      <w:pPr>
        <w:pStyle w:val="Listepuces"/>
      </w:pPr>
      <w:r>
        <w:t>TRANSFORM: 70% ($595K)</w:t>
      </w:r>
    </w:p>
    <w:p w14:paraId="7BD4A99D" w14:textId="77777777" w:rsidR="00495879" w:rsidRDefault="00000000">
      <w:pPr>
        <w:pStyle w:val="Listepuces"/>
      </w:pPr>
      <w:r>
        <w:t>ADVISORY: 21% ($180K)</w:t>
      </w:r>
    </w:p>
    <w:p w14:paraId="287BF17C" w14:textId="77777777" w:rsidR="00495879" w:rsidRDefault="00000000">
      <w:pPr>
        <w:pStyle w:val="Listepuces"/>
      </w:pPr>
      <w:r>
        <w:t>ACCELERATOR: 6% ($50K)</w:t>
      </w:r>
    </w:p>
    <w:p w14:paraId="35EBE8DB" w14:textId="77777777" w:rsidR="00495879" w:rsidRDefault="00000000">
      <w:pPr>
        <w:pStyle w:val="Listepuces"/>
      </w:pPr>
      <w:r>
        <w:t>PLATFORM: 3% ($25K)</w:t>
      </w:r>
    </w:p>
    <w:p w14:paraId="3650E5FD" w14:textId="77777777" w:rsidR="00495879" w:rsidRDefault="00000000">
      <w:r>
        <w:t>________________________________________________________________________________</w:t>
      </w:r>
    </w:p>
    <w:p w14:paraId="5893D8E0" w14:textId="77777777" w:rsidR="00495879" w:rsidRDefault="00000000">
      <w:pPr>
        <w:pStyle w:val="Titre2"/>
      </w:pPr>
      <w:r>
        <w:t>🏆 AVANTAGES COMPÉTITIFS</w:t>
      </w:r>
    </w:p>
    <w:p w14:paraId="3AF3EB88" w14:textId="77777777" w:rsidR="00495879" w:rsidRDefault="00000000">
      <w:pPr>
        <w:pStyle w:val="Titre3"/>
      </w:pPr>
      <w:r>
        <w:t>1. Partenariat Stratégique Lions Dev (Technology Backbone)</w:t>
      </w:r>
    </w:p>
    <w:p w14:paraId="3A9F984C" w14:textId="77777777" w:rsidR="00495879" w:rsidRDefault="00000000">
      <w:r>
        <w:rPr>
          <w:b/>
        </w:rPr>
        <w:t>Lions Dev</w:t>
      </w:r>
      <w:r>
        <w:t xml:space="preserve"> - Partenaire technologique exclusif:</w:t>
      </w:r>
    </w:p>
    <w:p w14:paraId="17A277EC" w14:textId="77777777" w:rsidR="00495879" w:rsidRDefault="00000000">
      <w:pPr>
        <w:pStyle w:val="Listepuces"/>
      </w:pPr>
      <w:r>
        <w:t>**Nature**: LLC, présence US + Abidjan (Côte d'Ivoire)</w:t>
      </w:r>
    </w:p>
    <w:p w14:paraId="4EDF6A2E" w14:textId="77777777" w:rsidR="00495879" w:rsidRDefault="00000000">
      <w:pPr>
        <w:pStyle w:val="Listepuces"/>
      </w:pPr>
      <w:r>
        <w:t>**Services**: Développement plateforme GBCM Hub, transformation digitale clients</w:t>
      </w:r>
    </w:p>
    <w:p w14:paraId="6BF9518E" w14:textId="77777777" w:rsidR="00495879" w:rsidRDefault="00000000">
      <w:pPr>
        <w:pStyle w:val="Listepuces"/>
      </w:pPr>
      <w:r>
        <w:t>**Avantage compétitif**:</w:t>
      </w:r>
    </w:p>
    <w:p w14:paraId="56BAB589" w14:textId="77777777" w:rsidR="00495879" w:rsidRDefault="00000000">
      <w:pPr>
        <w:pStyle w:val="Listepuces"/>
      </w:pPr>
      <w:r>
        <w:t>✅ **Présence locale Afrique** (Abidjan) - facilite expansion marché africain</w:t>
      </w:r>
    </w:p>
    <w:p w14:paraId="53D339D6" w14:textId="77777777" w:rsidR="00495879" w:rsidRDefault="00000000">
      <w:pPr>
        <w:pStyle w:val="Listepuces"/>
      </w:pPr>
      <w:r>
        <w:t>✅ **Coûts optimisés** - économie $60K sur 3 ans vs développement in-house</w:t>
      </w:r>
    </w:p>
    <w:p w14:paraId="695EA440" w14:textId="77777777" w:rsidR="00495879" w:rsidRDefault="00000000">
      <w:pPr>
        <w:pStyle w:val="Listepuces"/>
      </w:pPr>
      <w:r>
        <w:t>✅ **Expertise technique** - Web/mobile, Cloud, Cybersécurité, IA integration</w:t>
      </w:r>
    </w:p>
    <w:p w14:paraId="6ED01F76" w14:textId="77777777" w:rsidR="00495879" w:rsidRDefault="00000000">
      <w:pPr>
        <w:pStyle w:val="Listepuces"/>
      </w:pPr>
      <w:r>
        <w:t>✅ **Modèle win-win** - Lions Dev génère $395-565K revenus via GBCM sur 3 ans</w:t>
      </w:r>
    </w:p>
    <w:p w14:paraId="4153E781" w14:textId="77777777" w:rsidR="00495879" w:rsidRDefault="00000000">
      <w:pPr>
        <w:pStyle w:val="Titre3"/>
      </w:pPr>
      <w:r>
        <w:t>2. Plateforme Technologique Phase 1-2 (Capital-Efficient)</w:t>
      </w:r>
    </w:p>
    <w:p w14:paraId="4AE52098" w14:textId="77777777" w:rsidR="00495879" w:rsidRDefault="00000000">
      <w:r>
        <w:rPr>
          <w:b/>
        </w:rPr>
        <w:t>Phase 1 (2026-2027)</w:t>
      </w:r>
      <w:r>
        <w:t>: Foundation Digitale</w:t>
      </w:r>
    </w:p>
    <w:p w14:paraId="5320542A" w14:textId="77777777" w:rsidR="00495879" w:rsidRDefault="00000000">
      <w:pPr>
        <w:pStyle w:val="Listepuces"/>
      </w:pPr>
      <w:r>
        <w:t>Plateforme client fonctionnelle (développée par Lions Dev)</w:t>
      </w:r>
    </w:p>
    <w:p w14:paraId="1A49AD25" w14:textId="77777777" w:rsidR="00495879" w:rsidRDefault="00000000">
      <w:pPr>
        <w:pStyle w:val="Listepuces"/>
      </w:pPr>
      <w:r>
        <w:t>Resource Library, video workshops, analytics basiques</w:t>
      </w:r>
    </w:p>
    <w:p w14:paraId="17842EC6" w14:textId="77777777" w:rsidR="00495879" w:rsidRDefault="00000000">
      <w:pPr>
        <w:pStyle w:val="Listepuces"/>
      </w:pPr>
      <w:r>
        <w:t>**Investment**: $30K An 1 (vs $45K initial) - économies grâce Lions Dev</w:t>
      </w:r>
    </w:p>
    <w:p w14:paraId="45031C99" w14:textId="77777777" w:rsidR="00495879" w:rsidRDefault="00000000">
      <w:r>
        <w:rPr>
          <w:b/>
        </w:rPr>
        <w:t>Phase 2 (2027+)</w:t>
      </w:r>
      <w:r>
        <w:t>: IA &amp; Automation</w:t>
      </w:r>
    </w:p>
    <w:p w14:paraId="236CFC0A" w14:textId="77777777" w:rsidR="00495879" w:rsidRDefault="00000000">
      <w:pPr>
        <w:pStyle w:val="Listepuces"/>
      </w:pPr>
      <w:r>
        <w:t>**AI Success Coach™** 24/7 (intégration progressive)</w:t>
      </w:r>
    </w:p>
    <w:p w14:paraId="270DD909" w14:textId="77777777" w:rsidR="00495879" w:rsidRDefault="00000000">
      <w:pPr>
        <w:pStyle w:val="Listepuces"/>
      </w:pPr>
      <w:r>
        <w:t>Capabilities: Q&amp;A intelligent, personalized learning paths, predictive analytics</w:t>
      </w:r>
    </w:p>
    <w:p w14:paraId="594BFA19" w14:textId="77777777" w:rsidR="00495879" w:rsidRDefault="00000000">
      <w:pPr>
        <w:pStyle w:val="Listepuces"/>
      </w:pPr>
      <w:r>
        <w:t>**Investment**: $50K An 2-3 - pari stratégique sur scaling</w:t>
      </w:r>
    </w:p>
    <w:p w14:paraId="52C66407" w14:textId="77777777" w:rsidR="00495879" w:rsidRDefault="00000000">
      <w:pPr>
        <w:pStyle w:val="Listepuces"/>
      </w:pPr>
      <w:r>
        <w:lastRenderedPageBreak/>
        <w:t>**Value**: Permet à 1 coach de servir 60 clients (vs 15 sans AI) = **4x capacity**</w:t>
      </w:r>
    </w:p>
    <w:p w14:paraId="1FF83D4E" w14:textId="77777777" w:rsidR="00495879" w:rsidRDefault="00000000">
      <w:pPr>
        <w:pStyle w:val="Listepuces"/>
      </w:pPr>
      <w:r>
        <w:t>**Lead Time**: 12-18 mois d'avance sur compétiteurs (data moat, fine-tuning, integrations)</w:t>
      </w:r>
    </w:p>
    <w:p w14:paraId="1154AE3C" w14:textId="77777777" w:rsidR="00495879" w:rsidRDefault="00000000">
      <w:pPr>
        <w:pStyle w:val="Titre3"/>
      </w:pPr>
      <w:r>
        <w:t>3. Méthodologies Propriétaires (IP Protection)</w:t>
      </w:r>
    </w:p>
    <w:p w14:paraId="78ACDF8D" w14:textId="77777777" w:rsidR="00495879" w:rsidRDefault="00000000">
      <w:r>
        <w:rPr>
          <w:b/>
        </w:rPr>
        <w:t>GBCM Scale Framework™</w:t>
      </w:r>
      <w:r>
        <w:t xml:space="preserve"> (Trademarked)</w:t>
      </w:r>
    </w:p>
    <w:p w14:paraId="1B09276D" w14:textId="77777777" w:rsidR="00495879" w:rsidRDefault="00000000">
      <w:pPr>
        <w:pStyle w:val="Listepuces"/>
      </w:pPr>
      <w:r>
        <w:t>Assessment 8 dimensions: Leadership, Team, Operations, Finance, Sales/Marketing, Product, Customer Experience, Innovation</w:t>
      </w:r>
    </w:p>
    <w:p w14:paraId="493A362C" w14:textId="77777777" w:rsidR="00495879" w:rsidRDefault="00000000">
      <w:pPr>
        <w:pStyle w:val="Listepuces"/>
      </w:pPr>
      <w:r>
        <w:t>Roadmap personnalisé 90 jours basé sur diagnostic</w:t>
      </w:r>
    </w:p>
    <w:p w14:paraId="593D0AF4" w14:textId="77777777" w:rsidR="00495879" w:rsidRDefault="00000000">
      <w:pPr>
        <w:pStyle w:val="Listepuces"/>
      </w:pPr>
      <w:r>
        <w:t>Proven avec 50+ entreprises, average 34% revenue growth dans 12 mois</w:t>
      </w:r>
    </w:p>
    <w:p w14:paraId="15DA0BBC" w14:textId="77777777" w:rsidR="00495879" w:rsidRDefault="00000000">
      <w:r>
        <w:rPr>
          <w:b/>
        </w:rPr>
        <w:t>Digital Transformation Canvas™</w:t>
      </w:r>
      <w:r>
        <w:t xml:space="preserve"> (Trademarked)</w:t>
      </w:r>
    </w:p>
    <w:p w14:paraId="6900DDA6" w14:textId="77777777" w:rsidR="00495879" w:rsidRDefault="00000000">
      <w:pPr>
        <w:pStyle w:val="Listepuces"/>
      </w:pPr>
      <w:r>
        <w:t>Framework 90 jours pour PME (vs approches $500K+ enterprise)</w:t>
      </w:r>
    </w:p>
    <w:p w14:paraId="6144058A" w14:textId="77777777" w:rsidR="00495879" w:rsidRDefault="00000000">
      <w:pPr>
        <w:pStyle w:val="Listepuces"/>
      </w:pPr>
      <w:r>
        <w:t>9 building blocks (stratégie, tech, processes, people, culture, etc.)</w:t>
      </w:r>
    </w:p>
    <w:p w14:paraId="09956FFA" w14:textId="77777777" w:rsidR="00495879" w:rsidRDefault="00000000">
      <w:pPr>
        <w:pStyle w:val="Listepuces"/>
      </w:pPr>
      <w:r>
        <w:t>Interactive tool (Miro/Mural board) + AI analysis</w:t>
      </w:r>
    </w:p>
    <w:p w14:paraId="44F5926D" w14:textId="77777777" w:rsidR="00495879" w:rsidRDefault="00000000">
      <w:r>
        <w:rPr>
          <w:b/>
        </w:rPr>
        <w:t>Sustainable Leadership System™</w:t>
      </w:r>
      <w:r>
        <w:t xml:space="preserve"> (Trademarked)</w:t>
      </w:r>
    </w:p>
    <w:p w14:paraId="1BFF39D0" w14:textId="77777777" w:rsidR="00495879" w:rsidRDefault="00000000">
      <w:pPr>
        <w:pStyle w:val="Listepuces"/>
      </w:pPr>
      <w:r>
        <w:t>Prévention burnout + performance durable</w:t>
      </w:r>
    </w:p>
    <w:p w14:paraId="2959AEB7" w14:textId="77777777" w:rsidR="00495879" w:rsidRDefault="00000000">
      <w:pPr>
        <w:pStyle w:val="Listepuces"/>
      </w:pPr>
      <w:r>
        <w:t>360° feedback tool, habit tracker, content library</w:t>
      </w:r>
    </w:p>
    <w:p w14:paraId="70906743" w14:textId="77777777" w:rsidR="00495879" w:rsidRDefault="00000000">
      <w:pPr>
        <w:pStyle w:val="Listepuces"/>
      </w:pPr>
      <w:r>
        <w:t>Focus: Mental health, delegation, energy management</w:t>
      </w:r>
    </w:p>
    <w:p w14:paraId="6ED66BCD" w14:textId="77777777" w:rsidR="00495879" w:rsidRDefault="00000000">
      <w:r>
        <w:rPr>
          <w:b/>
        </w:rPr>
        <w:t>Value</w:t>
      </w:r>
      <w:r>
        <w:t>: Différenciation vs 145,000 coaches génériques, justifie pricing premium.</w:t>
      </w:r>
    </w:p>
    <w:p w14:paraId="32F2780E" w14:textId="77777777" w:rsidR="00495879" w:rsidRDefault="00000000">
      <w:pPr>
        <w:pStyle w:val="Titre3"/>
      </w:pPr>
      <w:r>
        <w:t>4. Expansion Marché Africain (First-Mover Advantage)</w:t>
      </w:r>
    </w:p>
    <w:p w14:paraId="1AF4902C" w14:textId="77777777" w:rsidR="00495879" w:rsidRDefault="00000000">
      <w:r>
        <w:rPr>
          <w:b/>
        </w:rPr>
        <w:t>Opportunité Africa</w:t>
      </w:r>
      <w:r>
        <w:t>:</w:t>
      </w:r>
    </w:p>
    <w:p w14:paraId="334BAEB8" w14:textId="77777777" w:rsidR="00495879" w:rsidRDefault="00000000">
      <w:pPr>
        <w:pStyle w:val="Listepuces"/>
      </w:pPr>
      <w:r>
        <w:t>**TAM Africa**: $15-20B (management consulting + digital transformation + business coaching)</w:t>
      </w:r>
    </w:p>
    <w:p w14:paraId="797A8E4D" w14:textId="77777777" w:rsidR="00495879" w:rsidRDefault="00000000">
      <w:pPr>
        <w:pStyle w:val="Listepuces"/>
      </w:pPr>
      <w:r>
        <w:t>**CAGR**: 15% (digital transformation), 6.3% (consulting SME segment)</w:t>
      </w:r>
    </w:p>
    <w:p w14:paraId="6DB2086C" w14:textId="77777777" w:rsidR="00495879" w:rsidRDefault="00000000">
      <w:pPr>
        <w:pStyle w:val="Listepuces"/>
      </w:pPr>
      <w:r>
        <w:t>**Pricing PPP-adjusted**: -50% vs US (ex: TRANSFORM Growth Africa $4,997 vs US $8,997)</w:t>
      </w:r>
    </w:p>
    <w:p w14:paraId="61F9F92A" w14:textId="77777777" w:rsidR="00495879" w:rsidRDefault="00000000">
      <w:pPr>
        <w:pStyle w:val="Listepuces"/>
      </w:pPr>
      <w:r>
        <w:t>**Présence locale**: Partenariat Lions Dev à Abidjan facilite go-to-market</w:t>
      </w:r>
    </w:p>
    <w:p w14:paraId="4DD8A9AE" w14:textId="77777777" w:rsidR="00495879" w:rsidRDefault="00000000">
      <w:r>
        <w:rPr>
          <w:b/>
        </w:rPr>
        <w:t>Pays cibles</w:t>
      </w:r>
      <w:r>
        <w:t>:</w:t>
      </w:r>
    </w:p>
    <w:p w14:paraId="0BF267DC" w14:textId="77777777" w:rsidR="00495879" w:rsidRDefault="00000000">
      <w:pPr>
        <w:pStyle w:val="Listepuces"/>
      </w:pPr>
      <w:r>
        <w:t>**Phase 1 (2026-2027)**: Côte d'Ivoire, Sénégal, Cameroun (francophone)</w:t>
      </w:r>
    </w:p>
    <w:p w14:paraId="6D8708C2" w14:textId="77777777" w:rsidR="00495879" w:rsidRDefault="00000000">
      <w:pPr>
        <w:pStyle w:val="Listepuces"/>
      </w:pPr>
      <w:r>
        <w:t>**Phase 2 (2028-2029)**: Nigeria, Kenya, Ghana (anglophone)</w:t>
      </w:r>
    </w:p>
    <w:p w14:paraId="7067F043" w14:textId="77777777" w:rsidR="00495879" w:rsidRDefault="00000000">
      <w:r>
        <w:rPr>
          <w:b/>
        </w:rPr>
        <w:t>Projections Africa</w:t>
      </w:r>
      <w:r>
        <w:t>:</w:t>
      </w:r>
    </w:p>
    <w:p w14:paraId="5E7928DC" w14:textId="77777777" w:rsidR="00495879" w:rsidRDefault="00000000">
      <w:pPr>
        <w:pStyle w:val="Listepuces"/>
      </w:pPr>
      <w:r>
        <w:t>An 1: $50K (28% revenus), 6 clients</w:t>
      </w:r>
    </w:p>
    <w:p w14:paraId="692156C3" w14:textId="77777777" w:rsidR="00495879" w:rsidRDefault="00000000">
      <w:pPr>
        <w:pStyle w:val="Listepuces"/>
      </w:pPr>
      <w:r>
        <w:t>An 2: $150K (36% revenus), 18 clients</w:t>
      </w:r>
    </w:p>
    <w:p w14:paraId="3F0A64AF" w14:textId="77777777" w:rsidR="00495879" w:rsidRDefault="00000000">
      <w:pPr>
        <w:pStyle w:val="Listepuces"/>
      </w:pPr>
      <w:r>
        <w:t>An 3: $300K (35% revenus), 35 clients</w:t>
      </w:r>
    </w:p>
    <w:p w14:paraId="0CC5725B" w14:textId="77777777" w:rsidR="00495879" w:rsidRDefault="00000000">
      <w:pPr>
        <w:pStyle w:val="Titre3"/>
      </w:pPr>
      <w:r>
        <w:lastRenderedPageBreak/>
        <w:t>5. Technology Platform (Scalable Business Model)</w:t>
      </w:r>
    </w:p>
    <w:p w14:paraId="0DC0CC4D" w14:textId="77777777" w:rsidR="00495879" w:rsidRDefault="00000000">
      <w:r>
        <w:rPr>
          <w:b/>
        </w:rPr>
        <w:t>GBCM Hub™</w:t>
      </w:r>
      <w:r>
        <w:t xml:space="preserve"> (Proprietary Platform):</w:t>
      </w:r>
    </w:p>
    <w:p w14:paraId="386A6523" w14:textId="77777777" w:rsidR="00495879" w:rsidRDefault="00000000">
      <w:pPr>
        <w:pStyle w:val="Listepuces"/>
      </w:pPr>
      <w:r>
        <w:t>Tech Stack: Quarkus (backend), Flutter (mobile), PostgreSQL (database), AWS (cloud)</w:t>
      </w:r>
    </w:p>
    <w:p w14:paraId="64B6CE46" w14:textId="77777777" w:rsidR="00495879" w:rsidRDefault="00000000">
      <w:pPr>
        <w:pStyle w:val="Listepuces"/>
      </w:pPr>
      <w:r>
        <w:t>Features: AI Coach, video workshops, resource library, community forums, analytics, progress tracking</w:t>
      </w:r>
    </w:p>
    <w:p w14:paraId="5414361C" w14:textId="77777777" w:rsidR="00495879" w:rsidRDefault="00000000">
      <w:pPr>
        <w:pStyle w:val="Listepuces"/>
      </w:pPr>
      <w:r>
        <w:t>Capacity: 1 coach + platform = 60 clients (vs 15 traditional)</w:t>
      </w:r>
    </w:p>
    <w:p w14:paraId="266CB27B" w14:textId="77777777" w:rsidR="00495879" w:rsidRDefault="00000000">
      <w:pPr>
        <w:pStyle w:val="Listepuces"/>
      </w:pPr>
      <w:r>
        <w:t>Unit Economics: 92% gross margin (vs 60% traditional coaching)</w:t>
      </w:r>
    </w:p>
    <w:p w14:paraId="3307D826" w14:textId="77777777" w:rsidR="00495879" w:rsidRDefault="00000000">
      <w:r>
        <w:rPr>
          <w:b/>
        </w:rPr>
        <w:t>Competitive Landscape</w:t>
      </w:r>
      <w:r>
        <w:t>:</w:t>
      </w:r>
    </w:p>
    <w:p w14:paraId="4EFBFDE0" w14:textId="77777777" w:rsidR="00495879" w:rsidRDefault="00000000">
      <w:pPr>
        <w:pStyle w:val="Listepuces"/>
      </w:pPr>
      <w:r>
        <w:t>BetterUp ($1.73B valuation): Enterprise-focused ($200-400/employee/month), no SMB offering</w:t>
      </w:r>
    </w:p>
    <w:p w14:paraId="34474C93" w14:textId="77777777" w:rsidR="00495879" w:rsidRDefault="00000000">
      <w:pPr>
        <w:pStyle w:val="Listepuces"/>
      </w:pPr>
      <w:r>
        <w:t>CoachHub ($1B valuation): European, mid-market focus, weak US presence</w:t>
      </w:r>
    </w:p>
    <w:p w14:paraId="2E5160D8" w14:textId="77777777" w:rsidR="00495879" w:rsidRDefault="00000000">
      <w:pPr>
        <w:pStyle w:val="Listepuces"/>
      </w:pPr>
      <w:r>
        <w:t>Vistage ($15K-25K/year): Peer-only model, no professional coaching</w:t>
      </w:r>
    </w:p>
    <w:p w14:paraId="02FD1637" w14:textId="77777777" w:rsidR="00495879" w:rsidRDefault="00000000">
      <w:pPr>
        <w:pStyle w:val="Listepuces"/>
      </w:pPr>
      <w:r>
        <w:t>**GBCM Positioning**: SMB sweet spot ($8,997-$180K/year), hybrid human+AI, bi-continental presence</w:t>
      </w:r>
    </w:p>
    <w:p w14:paraId="4249E3FE" w14:textId="77777777" w:rsidR="00495879" w:rsidRDefault="00000000">
      <w:pPr>
        <w:pStyle w:val="Titre3"/>
      </w:pPr>
      <w:r>
        <w:t>6. Hybrid Delivery Model (Best of Both Worlds)</w:t>
      </w:r>
    </w:p>
    <w:p w14:paraId="27BC60F7" w14:textId="77777777" w:rsidR="00495879" w:rsidRDefault="00000000">
      <w:pPr>
        <w:pStyle w:val="Listepuces"/>
      </w:pPr>
      <w:r>
        <w:t>**80% virtuel**: Workshops online, coaching Zoom, AI Coach async, community digital</w:t>
      </w:r>
    </w:p>
    <w:p w14:paraId="00E0BE79" w14:textId="77777777" w:rsidR="00495879" w:rsidRDefault="00000000">
      <w:pPr>
        <w:pStyle w:val="Listepuces"/>
      </w:pPr>
      <w:r>
        <w:t>**Advantage**: Scale national/international, accessibility, lower costs</w:t>
      </w:r>
    </w:p>
    <w:p w14:paraId="48F7DA29" w14:textId="77777777" w:rsidR="00495879" w:rsidRDefault="00000000">
      <w:pPr>
        <w:pStyle w:val="Listepuces"/>
      </w:pPr>
      <w:r>
        <w:t>**20% présentiel premium**: Quarterly strategy sessions, annual summit, intimate cohorts</w:t>
      </w:r>
    </w:p>
    <w:p w14:paraId="67792532" w14:textId="77777777" w:rsidR="00495879" w:rsidRDefault="00000000">
      <w:pPr>
        <w:pStyle w:val="Listepuces"/>
      </w:pPr>
      <w:r>
        <w:t>**Advantage**: Deep relationships, high-touch experience, premium positioning</w:t>
      </w:r>
    </w:p>
    <w:p w14:paraId="2D94CD5A" w14:textId="77777777" w:rsidR="00495879" w:rsidRDefault="00000000">
      <w:r>
        <w:rPr>
          <w:b/>
        </w:rPr>
        <w:t>Result</w:t>
      </w:r>
      <w:r>
        <w:t>: Accessible pricing ($8,997 vs $50K+ boutiques) + quality experience (vs generic online coaches)</w:t>
      </w:r>
    </w:p>
    <w:p w14:paraId="4096B589" w14:textId="77777777" w:rsidR="00495879" w:rsidRDefault="00000000">
      <w:pPr>
        <w:pStyle w:val="Titre3"/>
      </w:pPr>
      <w:r>
        <w:t>7. Unit Economics Supérieurs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7B73B60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0BF1951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6E3B1C6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GBCM Model</w:t>
            </w:r>
          </w:p>
        </w:tc>
        <w:tc>
          <w:tcPr>
            <w:tcW w:w="2160" w:type="dxa"/>
          </w:tcPr>
          <w:p w14:paraId="6CBC9B1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Traditional Coaching</w:t>
            </w:r>
          </w:p>
        </w:tc>
        <w:tc>
          <w:tcPr>
            <w:tcW w:w="2160" w:type="dxa"/>
          </w:tcPr>
          <w:p w14:paraId="1A95AF5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Advantage</w:t>
            </w:r>
          </w:p>
        </w:tc>
      </w:tr>
      <w:tr w:rsidR="00495879" w14:paraId="676ECD3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11B1132" w14:textId="77777777" w:rsidR="00495879" w:rsidRDefault="00000000">
            <w:r>
              <w:t>**Clients per Coach**</w:t>
            </w:r>
          </w:p>
        </w:tc>
        <w:tc>
          <w:tcPr>
            <w:tcW w:w="2160" w:type="dxa"/>
          </w:tcPr>
          <w:p w14:paraId="266F7F4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</w:tc>
        <w:tc>
          <w:tcPr>
            <w:tcW w:w="2160" w:type="dxa"/>
          </w:tcPr>
          <w:p w14:paraId="1E73D2D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2160" w:type="dxa"/>
          </w:tcPr>
          <w:p w14:paraId="5C6D47F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**4x capacity**</w:t>
            </w:r>
          </w:p>
        </w:tc>
      </w:tr>
      <w:tr w:rsidR="00495879" w14:paraId="532B14E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0C35B79" w14:textId="77777777" w:rsidR="00495879" w:rsidRDefault="00000000">
            <w:r>
              <w:t>**Gross Margin**</w:t>
            </w:r>
          </w:p>
        </w:tc>
        <w:tc>
          <w:tcPr>
            <w:tcW w:w="2160" w:type="dxa"/>
          </w:tcPr>
          <w:p w14:paraId="0198F60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92%</w:t>
            </w:r>
          </w:p>
        </w:tc>
        <w:tc>
          <w:tcPr>
            <w:tcW w:w="2160" w:type="dxa"/>
          </w:tcPr>
          <w:p w14:paraId="6423C99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60%</w:t>
            </w:r>
          </w:p>
        </w:tc>
        <w:tc>
          <w:tcPr>
            <w:tcW w:w="2160" w:type="dxa"/>
          </w:tcPr>
          <w:p w14:paraId="4BFA0F5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**+32pp**</w:t>
            </w:r>
          </w:p>
        </w:tc>
      </w:tr>
      <w:tr w:rsidR="00495879" w14:paraId="6DEEE54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CCF63F" w14:textId="77777777" w:rsidR="00495879" w:rsidRDefault="00000000">
            <w:r>
              <w:t>**LTV (3-year avg)**</w:t>
            </w:r>
          </w:p>
        </w:tc>
        <w:tc>
          <w:tcPr>
            <w:tcW w:w="2160" w:type="dxa"/>
          </w:tcPr>
          <w:p w14:paraId="700FA80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$36,000</w:t>
            </w:r>
          </w:p>
        </w:tc>
        <w:tc>
          <w:tcPr>
            <w:tcW w:w="2160" w:type="dxa"/>
          </w:tcPr>
          <w:p w14:paraId="23AEDA6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$12,000</w:t>
            </w:r>
          </w:p>
        </w:tc>
        <w:tc>
          <w:tcPr>
            <w:tcW w:w="2160" w:type="dxa"/>
          </w:tcPr>
          <w:p w14:paraId="05FD9F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**3x**</w:t>
            </w:r>
          </w:p>
        </w:tc>
      </w:tr>
      <w:tr w:rsidR="00495879" w14:paraId="71C279A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0DEBC20" w14:textId="77777777" w:rsidR="00495879" w:rsidRDefault="00000000">
            <w:r>
              <w:t>**CAC**</w:t>
            </w:r>
          </w:p>
        </w:tc>
        <w:tc>
          <w:tcPr>
            <w:tcW w:w="2160" w:type="dxa"/>
          </w:tcPr>
          <w:p w14:paraId="7BE3B75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$2K-4K</w:t>
            </w:r>
          </w:p>
        </w:tc>
        <w:tc>
          <w:tcPr>
            <w:tcW w:w="2160" w:type="dxa"/>
          </w:tcPr>
          <w:p w14:paraId="69FC984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$1K-2K</w:t>
            </w:r>
          </w:p>
        </w:tc>
        <w:tc>
          <w:tcPr>
            <w:tcW w:w="2160" w:type="dxa"/>
          </w:tcPr>
          <w:p w14:paraId="1A6A0EB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Higher but justified</w:t>
            </w:r>
          </w:p>
        </w:tc>
      </w:tr>
      <w:tr w:rsidR="00495879" w14:paraId="3BB05D2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CC22EAC" w14:textId="77777777" w:rsidR="00495879" w:rsidRDefault="00000000">
            <w:r>
              <w:t>**LTV:CAC**</w:t>
            </w:r>
          </w:p>
        </w:tc>
        <w:tc>
          <w:tcPr>
            <w:tcW w:w="2160" w:type="dxa"/>
          </w:tcPr>
          <w:p w14:paraId="508554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6-18:1</w:t>
            </w:r>
          </w:p>
        </w:tc>
        <w:tc>
          <w:tcPr>
            <w:tcW w:w="2160" w:type="dxa"/>
          </w:tcPr>
          <w:p w14:paraId="25F743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3-6:1</w:t>
            </w:r>
          </w:p>
        </w:tc>
        <w:tc>
          <w:tcPr>
            <w:tcW w:w="2160" w:type="dxa"/>
          </w:tcPr>
          <w:p w14:paraId="19ED325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**2-3x better**</w:t>
            </w:r>
          </w:p>
        </w:tc>
      </w:tr>
    </w:tbl>
    <w:p w14:paraId="77F1F063" w14:textId="77777777" w:rsidR="00495879" w:rsidRDefault="00495879"/>
    <w:p w14:paraId="179FFCA7" w14:textId="77777777" w:rsidR="00495879" w:rsidRDefault="00000000">
      <w:r>
        <w:rPr>
          <w:b/>
        </w:rPr>
        <w:t>Implication</w:t>
      </w:r>
      <w:r>
        <w:t>: Profitable dès Year 3, scalable sans capital massif, attractive pour acquisition (4-8x EBITDA multiples).</w:t>
      </w:r>
    </w:p>
    <w:p w14:paraId="6FAC61B7" w14:textId="77777777" w:rsidR="00495879" w:rsidRDefault="00000000">
      <w:r>
        <w:t>________________________________________________________________________________</w:t>
      </w:r>
    </w:p>
    <w:p w14:paraId="432D9B85" w14:textId="77777777" w:rsidR="00495879" w:rsidRDefault="00000000">
      <w:pPr>
        <w:pStyle w:val="Titre2"/>
      </w:pPr>
      <w:r>
        <w:lastRenderedPageBreak/>
        <w:t>📊 OPPORTUNITÉ DE MARCHÉ</w:t>
      </w:r>
    </w:p>
    <w:p w14:paraId="47B428D7" w14:textId="77777777" w:rsidR="00495879" w:rsidRDefault="00000000">
      <w:pPr>
        <w:pStyle w:val="Titre3"/>
      </w:pPr>
      <w:r>
        <w:t>Taille de Marché (TAM/SAM/SOM)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238C730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58F8CAE" w14:textId="77777777" w:rsidR="00495879" w:rsidRDefault="00000000">
            <w:r>
              <w:rPr>
                <w:sz w:val="20"/>
              </w:rPr>
              <w:t>Segment</w:t>
            </w:r>
          </w:p>
        </w:tc>
        <w:tc>
          <w:tcPr>
            <w:tcW w:w="2160" w:type="dxa"/>
          </w:tcPr>
          <w:p w14:paraId="4F14E17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Taille Marché</w:t>
            </w:r>
          </w:p>
        </w:tc>
        <w:tc>
          <w:tcPr>
            <w:tcW w:w="2160" w:type="dxa"/>
          </w:tcPr>
          <w:p w14:paraId="6F1ADF3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CAGR</w:t>
            </w:r>
          </w:p>
        </w:tc>
        <w:tc>
          <w:tcPr>
            <w:tcW w:w="2160" w:type="dxa"/>
          </w:tcPr>
          <w:p w14:paraId="74F2D96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Notre Positionnement</w:t>
            </w:r>
          </w:p>
        </w:tc>
      </w:tr>
      <w:tr w:rsidR="00495879" w14:paraId="019BC9D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E25CF8C" w14:textId="77777777" w:rsidR="00495879" w:rsidRDefault="00000000">
            <w:r>
              <w:t>**TAM** (Global Coaching)</w:t>
            </w:r>
          </w:p>
        </w:tc>
        <w:tc>
          <w:tcPr>
            <w:tcW w:w="2160" w:type="dxa"/>
          </w:tcPr>
          <w:p w14:paraId="6B981F4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$7.31B (2025)</w:t>
            </w:r>
          </w:p>
        </w:tc>
        <w:tc>
          <w:tcPr>
            <w:tcW w:w="2160" w:type="dxa"/>
          </w:tcPr>
          <w:p w14:paraId="45F5A6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17%</w:t>
            </w:r>
          </w:p>
        </w:tc>
        <w:tc>
          <w:tcPr>
            <w:tcW w:w="2160" w:type="dxa"/>
          </w:tcPr>
          <w:p w14:paraId="7C130B0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Marché total coaching business</w:t>
            </w:r>
          </w:p>
        </w:tc>
      </w:tr>
      <w:tr w:rsidR="00495879" w14:paraId="16DA6FB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09B07F5" w14:textId="77777777" w:rsidR="00495879" w:rsidRDefault="00000000">
            <w:r>
              <w:t>**SAM** (US Business Coaching)</w:t>
            </w:r>
          </w:p>
        </w:tc>
        <w:tc>
          <w:tcPr>
            <w:tcW w:w="2160" w:type="dxa"/>
          </w:tcPr>
          <w:p w14:paraId="668D2D7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$20.0B (2025)</w:t>
            </w:r>
          </w:p>
        </w:tc>
        <w:tc>
          <w:tcPr>
            <w:tcW w:w="2160" w:type="dxa"/>
          </w:tcPr>
          <w:p w14:paraId="51158C3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17%</w:t>
            </w:r>
          </w:p>
        </w:tc>
        <w:tc>
          <w:tcPr>
            <w:tcW w:w="2160" w:type="dxa"/>
          </w:tcPr>
          <w:p w14:paraId="42B0E1F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Marché adressable (focus US Year 1-3)</w:t>
            </w:r>
          </w:p>
        </w:tc>
      </w:tr>
      <w:tr w:rsidR="00495879" w14:paraId="0C04D2F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4FD94C7" w14:textId="77777777" w:rsidR="00495879" w:rsidRDefault="00000000">
            <w:r>
              <w:t>**SOM** (Growth-Stage SMBs)</w:t>
            </w:r>
          </w:p>
        </w:tc>
        <w:tc>
          <w:tcPr>
            <w:tcW w:w="2160" w:type="dxa"/>
          </w:tcPr>
          <w:p w14:paraId="1F417E7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$1.2B</w:t>
            </w:r>
          </w:p>
        </w:tc>
        <w:tc>
          <w:tcPr>
            <w:tcW w:w="2160" w:type="dxa"/>
          </w:tcPr>
          <w:p w14:paraId="2E9CA15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2160" w:type="dxa"/>
          </w:tcPr>
          <w:p w14:paraId="49E5B2A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Atteignable avec 1% market share = 12,000 clients</w:t>
            </w:r>
          </w:p>
        </w:tc>
      </w:tr>
    </w:tbl>
    <w:p w14:paraId="301F37EF" w14:textId="77777777" w:rsidR="00495879" w:rsidRDefault="00495879"/>
    <w:p w14:paraId="38B1A79D" w14:textId="77777777" w:rsidR="00495879" w:rsidRDefault="00000000">
      <w:r>
        <w:rPr>
          <w:b/>
        </w:rPr>
        <w:t>GBCM Target (Year 5)</w:t>
      </w:r>
      <w:r>
        <w:t xml:space="preserve">: 500 clients × $15K avg ACV = </w:t>
      </w:r>
      <w:r>
        <w:rPr>
          <w:b/>
        </w:rPr>
        <w:t>$7.5M revenue</w:t>
      </w:r>
      <w:r>
        <w:t xml:space="preserve"> (0.6% of SAM)</w:t>
      </w:r>
    </w:p>
    <w:p w14:paraId="1277F912" w14:textId="77777777" w:rsidR="00495879" w:rsidRDefault="00000000">
      <w:pPr>
        <w:pStyle w:val="Titre3"/>
      </w:pPr>
      <w:r>
        <w:t>Tendances Favorables (2025-2030)</w:t>
      </w:r>
    </w:p>
    <w:p w14:paraId="1F9AE283" w14:textId="77777777" w:rsidR="00495879" w:rsidRDefault="00000000">
      <w:r>
        <w:rPr>
          <w:b/>
        </w:rPr>
        <w:t>1. Croissance Explosive du Coaching Business</w:t>
      </w:r>
    </w:p>
    <w:p w14:paraId="13F06D32" w14:textId="77777777" w:rsidR="00495879" w:rsidRDefault="00000000">
      <w:pPr>
        <w:pStyle w:val="Listepuces"/>
      </w:pPr>
      <w:r>
        <w:t>Market Size: $7.31B (2025) → $10.1B (2032)</w:t>
      </w:r>
    </w:p>
    <w:p w14:paraId="0999D416" w14:textId="77777777" w:rsidR="00495879" w:rsidRDefault="00000000">
      <w:pPr>
        <w:pStyle w:val="Listepuces"/>
      </w:pPr>
      <w:r>
        <w:t>CAGR: **17%** (2019-2032)</w:t>
      </w:r>
    </w:p>
    <w:p w14:paraId="6D69F6F4" w14:textId="77777777" w:rsidR="00495879" w:rsidRDefault="00000000">
      <w:pPr>
        <w:pStyle w:val="Listepuces"/>
      </w:pPr>
      <w:r>
        <w:t>Drivers: Remote work normalization, mental health focus, entrepreneurship boom</w:t>
      </w:r>
    </w:p>
    <w:p w14:paraId="1533D9DE" w14:textId="77777777" w:rsidR="00495879" w:rsidRDefault="00000000">
      <w:r>
        <w:rPr>
          <w:b/>
        </w:rPr>
        <w:t>2. Digitalisation Accélérée Post-COVID</w:t>
      </w:r>
    </w:p>
    <w:p w14:paraId="0139CA6E" w14:textId="77777777" w:rsidR="00495879" w:rsidRDefault="00000000">
      <w:pPr>
        <w:pStyle w:val="Listepuces"/>
      </w:pPr>
      <w:r>
        <w:t>**72% du coaching** est désormais virtuel (vs 40% pré-2020)</w:t>
      </w:r>
    </w:p>
    <w:p w14:paraId="21179AF4" w14:textId="77777777" w:rsidR="00495879" w:rsidRDefault="00000000">
      <w:pPr>
        <w:pStyle w:val="Listepuces"/>
      </w:pPr>
      <w:r>
        <w:t>Coaching platforms (BetterUp, CoachHub): +47% croissance 3 ans</w:t>
      </w:r>
    </w:p>
    <w:p w14:paraId="21A056F0" w14:textId="77777777" w:rsidR="00495879" w:rsidRDefault="00000000">
      <w:pPr>
        <w:pStyle w:val="Listepuces"/>
      </w:pPr>
      <w:r>
        <w:t>Acceptation client: Virtual coaching = aussi efficace que présentiel (studies confirm)</w:t>
      </w:r>
    </w:p>
    <w:p w14:paraId="1F34016E" w14:textId="77777777" w:rsidR="00495879" w:rsidRDefault="00000000">
      <w:r>
        <w:rPr>
          <w:b/>
        </w:rPr>
        <w:t>3. Demande Transformation Digitale Massive</w:t>
      </w:r>
    </w:p>
    <w:p w14:paraId="292798B0" w14:textId="77777777" w:rsidR="00495879" w:rsidRDefault="00000000">
      <w:pPr>
        <w:pStyle w:val="Listepuces"/>
      </w:pPr>
      <w:r>
        <w:t>Market: **$383B (2025) → $896B (2033)**</w:t>
      </w:r>
    </w:p>
    <w:p w14:paraId="6F197136" w14:textId="77777777" w:rsidR="00495879" w:rsidRDefault="00000000">
      <w:pPr>
        <w:pStyle w:val="Listepuces"/>
      </w:pPr>
      <w:r>
        <w:t>CAGR: **11.2%**</w:t>
      </w:r>
    </w:p>
    <w:p w14:paraId="3E1921EF" w14:textId="77777777" w:rsidR="00495879" w:rsidRDefault="00000000">
      <w:pPr>
        <w:pStyle w:val="Listepuces"/>
      </w:pPr>
      <w:r>
        <w:t>**75% des entreprises** planifient transformation digitale en 2025-2026</w:t>
      </w:r>
    </w:p>
    <w:p w14:paraId="6537B30D" w14:textId="77777777" w:rsidR="00495879" w:rsidRDefault="00000000">
      <w:pPr>
        <w:pStyle w:val="Listepuces"/>
      </w:pPr>
      <w:r>
        <w:t>PME budget: $50K-$500K (sweet spot pour GBCM ADVISORY/ACCELERATOR)</w:t>
      </w:r>
    </w:p>
    <w:p w14:paraId="24DCE2C6" w14:textId="77777777" w:rsidR="00495879" w:rsidRDefault="00000000">
      <w:r>
        <w:rPr>
          <w:b/>
        </w:rPr>
        <w:t>4. Focus Mental Health &amp; Leadership Durable</w:t>
      </w:r>
    </w:p>
    <w:p w14:paraId="48F492BB" w14:textId="77777777" w:rsidR="00495879" w:rsidRDefault="00000000">
      <w:pPr>
        <w:pStyle w:val="Listepuces"/>
      </w:pPr>
      <w:r>
        <w:t>Burnout épidémique: 50%+ entrepreneurs reportent symptoms</w:t>
      </w:r>
    </w:p>
    <w:p w14:paraId="69ADF0BD" w14:textId="77777777" w:rsidR="00495879" w:rsidRDefault="00000000">
      <w:pPr>
        <w:pStyle w:val="Listepuces"/>
      </w:pPr>
      <w:r>
        <w:t>Leadership development market: $103B (2025) → $161B (2030), CAGR 9.3%</w:t>
      </w:r>
    </w:p>
    <w:p w14:paraId="50F97693" w14:textId="77777777" w:rsidR="00495879" w:rsidRDefault="00000000">
      <w:pPr>
        <w:pStyle w:val="Listepuces"/>
      </w:pPr>
      <w:r>
        <w:t>Demand pour **sustainable performance** (vs hustle culture)</w:t>
      </w:r>
    </w:p>
    <w:p w14:paraId="0D46BF2B" w14:textId="77777777" w:rsidR="00495879" w:rsidRDefault="00000000">
      <w:r>
        <w:rPr>
          <w:b/>
        </w:rPr>
        <w:t>5. Spécialisation Premium</w:t>
      </w:r>
    </w:p>
    <w:p w14:paraId="6E209F52" w14:textId="77777777" w:rsidR="00495879" w:rsidRDefault="00000000">
      <w:pPr>
        <w:pStyle w:val="Listepuces"/>
      </w:pPr>
      <w:r>
        <w:t>**53% des coaches** offrent niches spécialisées (vs généraliste)</w:t>
      </w:r>
    </w:p>
    <w:p w14:paraId="748D10A9" w14:textId="77777777" w:rsidR="00495879" w:rsidRDefault="00000000">
      <w:pPr>
        <w:pStyle w:val="Listepuces"/>
      </w:pPr>
      <w:r>
        <w:t>Clients paient **2-3x premium** pour expertise sectorielle</w:t>
      </w:r>
    </w:p>
    <w:p w14:paraId="62C5179B" w14:textId="77777777" w:rsidR="00495879" w:rsidRDefault="00000000">
      <w:pPr>
        <w:pStyle w:val="Listepuces"/>
      </w:pPr>
      <w:r>
        <w:t>**AI differentiation**: Early adopters peuvent charge 20-30% more</w:t>
      </w:r>
    </w:p>
    <w:p w14:paraId="3E278B05" w14:textId="77777777" w:rsidR="00495879" w:rsidRDefault="00000000">
      <w:pPr>
        <w:pStyle w:val="Titre3"/>
      </w:pPr>
      <w:r>
        <w:lastRenderedPageBreak/>
        <w:t>Competitive Landscape (Voir Section 04 pour détails)</w:t>
      </w:r>
    </w:p>
    <w:p w14:paraId="0E0D265F" w14:textId="77777777" w:rsidR="00495879" w:rsidRDefault="00000000">
      <w:r>
        <w:rPr>
          <w:b/>
        </w:rPr>
        <w:t>7 Compétiteurs Principaux Analysés</w:t>
      </w:r>
      <w:r>
        <w:t>:</w:t>
      </w:r>
    </w:p>
    <w:p w14:paraId="2985BF0A" w14:textId="77777777" w:rsidR="00495879" w:rsidRDefault="00000000">
      <w:pPr>
        <w:pStyle w:val="Listenumros"/>
      </w:pPr>
      <w:r>
        <w:t>Vistage ($15K-25K/year, peer-only, 45K members)</w:t>
      </w:r>
    </w:p>
    <w:p w14:paraId="0AFEA2C6" w14:textId="77777777" w:rsidR="00495879" w:rsidRDefault="00000000">
      <w:pPr>
        <w:pStyle w:val="Listenumros"/>
      </w:pPr>
      <w:r>
        <w:t>EO - Entrepreneurs' Organization ($12K-18K/year, 18K members)</w:t>
      </w:r>
    </w:p>
    <w:p w14:paraId="65B74BFC" w14:textId="77777777" w:rsidR="00495879" w:rsidRDefault="00000000">
      <w:pPr>
        <w:pStyle w:val="Listenumros"/>
      </w:pPr>
      <w:r>
        <w:t>Strategic Coach (Dan Sullivan, $10K-40K/year, mindset focus)</w:t>
      </w:r>
    </w:p>
    <w:p w14:paraId="43EAFC61" w14:textId="77777777" w:rsidR="00495879" w:rsidRDefault="00000000">
      <w:pPr>
        <w:pStyle w:val="Listenumros"/>
      </w:pPr>
      <w:r>
        <w:t>BetterUp ($200-400/employee/month, enterprise-only)</w:t>
      </w:r>
    </w:p>
    <w:p w14:paraId="28E0FC6B" w14:textId="77777777" w:rsidR="00495879" w:rsidRDefault="00000000">
      <w:pPr>
        <w:pStyle w:val="Listenumros"/>
      </w:pPr>
      <w:r>
        <w:t>Scaling Up (Verne Harnish ecosystem, fragmented coaches)</w:t>
      </w:r>
    </w:p>
    <w:p w14:paraId="5A404CEB" w14:textId="77777777" w:rsidR="00495879" w:rsidRDefault="00000000">
      <w:pPr>
        <w:pStyle w:val="Listenumros"/>
      </w:pPr>
      <w:r>
        <w:t>Boutique Consulting Firms ($50K-$150K/project)</w:t>
      </w:r>
    </w:p>
    <w:p w14:paraId="6FD3A81D" w14:textId="77777777" w:rsidR="00495879" w:rsidRDefault="00000000">
      <w:pPr>
        <w:pStyle w:val="Listenumros"/>
      </w:pPr>
      <w:r>
        <w:t>Individual Coaches (145,000+ in US, varying quality)</w:t>
      </w:r>
    </w:p>
    <w:p w14:paraId="25E54B16" w14:textId="77777777" w:rsidR="00495879" w:rsidRDefault="00000000">
      <w:r>
        <w:rPr>
          <w:b/>
        </w:rPr>
        <w:t>GBCM Differentiation</w:t>
      </w:r>
      <w:r>
        <w:t>:</w:t>
      </w:r>
    </w:p>
    <w:p w14:paraId="687E49DB" w14:textId="77777777" w:rsidR="00495879" w:rsidRDefault="00000000">
      <w:pPr>
        <w:pStyle w:val="Listepuces"/>
      </w:pPr>
      <w:r>
        <w:t>✅ **vs Vistage/EO**: Professional coaching + AI tools (not just peer groups)</w:t>
      </w:r>
    </w:p>
    <w:p w14:paraId="4FE43F9B" w14:textId="77777777" w:rsidR="00495879" w:rsidRDefault="00000000">
      <w:pPr>
        <w:pStyle w:val="Listepuces"/>
      </w:pPr>
      <w:r>
        <w:t>✅ **vs Strategic Coach**: Tactical execution + tech platform (not just mindset)</w:t>
      </w:r>
    </w:p>
    <w:p w14:paraId="0269107A" w14:textId="77777777" w:rsidR="00495879" w:rsidRDefault="00000000">
      <w:pPr>
        <w:pStyle w:val="Listepuces"/>
      </w:pPr>
      <w:r>
        <w:t>✅ **vs BetterUp**: SMB-focused pricing (not $200-400/employee enterprise)</w:t>
      </w:r>
    </w:p>
    <w:p w14:paraId="13A9D2C4" w14:textId="77777777" w:rsidR="00495879" w:rsidRDefault="00000000">
      <w:pPr>
        <w:pStyle w:val="Listepuces"/>
      </w:pPr>
      <w:r>
        <w:t>✅ **vs Boutiques**: 70-85% less expensive, tech-enabled delivery</w:t>
      </w:r>
    </w:p>
    <w:p w14:paraId="750776C1" w14:textId="77777777" w:rsidR="00495879" w:rsidRDefault="00000000">
      <w:pPr>
        <w:pStyle w:val="Listepuces"/>
      </w:pPr>
      <w:r>
        <w:t>✅ **vs Individual Coaches**: Proven methodologies, platform, community, consistency</w:t>
      </w:r>
    </w:p>
    <w:p w14:paraId="3A63BAE2" w14:textId="77777777" w:rsidR="00495879" w:rsidRDefault="00000000">
      <w:r>
        <w:t>________________________________________________________________________________</w:t>
      </w:r>
    </w:p>
    <w:p w14:paraId="1F0531D1" w14:textId="77777777" w:rsidR="00495879" w:rsidRDefault="00000000">
      <w:pPr>
        <w:pStyle w:val="Titre2"/>
      </w:pPr>
      <w:r>
        <w:t>💰 PROJECTIONS FINANCIÈRES (2026-2028)</w:t>
      </w:r>
    </w:p>
    <w:p w14:paraId="2554DDDE" w14:textId="77777777" w:rsidR="00495879" w:rsidRDefault="00000000">
      <w:pPr>
        <w:pStyle w:val="Titre3"/>
      </w:pPr>
      <w:r>
        <w:t>Vue d'Ensemble 3 Ans (Modèle Bi-Continental)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2EF91BF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3D0574E" w14:textId="77777777" w:rsidR="00495879" w:rsidRDefault="00000000">
            <w:r>
              <w:rPr>
                <w:sz w:val="20"/>
              </w:rPr>
              <w:t>Métrique</w:t>
            </w:r>
          </w:p>
        </w:tc>
        <w:tc>
          <w:tcPr>
            <w:tcW w:w="1728" w:type="dxa"/>
          </w:tcPr>
          <w:p w14:paraId="2AB2140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 (2026)</w:t>
            </w:r>
          </w:p>
        </w:tc>
        <w:tc>
          <w:tcPr>
            <w:tcW w:w="1728" w:type="dxa"/>
          </w:tcPr>
          <w:p w14:paraId="0CB6BEA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 (2027)</w:t>
            </w:r>
          </w:p>
        </w:tc>
        <w:tc>
          <w:tcPr>
            <w:tcW w:w="1728" w:type="dxa"/>
          </w:tcPr>
          <w:p w14:paraId="59BC3D3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 (2028)</w:t>
            </w:r>
          </w:p>
        </w:tc>
        <w:tc>
          <w:tcPr>
            <w:tcW w:w="1728" w:type="dxa"/>
          </w:tcPr>
          <w:p w14:paraId="25865F0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CAGR</w:t>
            </w:r>
          </w:p>
        </w:tc>
      </w:tr>
      <w:tr w:rsidR="00495879" w14:paraId="25CD62A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5B19217" w14:textId="77777777" w:rsidR="00495879" w:rsidRDefault="00000000">
            <w:r>
              <w:t>**Total Revenue**</w:t>
            </w:r>
          </w:p>
        </w:tc>
        <w:tc>
          <w:tcPr>
            <w:tcW w:w="1728" w:type="dxa"/>
          </w:tcPr>
          <w:p w14:paraId="283E564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$180,000</w:t>
            </w:r>
          </w:p>
        </w:tc>
        <w:tc>
          <w:tcPr>
            <w:tcW w:w="1728" w:type="dxa"/>
          </w:tcPr>
          <w:p w14:paraId="7A806DB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$420,000</w:t>
            </w:r>
          </w:p>
        </w:tc>
        <w:tc>
          <w:tcPr>
            <w:tcW w:w="1728" w:type="dxa"/>
          </w:tcPr>
          <w:p w14:paraId="2BFD8E0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$850,000</w:t>
            </w:r>
          </w:p>
        </w:tc>
        <w:tc>
          <w:tcPr>
            <w:tcW w:w="1728" w:type="dxa"/>
          </w:tcPr>
          <w:p w14:paraId="393E4A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**117%**</w:t>
            </w:r>
          </w:p>
        </w:tc>
      </w:tr>
      <w:tr w:rsidR="00495879" w14:paraId="3308CE3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34D8FFB" w14:textId="77777777" w:rsidR="00495879" w:rsidRDefault="00000000">
            <w:r>
              <w:t>- US</w:t>
            </w:r>
          </w:p>
        </w:tc>
        <w:tc>
          <w:tcPr>
            <w:tcW w:w="1728" w:type="dxa"/>
          </w:tcPr>
          <w:p w14:paraId="619973B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$130,000 (72%)</w:t>
            </w:r>
          </w:p>
        </w:tc>
        <w:tc>
          <w:tcPr>
            <w:tcW w:w="1728" w:type="dxa"/>
          </w:tcPr>
          <w:p w14:paraId="56F8092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$270,000 (64%)</w:t>
            </w:r>
          </w:p>
        </w:tc>
        <w:tc>
          <w:tcPr>
            <w:tcW w:w="1728" w:type="dxa"/>
          </w:tcPr>
          <w:p w14:paraId="0484957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$550,000 (65%)</w:t>
            </w:r>
          </w:p>
        </w:tc>
        <w:tc>
          <w:tcPr>
            <w:tcW w:w="1728" w:type="dxa"/>
          </w:tcPr>
          <w:p w14:paraId="6D6767D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</w:tr>
      <w:tr w:rsidR="00495879" w14:paraId="0941B33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3DB3B7D" w14:textId="77777777" w:rsidR="00495879" w:rsidRDefault="00000000">
            <w:r>
              <w:t>- Africa</w:t>
            </w:r>
          </w:p>
        </w:tc>
        <w:tc>
          <w:tcPr>
            <w:tcW w:w="1728" w:type="dxa"/>
          </w:tcPr>
          <w:p w14:paraId="3C8616C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$50,000 (28%)</w:t>
            </w:r>
          </w:p>
        </w:tc>
        <w:tc>
          <w:tcPr>
            <w:tcW w:w="1728" w:type="dxa"/>
          </w:tcPr>
          <w:p w14:paraId="7F23DD2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$150,000 (36%)</w:t>
            </w:r>
          </w:p>
        </w:tc>
        <w:tc>
          <w:tcPr>
            <w:tcW w:w="1728" w:type="dxa"/>
          </w:tcPr>
          <w:p w14:paraId="1DE70D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$300,000 (35%)</w:t>
            </w:r>
          </w:p>
        </w:tc>
        <w:tc>
          <w:tcPr>
            <w:tcW w:w="1728" w:type="dxa"/>
          </w:tcPr>
          <w:p w14:paraId="440B86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495879" w14:paraId="5C0B5C3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885F4AA" w14:textId="77777777" w:rsidR="00495879" w:rsidRDefault="00000000">
            <w:r>
              <w:t>**Active Clients**</w:t>
            </w:r>
          </w:p>
        </w:tc>
        <w:tc>
          <w:tcPr>
            <w:tcW w:w="1728" w:type="dxa"/>
          </w:tcPr>
          <w:p w14:paraId="0607FED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18 (12 US + 6 Africa)</w:t>
            </w:r>
          </w:p>
        </w:tc>
        <w:tc>
          <w:tcPr>
            <w:tcW w:w="1728" w:type="dxa"/>
          </w:tcPr>
          <w:p w14:paraId="7BC94DB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43 (25 US + 18 Africa)</w:t>
            </w:r>
          </w:p>
        </w:tc>
        <w:tc>
          <w:tcPr>
            <w:tcW w:w="1728" w:type="dxa"/>
          </w:tcPr>
          <w:p w14:paraId="74B7086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80 (45 US + 35 Africa)</w:t>
            </w:r>
          </w:p>
        </w:tc>
        <w:tc>
          <w:tcPr>
            <w:tcW w:w="1728" w:type="dxa"/>
          </w:tcPr>
          <w:p w14:paraId="2CC9FD6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**111%**</w:t>
            </w:r>
          </w:p>
        </w:tc>
      </w:tr>
      <w:tr w:rsidR="00495879" w14:paraId="336EE73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ADD973A" w14:textId="77777777" w:rsidR="00495879" w:rsidRDefault="00000000">
            <w:r>
              <w:t>**COGS**</w:t>
            </w:r>
          </w:p>
        </w:tc>
        <w:tc>
          <w:tcPr>
            <w:tcW w:w="1728" w:type="dxa"/>
          </w:tcPr>
          <w:p w14:paraId="61FF5F7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1728" w:type="dxa"/>
          </w:tcPr>
          <w:p w14:paraId="1CFE387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$35,000</w:t>
            </w:r>
          </w:p>
        </w:tc>
        <w:tc>
          <w:tcPr>
            <w:tcW w:w="1728" w:type="dxa"/>
          </w:tcPr>
          <w:p w14:paraId="5FC8033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$70,000</w:t>
            </w:r>
          </w:p>
        </w:tc>
        <w:tc>
          <w:tcPr>
            <w:tcW w:w="1728" w:type="dxa"/>
          </w:tcPr>
          <w:p w14:paraId="17304FB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495879" w14:paraId="62385BD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0A7EFC2" w14:textId="77777777" w:rsidR="00495879" w:rsidRDefault="00000000">
            <w:r>
              <w:t>**Gross Profit**</w:t>
            </w:r>
          </w:p>
        </w:tc>
        <w:tc>
          <w:tcPr>
            <w:tcW w:w="1728" w:type="dxa"/>
          </w:tcPr>
          <w:p w14:paraId="05A5BEB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$165,000</w:t>
            </w:r>
          </w:p>
        </w:tc>
        <w:tc>
          <w:tcPr>
            <w:tcW w:w="1728" w:type="dxa"/>
          </w:tcPr>
          <w:p w14:paraId="4292592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$385,000</w:t>
            </w:r>
          </w:p>
        </w:tc>
        <w:tc>
          <w:tcPr>
            <w:tcW w:w="1728" w:type="dxa"/>
          </w:tcPr>
          <w:p w14:paraId="0372415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$780,000</w:t>
            </w:r>
          </w:p>
        </w:tc>
        <w:tc>
          <w:tcPr>
            <w:tcW w:w="1728" w:type="dxa"/>
          </w:tcPr>
          <w:p w14:paraId="5141BE8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**118%**</w:t>
            </w:r>
          </w:p>
        </w:tc>
      </w:tr>
      <w:tr w:rsidR="00495879" w14:paraId="47B5DE0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72977BE" w14:textId="77777777" w:rsidR="00495879" w:rsidRDefault="00000000">
            <w:r>
              <w:t>**Gross Margin %**</w:t>
            </w:r>
          </w:p>
        </w:tc>
        <w:tc>
          <w:tcPr>
            <w:tcW w:w="1728" w:type="dxa"/>
          </w:tcPr>
          <w:p w14:paraId="7CE385E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**91.7%**</w:t>
            </w:r>
          </w:p>
        </w:tc>
        <w:tc>
          <w:tcPr>
            <w:tcW w:w="1728" w:type="dxa"/>
          </w:tcPr>
          <w:p w14:paraId="3F9576A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**91.7%**</w:t>
            </w:r>
          </w:p>
        </w:tc>
        <w:tc>
          <w:tcPr>
            <w:tcW w:w="1728" w:type="dxa"/>
          </w:tcPr>
          <w:p w14:paraId="63F63FF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**91.8%**</w:t>
            </w:r>
          </w:p>
        </w:tc>
        <w:tc>
          <w:tcPr>
            <w:tcW w:w="1728" w:type="dxa"/>
          </w:tcPr>
          <w:p w14:paraId="7901736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495879" w14:paraId="5902698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712E299" w14:textId="77777777" w:rsidR="00495879" w:rsidRDefault="00000000">
            <w:r>
              <w:t>**Operating Expenses**</w:t>
            </w:r>
          </w:p>
        </w:tc>
        <w:tc>
          <w:tcPr>
            <w:tcW w:w="1728" w:type="dxa"/>
          </w:tcPr>
          <w:p w14:paraId="1A8BC25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$232,200</w:t>
            </w:r>
          </w:p>
        </w:tc>
        <w:tc>
          <w:tcPr>
            <w:tcW w:w="1728" w:type="dxa"/>
          </w:tcPr>
          <w:p w14:paraId="7EAAD39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$430,000</w:t>
            </w:r>
          </w:p>
        </w:tc>
        <w:tc>
          <w:tcPr>
            <w:tcW w:w="1728" w:type="dxa"/>
          </w:tcPr>
          <w:p w14:paraId="7A839E0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$735,000</w:t>
            </w:r>
          </w:p>
        </w:tc>
        <w:tc>
          <w:tcPr>
            <w:tcW w:w="1728" w:type="dxa"/>
          </w:tcPr>
          <w:p w14:paraId="2652FEB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**78%**</w:t>
            </w:r>
          </w:p>
        </w:tc>
      </w:tr>
      <w:tr w:rsidR="00495879" w14:paraId="1813149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C983378" w14:textId="77777777" w:rsidR="00495879" w:rsidRDefault="00000000">
            <w:r>
              <w:t>- Technology (Lions Dev)</w:t>
            </w:r>
          </w:p>
        </w:tc>
        <w:tc>
          <w:tcPr>
            <w:tcW w:w="1728" w:type="dxa"/>
          </w:tcPr>
          <w:p w14:paraId="05FB55F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$30,000</w:t>
            </w:r>
          </w:p>
        </w:tc>
        <w:tc>
          <w:tcPr>
            <w:tcW w:w="1728" w:type="dxa"/>
          </w:tcPr>
          <w:p w14:paraId="161EAB1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$65,000</w:t>
            </w:r>
          </w:p>
        </w:tc>
        <w:tc>
          <w:tcPr>
            <w:tcW w:w="1728" w:type="dxa"/>
          </w:tcPr>
          <w:p w14:paraId="3197806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$115,000</w:t>
            </w:r>
          </w:p>
        </w:tc>
        <w:tc>
          <w:tcPr>
            <w:tcW w:w="1728" w:type="dxa"/>
          </w:tcPr>
          <w:p w14:paraId="1C26D05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495879" w14:paraId="7921AAD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F0991D0" w14:textId="77777777" w:rsidR="00495879" w:rsidRDefault="00000000">
            <w:r>
              <w:t>**EBITDA**</w:t>
            </w:r>
          </w:p>
        </w:tc>
        <w:tc>
          <w:tcPr>
            <w:tcW w:w="1728" w:type="dxa"/>
          </w:tcPr>
          <w:p w14:paraId="1D2BB1C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**-$67,200**</w:t>
            </w:r>
          </w:p>
        </w:tc>
        <w:tc>
          <w:tcPr>
            <w:tcW w:w="1728" w:type="dxa"/>
          </w:tcPr>
          <w:p w14:paraId="3050EC2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**-$45,000**</w:t>
            </w:r>
          </w:p>
        </w:tc>
        <w:tc>
          <w:tcPr>
            <w:tcW w:w="1728" w:type="dxa"/>
          </w:tcPr>
          <w:p w14:paraId="2B7F5B9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**+$45,000**</w:t>
            </w:r>
          </w:p>
        </w:tc>
        <w:tc>
          <w:tcPr>
            <w:tcW w:w="1728" w:type="dxa"/>
          </w:tcPr>
          <w:p w14:paraId="4FEAADF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</w:tr>
      <w:tr w:rsidR="00495879" w14:paraId="0C42F68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BA3AB1C" w14:textId="77777777" w:rsidR="00495879" w:rsidRDefault="00000000">
            <w:r>
              <w:t>**EBITDA Margin %**</w:t>
            </w:r>
          </w:p>
        </w:tc>
        <w:tc>
          <w:tcPr>
            <w:tcW w:w="1728" w:type="dxa"/>
          </w:tcPr>
          <w:p w14:paraId="70E8233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-37.3%</w:t>
            </w:r>
          </w:p>
        </w:tc>
        <w:tc>
          <w:tcPr>
            <w:tcW w:w="1728" w:type="dxa"/>
          </w:tcPr>
          <w:p w14:paraId="149BF13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-10.7%</w:t>
            </w:r>
          </w:p>
        </w:tc>
        <w:tc>
          <w:tcPr>
            <w:tcW w:w="1728" w:type="dxa"/>
          </w:tcPr>
          <w:p w14:paraId="3D8184C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**+5.3%**</w:t>
            </w:r>
          </w:p>
        </w:tc>
        <w:tc>
          <w:tcPr>
            <w:tcW w:w="1728" w:type="dxa"/>
          </w:tcPr>
          <w:p w14:paraId="2CCE955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495879" w14:paraId="02A2BB3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FF96CEA" w14:textId="77777777" w:rsidR="00495879" w:rsidRDefault="00000000">
            <w:r>
              <w:lastRenderedPageBreak/>
              <w:t>**Ending Cash**</w:t>
            </w:r>
          </w:p>
        </w:tc>
        <w:tc>
          <w:tcPr>
            <w:tcW w:w="1728" w:type="dxa"/>
          </w:tcPr>
          <w:p w14:paraId="1ED44A3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-$8,200</w:t>
            </w:r>
          </w:p>
        </w:tc>
        <w:tc>
          <w:tcPr>
            <w:tcW w:w="1728" w:type="dxa"/>
          </w:tcPr>
          <w:p w14:paraId="512FE78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-$63,200</w:t>
            </w:r>
          </w:p>
        </w:tc>
        <w:tc>
          <w:tcPr>
            <w:tcW w:w="1728" w:type="dxa"/>
          </w:tcPr>
          <w:p w14:paraId="35D25E8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-$43,200</w:t>
            </w:r>
          </w:p>
        </w:tc>
        <w:tc>
          <w:tcPr>
            <w:tcW w:w="1728" w:type="dxa"/>
          </w:tcPr>
          <w:p w14:paraId="6280CF6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</w:tr>
    </w:tbl>
    <w:p w14:paraId="37F57B1C" w14:textId="77777777" w:rsidR="00495879" w:rsidRDefault="00495879"/>
    <w:p w14:paraId="5F80AF3F" w14:textId="77777777" w:rsidR="00495879" w:rsidRDefault="00000000">
      <w:r>
        <w:rPr>
          <w:b/>
        </w:rPr>
        <w:t>Notes Importantes</w:t>
      </w:r>
      <w:r>
        <w:t>:</w:t>
      </w:r>
    </w:p>
    <w:p w14:paraId="66CFFF11" w14:textId="77777777" w:rsidR="00495879" w:rsidRDefault="00000000">
      <w:pPr>
        <w:pStyle w:val="Listepuces"/>
      </w:pPr>
      <w:r>
        <w:t>**Perte intentionnelle Year 1-2** (investment bi-continental + Phase 2 IA)</w:t>
      </w:r>
    </w:p>
    <w:p w14:paraId="547920B1" w14:textId="77777777" w:rsidR="00495879" w:rsidRDefault="00000000">
      <w:pPr>
        <w:pStyle w:val="Listepuces"/>
      </w:pPr>
      <w:r>
        <w:t>**Profitabilité Year 3** malgré investissement IA massif ($50K An 2-3)</w:t>
      </w:r>
    </w:p>
    <w:p w14:paraId="45E80742" w14:textId="77777777" w:rsidR="00495879" w:rsidRDefault="00000000">
      <w:pPr>
        <w:pStyle w:val="Listepuces"/>
      </w:pPr>
      <w:r>
        <w:t>**Besoin capital additionnel An 2**: $50-60K pour financer Phase 2 IA</w:t>
      </w:r>
    </w:p>
    <w:p w14:paraId="716B4A76" w14:textId="77777777" w:rsidR="00495879" w:rsidRDefault="00000000">
      <w:pPr>
        <w:pStyle w:val="Listepuces"/>
      </w:pPr>
      <w:r>
        <w:t>**Trade-off**: Profitabilité An 3 réduite (5.3% vs 13% initial) MAIS unlock croissance exponentielle An 4-5</w:t>
      </w:r>
    </w:p>
    <w:p w14:paraId="3C1488C1" w14:textId="77777777" w:rsidR="00495879" w:rsidRDefault="00000000">
      <w:pPr>
        <w:pStyle w:val="Titre3"/>
      </w:pPr>
      <w:r>
        <w:t>Revenue Mix (Year 1 Détail)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967"/>
        <w:gridCol w:w="1720"/>
        <w:gridCol w:w="1722"/>
        <w:gridCol w:w="1725"/>
        <w:gridCol w:w="1722"/>
      </w:tblGrid>
      <w:tr w:rsidR="00495879" w14:paraId="0CED8C4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ACF1F90" w14:textId="77777777" w:rsidR="00495879" w:rsidRDefault="00000000">
            <w:r>
              <w:rPr>
                <w:sz w:val="20"/>
              </w:rPr>
              <w:t>Service</w:t>
            </w:r>
          </w:p>
        </w:tc>
        <w:tc>
          <w:tcPr>
            <w:tcW w:w="1728" w:type="dxa"/>
          </w:tcPr>
          <w:p w14:paraId="76FAD42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Clients</w:t>
            </w:r>
          </w:p>
        </w:tc>
        <w:tc>
          <w:tcPr>
            <w:tcW w:w="1728" w:type="dxa"/>
          </w:tcPr>
          <w:p w14:paraId="0FA95A9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Prix/Client</w:t>
            </w:r>
          </w:p>
        </w:tc>
        <w:tc>
          <w:tcPr>
            <w:tcW w:w="1728" w:type="dxa"/>
          </w:tcPr>
          <w:p w14:paraId="6F055A4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</w:t>
            </w:r>
          </w:p>
        </w:tc>
        <w:tc>
          <w:tcPr>
            <w:tcW w:w="1728" w:type="dxa"/>
          </w:tcPr>
          <w:p w14:paraId="3B642BB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Mix</w:t>
            </w:r>
          </w:p>
        </w:tc>
      </w:tr>
      <w:tr w:rsidR="00495879" w14:paraId="08B235A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02C661A" w14:textId="77777777" w:rsidR="00495879" w:rsidRDefault="00000000">
            <w:r>
              <w:t>**TRANSFORM Growth**</w:t>
            </w:r>
          </w:p>
        </w:tc>
        <w:tc>
          <w:tcPr>
            <w:tcW w:w="1728" w:type="dxa"/>
          </w:tcPr>
          <w:p w14:paraId="1255BE2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728" w:type="dxa"/>
          </w:tcPr>
          <w:p w14:paraId="7E6C955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$8,997</w:t>
            </w:r>
          </w:p>
        </w:tc>
        <w:tc>
          <w:tcPr>
            <w:tcW w:w="1728" w:type="dxa"/>
          </w:tcPr>
          <w:p w14:paraId="26A9124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$44,985</w:t>
            </w:r>
          </w:p>
        </w:tc>
        <w:tc>
          <w:tcPr>
            <w:tcW w:w="1728" w:type="dxa"/>
          </w:tcPr>
          <w:p w14:paraId="3F2EFD2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25%</w:t>
            </w:r>
          </w:p>
        </w:tc>
      </w:tr>
      <w:tr w:rsidR="00495879" w14:paraId="4299FA3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7C03C61" w14:textId="77777777" w:rsidR="00495879" w:rsidRDefault="00000000">
            <w:r>
              <w:t>**TRANSFORM Scale**</w:t>
            </w:r>
          </w:p>
        </w:tc>
        <w:tc>
          <w:tcPr>
            <w:tcW w:w="1728" w:type="dxa"/>
          </w:tcPr>
          <w:p w14:paraId="64D9156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728" w:type="dxa"/>
          </w:tcPr>
          <w:p w14:paraId="7715F04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$23,997</w:t>
            </w:r>
          </w:p>
        </w:tc>
        <w:tc>
          <w:tcPr>
            <w:tcW w:w="1728" w:type="dxa"/>
          </w:tcPr>
          <w:p w14:paraId="1FB0671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$71,991</w:t>
            </w:r>
          </w:p>
        </w:tc>
        <w:tc>
          <w:tcPr>
            <w:tcW w:w="1728" w:type="dxa"/>
          </w:tcPr>
          <w:p w14:paraId="4D6F519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40%</w:t>
            </w:r>
          </w:p>
        </w:tc>
      </w:tr>
      <w:tr w:rsidR="00495879" w14:paraId="1FE118A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8206965" w14:textId="77777777" w:rsidR="00495879" w:rsidRDefault="00000000">
            <w:r>
              <w:t>**TRANSFORM Transform**</w:t>
            </w:r>
          </w:p>
        </w:tc>
        <w:tc>
          <w:tcPr>
            <w:tcW w:w="1728" w:type="dxa"/>
          </w:tcPr>
          <w:p w14:paraId="7E780C9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728" w:type="dxa"/>
          </w:tcPr>
          <w:p w14:paraId="5E89342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$59,997</w:t>
            </w:r>
          </w:p>
        </w:tc>
        <w:tc>
          <w:tcPr>
            <w:tcW w:w="1728" w:type="dxa"/>
          </w:tcPr>
          <w:p w14:paraId="50A2E13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$59,997</w:t>
            </w:r>
          </w:p>
        </w:tc>
        <w:tc>
          <w:tcPr>
            <w:tcW w:w="1728" w:type="dxa"/>
          </w:tcPr>
          <w:p w14:paraId="13A79A8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33%</w:t>
            </w:r>
          </w:p>
        </w:tc>
      </w:tr>
      <w:tr w:rsidR="00495879" w14:paraId="43E408B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97C4538" w14:textId="77777777" w:rsidR="00495879" w:rsidRDefault="00000000">
            <w:r>
              <w:t>**ADVISORY**</w:t>
            </w:r>
          </w:p>
        </w:tc>
        <w:tc>
          <w:tcPr>
            <w:tcW w:w="1728" w:type="dxa"/>
          </w:tcPr>
          <w:p w14:paraId="4F783AC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728" w:type="dxa"/>
          </w:tcPr>
          <w:p w14:paraId="5274B2E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$60,000</w:t>
            </w:r>
          </w:p>
        </w:tc>
        <w:tc>
          <w:tcPr>
            <w:tcW w:w="1728" w:type="dxa"/>
          </w:tcPr>
          <w:p w14:paraId="6200E98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$3,027</w:t>
            </w:r>
          </w:p>
        </w:tc>
        <w:tc>
          <w:tcPr>
            <w:tcW w:w="1728" w:type="dxa"/>
          </w:tcPr>
          <w:p w14:paraId="580B485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2%</w:t>
            </w:r>
          </w:p>
        </w:tc>
      </w:tr>
      <w:tr w:rsidR="00495879" w14:paraId="20A6B79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E2EB0F8" w14:textId="77777777" w:rsidR="00495879" w:rsidRDefault="00000000">
            <w:r>
              <w:t>**ACCELERATOR**</w:t>
            </w:r>
          </w:p>
        </w:tc>
        <w:tc>
          <w:tcPr>
            <w:tcW w:w="1728" w:type="dxa"/>
          </w:tcPr>
          <w:p w14:paraId="0047C9D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728" w:type="dxa"/>
          </w:tcPr>
          <w:p w14:paraId="5D16722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1728" w:type="dxa"/>
          </w:tcPr>
          <w:p w14:paraId="41270F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1728" w:type="dxa"/>
          </w:tcPr>
          <w:p w14:paraId="129CB3B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0%</w:t>
            </w:r>
          </w:p>
        </w:tc>
      </w:tr>
      <w:tr w:rsidR="00495879" w14:paraId="32A297A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6DED6DB" w14:textId="77777777" w:rsidR="00495879" w:rsidRDefault="00000000">
            <w:r>
              <w:t>**PLATFORM**</w:t>
            </w:r>
          </w:p>
        </w:tc>
        <w:tc>
          <w:tcPr>
            <w:tcW w:w="1728" w:type="dxa"/>
          </w:tcPr>
          <w:p w14:paraId="1DE55AB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728" w:type="dxa"/>
          </w:tcPr>
          <w:p w14:paraId="02D5D91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$3,564</w:t>
            </w:r>
          </w:p>
        </w:tc>
        <w:tc>
          <w:tcPr>
            <w:tcW w:w="1728" w:type="dxa"/>
          </w:tcPr>
          <w:p w14:paraId="60F5896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1728" w:type="dxa"/>
          </w:tcPr>
          <w:p w14:paraId="46A492D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0%</w:t>
            </w:r>
          </w:p>
        </w:tc>
      </w:tr>
      <w:tr w:rsidR="00495879" w14:paraId="77E9A1E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2A0AF12" w14:textId="77777777" w:rsidR="00495879" w:rsidRDefault="00000000">
            <w:r>
              <w:t>**TOTAL**</w:t>
            </w:r>
          </w:p>
        </w:tc>
        <w:tc>
          <w:tcPr>
            <w:tcW w:w="1728" w:type="dxa"/>
          </w:tcPr>
          <w:p w14:paraId="0969115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**30***</w:t>
            </w:r>
          </w:p>
        </w:tc>
        <w:tc>
          <w:tcPr>
            <w:tcW w:w="1728" w:type="dxa"/>
          </w:tcPr>
          <w:p w14:paraId="1ECC161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**-**</w:t>
            </w:r>
          </w:p>
        </w:tc>
        <w:tc>
          <w:tcPr>
            <w:tcW w:w="1728" w:type="dxa"/>
          </w:tcPr>
          <w:p w14:paraId="1678737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**$180,000**</w:t>
            </w:r>
          </w:p>
        </w:tc>
        <w:tc>
          <w:tcPr>
            <w:tcW w:w="1728" w:type="dxa"/>
          </w:tcPr>
          <w:p w14:paraId="25F30A9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**100%**</w:t>
            </w:r>
          </w:p>
        </w:tc>
      </w:tr>
    </w:tbl>
    <w:p w14:paraId="58F45E4D" w14:textId="77777777" w:rsidR="00495879" w:rsidRDefault="00495879"/>
    <w:p w14:paraId="31D28BE9" w14:textId="77777777" w:rsidR="00495879" w:rsidRDefault="00000000">
      <w:r>
        <w:t>*Note: 30 clients = slots totaux, certain clients prennent multiple services</w:t>
      </w:r>
    </w:p>
    <w:p w14:paraId="754E3E9C" w14:textId="77777777" w:rsidR="00495879" w:rsidRDefault="00000000">
      <w:pPr>
        <w:pStyle w:val="Titre3"/>
      </w:pPr>
      <w:r>
        <w:t>Path to Profitability</w:t>
      </w:r>
    </w:p>
    <w:p w14:paraId="55C4E620" w14:textId="77777777" w:rsidR="00495879" w:rsidRDefault="00000000">
      <w:r>
        <w:rPr>
          <w:b/>
        </w:rPr>
        <w:t>Key Milestones</w:t>
      </w:r>
      <w:r>
        <w:t>:</w:t>
      </w:r>
    </w:p>
    <w:p w14:paraId="7DBD3269" w14:textId="77777777" w:rsidR="00495879" w:rsidRDefault="00000000">
      <w:pPr>
        <w:pStyle w:val="Listepuces"/>
      </w:pPr>
      <w:r>
        <w:t>**Month 3-4**: First revenue ($10K-15K), burn $10K/month</w:t>
      </w:r>
    </w:p>
    <w:p w14:paraId="5E43EFB6" w14:textId="77777777" w:rsidR="00495879" w:rsidRDefault="00000000">
      <w:pPr>
        <w:pStyle w:val="Listepuces"/>
      </w:pPr>
      <w:r>
        <w:t>**Month 8-9**: Break-even operationally (revenue ≈ monthly opex), still burning cash reserves</w:t>
      </w:r>
    </w:p>
    <w:p w14:paraId="6F5005D6" w14:textId="77777777" w:rsidR="00495879" w:rsidRDefault="00000000">
      <w:pPr>
        <w:pStyle w:val="Listepuces"/>
      </w:pPr>
      <w:r>
        <w:t>**Month 18 (June 2027)**: **CASHFLOW POSITIVE** (revenue &gt; expenses, start accumulating cash)</w:t>
      </w:r>
    </w:p>
    <w:p w14:paraId="6BFCD215" w14:textId="77777777" w:rsidR="00495879" w:rsidRDefault="00000000">
      <w:pPr>
        <w:pStyle w:val="Listepuces"/>
      </w:pPr>
      <w:r>
        <w:t>**Month 30 (June 2028)**: **PROFITABLE** (EBITDA &gt;$0, 10%+ margin)</w:t>
      </w:r>
    </w:p>
    <w:p w14:paraId="5D146CD5" w14:textId="77777777" w:rsidR="00495879" w:rsidRDefault="00000000">
      <w:pPr>
        <w:pStyle w:val="Listepuces"/>
      </w:pPr>
      <w:r>
        <w:t>**Month 36 (Dec 2028)**: Strong profitability (13% EBITDA margin, $412K cash reserves)</w:t>
      </w:r>
    </w:p>
    <w:p w14:paraId="73A0154C" w14:textId="77777777" w:rsidR="00495879" w:rsidRDefault="00000000">
      <w:r>
        <w:rPr>
          <w:b/>
        </w:rPr>
        <w:t>Capital Efficiency</w:t>
      </w:r>
      <w:r>
        <w:t>:</w:t>
      </w:r>
    </w:p>
    <w:p w14:paraId="5F5DF05B" w14:textId="77777777" w:rsidR="00495879" w:rsidRDefault="00000000">
      <w:pPr>
        <w:pStyle w:val="Listepuces"/>
      </w:pPr>
      <w:r>
        <w:t>Initial investment: **$75,000** (founder capital)</w:t>
      </w:r>
    </w:p>
    <w:p w14:paraId="31DAB4B1" w14:textId="77777777" w:rsidR="00495879" w:rsidRDefault="00000000">
      <w:pPr>
        <w:pStyle w:val="Listepuces"/>
      </w:pPr>
      <w:r>
        <w:t>Cumulative cash consumption (Year 1-2): ~$90K</w:t>
      </w:r>
    </w:p>
    <w:p w14:paraId="2E52B7C7" w14:textId="77777777" w:rsidR="00495879" w:rsidRDefault="00000000">
      <w:pPr>
        <w:pStyle w:val="Listepuces"/>
      </w:pPr>
      <w:r>
        <w:t>Year 3 cash generation: **+$180K**</w:t>
      </w:r>
    </w:p>
    <w:p w14:paraId="36612017" w14:textId="77777777" w:rsidR="00495879" w:rsidRDefault="00000000">
      <w:pPr>
        <w:pStyle w:val="Listepuces"/>
      </w:pPr>
      <w:r>
        <w:lastRenderedPageBreak/>
        <w:t>**ROI (3-year)**: $412K ending cash - $75K initial = **$337K net** (449% ROI over 3 years)</w:t>
      </w:r>
    </w:p>
    <w:p w14:paraId="4718E12E" w14:textId="77777777" w:rsidR="00495879" w:rsidRDefault="00000000">
      <w:pPr>
        <w:pStyle w:val="Titre3"/>
      </w:pPr>
      <w:r>
        <w:t>Investment Returns (Exit Scenarios)</w:t>
      </w:r>
    </w:p>
    <w:p w14:paraId="20837ED9" w14:textId="77777777" w:rsidR="00495879" w:rsidRDefault="00000000">
      <w:r>
        <w:t xml:space="preserve">Assuming </w:t>
      </w:r>
      <w:r>
        <w:rPr>
          <w:b/>
        </w:rPr>
        <w:t>exit Year 5</w:t>
      </w:r>
      <w:r>
        <w:t xml:space="preserve"> at $7.5M revenue, $1.5M EBITDA (20% margin):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842"/>
        <w:gridCol w:w="1728"/>
        <w:gridCol w:w="1728"/>
        <w:gridCol w:w="1728"/>
        <w:gridCol w:w="1728"/>
      </w:tblGrid>
      <w:tr w:rsidR="00495879" w14:paraId="642B0003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FA61C34" w14:textId="77777777" w:rsidR="00495879" w:rsidRDefault="00000000">
            <w:r>
              <w:rPr>
                <w:sz w:val="20"/>
              </w:rPr>
              <w:t>Scenario</w:t>
            </w:r>
          </w:p>
        </w:tc>
        <w:tc>
          <w:tcPr>
            <w:tcW w:w="1728" w:type="dxa"/>
          </w:tcPr>
          <w:p w14:paraId="5294DAC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Valuation Method</w:t>
            </w:r>
          </w:p>
        </w:tc>
        <w:tc>
          <w:tcPr>
            <w:tcW w:w="1728" w:type="dxa"/>
          </w:tcPr>
          <w:p w14:paraId="3399965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Exit Value</w:t>
            </w:r>
          </w:p>
        </w:tc>
        <w:tc>
          <w:tcPr>
            <w:tcW w:w="1728" w:type="dxa"/>
          </w:tcPr>
          <w:p w14:paraId="2629CBE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Founder Net*</w:t>
            </w:r>
          </w:p>
        </w:tc>
        <w:tc>
          <w:tcPr>
            <w:tcW w:w="1728" w:type="dxa"/>
          </w:tcPr>
          <w:p w14:paraId="2C80CC5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ROI**</w:t>
            </w:r>
          </w:p>
        </w:tc>
      </w:tr>
      <w:tr w:rsidR="00495879" w14:paraId="4292CBD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0AC62F5" w14:textId="77777777" w:rsidR="00495879" w:rsidRDefault="00000000">
            <w:r>
              <w:t>**Conservative**</w:t>
            </w:r>
          </w:p>
        </w:tc>
        <w:tc>
          <w:tcPr>
            <w:tcW w:w="1728" w:type="dxa"/>
          </w:tcPr>
          <w:p w14:paraId="505D321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3x EBITDA</w:t>
            </w:r>
          </w:p>
        </w:tc>
        <w:tc>
          <w:tcPr>
            <w:tcW w:w="1728" w:type="dxa"/>
          </w:tcPr>
          <w:p w14:paraId="2258459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$4.5M</w:t>
            </w:r>
          </w:p>
        </w:tc>
        <w:tc>
          <w:tcPr>
            <w:tcW w:w="1728" w:type="dxa"/>
          </w:tcPr>
          <w:p w14:paraId="2F72C7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$3.9M</w:t>
            </w:r>
          </w:p>
        </w:tc>
        <w:tc>
          <w:tcPr>
            <w:tcW w:w="1728" w:type="dxa"/>
          </w:tcPr>
          <w:p w14:paraId="616A357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**5,200%**</w:t>
            </w:r>
          </w:p>
        </w:tc>
      </w:tr>
      <w:tr w:rsidR="00495879" w14:paraId="75399F0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4A298E7" w14:textId="77777777" w:rsidR="00495879" w:rsidRDefault="00000000">
            <w:r>
              <w:t>**Base Case**</w:t>
            </w:r>
          </w:p>
        </w:tc>
        <w:tc>
          <w:tcPr>
            <w:tcW w:w="1728" w:type="dxa"/>
          </w:tcPr>
          <w:p w14:paraId="3CD0865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5x EBITDA</w:t>
            </w:r>
          </w:p>
        </w:tc>
        <w:tc>
          <w:tcPr>
            <w:tcW w:w="1728" w:type="dxa"/>
          </w:tcPr>
          <w:p w14:paraId="26BDDEA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$7.5M</w:t>
            </w:r>
          </w:p>
        </w:tc>
        <w:tc>
          <w:tcPr>
            <w:tcW w:w="1728" w:type="dxa"/>
          </w:tcPr>
          <w:p w14:paraId="5D1408A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$6.5M</w:t>
            </w:r>
          </w:p>
        </w:tc>
        <w:tc>
          <w:tcPr>
            <w:tcW w:w="1728" w:type="dxa"/>
          </w:tcPr>
          <w:p w14:paraId="649CFA4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**8,667%**</w:t>
            </w:r>
          </w:p>
        </w:tc>
      </w:tr>
      <w:tr w:rsidR="00495879" w14:paraId="46F61A6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E969C58" w14:textId="77777777" w:rsidR="00495879" w:rsidRDefault="00000000">
            <w:r>
              <w:t>**Optimistic**</w:t>
            </w:r>
          </w:p>
        </w:tc>
        <w:tc>
          <w:tcPr>
            <w:tcW w:w="1728" w:type="dxa"/>
          </w:tcPr>
          <w:p w14:paraId="32F8BCD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2x Revenue</w:t>
            </w:r>
          </w:p>
        </w:tc>
        <w:tc>
          <w:tcPr>
            <w:tcW w:w="1728" w:type="dxa"/>
          </w:tcPr>
          <w:p w14:paraId="0B71CBB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$15M</w:t>
            </w:r>
          </w:p>
        </w:tc>
        <w:tc>
          <w:tcPr>
            <w:tcW w:w="1728" w:type="dxa"/>
          </w:tcPr>
          <w:p w14:paraId="27A1012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$13M</w:t>
            </w:r>
          </w:p>
        </w:tc>
        <w:tc>
          <w:tcPr>
            <w:tcW w:w="1728" w:type="dxa"/>
          </w:tcPr>
          <w:p w14:paraId="66B4F3B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**17,333%**</w:t>
            </w:r>
          </w:p>
        </w:tc>
      </w:tr>
    </w:tbl>
    <w:p w14:paraId="6A5EDAD8" w14:textId="77777777" w:rsidR="00495879" w:rsidRDefault="00495879"/>
    <w:p w14:paraId="53FE87FA" w14:textId="77777777" w:rsidR="00495879" w:rsidRDefault="00000000">
      <w:r>
        <w:t>*Assumes 100% founder ownership (bootstrap), after 30% taxes</w:t>
      </w:r>
    </w:p>
    <w:p w14:paraId="66B37728" w14:textId="77777777" w:rsidR="00495879" w:rsidRDefault="00000000">
      <w:r>
        <w:t>**ROI calculated on initial $75K investment</w:t>
      </w:r>
    </w:p>
    <w:p w14:paraId="0DEF249B" w14:textId="77777777" w:rsidR="00495879" w:rsidRDefault="00000000">
      <w:r>
        <w:rPr>
          <w:b/>
        </w:rPr>
        <w:t>Alternative</w:t>
      </w:r>
      <w:r>
        <w:t>: Run as lifestyle business generating $1M-$2M/year EBITDA (40% margin at scale).</w:t>
      </w:r>
    </w:p>
    <w:p w14:paraId="2A5C1771" w14:textId="77777777" w:rsidR="00495879" w:rsidRDefault="00000000">
      <w:r>
        <w:t>________________________________________________________________________________</w:t>
      </w:r>
    </w:p>
    <w:p w14:paraId="29FC0851" w14:textId="77777777" w:rsidR="00495879" w:rsidRDefault="00000000">
      <w:pPr>
        <w:pStyle w:val="Titre2"/>
      </w:pPr>
      <w:r>
        <w:t>🎯 OBJECTIFS STRATÉGIQUES (36 MOIS)</w:t>
      </w:r>
    </w:p>
    <w:p w14:paraId="44D7E318" w14:textId="77777777" w:rsidR="00495879" w:rsidRDefault="00000000">
      <w:pPr>
        <w:pStyle w:val="Titre3"/>
      </w:pPr>
      <w:r>
        <w:t>Année 1 (2026): FOUNDATION &amp; VALIDATION</w:t>
      </w:r>
    </w:p>
    <w:p w14:paraId="292FD721" w14:textId="77777777" w:rsidR="00495879" w:rsidRDefault="00000000">
      <w:r>
        <w:rPr>
          <w:b/>
        </w:rPr>
        <w:t>Theme</w:t>
      </w:r>
      <w:r>
        <w:t>: "Build, Launch, Validate"</w:t>
      </w:r>
    </w:p>
    <w:p w14:paraId="2B5CC470" w14:textId="77777777" w:rsidR="00495879" w:rsidRDefault="00000000">
      <w:r>
        <w:rPr>
          <w:b/>
        </w:rPr>
        <w:t>Objectifs Principaux</w:t>
      </w:r>
      <w:r>
        <w:t>:</w:t>
      </w:r>
    </w:p>
    <w:p w14:paraId="20E8C00D" w14:textId="77777777" w:rsidR="00495879" w:rsidRDefault="00000000">
      <w:pPr>
        <w:pStyle w:val="Listepuces"/>
      </w:pPr>
      <w:r>
        <w:t>✅ Launch GBCM Hub platform (MVP January 2026)</w:t>
      </w:r>
    </w:p>
    <w:p w14:paraId="1C1C7184" w14:textId="77777777" w:rsidR="00495879" w:rsidRDefault="00000000">
      <w:pPr>
        <w:pStyle w:val="Listepuces"/>
      </w:pPr>
      <w:r>
        <w:t>✅ Acquire **30 paying clients** ($180K ARR)</w:t>
      </w:r>
    </w:p>
    <w:p w14:paraId="0A3B90AD" w14:textId="77777777" w:rsidR="00495879" w:rsidRDefault="00000000">
      <w:pPr>
        <w:pStyle w:val="Listepuces"/>
      </w:pPr>
      <w:r>
        <w:t>✅ Validate product-market fit (NPS 50+, 4.5+ session rating)</w:t>
      </w:r>
    </w:p>
    <w:p w14:paraId="2A29E769" w14:textId="77777777" w:rsidR="00495879" w:rsidRDefault="00000000">
      <w:pPr>
        <w:pStyle w:val="Listepuces"/>
      </w:pPr>
      <w:r>
        <w:t>✅ Establish proprietary methodologies (Scale Framework™, DTC™, SLS™)</w:t>
      </w:r>
    </w:p>
    <w:p w14:paraId="249F6137" w14:textId="77777777" w:rsidR="00495879" w:rsidRDefault="00000000">
      <w:pPr>
        <w:pStyle w:val="Listepuces"/>
      </w:pPr>
      <w:r>
        <w:t>✅ Build content foundation (100+ blog posts, 50 video modules)</w:t>
      </w:r>
    </w:p>
    <w:p w14:paraId="11614C0E" w14:textId="77777777" w:rsidR="00495879" w:rsidRDefault="00000000">
      <w:pPr>
        <w:pStyle w:val="Listepuces"/>
      </w:pPr>
      <w:r>
        <w:t>✅ Survive Year 1 (end with $2,800 cash, tight but viable)</w:t>
      </w:r>
    </w:p>
    <w:p w14:paraId="5CAF7D17" w14:textId="77777777" w:rsidR="00495879" w:rsidRDefault="00000000">
      <w:r>
        <w:rPr>
          <w:b/>
        </w:rPr>
        <w:t>Milestones Q1-Q4</w:t>
      </w:r>
      <w:r>
        <w:t>:</w:t>
      </w:r>
    </w:p>
    <w:p w14:paraId="535ECA8C" w14:textId="77777777" w:rsidR="00495879" w:rsidRDefault="00000000">
      <w:pPr>
        <w:pStyle w:val="Listepuces"/>
      </w:pPr>
      <w:r>
        <w:t>Q1: 10 clients, $100K ARR pace, platform live</w:t>
      </w:r>
    </w:p>
    <w:p w14:paraId="768D4BFA" w14:textId="77777777" w:rsidR="00495879" w:rsidRDefault="00000000">
      <w:pPr>
        <w:pStyle w:val="Listepuces"/>
      </w:pPr>
      <w:r>
        <w:t>Q2: 20 clients, $200K ARR pace, first partnership</w:t>
      </w:r>
    </w:p>
    <w:p w14:paraId="25A89DF9" w14:textId="77777777" w:rsidR="00495879" w:rsidRDefault="00000000">
      <w:pPr>
        <w:pStyle w:val="Listepuces"/>
      </w:pPr>
      <w:r>
        <w:t>Q3: 25 clients, podcast launch, 5,000 LinkedIn followers</w:t>
      </w:r>
    </w:p>
    <w:p w14:paraId="50C11F84" w14:textId="77777777" w:rsidR="00495879" w:rsidRDefault="00000000">
      <w:pPr>
        <w:pStyle w:val="Listepuces"/>
      </w:pPr>
      <w:r>
        <w:t>Q4: 30 clients, $180K achieved, 80% renewal rate</w:t>
      </w:r>
    </w:p>
    <w:p w14:paraId="1BE2DE6D" w14:textId="77777777" w:rsidR="00495879" w:rsidRDefault="00000000">
      <w:pPr>
        <w:pStyle w:val="Titre3"/>
      </w:pPr>
      <w:r>
        <w:t>Année 2 (2027): SCALE &amp; TEAM</w:t>
      </w:r>
    </w:p>
    <w:p w14:paraId="697BBC69" w14:textId="77777777" w:rsidR="00495879" w:rsidRDefault="00000000">
      <w:r>
        <w:rPr>
          <w:b/>
        </w:rPr>
        <w:t>Theme</w:t>
      </w:r>
      <w:r>
        <w:t>: "Team Up, Cash Flow Positive"</w:t>
      </w:r>
    </w:p>
    <w:p w14:paraId="4AF7E68E" w14:textId="77777777" w:rsidR="00495879" w:rsidRDefault="00000000">
      <w:r>
        <w:rPr>
          <w:b/>
        </w:rPr>
        <w:lastRenderedPageBreak/>
        <w:t>Objectifs Principaux</w:t>
      </w:r>
      <w:r>
        <w:t>:</w:t>
      </w:r>
    </w:p>
    <w:p w14:paraId="2354AA55" w14:textId="77777777" w:rsidR="00495879" w:rsidRDefault="00000000">
      <w:pPr>
        <w:pStyle w:val="Listepuces"/>
      </w:pPr>
      <w:r>
        <w:t>✅ Hire **Sales Manager** (0.5 FTE Q1, 1.0 FTE Q4) + **Senior Coach** (Q3)</w:t>
      </w:r>
    </w:p>
    <w:p w14:paraId="02174311" w14:textId="77777777" w:rsidR="00495879" w:rsidRDefault="00000000">
      <w:pPr>
        <w:pStyle w:val="Listepuces"/>
      </w:pPr>
      <w:r>
        <w:t>✅ Achieve **cashflow positive** (Month 18 = June 2027)</w:t>
      </w:r>
    </w:p>
    <w:p w14:paraId="5174A1E4" w14:textId="77777777" w:rsidR="00495879" w:rsidRDefault="00000000">
      <w:pPr>
        <w:pStyle w:val="Listepuces"/>
      </w:pPr>
      <w:r>
        <w:t>✅ Scale to **63 active clients** ($420K ARR)</w:t>
      </w:r>
    </w:p>
    <w:p w14:paraId="027382F3" w14:textId="77777777" w:rsidR="00495879" w:rsidRDefault="00000000">
      <w:pPr>
        <w:pStyle w:val="Listepuces"/>
      </w:pPr>
      <w:r>
        <w:t>✅ Build cash reserves (**$122K** by EOY)</w:t>
      </w:r>
    </w:p>
    <w:p w14:paraId="24734399" w14:textId="77777777" w:rsidR="00495879" w:rsidRDefault="00000000">
      <w:pPr>
        <w:pStyle w:val="Listepuces"/>
      </w:pPr>
      <w:r>
        <w:t>✅ Launch advanced AI Coach v2.0 (voice interface, 70% accuracy)</w:t>
      </w:r>
    </w:p>
    <w:p w14:paraId="74F51B93" w14:textId="77777777" w:rsidR="00495879" w:rsidRDefault="00000000">
      <w:pPr>
        <w:pStyle w:val="Listepuces"/>
      </w:pPr>
      <w:r>
        <w:t>✅ Expand partnerships (10 active referral partners)</w:t>
      </w:r>
    </w:p>
    <w:p w14:paraId="7A2FC2D2" w14:textId="77777777" w:rsidR="00495879" w:rsidRDefault="00000000">
      <w:r>
        <w:rPr>
          <w:b/>
        </w:rPr>
        <w:t>Key Metrics</w:t>
      </w:r>
      <w:r>
        <w:t>:</w:t>
      </w:r>
    </w:p>
    <w:p w14:paraId="1551EC33" w14:textId="77777777" w:rsidR="00495879" w:rsidRDefault="00000000">
      <w:pPr>
        <w:pStyle w:val="Listepuces"/>
      </w:pPr>
      <w:r>
        <w:t>MRR: $15K (start) → $35K (end)</w:t>
      </w:r>
    </w:p>
    <w:p w14:paraId="02DF2863" w14:textId="77777777" w:rsidR="00495879" w:rsidRDefault="00000000">
      <w:pPr>
        <w:pStyle w:val="Listepuces"/>
      </w:pPr>
      <w:r>
        <w:t>Team: 1.5 FTE → 3.5 FTE</w:t>
      </w:r>
    </w:p>
    <w:p w14:paraId="461D18DC" w14:textId="77777777" w:rsidR="00495879" w:rsidRDefault="00000000">
      <w:pPr>
        <w:pStyle w:val="Listepuces"/>
      </w:pPr>
      <w:r>
        <w:t>NPS: 50 → 60</w:t>
      </w:r>
    </w:p>
    <w:p w14:paraId="654F80EB" w14:textId="77777777" w:rsidR="00495879" w:rsidRDefault="00000000">
      <w:pPr>
        <w:pStyle w:val="Listepuces"/>
      </w:pPr>
      <w:r>
        <w:t>Gross Margin: Maintain 91.7%</w:t>
      </w:r>
    </w:p>
    <w:p w14:paraId="3611B5C7" w14:textId="77777777" w:rsidR="00495879" w:rsidRDefault="00000000">
      <w:pPr>
        <w:pStyle w:val="Titre3"/>
      </w:pPr>
      <w:r>
        <w:t>Année 3 (2028): PROFITABILITY &amp; DOMINANCE</w:t>
      </w:r>
    </w:p>
    <w:p w14:paraId="6077572D" w14:textId="77777777" w:rsidR="00495879" w:rsidRDefault="00000000">
      <w:r>
        <w:rPr>
          <w:b/>
        </w:rPr>
        <w:t>Theme</w:t>
      </w:r>
      <w:r>
        <w:t>: "Profitable, Scalable, Recognized"</w:t>
      </w:r>
    </w:p>
    <w:p w14:paraId="5D5848EA" w14:textId="77777777" w:rsidR="00495879" w:rsidRDefault="00000000">
      <w:r>
        <w:rPr>
          <w:b/>
        </w:rPr>
        <w:t>Objectifs Principaux</w:t>
      </w:r>
      <w:r>
        <w:t>:</w:t>
      </w:r>
    </w:p>
    <w:p w14:paraId="1EF2249B" w14:textId="77777777" w:rsidR="00495879" w:rsidRDefault="00000000">
      <w:pPr>
        <w:pStyle w:val="Listepuces"/>
      </w:pPr>
      <w:r>
        <w:t>✅ Achieve **13% EBITDA margin** ($110K profit on $850K revenue)</w:t>
      </w:r>
    </w:p>
    <w:p w14:paraId="4A7321DA" w14:textId="77777777" w:rsidR="00495879" w:rsidRDefault="00000000">
      <w:pPr>
        <w:pStyle w:val="Listepuces"/>
      </w:pPr>
      <w:r>
        <w:t>✅ Scale to **100 active clients**</w:t>
      </w:r>
    </w:p>
    <w:p w14:paraId="3DE69657" w14:textId="77777777" w:rsidR="00495879" w:rsidRDefault="00000000">
      <w:pPr>
        <w:pStyle w:val="Listepuces"/>
      </w:pPr>
      <w:r>
        <w:t>✅ Expand team to **4.5 FTE** (add Marketing Manager 0.5 FTE)</w:t>
      </w:r>
    </w:p>
    <w:p w14:paraId="522261E5" w14:textId="77777777" w:rsidR="00495879" w:rsidRDefault="00000000">
      <w:pPr>
        <w:pStyle w:val="Listepuces"/>
      </w:pPr>
      <w:r>
        <w:t>✅ Build **$412K cash reserves** (7+ months runway)</w:t>
      </w:r>
    </w:p>
    <w:p w14:paraId="0C126350" w14:textId="77777777" w:rsidR="00495879" w:rsidRDefault="00000000">
      <w:pPr>
        <w:pStyle w:val="Listepuces"/>
      </w:pPr>
      <w:r>
        <w:t>✅ Become **top 10 recognized coaching firm** in SMB space (brand awareness)</w:t>
      </w:r>
    </w:p>
    <w:p w14:paraId="3878B4BA" w14:textId="77777777" w:rsidR="00495879" w:rsidRDefault="00000000">
      <w:pPr>
        <w:pStyle w:val="Listepuces"/>
      </w:pPr>
      <w:r>
        <w:t>✅ Prepare for **Year 4 decision**: Scale aggressively (raise capital) OR prepare for exit</w:t>
      </w:r>
    </w:p>
    <w:p w14:paraId="09BA140C" w14:textId="77777777" w:rsidR="00495879" w:rsidRDefault="00000000">
      <w:r>
        <w:rPr>
          <w:b/>
        </w:rPr>
        <w:t>Key Metrics</w:t>
      </w:r>
      <w:r>
        <w:t>:</w:t>
      </w:r>
    </w:p>
    <w:p w14:paraId="429FC6FB" w14:textId="77777777" w:rsidR="00495879" w:rsidRDefault="00000000">
      <w:pPr>
        <w:pStyle w:val="Listepuces"/>
      </w:pPr>
      <w:r>
        <w:t>MRR: $35K → $71K</w:t>
      </w:r>
    </w:p>
    <w:p w14:paraId="06A174FC" w14:textId="77777777" w:rsidR="00495879" w:rsidRDefault="00000000">
      <w:pPr>
        <w:pStyle w:val="Listepuces"/>
      </w:pPr>
      <w:r>
        <w:t>NPS: 60 → 70 (world-class)</w:t>
      </w:r>
    </w:p>
    <w:p w14:paraId="7B11AD4D" w14:textId="77777777" w:rsidR="00495879" w:rsidRDefault="00000000">
      <w:pPr>
        <w:pStyle w:val="Listepuces"/>
      </w:pPr>
      <w:r>
        <w:t>Renewal Rate: 85% → 90%</w:t>
      </w:r>
    </w:p>
    <w:p w14:paraId="7032674B" w14:textId="77777777" w:rsidR="00495879" w:rsidRDefault="00000000">
      <w:pPr>
        <w:pStyle w:val="Listepuces"/>
      </w:pPr>
      <w:r>
        <w:t>Revenue per FTE: $120K → $189K</w:t>
      </w:r>
    </w:p>
    <w:p w14:paraId="58B1A00E" w14:textId="77777777" w:rsidR="00495879" w:rsidRDefault="00000000">
      <w:r>
        <w:t>________________________________________________________________________________</w:t>
      </w:r>
    </w:p>
    <w:p w14:paraId="31562403" w14:textId="77777777" w:rsidR="00495879" w:rsidRDefault="00000000">
      <w:pPr>
        <w:pStyle w:val="Titre2"/>
      </w:pPr>
      <w:r>
        <w:t>👥 ÉQUIPE FONDATRICE</w:t>
      </w:r>
    </w:p>
    <w:p w14:paraId="50B04248" w14:textId="77777777" w:rsidR="00495879" w:rsidRDefault="00000000">
      <w:pPr>
        <w:pStyle w:val="Titre3"/>
      </w:pPr>
      <w:r>
        <w:t>Abdoul Karim GBANE - Founder &amp; CEO</w:t>
      </w:r>
    </w:p>
    <w:p w14:paraId="14EBB108" w14:textId="77777777" w:rsidR="00495879" w:rsidRDefault="00000000">
      <w:r>
        <w:rPr>
          <w:b/>
        </w:rPr>
        <w:t>Background</w:t>
      </w:r>
      <w:r>
        <w:t>:</w:t>
      </w:r>
    </w:p>
    <w:p w14:paraId="30F33076" w14:textId="77777777" w:rsidR="00495879" w:rsidRDefault="00000000">
      <w:pPr>
        <w:pStyle w:val="Listepuces"/>
      </w:pPr>
      <w:r>
        <w:t>**20+ years** experience in business leadership, strategy consulting, and executive coaching</w:t>
      </w:r>
    </w:p>
    <w:p w14:paraId="7C96ED50" w14:textId="77777777" w:rsidR="00495879" w:rsidRDefault="00000000">
      <w:pPr>
        <w:pStyle w:val="Listepuces"/>
      </w:pPr>
      <w:r>
        <w:lastRenderedPageBreak/>
        <w:t>**100+ CEOs coached** across industries (Technology, Professional Services, Healthcare, E-commerce, SaaS)</w:t>
      </w:r>
    </w:p>
    <w:p w14:paraId="451B1D15" w14:textId="77777777" w:rsidR="00495879" w:rsidRDefault="00000000">
      <w:pPr>
        <w:pStyle w:val="Listepuces"/>
      </w:pPr>
      <w:r>
        <w:t>**Track record**: Helped 15+ clients achieve 3x+ revenue growth within 24 months</w:t>
      </w:r>
    </w:p>
    <w:p w14:paraId="3C3794C2" w14:textId="77777777" w:rsidR="00495879" w:rsidRDefault="00000000">
      <w:pPr>
        <w:pStyle w:val="Listepuces"/>
      </w:pPr>
      <w:r>
        <w:t>**Specializations**: Scaling operations ($1M→$10M), digital transformation, leadership team development</w:t>
      </w:r>
    </w:p>
    <w:p w14:paraId="3B52A00F" w14:textId="77777777" w:rsidR="00495879" w:rsidRDefault="00000000">
      <w:r>
        <w:rPr>
          <w:b/>
        </w:rPr>
        <w:t>Education &amp; Credentials</w:t>
      </w:r>
      <w:r>
        <w:t>:</w:t>
      </w:r>
    </w:p>
    <w:p w14:paraId="6BD32129" w14:textId="77777777" w:rsidR="00495879" w:rsidRDefault="00000000">
      <w:pPr>
        <w:pStyle w:val="Listepuces"/>
      </w:pPr>
      <w:r>
        <w:t>MBA (Strategy &amp; Entrepreneurship) - [University Name]</w:t>
      </w:r>
    </w:p>
    <w:p w14:paraId="1DAC0733" w14:textId="77777777" w:rsidR="00495879" w:rsidRDefault="00000000">
      <w:pPr>
        <w:pStyle w:val="Listepuces"/>
      </w:pPr>
      <w:r>
        <w:t>Bachelor's Degree - [Field, University]</w:t>
      </w:r>
    </w:p>
    <w:p w14:paraId="6B9CF92E" w14:textId="77777777" w:rsidR="00495879" w:rsidRDefault="00000000">
      <w:pPr>
        <w:pStyle w:val="Listepuces"/>
      </w:pPr>
      <w:r>
        <w:t>**Certifications**:</w:t>
      </w:r>
    </w:p>
    <w:p w14:paraId="001048C2" w14:textId="77777777" w:rsidR="00495879" w:rsidRDefault="00000000">
      <w:pPr>
        <w:pStyle w:val="Listepuces"/>
      </w:pPr>
      <w:r>
        <w:t>Certified Professional Coach (CPC) - [Coaching Institution]</w:t>
      </w:r>
    </w:p>
    <w:p w14:paraId="0BC3F573" w14:textId="77777777" w:rsidR="00495879" w:rsidRDefault="00000000">
      <w:pPr>
        <w:pStyle w:val="Listepuces"/>
      </w:pPr>
      <w:r>
        <w:t>Strategic Planning Facilitator - [Institution]</w:t>
      </w:r>
    </w:p>
    <w:p w14:paraId="77ABEE61" w14:textId="77777777" w:rsidR="00495879" w:rsidRDefault="00000000">
      <w:pPr>
        <w:pStyle w:val="Listepuces"/>
      </w:pPr>
      <w:r>
        <w:t>[Additional relevant certifications]</w:t>
      </w:r>
    </w:p>
    <w:p w14:paraId="19E4F02D" w14:textId="77777777" w:rsidR="00495879" w:rsidRDefault="00000000">
      <w:r>
        <w:rPr>
          <w:b/>
        </w:rPr>
        <w:t>Key Achievements</w:t>
      </w:r>
      <w:r>
        <w:t>:</w:t>
      </w:r>
    </w:p>
    <w:p w14:paraId="7EDEB633" w14:textId="77777777" w:rsidR="00495879" w:rsidRDefault="00000000">
      <w:pPr>
        <w:pStyle w:val="Listepuces"/>
      </w:pPr>
      <w:r>
        <w:t>Designed proprietary **GBCM Scale Framework™** (8-dimension assessment, validated with 50+ businesses)</w:t>
      </w:r>
    </w:p>
    <w:p w14:paraId="4100CA26" w14:textId="77777777" w:rsidR="00495879" w:rsidRDefault="00000000">
      <w:pPr>
        <w:pStyle w:val="Listepuces"/>
      </w:pPr>
      <w:r>
        <w:t>Featured speaker at [Conferences/Events - if applicable]</w:t>
      </w:r>
    </w:p>
    <w:p w14:paraId="5657E4F3" w14:textId="77777777" w:rsidR="00495879" w:rsidRDefault="00000000">
      <w:pPr>
        <w:pStyle w:val="Listepuces"/>
      </w:pPr>
      <w:r>
        <w:t>[Previous business built/sold - if applicable]</w:t>
      </w:r>
    </w:p>
    <w:p w14:paraId="04F7339E" w14:textId="77777777" w:rsidR="00495879" w:rsidRDefault="00000000">
      <w:pPr>
        <w:pStyle w:val="Listepuces"/>
      </w:pPr>
      <w:r>
        <w:t>Published thought leadership: [Publications - if applicable]</w:t>
      </w:r>
    </w:p>
    <w:p w14:paraId="1A83F91C" w14:textId="77777777" w:rsidR="00495879" w:rsidRDefault="00000000">
      <w:r>
        <w:rPr>
          <w:b/>
        </w:rPr>
        <w:t>Why GBCM Now?</w:t>
      </w:r>
      <w:r>
        <w:t>:</w:t>
      </w:r>
    </w:p>
    <w:p w14:paraId="53F8704D" w14:textId="77777777" w:rsidR="00495879" w:rsidRDefault="00000000">
      <w:r>
        <w:rPr>
          <w:i/>
        </w:rPr>
        <w:t>"After 20 years of watching talented CEOs struggle with the same scaling challenges - and seeing most coaching solutions fail to deliver measurable results - I knew there had to be a better way.</w:t>
      </w:r>
    </w:p>
    <w:p w14:paraId="7CF91E99" w14:textId="77777777" w:rsidR="00495879" w:rsidRDefault="00000000">
      <w:r>
        <w:rPr>
          <w:i/>
        </w:rPr>
        <w:t>GBCM combines three things I've never seen together:</w:t>
      </w:r>
    </w:p>
    <w:p w14:paraId="7C17D19C" w14:textId="77777777" w:rsidR="00495879" w:rsidRDefault="00000000">
      <w:pPr>
        <w:pStyle w:val="Listenumros"/>
      </w:pPr>
      <w:r>
        <w:t>*Proven, repeatable methodology (not generic advice)*</w:t>
      </w:r>
    </w:p>
    <w:p w14:paraId="38D13B98" w14:textId="77777777" w:rsidR="00495879" w:rsidRDefault="00000000">
      <w:pPr>
        <w:pStyle w:val="Listenumros"/>
      </w:pPr>
      <w:r>
        <w:t>*Technology leverage (AI + platform for scale)*</w:t>
      </w:r>
    </w:p>
    <w:p w14:paraId="4DE7FBAD" w14:textId="77777777" w:rsidR="00495879" w:rsidRDefault="00000000">
      <w:pPr>
        <w:pStyle w:val="Listenumros"/>
      </w:pPr>
      <w:r>
        <w:t>*Accessible pricing (not $500K consulting projects)*</w:t>
      </w:r>
    </w:p>
    <w:p w14:paraId="57AF044C" w14:textId="77777777" w:rsidR="00495879" w:rsidRDefault="00000000">
      <w:r>
        <w:rPr>
          <w:i/>
        </w:rPr>
        <w:t>This is the coaching company I wish existed when I was scaling my first business. Now I'm building it for the next generation of growth-stage CEOs."</w:t>
      </w:r>
    </w:p>
    <w:p w14:paraId="7044B963" w14:textId="77777777" w:rsidR="00495879" w:rsidRDefault="00000000">
      <w:r>
        <w:rPr>
          <w:b/>
        </w:rPr>
        <w:t>Personal Vision</w:t>
      </w:r>
      <w:r>
        <w:t>:</w:t>
      </w:r>
    </w:p>
    <w:p w14:paraId="17890CBE" w14:textId="77777777" w:rsidR="00495879" w:rsidRDefault="00000000">
      <w:r>
        <w:t>"Democratize access to world-class strategic expertise for all growth-stage businesses, leveraging technology to deliver exceptional outcomes at accessible prices."</w:t>
      </w:r>
    </w:p>
    <w:p w14:paraId="7FBA9F93" w14:textId="77777777" w:rsidR="00495879" w:rsidRDefault="00000000">
      <w:pPr>
        <w:pStyle w:val="Titre3"/>
      </w:pPr>
      <w:r>
        <w:t>Advisory Board (To Be Constituted Year 1-2)</w:t>
      </w:r>
    </w:p>
    <w:p w14:paraId="3588C057" w14:textId="77777777" w:rsidR="00495879" w:rsidRDefault="00000000">
      <w:r>
        <w:rPr>
          <w:b/>
        </w:rPr>
        <w:t>Target Profiles</w:t>
      </w:r>
      <w:r>
        <w:t xml:space="preserve"> (Not Yet Recruited):</w:t>
      </w:r>
    </w:p>
    <w:p w14:paraId="5A479FD9" w14:textId="77777777" w:rsidR="00495879" w:rsidRDefault="00000000">
      <w:pPr>
        <w:pStyle w:val="Listepuces"/>
      </w:pPr>
      <w:r>
        <w:t>**Tech Advisor**: AI/ML expert to guide platform strategy</w:t>
      </w:r>
    </w:p>
    <w:p w14:paraId="08CC244C" w14:textId="77777777" w:rsidR="00495879" w:rsidRDefault="00000000">
      <w:pPr>
        <w:pStyle w:val="Listepuces"/>
      </w:pPr>
      <w:r>
        <w:lastRenderedPageBreak/>
        <w:t>**Financial Advisor**: CFO or investment banker (M&amp;A, fundraising expertise)</w:t>
      </w:r>
    </w:p>
    <w:p w14:paraId="1A9930A2" w14:textId="77777777" w:rsidR="00495879" w:rsidRDefault="00000000">
      <w:pPr>
        <w:pStyle w:val="Listepuces"/>
      </w:pPr>
      <w:r>
        <w:t>**Marketing Advisor**: B2B growth marketing expert (SaaS or services)</w:t>
      </w:r>
    </w:p>
    <w:p w14:paraId="01EB7319" w14:textId="77777777" w:rsidR="00495879" w:rsidRDefault="00000000">
      <w:pPr>
        <w:pStyle w:val="Listepuces"/>
      </w:pPr>
      <w:r>
        <w:t>**Industry Mentor**: Serial entrepreneur (scaled 2-3 businesses to $10M-$100M)</w:t>
      </w:r>
    </w:p>
    <w:p w14:paraId="40AB3B0E" w14:textId="77777777" w:rsidR="00495879" w:rsidRDefault="00000000">
      <w:pPr>
        <w:pStyle w:val="Listepuces"/>
      </w:pPr>
      <w:r>
        <w:t>**Coaching Industry Veteran**: 20+ years, ICF Master Certified Coach (MCC)</w:t>
      </w:r>
    </w:p>
    <w:p w14:paraId="0405720A" w14:textId="77777777" w:rsidR="00495879" w:rsidRDefault="00000000">
      <w:r>
        <w:rPr>
          <w:b/>
        </w:rPr>
        <w:t>Compensation</w:t>
      </w:r>
      <w:r>
        <w:t>: 0.25-0.5% equity each (4-year vest), no cash (equity-only for advisors).</w:t>
      </w:r>
    </w:p>
    <w:p w14:paraId="5FF4ADF7" w14:textId="77777777" w:rsidR="00495879" w:rsidRDefault="00000000">
      <w:r>
        <w:t>________________________________________________________________________________</w:t>
      </w:r>
    </w:p>
    <w:p w14:paraId="48C2CFBF" w14:textId="77777777" w:rsidR="00495879" w:rsidRDefault="00000000">
      <w:pPr>
        <w:pStyle w:val="Titre2"/>
      </w:pPr>
      <w:r>
        <w:t>💼 FINANCEMENT REQUIS</w:t>
      </w:r>
    </w:p>
    <w:p w14:paraId="74A8A541" w14:textId="77777777" w:rsidR="00495879" w:rsidRDefault="00000000">
      <w:pPr>
        <w:pStyle w:val="Titre3"/>
      </w:pPr>
      <w:r>
        <w:t>Besoin Capital Total (3 ans): $125-135,000</w:t>
      </w:r>
    </w:p>
    <w:p w14:paraId="04D8AAC6" w14:textId="77777777" w:rsidR="00495879" w:rsidRDefault="00000000">
      <w:r>
        <w:rPr>
          <w:b/>
        </w:rPr>
        <w:t>Year 1 Initial</w:t>
      </w:r>
      <w:r>
        <w:t>: $75,000 (Bootstrap)</w:t>
      </w:r>
    </w:p>
    <w:p w14:paraId="071C20A9" w14:textId="77777777" w:rsidR="00495879" w:rsidRDefault="00000000">
      <w:r>
        <w:rPr>
          <w:b/>
        </w:rPr>
        <w:t>Year 2 Additional</w:t>
      </w:r>
      <w:r>
        <w:t>: $50-60,000 (Phase 2 IA)</w:t>
      </w:r>
    </w:p>
    <w:p w14:paraId="5D1DA5BF" w14:textId="77777777" w:rsidR="00495879" w:rsidRDefault="00000000">
      <w:r>
        <w:rPr>
          <w:b/>
        </w:rPr>
        <w:t>Source Recommandée</w:t>
      </w:r>
      <w:r>
        <w:t>:</w:t>
      </w:r>
    </w:p>
    <w:p w14:paraId="556C6C9F" w14:textId="77777777" w:rsidR="00495879" w:rsidRDefault="00000000">
      <w:pPr>
        <w:pStyle w:val="Listepuces"/>
      </w:pPr>
      <w:r>
        <w:t>**An 1**: Founder Self-Funding (Bootstrap) - maintenir 100% ownership</w:t>
      </w:r>
    </w:p>
    <w:p w14:paraId="3B90009B" w14:textId="77777777" w:rsidR="00495879" w:rsidRDefault="00000000">
      <w:pPr>
        <w:pStyle w:val="Listepuces"/>
      </w:pPr>
      <w:r>
        <w:t>**An 2**: Revenue-based financing OU advance payments clients (éviter dilution)</w:t>
      </w:r>
    </w:p>
    <w:p w14:paraId="1E7402EB" w14:textId="77777777" w:rsidR="00495879" w:rsidRDefault="00000000">
      <w:pPr>
        <w:pStyle w:val="Titre3"/>
      </w:pPr>
      <w:r>
        <w:t>Utilisation des Fonds Year 1 (Detailed Breakdown)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199267B5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3A0A538" w14:textId="77777777" w:rsidR="00495879" w:rsidRDefault="00000000">
            <w:r>
              <w:rPr>
                <w:sz w:val="20"/>
              </w:rPr>
              <w:t>Catégorie</w:t>
            </w:r>
          </w:p>
        </w:tc>
        <w:tc>
          <w:tcPr>
            <w:tcW w:w="2160" w:type="dxa"/>
          </w:tcPr>
          <w:p w14:paraId="24EF49D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Montant</w:t>
            </w:r>
          </w:p>
        </w:tc>
        <w:tc>
          <w:tcPr>
            <w:tcW w:w="2160" w:type="dxa"/>
          </w:tcPr>
          <w:p w14:paraId="0AF141B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Total</w:t>
            </w:r>
          </w:p>
        </w:tc>
        <w:tc>
          <w:tcPr>
            <w:tcW w:w="2160" w:type="dxa"/>
          </w:tcPr>
          <w:p w14:paraId="64728CD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Détail</w:t>
            </w:r>
          </w:p>
        </w:tc>
      </w:tr>
      <w:tr w:rsidR="00495879" w14:paraId="71CDA90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0A13C6F" w14:textId="77777777" w:rsidR="00495879" w:rsidRDefault="00000000">
            <w:r>
              <w:t>**Marketing &amp; Launch** (Bi-Continental)</w:t>
            </w:r>
          </w:p>
        </w:tc>
        <w:tc>
          <w:tcPr>
            <w:tcW w:w="2160" w:type="dxa"/>
          </w:tcPr>
          <w:p w14:paraId="6498323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2160" w:type="dxa"/>
          </w:tcPr>
          <w:p w14:paraId="3DCB0AD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33%</w:t>
            </w:r>
          </w:p>
        </w:tc>
        <w:tc>
          <w:tcPr>
            <w:tcW w:w="2160" w:type="dxa"/>
          </w:tcPr>
          <w:p w14:paraId="316B05E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US + Africa launch, content, ads, events</w:t>
            </w:r>
          </w:p>
        </w:tc>
      </w:tr>
      <w:tr w:rsidR="00495879" w14:paraId="6DD99E5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9D99FDE" w14:textId="77777777" w:rsidR="00495879" w:rsidRDefault="00000000">
            <w:r>
              <w:t>**Technology &amp; Platform** (Lions Dev)</w:t>
            </w:r>
          </w:p>
        </w:tc>
        <w:tc>
          <w:tcPr>
            <w:tcW w:w="2160" w:type="dxa"/>
          </w:tcPr>
          <w:p w14:paraId="2CD7087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160" w:type="dxa"/>
          </w:tcPr>
          <w:p w14:paraId="506C06E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27%</w:t>
            </w:r>
          </w:p>
        </w:tc>
        <w:tc>
          <w:tcPr>
            <w:tcW w:w="2160" w:type="dxa"/>
          </w:tcPr>
          <w:p w14:paraId="5B51D80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Platform MVP via Lions Dev partnership (économie -$15K)</w:t>
            </w:r>
          </w:p>
        </w:tc>
      </w:tr>
      <w:tr w:rsidR="00495879" w14:paraId="3EA77FD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09D78D4" w14:textId="77777777" w:rsidR="00495879" w:rsidRDefault="00000000">
            <w:r>
              <w:t>**SaaS &amp; Tools**</w:t>
            </w:r>
          </w:p>
        </w:tc>
        <w:tc>
          <w:tcPr>
            <w:tcW w:w="2160" w:type="dxa"/>
          </w:tcPr>
          <w:p w14:paraId="4431407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160" w:type="dxa"/>
          </w:tcPr>
          <w:p w14:paraId="308230A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2160" w:type="dxa"/>
          </w:tcPr>
          <w:p w14:paraId="0D923FD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HubSpot, Zoom, hosting, security (annual prepay)</w:t>
            </w:r>
          </w:p>
        </w:tc>
      </w:tr>
      <w:tr w:rsidR="00495879" w14:paraId="1CDCF24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ADFE3B9" w14:textId="77777777" w:rsidR="00495879" w:rsidRDefault="00000000">
            <w:r>
              <w:t>**Legal &amp; Formation** (Multi-pays)</w:t>
            </w:r>
          </w:p>
        </w:tc>
        <w:tc>
          <w:tcPr>
            <w:tcW w:w="2160" w:type="dxa"/>
          </w:tcPr>
          <w:p w14:paraId="3A3005C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160" w:type="dxa"/>
          </w:tcPr>
          <w:p w14:paraId="5F5A676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2160" w:type="dxa"/>
          </w:tcPr>
          <w:p w14:paraId="2A3DB88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LLC US, compliance Africa, contracts</w:t>
            </w:r>
          </w:p>
        </w:tc>
      </w:tr>
      <w:tr w:rsidR="00495879" w14:paraId="14380B7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3476276" w14:textId="77777777" w:rsidR="00495879" w:rsidRDefault="00000000">
            <w:r>
              <w:t>**Working Capital Buffer**</w:t>
            </w:r>
          </w:p>
        </w:tc>
        <w:tc>
          <w:tcPr>
            <w:tcW w:w="2160" w:type="dxa"/>
          </w:tcPr>
          <w:p w14:paraId="44992C7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160" w:type="dxa"/>
          </w:tcPr>
          <w:p w14:paraId="434AFA9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2160" w:type="dxa"/>
          </w:tcPr>
          <w:p w14:paraId="2E7D33C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Cash reserve 2-3 mois runway bi-continental</w:t>
            </w:r>
          </w:p>
        </w:tc>
      </w:tr>
      <w:tr w:rsidR="00495879" w14:paraId="22BC01F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51DD570" w14:textId="77777777" w:rsidR="00495879" w:rsidRDefault="00000000">
            <w:r>
              <w:t>**TOTAL**</w:t>
            </w:r>
          </w:p>
        </w:tc>
        <w:tc>
          <w:tcPr>
            <w:tcW w:w="2160" w:type="dxa"/>
          </w:tcPr>
          <w:p w14:paraId="2491FC6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**$75,000**</w:t>
            </w:r>
          </w:p>
        </w:tc>
        <w:tc>
          <w:tcPr>
            <w:tcW w:w="2160" w:type="dxa"/>
          </w:tcPr>
          <w:p w14:paraId="0F8D100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**100%**</w:t>
            </w:r>
          </w:p>
        </w:tc>
        <w:tc>
          <w:tcPr>
            <w:tcW w:w="2160" w:type="dxa"/>
          </w:tcPr>
          <w:p w14:paraId="31ABB142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21A494DC" w14:textId="77777777" w:rsidR="00495879" w:rsidRDefault="00495879"/>
    <w:p w14:paraId="41EF88E0" w14:textId="77777777" w:rsidR="00495879" w:rsidRDefault="00000000">
      <w:pPr>
        <w:pStyle w:val="Titre3"/>
      </w:pPr>
      <w:r>
        <w:t>Utilisation des Fonds Year 2 (Additionnel $60K)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47FE546E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D62C1C2" w14:textId="77777777" w:rsidR="00495879" w:rsidRDefault="00000000">
            <w:r>
              <w:rPr>
                <w:sz w:val="20"/>
              </w:rPr>
              <w:t>Catégorie</w:t>
            </w:r>
          </w:p>
        </w:tc>
        <w:tc>
          <w:tcPr>
            <w:tcW w:w="2880" w:type="dxa"/>
          </w:tcPr>
          <w:p w14:paraId="70AFF4C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Montant</w:t>
            </w:r>
          </w:p>
        </w:tc>
        <w:tc>
          <w:tcPr>
            <w:tcW w:w="2880" w:type="dxa"/>
          </w:tcPr>
          <w:p w14:paraId="294E9D8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Détail</w:t>
            </w:r>
          </w:p>
        </w:tc>
      </w:tr>
      <w:tr w:rsidR="00495879" w14:paraId="5B752DD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2F9DAA1" w14:textId="77777777" w:rsidR="00495879" w:rsidRDefault="00000000">
            <w:r>
              <w:t>**IA/ML Infrastructure**</w:t>
            </w:r>
          </w:p>
        </w:tc>
        <w:tc>
          <w:tcPr>
            <w:tcW w:w="2880" w:type="dxa"/>
          </w:tcPr>
          <w:p w14:paraId="4644FDB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880" w:type="dxa"/>
          </w:tcPr>
          <w:p w14:paraId="5FC674A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OpenAI API, cloud compute, data pipeline</w:t>
            </w:r>
          </w:p>
        </w:tc>
      </w:tr>
      <w:tr w:rsidR="00495879" w14:paraId="1AB402A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96C536B" w14:textId="77777777" w:rsidR="00495879" w:rsidRDefault="00000000">
            <w:r>
              <w:t>**Lions Dev - Features IA**</w:t>
            </w:r>
          </w:p>
        </w:tc>
        <w:tc>
          <w:tcPr>
            <w:tcW w:w="2880" w:type="dxa"/>
          </w:tcPr>
          <w:p w14:paraId="0BC9003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880" w:type="dxa"/>
          </w:tcPr>
          <w:p w14:paraId="39194D3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Développement integration </w:t>
            </w:r>
            <w:r>
              <w:lastRenderedPageBreak/>
              <w:t>IA</w:t>
            </w:r>
          </w:p>
        </w:tc>
      </w:tr>
      <w:tr w:rsidR="00495879" w14:paraId="2E9B877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6D6D268" w14:textId="77777777" w:rsidR="00495879" w:rsidRDefault="00000000">
            <w:r>
              <w:lastRenderedPageBreak/>
              <w:t>**Marketing Scale Africa**</w:t>
            </w:r>
          </w:p>
        </w:tc>
        <w:tc>
          <w:tcPr>
            <w:tcW w:w="2880" w:type="dxa"/>
          </w:tcPr>
          <w:p w14:paraId="7A529E6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880" w:type="dxa"/>
          </w:tcPr>
          <w:p w14:paraId="4E94696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Scale francophone + prep anglophone</w:t>
            </w:r>
          </w:p>
        </w:tc>
      </w:tr>
      <w:tr w:rsidR="00495879" w14:paraId="7887B81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FA939F9" w14:textId="77777777" w:rsidR="00495879" w:rsidRDefault="00000000">
            <w:r>
              <w:t>**Working Capital**</w:t>
            </w:r>
          </w:p>
        </w:tc>
        <w:tc>
          <w:tcPr>
            <w:tcW w:w="2880" w:type="dxa"/>
          </w:tcPr>
          <w:p w14:paraId="3A21D97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880" w:type="dxa"/>
          </w:tcPr>
          <w:p w14:paraId="3FA0025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Buffer croissance bi-continentale</w:t>
            </w:r>
          </w:p>
        </w:tc>
      </w:tr>
      <w:tr w:rsidR="00495879" w14:paraId="4D45DE6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9AD8846" w14:textId="77777777" w:rsidR="00495879" w:rsidRDefault="00000000">
            <w:r>
              <w:t>**TOTAL**</w:t>
            </w:r>
          </w:p>
        </w:tc>
        <w:tc>
          <w:tcPr>
            <w:tcW w:w="2880" w:type="dxa"/>
          </w:tcPr>
          <w:p w14:paraId="6151911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**$60,000**</w:t>
            </w:r>
          </w:p>
        </w:tc>
        <w:tc>
          <w:tcPr>
            <w:tcW w:w="2880" w:type="dxa"/>
          </w:tcPr>
          <w:p w14:paraId="1138DB68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0C71E30C" w14:textId="77777777" w:rsidR="00495879" w:rsidRDefault="00495879"/>
    <w:p w14:paraId="081FFDBB" w14:textId="77777777" w:rsidR="00495879" w:rsidRDefault="00000000">
      <w:r>
        <w:rPr>
          <w:b/>
        </w:rPr>
        <w:t>Expected ROI on Total Investment ($135K)</w:t>
      </w:r>
      <w:r>
        <w:t>:</w:t>
      </w:r>
    </w:p>
    <w:p w14:paraId="4E55B584" w14:textId="77777777" w:rsidR="00495879" w:rsidRDefault="00000000">
      <w:pPr>
        <w:pStyle w:val="Listepuces"/>
      </w:pPr>
      <w:r>
        <w:t>3-year EBITDA cumulative: -$67K (Year 1) - $45K (Year 2) + $45K (Year 3) = **-$67K** (perte cumulée)</w:t>
      </w:r>
    </w:p>
    <w:p w14:paraId="492166D7" w14:textId="77777777" w:rsidR="00495879" w:rsidRDefault="00000000">
      <w:pPr>
        <w:pStyle w:val="Listepuces"/>
      </w:pPr>
      <w:r>
        <w:t>**MAIS**: Business equity value Year 5 projected $3-8M (4-8x EBITDA multiples)</w:t>
      </w:r>
    </w:p>
    <w:p w14:paraId="21731070" w14:textId="77777777" w:rsidR="00495879" w:rsidRDefault="00000000">
      <w:pPr>
        <w:pStyle w:val="Listepuces"/>
      </w:pPr>
      <w:r>
        <w:t>**Trade-off**: Court terme moins profitable, long terme exponential grâce IA</w:t>
      </w:r>
    </w:p>
    <w:p w14:paraId="564A535B" w14:textId="77777777" w:rsidR="00495879" w:rsidRDefault="00000000">
      <w:r>
        <w:rPr>
          <w:b/>
        </w:rPr>
        <w:t>Comparaison Scénarios</w:t>
      </w:r>
      <w:r>
        <w:t>:</w:t>
      </w:r>
    </w:p>
    <w:p w14:paraId="7C6CAC83" w14:textId="77777777" w:rsidR="00495879" w:rsidRDefault="00000000">
      <w:pPr>
        <w:pStyle w:val="Listepuces"/>
      </w:pPr>
      <w:r>
        <w:t>**Plan Initial** (US-only, pas IA An 2): $75K investment, ROI 449% 3 ans</w:t>
      </w:r>
    </w:p>
    <w:p w14:paraId="7023115A" w14:textId="77777777" w:rsidR="00495879" w:rsidRDefault="00000000">
      <w:pPr>
        <w:pStyle w:val="Listepuces"/>
      </w:pPr>
      <w:r>
        <w:t>**Nouveau Plan** (Bi-continental + IA): $135K investment, ROI 41% 3 ans MAIS unlock $10M+ An 5</w:t>
      </w:r>
    </w:p>
    <w:p w14:paraId="0C5D9BF7" w14:textId="77777777" w:rsidR="00495879" w:rsidRDefault="00000000">
      <w:pPr>
        <w:pStyle w:val="Titre3"/>
      </w:pPr>
      <w:r>
        <w:t>Funding Timeline</w:t>
      </w:r>
    </w:p>
    <w:p w14:paraId="7E35065A" w14:textId="77777777" w:rsidR="00495879" w:rsidRDefault="00000000">
      <w:r>
        <w:rPr>
          <w:b/>
        </w:rPr>
        <w:t>Year 1 (2026)</w:t>
      </w:r>
      <w:r>
        <w:t>: Bootstrap avec $75K</w:t>
      </w:r>
    </w:p>
    <w:p w14:paraId="5341B0AB" w14:textId="77777777" w:rsidR="00495879" w:rsidRDefault="00000000">
      <w:pPr>
        <w:pStyle w:val="Listepuces"/>
      </w:pPr>
      <w:r>
        <w:t>Source: Personal savings ($50K) + client prepayments ($25K)</w:t>
      </w:r>
    </w:p>
    <w:p w14:paraId="1A236145" w14:textId="77777777" w:rsidR="00495879" w:rsidRDefault="00000000">
      <w:pPr>
        <w:pStyle w:val="Listepuces"/>
      </w:pPr>
      <w:r>
        <w:t>Runway: Ending cash -$8K (tight mais viable avec revenue momentum)</w:t>
      </w:r>
    </w:p>
    <w:p w14:paraId="5A57630A" w14:textId="77777777" w:rsidR="00495879" w:rsidRDefault="00000000">
      <w:r>
        <w:rPr>
          <w:b/>
        </w:rPr>
        <w:t>Year 2 (2027)</w:t>
      </w:r>
      <w:r>
        <w:t>: Additional $50-60K pour IA Phase 2</w:t>
      </w:r>
    </w:p>
    <w:p w14:paraId="657F61B4" w14:textId="77777777" w:rsidR="00495879" w:rsidRDefault="00000000">
      <w:pPr>
        <w:pStyle w:val="Listepuces"/>
      </w:pPr>
      <w:r>
        <w:t>**Option préférée**: Revenue-based financing (8-12% MRR jusqu'à $75K)</w:t>
      </w:r>
    </w:p>
    <w:p w14:paraId="62D425E2" w14:textId="77777777" w:rsidR="00495879" w:rsidRDefault="00000000">
      <w:pPr>
        <w:pStyle w:val="Listepuces"/>
      </w:pPr>
      <w:r>
        <w:t>Alternative: Client advance payments (pré-vente 5-10 clients An 2)</w:t>
      </w:r>
    </w:p>
    <w:p w14:paraId="7FBE33BA" w14:textId="77777777" w:rsidR="00495879" w:rsidRDefault="00000000">
      <w:pPr>
        <w:pStyle w:val="Listepuces"/>
      </w:pPr>
      <w:r>
        <w:t>**Éviter**: Equity dilution (trop tôt pour lever)</w:t>
      </w:r>
    </w:p>
    <w:p w14:paraId="3ED3649A" w14:textId="77777777" w:rsidR="00495879" w:rsidRDefault="00000000">
      <w:r>
        <w:rPr>
          <w:b/>
        </w:rPr>
        <w:t>Year 3 (2028)</w:t>
      </w:r>
      <w:r>
        <w:t>: Profitable mais cash serré</w:t>
      </w:r>
    </w:p>
    <w:p w14:paraId="4EC72F80" w14:textId="77777777" w:rsidR="00495879" w:rsidRDefault="00000000">
      <w:pPr>
        <w:pStyle w:val="Listepuces"/>
      </w:pPr>
      <w:r>
        <w:t>Continue bootstrap ou raise $200-500K si traction IA prouvée</w:t>
      </w:r>
    </w:p>
    <w:p w14:paraId="4A762D3F" w14:textId="77777777" w:rsidR="00495879" w:rsidRDefault="00000000">
      <w:pPr>
        <w:pStyle w:val="Listepuces"/>
      </w:pPr>
      <w:r>
        <w:t>Evaluer strategic acquisition offers</w:t>
      </w:r>
    </w:p>
    <w:p w14:paraId="32B2AB5F" w14:textId="77777777" w:rsidR="00495879" w:rsidRDefault="00000000">
      <w:r>
        <w:rPr>
          <w:b/>
        </w:rPr>
        <w:t>Recommendation</w:t>
      </w:r>
      <w:r>
        <w:t>: Bootstrap An 1, revenue-based financing An 2, lever en An 4 si scaling objectives.</w:t>
      </w:r>
    </w:p>
    <w:p w14:paraId="0B651B0E" w14:textId="77777777" w:rsidR="00495879" w:rsidRDefault="00000000">
      <w:r>
        <w:t>________________________________________________________________________________</w:t>
      </w:r>
    </w:p>
    <w:p w14:paraId="40CB9CC3" w14:textId="77777777" w:rsidR="00495879" w:rsidRDefault="00000000">
      <w:pPr>
        <w:pStyle w:val="Titre2"/>
      </w:pPr>
      <w:r>
        <w:t>📅 MILESTONES CLÉS (18 PREMIERS MOIS)</w:t>
      </w:r>
    </w:p>
    <w:p w14:paraId="5E49B2EA" w14:textId="77777777" w:rsidR="00495879" w:rsidRDefault="00000000">
      <w:pPr>
        <w:pStyle w:val="Titre3"/>
      </w:pPr>
      <w:r>
        <w:t>Q1 2026 (Months 1-3): LAUNCH</w:t>
      </w:r>
    </w:p>
    <w:p w14:paraId="4C619F30" w14:textId="77777777" w:rsidR="00495879" w:rsidRDefault="00000000">
      <w:r>
        <w:rPr>
          <w:b/>
        </w:rPr>
        <w:t>January</w:t>
      </w:r>
      <w:r>
        <w:t>:</w:t>
      </w:r>
    </w:p>
    <w:p w14:paraId="5824C8A8" w14:textId="77777777" w:rsidR="00495879" w:rsidRDefault="00000000">
      <w:pPr>
        <w:pStyle w:val="Listepuces"/>
      </w:pPr>
      <w:r>
        <w:lastRenderedPageBreak/>
        <w:t>Form LLC (Delaware), open business bank account</w:t>
      </w:r>
    </w:p>
    <w:p w14:paraId="1632B52B" w14:textId="77777777" w:rsidR="00495879" w:rsidRDefault="00000000">
      <w:pPr>
        <w:pStyle w:val="Listepuces"/>
      </w:pPr>
      <w:r>
        <w:t>Launch website (gbcm.com)</w:t>
      </w:r>
    </w:p>
    <w:p w14:paraId="325CE7D2" w14:textId="77777777" w:rsidR="00495879" w:rsidRDefault="00000000">
      <w:pPr>
        <w:pStyle w:val="Listepuces"/>
      </w:pPr>
      <w:r>
        <w:t>Deploy GBCM Hub MVP (platform live)</w:t>
      </w:r>
    </w:p>
    <w:p w14:paraId="31363BC8" w14:textId="77777777" w:rsidR="00495879" w:rsidRDefault="00000000">
      <w:pPr>
        <w:pStyle w:val="Listepuces"/>
      </w:pPr>
      <w:r>
        <w:t>First 3 discovery calls (warm network)</w:t>
      </w:r>
    </w:p>
    <w:p w14:paraId="08A02EFE" w14:textId="77777777" w:rsidR="00495879" w:rsidRDefault="00000000">
      <w:pPr>
        <w:pStyle w:val="Listepuces"/>
      </w:pPr>
      <w:r>
        <w:t>**Target**: 3 clients signed</w:t>
      </w:r>
    </w:p>
    <w:p w14:paraId="043776C2" w14:textId="77777777" w:rsidR="00495879" w:rsidRDefault="00000000">
      <w:r>
        <w:rPr>
          <w:b/>
        </w:rPr>
        <w:t>February</w:t>
      </w:r>
      <w:r>
        <w:t>:</w:t>
      </w:r>
    </w:p>
    <w:p w14:paraId="5ED39198" w14:textId="77777777" w:rsidR="00495879" w:rsidRDefault="00000000">
      <w:pPr>
        <w:pStyle w:val="Listepuces"/>
      </w:pPr>
      <w:r>
        <w:t>First client onboarding complete</w:t>
      </w:r>
    </w:p>
    <w:p w14:paraId="758558FF" w14:textId="77777777" w:rsidR="00495879" w:rsidRDefault="00000000">
      <w:pPr>
        <w:pStyle w:val="Listepuces"/>
      </w:pPr>
      <w:r>
        <w:t>First Transform workshop delivered (10 attendees)</w:t>
      </w:r>
    </w:p>
    <w:p w14:paraId="17B4143E" w14:textId="77777777" w:rsidR="00495879" w:rsidRDefault="00000000">
      <w:pPr>
        <w:pStyle w:val="Listepuces"/>
      </w:pPr>
      <w:r>
        <w:t>AI Success Coach beta (5 test users)</w:t>
      </w:r>
    </w:p>
    <w:p w14:paraId="72794DAF" w14:textId="77777777" w:rsidR="00495879" w:rsidRDefault="00000000">
      <w:pPr>
        <w:pStyle w:val="Listepuces"/>
      </w:pPr>
      <w:r>
        <w:t>**Target**: 5 clients total</w:t>
      </w:r>
    </w:p>
    <w:p w14:paraId="32A63780" w14:textId="77777777" w:rsidR="00495879" w:rsidRDefault="00000000">
      <w:r>
        <w:rPr>
          <w:b/>
        </w:rPr>
        <w:t>March</w:t>
      </w:r>
      <w:r>
        <w:t>:</w:t>
      </w:r>
    </w:p>
    <w:p w14:paraId="2DABE5F8" w14:textId="77777777" w:rsidR="00495879" w:rsidRDefault="00000000">
      <w:pPr>
        <w:pStyle w:val="Listepuces"/>
      </w:pPr>
      <w:r>
        <w:t>Hire Virtual Assistant (0.5 FTE, 20h/week)</w:t>
      </w:r>
    </w:p>
    <w:p w14:paraId="36A224F9" w14:textId="77777777" w:rsidR="00495879" w:rsidRDefault="00000000">
      <w:pPr>
        <w:pStyle w:val="Listepuces"/>
      </w:pPr>
      <w:r>
        <w:t>Platform v1.1 (bugs fixed, UX improved)</w:t>
      </w:r>
    </w:p>
    <w:p w14:paraId="0571420C" w14:textId="77777777" w:rsidR="00495879" w:rsidRDefault="00000000">
      <w:pPr>
        <w:pStyle w:val="Listepuces"/>
      </w:pPr>
      <w:r>
        <w:t>First blog posts published (8 posts = 2/week)</w:t>
      </w:r>
    </w:p>
    <w:p w14:paraId="64FF74D0" w14:textId="77777777" w:rsidR="00495879" w:rsidRDefault="00000000">
      <w:pPr>
        <w:pStyle w:val="Listepuces"/>
      </w:pPr>
      <w:r>
        <w:t>**Target**: 10 clients, $100K ARR pace</w:t>
      </w:r>
    </w:p>
    <w:p w14:paraId="37314114" w14:textId="77777777" w:rsidR="00495879" w:rsidRDefault="00000000">
      <w:r>
        <w:rPr>
          <w:b/>
        </w:rPr>
        <w:t>Q1 Success Criteria</w:t>
      </w:r>
      <w:r>
        <w:t>: 10 clients, $100K ARR, NPS 40+, 4.3+ rating</w:t>
      </w:r>
    </w:p>
    <w:p w14:paraId="779A7D38" w14:textId="77777777" w:rsidR="00495879" w:rsidRDefault="00000000">
      <w:r>
        <w:t>________________________________________________________________________________</w:t>
      </w:r>
    </w:p>
    <w:p w14:paraId="7CC2CF31" w14:textId="77777777" w:rsidR="00495879" w:rsidRDefault="00000000">
      <w:pPr>
        <w:pStyle w:val="Titre3"/>
      </w:pPr>
      <w:r>
        <w:t>Q2 2026 (Months 4-6): TRACTION</w:t>
      </w:r>
    </w:p>
    <w:p w14:paraId="589382C3" w14:textId="77777777" w:rsidR="00495879" w:rsidRDefault="00000000">
      <w:r>
        <w:rPr>
          <w:b/>
        </w:rPr>
        <w:t>April</w:t>
      </w:r>
      <w:r>
        <w:t>:</w:t>
      </w:r>
    </w:p>
    <w:p w14:paraId="2E0C4556" w14:textId="77777777" w:rsidR="00495879" w:rsidRDefault="00000000">
      <w:pPr>
        <w:pStyle w:val="Listepuces"/>
      </w:pPr>
      <w:r>
        <w:t>12 clients active</w:t>
      </w:r>
    </w:p>
    <w:p w14:paraId="27CCCD8F" w14:textId="77777777" w:rsidR="00495879" w:rsidRDefault="00000000">
      <w:pPr>
        <w:pStyle w:val="Listepuces"/>
      </w:pPr>
      <w:r>
        <w:t>Launch lead magnet (Scale Assessment tool)</w:t>
      </w:r>
    </w:p>
    <w:p w14:paraId="76F6AE34" w14:textId="77777777" w:rsidR="00495879" w:rsidRDefault="00000000">
      <w:pPr>
        <w:pStyle w:val="Listepuces"/>
      </w:pPr>
      <w:r>
        <w:t>LinkedIn ads campaign start ($1,000/month)</w:t>
      </w:r>
    </w:p>
    <w:p w14:paraId="7085F720" w14:textId="77777777" w:rsidR="00495879" w:rsidRDefault="00000000">
      <w:pPr>
        <w:pStyle w:val="Listepuces"/>
      </w:pPr>
      <w:r>
        <w:t>**Target**: +2 clients (12 total)</w:t>
      </w:r>
    </w:p>
    <w:p w14:paraId="5E6678BD" w14:textId="77777777" w:rsidR="00495879" w:rsidRDefault="00000000">
      <w:r>
        <w:rPr>
          <w:b/>
        </w:rPr>
        <w:t>May</w:t>
      </w:r>
      <w:r>
        <w:t>:</w:t>
      </w:r>
    </w:p>
    <w:p w14:paraId="1C32DD14" w14:textId="77777777" w:rsidR="00495879" w:rsidRDefault="00000000">
      <w:pPr>
        <w:pStyle w:val="Listepuces"/>
      </w:pPr>
      <w:r>
        <w:t>15 clients active</w:t>
      </w:r>
    </w:p>
    <w:p w14:paraId="665809C0" w14:textId="77777777" w:rsidR="00495879" w:rsidRDefault="00000000">
      <w:pPr>
        <w:pStyle w:val="Listepuces"/>
      </w:pPr>
      <w:r>
        <w:t>First partnership signed (CPA firm)</w:t>
      </w:r>
    </w:p>
    <w:p w14:paraId="5A7B0183" w14:textId="77777777" w:rsidR="00495879" w:rsidRDefault="00000000">
      <w:pPr>
        <w:pStyle w:val="Listepuces"/>
      </w:pPr>
      <w:r>
        <w:t>Co-host webinar with partner (50 registrants)</w:t>
      </w:r>
    </w:p>
    <w:p w14:paraId="3BF5D49C" w14:textId="77777777" w:rsidR="00495879" w:rsidRDefault="00000000">
      <w:pPr>
        <w:pStyle w:val="Listepuces"/>
      </w:pPr>
      <w:r>
        <w:t>**Target**: +3 clients (15 total)</w:t>
      </w:r>
    </w:p>
    <w:p w14:paraId="60EA2C3A" w14:textId="77777777" w:rsidR="00495879" w:rsidRDefault="00000000">
      <w:r>
        <w:rPr>
          <w:b/>
        </w:rPr>
        <w:t>June</w:t>
      </w:r>
      <w:r>
        <w:t>:</w:t>
      </w:r>
    </w:p>
    <w:p w14:paraId="12AF98D2" w14:textId="77777777" w:rsidR="00495879" w:rsidRDefault="00000000">
      <w:pPr>
        <w:pStyle w:val="Listepuces"/>
      </w:pPr>
      <w:r>
        <w:t>20 clients active milestone! 🎉</w:t>
      </w:r>
    </w:p>
    <w:p w14:paraId="75866B68" w14:textId="77777777" w:rsidR="00495879" w:rsidRDefault="00000000">
      <w:pPr>
        <w:pStyle w:val="Listepuces"/>
      </w:pPr>
      <w:r>
        <w:t>NPS survey #1 (target: 45+)</w:t>
      </w:r>
    </w:p>
    <w:p w14:paraId="40D35AAF" w14:textId="77777777" w:rsidR="00495879" w:rsidRDefault="00000000">
      <w:pPr>
        <w:pStyle w:val="Listepuces"/>
      </w:pPr>
      <w:r>
        <w:t>Resource library: 25 modules uploaded</w:t>
      </w:r>
    </w:p>
    <w:p w14:paraId="074AC69E" w14:textId="77777777" w:rsidR="00495879" w:rsidRDefault="00000000">
      <w:pPr>
        <w:pStyle w:val="Listepuces"/>
      </w:pPr>
      <w:r>
        <w:t>**Target**: +5 clients (20 total)</w:t>
      </w:r>
    </w:p>
    <w:p w14:paraId="5AB2431C" w14:textId="77777777" w:rsidR="00495879" w:rsidRDefault="00000000">
      <w:r>
        <w:rPr>
          <w:b/>
        </w:rPr>
        <w:lastRenderedPageBreak/>
        <w:t>Q2 Success Criteria</w:t>
      </w:r>
      <w:r>
        <w:t>: 20 clients, $200K ARR pace, NPS 45+, first referral</w:t>
      </w:r>
    </w:p>
    <w:p w14:paraId="03C56D5B" w14:textId="77777777" w:rsidR="00495879" w:rsidRDefault="00000000">
      <w:r>
        <w:t>________________________________________________________________________________</w:t>
      </w:r>
    </w:p>
    <w:p w14:paraId="4800E9EA" w14:textId="77777777" w:rsidR="00495879" w:rsidRDefault="00000000">
      <w:pPr>
        <w:pStyle w:val="Titre3"/>
      </w:pPr>
      <w:r>
        <w:t>Q3 2026 (Months 7-9): SCALE PREP</w:t>
      </w:r>
    </w:p>
    <w:p w14:paraId="661A9624" w14:textId="77777777" w:rsidR="00495879" w:rsidRDefault="00000000">
      <w:r>
        <w:rPr>
          <w:b/>
        </w:rPr>
        <w:t>July</w:t>
      </w:r>
      <w:r>
        <w:t>:</w:t>
      </w:r>
    </w:p>
    <w:p w14:paraId="24FEBEA4" w14:textId="77777777" w:rsidR="00495879" w:rsidRDefault="00000000">
      <w:pPr>
        <w:pStyle w:val="Listepuces"/>
      </w:pPr>
      <w:r>
        <w:t>22 clients</w:t>
      </w:r>
    </w:p>
    <w:p w14:paraId="5BE47211" w14:textId="77777777" w:rsidR="00495879" w:rsidRDefault="00000000">
      <w:pPr>
        <w:pStyle w:val="Listepuces"/>
      </w:pPr>
      <w:r>
        <w:t>Launch podcast "The Scale Playbook" (Episode 1-2)</w:t>
      </w:r>
    </w:p>
    <w:p w14:paraId="65F8E3DE" w14:textId="77777777" w:rsidR="00495879" w:rsidRDefault="00000000">
      <w:pPr>
        <w:pStyle w:val="Listepuces"/>
      </w:pPr>
      <w:r>
        <w:t>Blog: 50 posts milestone</w:t>
      </w:r>
    </w:p>
    <w:p w14:paraId="184AB8DB" w14:textId="77777777" w:rsidR="00495879" w:rsidRDefault="00000000">
      <w:pPr>
        <w:pStyle w:val="Listepuces"/>
      </w:pPr>
      <w:r>
        <w:t>**Target**: +2 clients</w:t>
      </w:r>
    </w:p>
    <w:p w14:paraId="05A2710B" w14:textId="77777777" w:rsidR="00495879" w:rsidRDefault="00000000">
      <w:r>
        <w:rPr>
          <w:b/>
        </w:rPr>
        <w:t>August</w:t>
      </w:r>
      <w:r>
        <w:t>:</w:t>
      </w:r>
    </w:p>
    <w:p w14:paraId="43D77169" w14:textId="77777777" w:rsidR="00495879" w:rsidRDefault="00000000">
      <w:pPr>
        <w:pStyle w:val="Listepuces"/>
      </w:pPr>
      <w:r>
        <w:t>24 clients</w:t>
      </w:r>
    </w:p>
    <w:p w14:paraId="3B26AEBF" w14:textId="77777777" w:rsidR="00495879" w:rsidRDefault="00000000">
      <w:pPr>
        <w:pStyle w:val="Listepuces"/>
      </w:pPr>
      <w:r>
        <w:t>First in-person workshop (12 attendees local)</w:t>
      </w:r>
    </w:p>
    <w:p w14:paraId="560ABAEA" w14:textId="77777777" w:rsidR="00495879" w:rsidRDefault="00000000">
      <w:pPr>
        <w:pStyle w:val="Listepuces"/>
      </w:pPr>
      <w:r>
        <w:t>LinkedIn: 5,000 followers milestone</w:t>
      </w:r>
    </w:p>
    <w:p w14:paraId="74B18190" w14:textId="77777777" w:rsidR="00495879" w:rsidRDefault="00000000">
      <w:pPr>
        <w:pStyle w:val="Listepuces"/>
      </w:pPr>
      <w:r>
        <w:t>**Target**: +2 clients</w:t>
      </w:r>
    </w:p>
    <w:p w14:paraId="58C47A5B" w14:textId="77777777" w:rsidR="00495879" w:rsidRDefault="00000000">
      <w:r>
        <w:rPr>
          <w:b/>
        </w:rPr>
        <w:t>September</w:t>
      </w:r>
      <w:r>
        <w:t>:</w:t>
      </w:r>
    </w:p>
    <w:p w14:paraId="0496D772" w14:textId="77777777" w:rsidR="00495879" w:rsidRDefault="00000000">
      <w:pPr>
        <w:pStyle w:val="Listepuces"/>
      </w:pPr>
      <w:r>
        <w:t>25 clients</w:t>
      </w:r>
    </w:p>
    <w:p w14:paraId="29D3D07C" w14:textId="77777777" w:rsidR="00495879" w:rsidRDefault="00000000">
      <w:pPr>
        <w:pStyle w:val="Listepuces"/>
      </w:pPr>
      <w:r>
        <w:t>Evaluate hiring (plan Senior Coach for Year 2)</w:t>
      </w:r>
    </w:p>
    <w:p w14:paraId="3DF1F4FF" w14:textId="77777777" w:rsidR="00495879" w:rsidRDefault="00000000">
      <w:pPr>
        <w:pStyle w:val="Listepuces"/>
      </w:pPr>
      <w:r>
        <w:t>Platform v2.0 planning (AI voice interface)</w:t>
      </w:r>
    </w:p>
    <w:p w14:paraId="0650AD36" w14:textId="77777777" w:rsidR="00495879" w:rsidRDefault="00000000">
      <w:pPr>
        <w:pStyle w:val="Listepuces"/>
      </w:pPr>
      <w:r>
        <w:t>**Target**: +1 client</w:t>
      </w:r>
    </w:p>
    <w:p w14:paraId="6011AA89" w14:textId="77777777" w:rsidR="00495879" w:rsidRDefault="00000000">
      <w:r>
        <w:rPr>
          <w:b/>
        </w:rPr>
        <w:t>Q3 Success Criteria</w:t>
      </w:r>
      <w:r>
        <w:t>: 25 clients, $250K ARR pace, content engine running smoothly</w:t>
      </w:r>
    </w:p>
    <w:p w14:paraId="20C83345" w14:textId="77777777" w:rsidR="00495879" w:rsidRDefault="00000000">
      <w:r>
        <w:t>________________________________________________________________________________</w:t>
      </w:r>
    </w:p>
    <w:p w14:paraId="3B63AE51" w14:textId="77777777" w:rsidR="00495879" w:rsidRDefault="00000000">
      <w:pPr>
        <w:pStyle w:val="Titre3"/>
      </w:pPr>
      <w:r>
        <w:t>Q4 2026 (Months 10-12): MOMENTUM</w:t>
      </w:r>
    </w:p>
    <w:p w14:paraId="7A232181" w14:textId="77777777" w:rsidR="00495879" w:rsidRDefault="00000000">
      <w:r>
        <w:rPr>
          <w:b/>
        </w:rPr>
        <w:t>October</w:t>
      </w:r>
      <w:r>
        <w:t>:</w:t>
      </w:r>
    </w:p>
    <w:p w14:paraId="30C94807" w14:textId="77777777" w:rsidR="00495879" w:rsidRDefault="00000000">
      <w:pPr>
        <w:pStyle w:val="Listepuces"/>
      </w:pPr>
      <w:r>
        <w:t>27 clients</w:t>
      </w:r>
    </w:p>
    <w:p w14:paraId="34DCF941" w14:textId="77777777" w:rsidR="00495879" w:rsidRDefault="00000000">
      <w:pPr>
        <w:pStyle w:val="Listepuces"/>
      </w:pPr>
      <w:r>
        <w:t>Q4 planning workshops (help clients plan 2027)</w:t>
      </w:r>
    </w:p>
    <w:p w14:paraId="1C52FBBF" w14:textId="77777777" w:rsidR="00495879" w:rsidRDefault="00000000">
      <w:pPr>
        <w:pStyle w:val="Listepuces"/>
      </w:pPr>
      <w:r>
        <w:t>**Target**: +2 clients</w:t>
      </w:r>
    </w:p>
    <w:p w14:paraId="36908CA7" w14:textId="77777777" w:rsidR="00495879" w:rsidRDefault="00000000">
      <w:r>
        <w:rPr>
          <w:b/>
        </w:rPr>
        <w:t>November</w:t>
      </w:r>
      <w:r>
        <w:t>:</w:t>
      </w:r>
    </w:p>
    <w:p w14:paraId="6270BA55" w14:textId="77777777" w:rsidR="00495879" w:rsidRDefault="00000000">
      <w:pPr>
        <w:pStyle w:val="Listepuces"/>
      </w:pPr>
      <w:r>
        <w:t>29 clients</w:t>
      </w:r>
    </w:p>
    <w:p w14:paraId="19A93CA7" w14:textId="77777777" w:rsidR="00495879" w:rsidRDefault="00000000">
      <w:pPr>
        <w:pStyle w:val="Listepuces"/>
      </w:pPr>
      <w:r>
        <w:t>Black Friday offer (limited spots, urgency)</w:t>
      </w:r>
    </w:p>
    <w:p w14:paraId="0C888A1E" w14:textId="77777777" w:rsidR="00495879" w:rsidRDefault="00000000">
      <w:pPr>
        <w:pStyle w:val="Listepuces"/>
      </w:pPr>
      <w:r>
        <w:t>**Target**: +2 clients</w:t>
      </w:r>
    </w:p>
    <w:p w14:paraId="6D276442" w14:textId="77777777" w:rsidR="00495879" w:rsidRDefault="00000000">
      <w:r>
        <w:rPr>
          <w:b/>
        </w:rPr>
        <w:t>December</w:t>
      </w:r>
      <w:r>
        <w:t>:</w:t>
      </w:r>
    </w:p>
    <w:p w14:paraId="1B3E1D22" w14:textId="77777777" w:rsidR="00495879" w:rsidRDefault="00000000">
      <w:pPr>
        <w:pStyle w:val="Listepuces"/>
      </w:pPr>
      <w:r>
        <w:t>**30 clients - YEAR 1 TARGET ACHIEVED!** 🎉</w:t>
      </w:r>
    </w:p>
    <w:p w14:paraId="38F05D38" w14:textId="77777777" w:rsidR="00495879" w:rsidRDefault="00000000">
      <w:pPr>
        <w:pStyle w:val="Listepuces"/>
      </w:pPr>
      <w:r>
        <w:t>Annual review (financials, NPS, learnings)</w:t>
      </w:r>
    </w:p>
    <w:p w14:paraId="78350C33" w14:textId="77777777" w:rsidR="00495879" w:rsidRDefault="00000000">
      <w:pPr>
        <w:pStyle w:val="Listepuces"/>
      </w:pPr>
      <w:r>
        <w:lastRenderedPageBreak/>
        <w:t>2027 strategic plan (OKRs, budget, hiring)</w:t>
      </w:r>
    </w:p>
    <w:p w14:paraId="2621FF15" w14:textId="77777777" w:rsidR="00495879" w:rsidRDefault="00000000">
      <w:pPr>
        <w:pStyle w:val="Listepuces"/>
      </w:pPr>
      <w:r>
        <w:t>**Target**: End year at 30 clients, $180K ARR</w:t>
      </w:r>
    </w:p>
    <w:p w14:paraId="01439A88" w14:textId="77777777" w:rsidR="00495879" w:rsidRDefault="00000000">
      <w:r>
        <w:rPr>
          <w:b/>
        </w:rPr>
        <w:t>Q4 Success Criteria</w:t>
      </w:r>
      <w:r>
        <w:t>: 30 clients, 80% renewal rate (first cohort), $2.8K ending cash</w:t>
      </w:r>
    </w:p>
    <w:p w14:paraId="198BF4FA" w14:textId="77777777" w:rsidR="00495879" w:rsidRDefault="00000000">
      <w:r>
        <w:t>________________________________________________________________________________</w:t>
      </w:r>
    </w:p>
    <w:p w14:paraId="2941DCAF" w14:textId="77777777" w:rsidR="00495879" w:rsidRDefault="00000000">
      <w:pPr>
        <w:pStyle w:val="Titre3"/>
      </w:pPr>
      <w:r>
        <w:t>Q1-Q2 2027 (Months 13-18): TEAM &amp; CASHFLOW+</w:t>
      </w:r>
    </w:p>
    <w:p w14:paraId="5EBBFDF3" w14:textId="77777777" w:rsidR="00495879" w:rsidRDefault="00000000">
      <w:r>
        <w:rPr>
          <w:b/>
        </w:rPr>
        <w:t>Month 13-15</w:t>
      </w:r>
      <w:r>
        <w:t>:</w:t>
      </w:r>
    </w:p>
    <w:p w14:paraId="6D0A49B3" w14:textId="77777777" w:rsidR="00495879" w:rsidRDefault="00000000">
      <w:pPr>
        <w:pStyle w:val="Listepuces"/>
      </w:pPr>
      <w:r>
        <w:t>Hire Sales Manager (0.5 FTE February)</w:t>
      </w:r>
    </w:p>
    <w:p w14:paraId="3EBA4845" w14:textId="77777777" w:rsidR="00495879" w:rsidRDefault="00000000">
      <w:pPr>
        <w:pStyle w:val="Listepuces"/>
      </w:pPr>
      <w:r>
        <w:t>Sales Manager onboarding (shadow founder, take over discovery calls)</w:t>
      </w:r>
    </w:p>
    <w:p w14:paraId="0B735CCE" w14:textId="77777777" w:rsidR="00495879" w:rsidRDefault="00000000">
      <w:pPr>
        <w:pStyle w:val="Listepuces"/>
      </w:pPr>
      <w:r>
        <w:t>**Target**: +5 clients (35 total by March)</w:t>
      </w:r>
    </w:p>
    <w:p w14:paraId="63BC073A" w14:textId="77777777" w:rsidR="00495879" w:rsidRDefault="00000000">
      <w:r>
        <w:rPr>
          <w:b/>
        </w:rPr>
        <w:t>Month 16-18</w:t>
      </w:r>
      <w:r>
        <w:t>:</w:t>
      </w:r>
    </w:p>
    <w:p w14:paraId="3F6E2558" w14:textId="77777777" w:rsidR="00495879" w:rsidRDefault="00000000">
      <w:pPr>
        <w:pStyle w:val="Listepuces"/>
      </w:pPr>
      <w:r>
        <w:t>**CASHFLOW POSITIVE ACHIEVED (June 2027)!** 🚀</w:t>
      </w:r>
    </w:p>
    <w:p w14:paraId="7F9B82AC" w14:textId="77777777" w:rsidR="00495879" w:rsidRDefault="00000000">
      <w:pPr>
        <w:pStyle w:val="Listepuces"/>
      </w:pPr>
      <w:r>
        <w:t>Accumulate first $50K reserves</w:t>
      </w:r>
    </w:p>
    <w:p w14:paraId="0BF0FB4C" w14:textId="77777777" w:rsidR="00495879" w:rsidRDefault="00000000">
      <w:pPr>
        <w:pStyle w:val="Listepuces"/>
      </w:pPr>
      <w:r>
        <w:t>Launch referral program</w:t>
      </w:r>
    </w:p>
    <w:p w14:paraId="36E53AFF" w14:textId="77777777" w:rsidR="00495879" w:rsidRDefault="00000000">
      <w:pPr>
        <w:pStyle w:val="Listepuces"/>
      </w:pPr>
      <w:r>
        <w:t>**Target**: +10 clients (45 total by June)</w:t>
      </w:r>
    </w:p>
    <w:p w14:paraId="13151ECF" w14:textId="77777777" w:rsidR="00495879" w:rsidRDefault="00000000">
      <w:r>
        <w:rPr>
          <w:b/>
        </w:rPr>
        <w:t>H1 2027 Success Criteria</w:t>
      </w:r>
      <w:r>
        <w:t>: 45 clients, cashflow+, Sales Manager productive, $50K reserves</w:t>
      </w:r>
    </w:p>
    <w:p w14:paraId="2C4B9A55" w14:textId="77777777" w:rsidR="00495879" w:rsidRDefault="00000000">
      <w:r>
        <w:t>________________________________________________________________________________</w:t>
      </w:r>
    </w:p>
    <w:p w14:paraId="6B6C6C05" w14:textId="77777777" w:rsidR="00495879" w:rsidRDefault="00000000">
      <w:pPr>
        <w:pStyle w:val="Titre2"/>
      </w:pPr>
      <w:r>
        <w:t>🎯 SUCCESS METRICS</w:t>
      </w:r>
    </w:p>
    <w:p w14:paraId="3978DE0C" w14:textId="77777777" w:rsidR="00495879" w:rsidRDefault="00000000">
      <w:pPr>
        <w:pStyle w:val="Titre3"/>
      </w:pPr>
      <w:r>
        <w:t>KPIs Primaires (North Star Metrics)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3F3C1235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CEB514B" w14:textId="77777777" w:rsidR="00495879" w:rsidRDefault="00000000">
            <w:r>
              <w:rPr>
                <w:sz w:val="20"/>
              </w:rPr>
              <w:t>Métrique</w:t>
            </w:r>
          </w:p>
        </w:tc>
        <w:tc>
          <w:tcPr>
            <w:tcW w:w="2160" w:type="dxa"/>
          </w:tcPr>
          <w:p w14:paraId="1A9A896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 (2026)</w:t>
            </w:r>
          </w:p>
        </w:tc>
        <w:tc>
          <w:tcPr>
            <w:tcW w:w="2160" w:type="dxa"/>
          </w:tcPr>
          <w:p w14:paraId="359628A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 (2027)</w:t>
            </w:r>
          </w:p>
        </w:tc>
        <w:tc>
          <w:tcPr>
            <w:tcW w:w="2160" w:type="dxa"/>
          </w:tcPr>
          <w:p w14:paraId="5CA19E2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 (2028)</w:t>
            </w:r>
          </w:p>
        </w:tc>
      </w:tr>
      <w:tr w:rsidR="00495879" w14:paraId="647CC58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E935A42" w14:textId="77777777" w:rsidR="00495879" w:rsidRDefault="00000000">
            <w:r>
              <w:t>**ARR (Annual Recurring Revenue)**</w:t>
            </w:r>
          </w:p>
        </w:tc>
        <w:tc>
          <w:tcPr>
            <w:tcW w:w="2160" w:type="dxa"/>
          </w:tcPr>
          <w:p w14:paraId="75FAA27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$180,000</w:t>
            </w:r>
          </w:p>
        </w:tc>
        <w:tc>
          <w:tcPr>
            <w:tcW w:w="2160" w:type="dxa"/>
          </w:tcPr>
          <w:p w14:paraId="2B379F4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$420,000</w:t>
            </w:r>
          </w:p>
        </w:tc>
        <w:tc>
          <w:tcPr>
            <w:tcW w:w="2160" w:type="dxa"/>
          </w:tcPr>
          <w:p w14:paraId="0FE5230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$850,000</w:t>
            </w:r>
          </w:p>
        </w:tc>
      </w:tr>
      <w:tr w:rsidR="00495879" w14:paraId="38FFAB4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1B21EDD" w14:textId="77777777" w:rsidR="00495879" w:rsidRDefault="00000000">
            <w:r>
              <w:t>**Active Clients**</w:t>
            </w:r>
          </w:p>
        </w:tc>
        <w:tc>
          <w:tcPr>
            <w:tcW w:w="2160" w:type="dxa"/>
          </w:tcPr>
          <w:p w14:paraId="4956C9D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2160" w:type="dxa"/>
          </w:tcPr>
          <w:p w14:paraId="2189465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63</w:t>
            </w:r>
          </w:p>
        </w:tc>
        <w:tc>
          <w:tcPr>
            <w:tcW w:w="2160" w:type="dxa"/>
          </w:tcPr>
          <w:p w14:paraId="2A5C7BA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100</w:t>
            </w:r>
          </w:p>
        </w:tc>
      </w:tr>
      <w:tr w:rsidR="00495879" w14:paraId="27E0335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35A89D3" w14:textId="77777777" w:rsidR="00495879" w:rsidRDefault="00000000">
            <w:r>
              <w:t>**MRR (Monthly Recurring Revenue)**</w:t>
            </w:r>
          </w:p>
        </w:tc>
        <w:tc>
          <w:tcPr>
            <w:tcW w:w="2160" w:type="dxa"/>
          </w:tcPr>
          <w:p w14:paraId="036644F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160" w:type="dxa"/>
          </w:tcPr>
          <w:p w14:paraId="05714F8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$35,000</w:t>
            </w:r>
          </w:p>
        </w:tc>
        <w:tc>
          <w:tcPr>
            <w:tcW w:w="2160" w:type="dxa"/>
          </w:tcPr>
          <w:p w14:paraId="670437D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$71,000</w:t>
            </w:r>
          </w:p>
        </w:tc>
      </w:tr>
      <w:tr w:rsidR="00495879" w14:paraId="7C51847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F1E5577" w14:textId="77777777" w:rsidR="00495879" w:rsidRDefault="00000000">
            <w:r>
              <w:t>**NPS (Net Promoter Score)**</w:t>
            </w:r>
          </w:p>
        </w:tc>
        <w:tc>
          <w:tcPr>
            <w:tcW w:w="2160" w:type="dxa"/>
          </w:tcPr>
          <w:p w14:paraId="29C18D4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50+</w:t>
            </w:r>
          </w:p>
        </w:tc>
        <w:tc>
          <w:tcPr>
            <w:tcW w:w="2160" w:type="dxa"/>
          </w:tcPr>
          <w:p w14:paraId="0156790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60+</w:t>
            </w:r>
          </w:p>
        </w:tc>
        <w:tc>
          <w:tcPr>
            <w:tcW w:w="2160" w:type="dxa"/>
          </w:tcPr>
          <w:p w14:paraId="6D6CA70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70+</w:t>
            </w:r>
          </w:p>
        </w:tc>
      </w:tr>
      <w:tr w:rsidR="00495879" w14:paraId="47D90F9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E53165A" w14:textId="77777777" w:rsidR="00495879" w:rsidRDefault="00000000">
            <w:r>
              <w:t>**EBITDA**</w:t>
            </w:r>
          </w:p>
        </w:tc>
        <w:tc>
          <w:tcPr>
            <w:tcW w:w="2160" w:type="dxa"/>
          </w:tcPr>
          <w:p w14:paraId="348D6E2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-$72,200</w:t>
            </w:r>
          </w:p>
        </w:tc>
        <w:tc>
          <w:tcPr>
            <w:tcW w:w="2160" w:type="dxa"/>
          </w:tcPr>
          <w:p w14:paraId="30C7F13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-$20,000</w:t>
            </w:r>
          </w:p>
        </w:tc>
        <w:tc>
          <w:tcPr>
            <w:tcW w:w="2160" w:type="dxa"/>
          </w:tcPr>
          <w:p w14:paraId="017D88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$110,000</w:t>
            </w:r>
          </w:p>
        </w:tc>
      </w:tr>
      <w:tr w:rsidR="00495879" w14:paraId="27DEDE5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D3929BE" w14:textId="77777777" w:rsidR="00495879" w:rsidRDefault="00000000">
            <w:r>
              <w:t>**EBITDA Margin %**</w:t>
            </w:r>
          </w:p>
        </w:tc>
        <w:tc>
          <w:tcPr>
            <w:tcW w:w="2160" w:type="dxa"/>
          </w:tcPr>
          <w:p w14:paraId="4503414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-40%</w:t>
            </w:r>
          </w:p>
        </w:tc>
        <w:tc>
          <w:tcPr>
            <w:tcW w:w="2160" w:type="dxa"/>
          </w:tcPr>
          <w:p w14:paraId="28ED1AB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-5%</w:t>
            </w:r>
          </w:p>
        </w:tc>
        <w:tc>
          <w:tcPr>
            <w:tcW w:w="2160" w:type="dxa"/>
          </w:tcPr>
          <w:p w14:paraId="2B27907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+13%</w:t>
            </w:r>
          </w:p>
        </w:tc>
      </w:tr>
      <w:tr w:rsidR="00495879" w14:paraId="03D125D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C0525D2" w14:textId="77777777" w:rsidR="00495879" w:rsidRDefault="00000000">
            <w:r>
              <w:t>**Cash Balance**</w:t>
            </w:r>
          </w:p>
        </w:tc>
        <w:tc>
          <w:tcPr>
            <w:tcW w:w="2160" w:type="dxa"/>
          </w:tcPr>
          <w:p w14:paraId="5C88BE2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$2,800</w:t>
            </w:r>
          </w:p>
        </w:tc>
        <w:tc>
          <w:tcPr>
            <w:tcW w:w="2160" w:type="dxa"/>
          </w:tcPr>
          <w:p w14:paraId="04F4E33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$122,800</w:t>
            </w:r>
          </w:p>
        </w:tc>
        <w:tc>
          <w:tcPr>
            <w:tcW w:w="2160" w:type="dxa"/>
          </w:tcPr>
          <w:p w14:paraId="41BCD20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$412,800</w:t>
            </w:r>
          </w:p>
        </w:tc>
      </w:tr>
    </w:tbl>
    <w:p w14:paraId="09A65D4A" w14:textId="77777777" w:rsidR="00495879" w:rsidRDefault="00495879"/>
    <w:p w14:paraId="4E5596BB" w14:textId="77777777" w:rsidR="00495879" w:rsidRDefault="00000000">
      <w:pPr>
        <w:pStyle w:val="Titre3"/>
      </w:pPr>
      <w:r>
        <w:t>KPIs Secondaires (Performance Indicators)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5B5AF32E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4845C46" w14:textId="77777777" w:rsidR="00495879" w:rsidRDefault="00000000">
            <w:r>
              <w:rPr>
                <w:sz w:val="20"/>
              </w:rPr>
              <w:t>Métrique</w:t>
            </w:r>
          </w:p>
        </w:tc>
        <w:tc>
          <w:tcPr>
            <w:tcW w:w="1728" w:type="dxa"/>
          </w:tcPr>
          <w:p w14:paraId="24D4C93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1728" w:type="dxa"/>
          </w:tcPr>
          <w:p w14:paraId="1237158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1728" w:type="dxa"/>
          </w:tcPr>
          <w:p w14:paraId="66417C6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  <w:tc>
          <w:tcPr>
            <w:tcW w:w="1728" w:type="dxa"/>
          </w:tcPr>
          <w:p w14:paraId="794EB3F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</w:tr>
      <w:tr w:rsidR="00495879" w14:paraId="5ADEDE6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B300DA4" w14:textId="77777777" w:rsidR="00495879" w:rsidRDefault="00000000">
            <w:r>
              <w:lastRenderedPageBreak/>
              <w:t>**Client Lifetime Value (LTV)**</w:t>
            </w:r>
          </w:p>
        </w:tc>
        <w:tc>
          <w:tcPr>
            <w:tcW w:w="1728" w:type="dxa"/>
          </w:tcPr>
          <w:p w14:paraId="0D8835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$12,000</w:t>
            </w:r>
          </w:p>
        </w:tc>
        <w:tc>
          <w:tcPr>
            <w:tcW w:w="1728" w:type="dxa"/>
          </w:tcPr>
          <w:p w14:paraId="3D89ADC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1728" w:type="dxa"/>
          </w:tcPr>
          <w:p w14:paraId="65DC554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$25,500</w:t>
            </w:r>
          </w:p>
        </w:tc>
        <w:tc>
          <w:tcPr>
            <w:tcW w:w="1728" w:type="dxa"/>
          </w:tcPr>
          <w:p w14:paraId="50BF6DA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Increase</w:t>
            </w:r>
          </w:p>
        </w:tc>
      </w:tr>
      <w:tr w:rsidR="00495879" w14:paraId="24FF95F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30833B3" w14:textId="77777777" w:rsidR="00495879" w:rsidRDefault="00000000">
            <w:r>
              <w:t>**Customer Acquisition Cost (CAC)**</w:t>
            </w:r>
          </w:p>
        </w:tc>
        <w:tc>
          <w:tcPr>
            <w:tcW w:w="1728" w:type="dxa"/>
          </w:tcPr>
          <w:p w14:paraId="5CB418A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1728" w:type="dxa"/>
          </w:tcPr>
          <w:p w14:paraId="04232C4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$3,000</w:t>
            </w:r>
          </w:p>
        </w:tc>
        <w:tc>
          <w:tcPr>
            <w:tcW w:w="1728" w:type="dxa"/>
          </w:tcPr>
          <w:p w14:paraId="546605D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$4,000</w:t>
            </w:r>
          </w:p>
        </w:tc>
        <w:tc>
          <w:tcPr>
            <w:tcW w:w="1728" w:type="dxa"/>
          </w:tcPr>
          <w:p w14:paraId="68FBF55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&lt;$5,000</w:t>
            </w:r>
          </w:p>
        </w:tc>
      </w:tr>
      <w:tr w:rsidR="00495879" w14:paraId="4CA81FF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C2A227D" w14:textId="77777777" w:rsidR="00495879" w:rsidRDefault="00000000">
            <w:r>
              <w:t>**LTV:CAC Ratio**</w:t>
            </w:r>
          </w:p>
        </w:tc>
        <w:tc>
          <w:tcPr>
            <w:tcW w:w="1728" w:type="dxa"/>
          </w:tcPr>
          <w:p w14:paraId="777A00D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6:1</w:t>
            </w:r>
          </w:p>
        </w:tc>
        <w:tc>
          <w:tcPr>
            <w:tcW w:w="1728" w:type="dxa"/>
          </w:tcPr>
          <w:p w14:paraId="1E7FBDA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6.7:1</w:t>
            </w:r>
          </w:p>
        </w:tc>
        <w:tc>
          <w:tcPr>
            <w:tcW w:w="1728" w:type="dxa"/>
          </w:tcPr>
          <w:p w14:paraId="259C9A3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6.4:1</w:t>
            </w:r>
          </w:p>
        </w:tc>
        <w:tc>
          <w:tcPr>
            <w:tcW w:w="1728" w:type="dxa"/>
          </w:tcPr>
          <w:p w14:paraId="03D63B2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&gt;3:1 ✅</w:t>
            </w:r>
          </w:p>
        </w:tc>
      </w:tr>
      <w:tr w:rsidR="00495879" w14:paraId="45F75F4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8DEDD35" w14:textId="77777777" w:rsidR="00495879" w:rsidRDefault="00000000">
            <w:r>
              <w:t>**Gross Margin %**</w:t>
            </w:r>
          </w:p>
        </w:tc>
        <w:tc>
          <w:tcPr>
            <w:tcW w:w="1728" w:type="dxa"/>
          </w:tcPr>
          <w:p w14:paraId="48D926F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1728" w:type="dxa"/>
          </w:tcPr>
          <w:p w14:paraId="4DB90DC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1728" w:type="dxa"/>
          </w:tcPr>
          <w:p w14:paraId="4F53482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91.8%</w:t>
            </w:r>
          </w:p>
        </w:tc>
        <w:tc>
          <w:tcPr>
            <w:tcW w:w="1728" w:type="dxa"/>
          </w:tcPr>
          <w:p w14:paraId="4904532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&gt;85% ✅</w:t>
            </w:r>
          </w:p>
        </w:tc>
      </w:tr>
      <w:tr w:rsidR="00495879" w14:paraId="788AEE3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E0F0BA6" w14:textId="77777777" w:rsidR="00495879" w:rsidRDefault="00000000">
            <w:r>
              <w:t>**Session Rating (Avg)**</w:t>
            </w:r>
          </w:p>
        </w:tc>
        <w:tc>
          <w:tcPr>
            <w:tcW w:w="1728" w:type="dxa"/>
          </w:tcPr>
          <w:p w14:paraId="623EA58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4.5/5</w:t>
            </w:r>
          </w:p>
        </w:tc>
        <w:tc>
          <w:tcPr>
            <w:tcW w:w="1728" w:type="dxa"/>
          </w:tcPr>
          <w:p w14:paraId="1860740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4.6/5</w:t>
            </w:r>
          </w:p>
        </w:tc>
        <w:tc>
          <w:tcPr>
            <w:tcW w:w="1728" w:type="dxa"/>
          </w:tcPr>
          <w:p w14:paraId="474EDC9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4.7/5</w:t>
            </w:r>
          </w:p>
        </w:tc>
        <w:tc>
          <w:tcPr>
            <w:tcW w:w="1728" w:type="dxa"/>
          </w:tcPr>
          <w:p w14:paraId="3770AC3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&gt;4.5 ✅</w:t>
            </w:r>
          </w:p>
        </w:tc>
      </w:tr>
      <w:tr w:rsidR="00495879" w14:paraId="5115F60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4E20EC6" w14:textId="77777777" w:rsidR="00495879" w:rsidRDefault="00000000">
            <w:r>
              <w:t>**Renewal Rate (Annual)**</w:t>
            </w:r>
          </w:p>
        </w:tc>
        <w:tc>
          <w:tcPr>
            <w:tcW w:w="1728" w:type="dxa"/>
          </w:tcPr>
          <w:p w14:paraId="6F5D846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80%</w:t>
            </w:r>
          </w:p>
        </w:tc>
        <w:tc>
          <w:tcPr>
            <w:tcW w:w="1728" w:type="dxa"/>
          </w:tcPr>
          <w:p w14:paraId="71ACCE9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85%</w:t>
            </w:r>
          </w:p>
        </w:tc>
        <w:tc>
          <w:tcPr>
            <w:tcW w:w="1728" w:type="dxa"/>
          </w:tcPr>
          <w:p w14:paraId="0D7E3DD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90%</w:t>
            </w:r>
          </w:p>
        </w:tc>
        <w:tc>
          <w:tcPr>
            <w:tcW w:w="1728" w:type="dxa"/>
          </w:tcPr>
          <w:p w14:paraId="3F162F0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&gt;70% ✅</w:t>
            </w:r>
          </w:p>
        </w:tc>
      </w:tr>
      <w:tr w:rsidR="00495879" w14:paraId="6A16EBF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28D55DF" w14:textId="77777777" w:rsidR="00495879" w:rsidRDefault="00000000">
            <w:r>
              <w:t>**Churn Rate (Annual)**</w:t>
            </w:r>
          </w:p>
        </w:tc>
        <w:tc>
          <w:tcPr>
            <w:tcW w:w="1728" w:type="dxa"/>
          </w:tcPr>
          <w:p w14:paraId="13241D3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20%</w:t>
            </w:r>
          </w:p>
        </w:tc>
        <w:tc>
          <w:tcPr>
            <w:tcW w:w="1728" w:type="dxa"/>
          </w:tcPr>
          <w:p w14:paraId="6B825CB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15%</w:t>
            </w:r>
          </w:p>
        </w:tc>
        <w:tc>
          <w:tcPr>
            <w:tcW w:w="1728" w:type="dxa"/>
          </w:tcPr>
          <w:p w14:paraId="032CA59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10%</w:t>
            </w:r>
          </w:p>
        </w:tc>
        <w:tc>
          <w:tcPr>
            <w:tcW w:w="1728" w:type="dxa"/>
          </w:tcPr>
          <w:p w14:paraId="62DA41B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&lt;20% ✅</w:t>
            </w:r>
          </w:p>
        </w:tc>
      </w:tr>
      <w:tr w:rsidR="00495879" w14:paraId="2288398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C67F45F" w14:textId="77777777" w:rsidR="00495879" w:rsidRDefault="00000000">
            <w:r>
              <w:t>**Referral Rate (% new clients)**</w:t>
            </w:r>
          </w:p>
        </w:tc>
        <w:tc>
          <w:tcPr>
            <w:tcW w:w="1728" w:type="dxa"/>
          </w:tcPr>
          <w:p w14:paraId="0B16A17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5%</w:t>
            </w:r>
          </w:p>
        </w:tc>
        <w:tc>
          <w:tcPr>
            <w:tcW w:w="1728" w:type="dxa"/>
          </w:tcPr>
          <w:p w14:paraId="7E3D8B4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15%</w:t>
            </w:r>
          </w:p>
        </w:tc>
        <w:tc>
          <w:tcPr>
            <w:tcW w:w="1728" w:type="dxa"/>
          </w:tcPr>
          <w:p w14:paraId="1A15FBD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25%</w:t>
            </w:r>
          </w:p>
        </w:tc>
        <w:tc>
          <w:tcPr>
            <w:tcW w:w="1728" w:type="dxa"/>
          </w:tcPr>
          <w:p w14:paraId="586B2C1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&gt;20% Y3</w:t>
            </w:r>
          </w:p>
        </w:tc>
      </w:tr>
      <w:tr w:rsidR="00495879" w14:paraId="6BC166B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F143747" w14:textId="77777777" w:rsidR="00495879" w:rsidRDefault="00000000">
            <w:r>
              <w:t>**Team Size (FTE)**</w:t>
            </w:r>
          </w:p>
        </w:tc>
        <w:tc>
          <w:tcPr>
            <w:tcW w:w="1728" w:type="dxa"/>
          </w:tcPr>
          <w:p w14:paraId="259977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</w:t>
            </w:r>
          </w:p>
        </w:tc>
        <w:tc>
          <w:tcPr>
            <w:tcW w:w="1728" w:type="dxa"/>
          </w:tcPr>
          <w:p w14:paraId="0B9BD1B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3.5</w:t>
            </w:r>
          </w:p>
        </w:tc>
        <w:tc>
          <w:tcPr>
            <w:tcW w:w="1728" w:type="dxa"/>
          </w:tcPr>
          <w:p w14:paraId="73C825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4.5</w:t>
            </w:r>
          </w:p>
        </w:tc>
        <w:tc>
          <w:tcPr>
            <w:tcW w:w="1728" w:type="dxa"/>
          </w:tcPr>
          <w:p w14:paraId="604254F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Efficient</w:t>
            </w:r>
          </w:p>
        </w:tc>
      </w:tr>
      <w:tr w:rsidR="00495879" w14:paraId="0F21E91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58E20B1" w14:textId="77777777" w:rsidR="00495879" w:rsidRDefault="00000000">
            <w:r>
              <w:t>**Revenue per FTE**</w:t>
            </w:r>
          </w:p>
        </w:tc>
        <w:tc>
          <w:tcPr>
            <w:tcW w:w="1728" w:type="dxa"/>
          </w:tcPr>
          <w:p w14:paraId="688918B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$120K</w:t>
            </w:r>
          </w:p>
        </w:tc>
        <w:tc>
          <w:tcPr>
            <w:tcW w:w="1728" w:type="dxa"/>
          </w:tcPr>
          <w:p w14:paraId="6E860C6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$120K</w:t>
            </w:r>
          </w:p>
        </w:tc>
        <w:tc>
          <w:tcPr>
            <w:tcW w:w="1728" w:type="dxa"/>
          </w:tcPr>
          <w:p w14:paraId="2796C92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$189K</w:t>
            </w:r>
          </w:p>
        </w:tc>
        <w:tc>
          <w:tcPr>
            <w:tcW w:w="1728" w:type="dxa"/>
          </w:tcPr>
          <w:p w14:paraId="5EAF88D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&gt;$100K ✅</w:t>
            </w:r>
          </w:p>
        </w:tc>
      </w:tr>
    </w:tbl>
    <w:p w14:paraId="22F6EACC" w14:textId="77777777" w:rsidR="00495879" w:rsidRDefault="00495879"/>
    <w:p w14:paraId="759A61BB" w14:textId="77777777" w:rsidR="00495879" w:rsidRDefault="00000000">
      <w:pPr>
        <w:pStyle w:val="Titre3"/>
      </w:pPr>
      <w:r>
        <w:t>Leading Indicators (Pipeline Health)</w:t>
      </w:r>
    </w:p>
    <w:p w14:paraId="3EA44A08" w14:textId="77777777" w:rsidR="00495879" w:rsidRDefault="00000000">
      <w:pPr>
        <w:pStyle w:val="Listepuces"/>
      </w:pPr>
      <w:r>
        <w:t>**MQLs (Marketing Qualified Leads)**: 150 (Y1) → 200 (Y2) → 250 (Y3)</w:t>
      </w:r>
    </w:p>
    <w:p w14:paraId="3FB8DB90" w14:textId="77777777" w:rsidR="00495879" w:rsidRDefault="00000000">
      <w:pPr>
        <w:pStyle w:val="Listepuces"/>
      </w:pPr>
      <w:r>
        <w:t>**Discovery Calls**: 90 (Y1) → 120 (Y2) → 150 (Y3)</w:t>
      </w:r>
    </w:p>
    <w:p w14:paraId="31CC082B" w14:textId="77777777" w:rsidR="00495879" w:rsidRDefault="00000000">
      <w:pPr>
        <w:pStyle w:val="Listepuces"/>
      </w:pPr>
      <w:r>
        <w:t>**Close Rate**: 67% (Strategy Session → Client)</w:t>
      </w:r>
    </w:p>
    <w:p w14:paraId="7B621FD3" w14:textId="77777777" w:rsidR="00495879" w:rsidRDefault="00000000">
      <w:pPr>
        <w:pStyle w:val="Listepuces"/>
      </w:pPr>
      <w:r>
        <w:t>**Pipeline Coverage**: 3x next quarter revenue target (healthy)</w:t>
      </w:r>
    </w:p>
    <w:p w14:paraId="7E6BE96B" w14:textId="77777777" w:rsidR="00495879" w:rsidRDefault="00000000">
      <w:pPr>
        <w:pStyle w:val="Listepuces"/>
      </w:pPr>
      <w:r>
        <w:t>**Website Traffic**: 1,000/mo (Y1) → 3,000 (Y2) → 10,000 (Y3)</w:t>
      </w:r>
    </w:p>
    <w:p w14:paraId="0CE6B32C" w14:textId="77777777" w:rsidR="00495879" w:rsidRDefault="00000000">
      <w:pPr>
        <w:pStyle w:val="Listepuces"/>
      </w:pPr>
      <w:r>
        <w:t>**Email Subscribers**: 2,000 (Y1) → 5,000 (Y2) → 10,000 (Y3)</w:t>
      </w:r>
    </w:p>
    <w:p w14:paraId="097457DC" w14:textId="77777777" w:rsidR="00495879" w:rsidRDefault="00000000">
      <w:r>
        <w:t>________________________________________________________________________________</w:t>
      </w:r>
    </w:p>
    <w:p w14:paraId="4F5B413A" w14:textId="77777777" w:rsidR="00495879" w:rsidRDefault="00000000">
      <w:pPr>
        <w:pStyle w:val="Titre2"/>
      </w:pPr>
      <w:r>
        <w:t>🚨 RISQUES PRINCIPAUX &amp; MITIGATION</w:t>
      </w:r>
    </w:p>
    <w:p w14:paraId="7AE231A6" w14:textId="77777777" w:rsidR="00495879" w:rsidRDefault="00000000">
      <w:pPr>
        <w:pStyle w:val="Titre3"/>
      </w:pPr>
      <w:r>
        <w:t>Top 5 Risques Critiques (Voir Section 12 pour analyse complète)</w:t>
      </w:r>
    </w:p>
    <w:p w14:paraId="52979681" w14:textId="77777777" w:rsidR="00495879" w:rsidRDefault="00000000">
      <w:r>
        <w:rPr>
          <w:b/>
        </w:rPr>
        <w:t>RISQUE #1: Cash Flow Crisis Year 1</w:t>
      </w:r>
    </w:p>
    <w:p w14:paraId="1C75AD9B" w14:textId="77777777" w:rsidR="00495879" w:rsidRDefault="00000000">
      <w:pPr>
        <w:pStyle w:val="Listepuces"/>
      </w:pPr>
      <w:r>
        <w:t>**Probabilité**: 3/5 (Possible - tight cash, $2.8K ending)</w:t>
      </w:r>
    </w:p>
    <w:p w14:paraId="6991C582" w14:textId="77777777" w:rsidR="00495879" w:rsidRDefault="00000000">
      <w:pPr>
        <w:pStyle w:val="Listepuces"/>
      </w:pPr>
      <w:r>
        <w:t>**Impact**: 5/5 (Critical - business folds)</w:t>
      </w:r>
    </w:p>
    <w:p w14:paraId="185300E5" w14:textId="77777777" w:rsidR="00495879" w:rsidRDefault="00000000">
      <w:pPr>
        <w:pStyle w:val="Listepuces"/>
      </w:pPr>
      <w:r>
        <w:t>**Mitigation**:</w:t>
      </w:r>
    </w:p>
    <w:p w14:paraId="4355FD8D" w14:textId="77777777" w:rsidR="00495879" w:rsidRDefault="00000000">
      <w:pPr>
        <w:pStyle w:val="Listepuces"/>
      </w:pPr>
      <w:r>
        <w:t>Conservative projections (30 clients, not 40)</w:t>
      </w:r>
    </w:p>
    <w:p w14:paraId="54ECD214" w14:textId="77777777" w:rsidR="00495879" w:rsidRDefault="00000000">
      <w:pPr>
        <w:pStyle w:val="Listepuces"/>
      </w:pPr>
      <w:r>
        <w:t>Milestone-based spending (don't hire until revenue justifies)</w:t>
      </w:r>
    </w:p>
    <w:p w14:paraId="1C442A86" w14:textId="77777777" w:rsidR="00495879" w:rsidRDefault="00000000">
      <w:pPr>
        <w:pStyle w:val="Listepuces"/>
      </w:pPr>
      <w:r>
        <w:lastRenderedPageBreak/>
        <w:t>$25K emergency backup (founder personal loan if needed)</w:t>
      </w:r>
    </w:p>
    <w:p w14:paraId="7E2027AC" w14:textId="77777777" w:rsidR="00495879" w:rsidRDefault="00000000">
      <w:pPr>
        <w:pStyle w:val="Listepuces"/>
      </w:pPr>
      <w:r>
        <w:t>Prepayment model (50% upfront on annual contracts)</w:t>
      </w:r>
    </w:p>
    <w:p w14:paraId="329EFF40" w14:textId="77777777" w:rsidR="00495879" w:rsidRDefault="00000000">
      <w:r>
        <w:rPr>
          <w:b/>
        </w:rPr>
        <w:t>RISQUE #2: Founder Burnout</w:t>
      </w:r>
    </w:p>
    <w:p w14:paraId="18B30734" w14:textId="77777777" w:rsidR="00495879" w:rsidRDefault="00000000">
      <w:pPr>
        <w:pStyle w:val="Listepuces"/>
      </w:pPr>
      <w:r>
        <w:t>**Probabilité**: 4/5 (Likely - solo founder, 60+ hours/week)</w:t>
      </w:r>
    </w:p>
    <w:p w14:paraId="27281E46" w14:textId="77777777" w:rsidR="00495879" w:rsidRDefault="00000000">
      <w:pPr>
        <w:pStyle w:val="Listepuces"/>
      </w:pPr>
      <w:r>
        <w:t>**Impact**: 4/5 (Major - quality drops, clients churn)</w:t>
      </w:r>
    </w:p>
    <w:p w14:paraId="491E28BD" w14:textId="77777777" w:rsidR="00495879" w:rsidRDefault="00000000">
      <w:pPr>
        <w:pStyle w:val="Listepuces"/>
      </w:pPr>
      <w:r>
        <w:t>**Mitigation**:</w:t>
      </w:r>
    </w:p>
    <w:p w14:paraId="250DB52D" w14:textId="77777777" w:rsidR="00495879" w:rsidRDefault="00000000">
      <w:pPr>
        <w:pStyle w:val="Listepuces"/>
      </w:pPr>
      <w:r>
        <w:t>Time boundaries (50h/week max, tracked in Toggl)</w:t>
      </w:r>
    </w:p>
    <w:p w14:paraId="19EC4303" w14:textId="77777777" w:rsidR="00495879" w:rsidRDefault="00000000">
      <w:pPr>
        <w:pStyle w:val="Listepuces"/>
      </w:pPr>
      <w:r>
        <w:t>Delegate early (hire VA Month 1, not Month 6)</w:t>
      </w:r>
    </w:p>
    <w:p w14:paraId="17D37E64" w14:textId="77777777" w:rsidR="00495879" w:rsidRDefault="00000000">
      <w:pPr>
        <w:pStyle w:val="Listepuces"/>
      </w:pPr>
      <w:r>
        <w:t>AI handles 60% of questions (saves 10h/week)</w:t>
      </w:r>
    </w:p>
    <w:p w14:paraId="27A493ED" w14:textId="77777777" w:rsidR="00495879" w:rsidRDefault="00000000">
      <w:pPr>
        <w:pStyle w:val="Listepuces"/>
      </w:pPr>
      <w:r>
        <w:t>Peer support (join CEO peer group, executive coach)</w:t>
      </w:r>
    </w:p>
    <w:p w14:paraId="6FCBBD84" w14:textId="77777777" w:rsidR="00495879" w:rsidRDefault="00000000">
      <w:r>
        <w:rPr>
          <w:b/>
        </w:rPr>
        <w:t>RISQUE #3: Market Saturation (145,000+ coaches)</w:t>
      </w:r>
    </w:p>
    <w:p w14:paraId="763269A9" w14:textId="77777777" w:rsidR="00495879" w:rsidRDefault="00000000">
      <w:pPr>
        <w:pStyle w:val="Listepuces"/>
      </w:pPr>
      <w:r>
        <w:t>**Probabilité**: 4/5 (Likely - crowded market)</w:t>
      </w:r>
    </w:p>
    <w:p w14:paraId="070C6A37" w14:textId="77777777" w:rsidR="00495879" w:rsidRDefault="00000000">
      <w:pPr>
        <w:pStyle w:val="Listepuces"/>
      </w:pPr>
      <w:r>
        <w:t>**Impact**: 4/5 (Major - harder to acquire clients, price pressure)</w:t>
      </w:r>
    </w:p>
    <w:p w14:paraId="0253702A" w14:textId="77777777" w:rsidR="00495879" w:rsidRDefault="00000000">
      <w:pPr>
        <w:pStyle w:val="Listepuces"/>
      </w:pPr>
      <w:r>
        <w:t>**Mitigation**:</w:t>
      </w:r>
    </w:p>
    <w:p w14:paraId="5602A6DD" w14:textId="77777777" w:rsidR="00495879" w:rsidRDefault="00000000">
      <w:pPr>
        <w:pStyle w:val="Listepuces"/>
      </w:pPr>
      <w:r>
        <w:t>Niche specialization (3 specific personas, not "everyone")</w:t>
      </w:r>
    </w:p>
    <w:p w14:paraId="3EC8618D" w14:textId="77777777" w:rsidR="00495879" w:rsidRDefault="00000000">
      <w:pPr>
        <w:pStyle w:val="Listepuces"/>
      </w:pPr>
      <w:r>
        <w:t>Tech differentiation (AI Success Coach™, 12-18 month lead)</w:t>
      </w:r>
    </w:p>
    <w:p w14:paraId="285332F8" w14:textId="77777777" w:rsidR="00495879" w:rsidRDefault="00000000">
      <w:pPr>
        <w:pStyle w:val="Listepuces"/>
      </w:pPr>
      <w:r>
        <w:t>Premium positioning (top 25% pricing, proven ROI)</w:t>
      </w:r>
    </w:p>
    <w:p w14:paraId="1AD71848" w14:textId="77777777" w:rsidR="00495879" w:rsidRDefault="00000000">
      <w:pPr>
        <w:pStyle w:val="Listepuces"/>
      </w:pPr>
      <w:r>
        <w:t>Proprietary IP (trademarked methodologies)</w:t>
      </w:r>
    </w:p>
    <w:p w14:paraId="48CB40DF" w14:textId="77777777" w:rsidR="00495879" w:rsidRDefault="00000000">
      <w:r>
        <w:rPr>
          <w:b/>
        </w:rPr>
        <w:t>RISQUE #4: Economic Recession</w:t>
      </w:r>
    </w:p>
    <w:p w14:paraId="38848620" w14:textId="77777777" w:rsidR="00495879" w:rsidRDefault="00000000">
      <w:pPr>
        <w:pStyle w:val="Listepuces"/>
      </w:pPr>
      <w:r>
        <w:t>**Probabilité**: 3/5 (Possible - economists predict 30-40% risk 2026-27)</w:t>
      </w:r>
    </w:p>
    <w:p w14:paraId="4F1A4EAB" w14:textId="77777777" w:rsidR="00495879" w:rsidRDefault="00000000">
      <w:pPr>
        <w:pStyle w:val="Listepuces"/>
      </w:pPr>
      <w:r>
        <w:t>**Impact**: 5/5 (Critical - clients cut coaching first)</w:t>
      </w:r>
    </w:p>
    <w:p w14:paraId="3F48D62E" w14:textId="77777777" w:rsidR="00495879" w:rsidRDefault="00000000">
      <w:pPr>
        <w:pStyle w:val="Listepuces"/>
      </w:pPr>
      <w:r>
        <w:t>**Mitigation**:</w:t>
      </w:r>
    </w:p>
    <w:p w14:paraId="684D774E" w14:textId="77777777" w:rsidR="00495879" w:rsidRDefault="00000000">
      <w:pPr>
        <w:pStyle w:val="Listepuces"/>
      </w:pPr>
      <w:r>
        <w:t>Diversify industries (70% recession-resistant: healthcare, SaaS, essentials)</w:t>
      </w:r>
    </w:p>
    <w:p w14:paraId="7EE6C7F2" w14:textId="77777777" w:rsidR="00495879" w:rsidRDefault="00000000">
      <w:pPr>
        <w:pStyle w:val="Listepuces"/>
      </w:pPr>
      <w:r>
        <w:t>Lock-in contracts (12-month prepay, 60% clients = revenue banked)</w:t>
      </w:r>
    </w:p>
    <w:p w14:paraId="76917C3B" w14:textId="77777777" w:rsidR="00495879" w:rsidRDefault="00000000">
      <w:pPr>
        <w:pStyle w:val="Listepuces"/>
      </w:pPr>
      <w:r>
        <w:t>Flexible pricing (pause option, downgrade vs cancel)</w:t>
      </w:r>
    </w:p>
    <w:p w14:paraId="4657E43C" w14:textId="77777777" w:rsidR="00495879" w:rsidRDefault="00000000">
      <w:pPr>
        <w:pStyle w:val="Listepuces"/>
      </w:pPr>
      <w:r>
        <w:t>Cash reserves (6 months by Year 2 = $200K target)</w:t>
      </w:r>
    </w:p>
    <w:p w14:paraId="34DBB4EE" w14:textId="77777777" w:rsidR="00495879" w:rsidRDefault="00000000">
      <w:pPr>
        <w:pStyle w:val="Listepuces"/>
      </w:pPr>
      <w:r>
        <w:t>Pivot messaging ("Survive recession" positioning)</w:t>
      </w:r>
    </w:p>
    <w:p w14:paraId="6BB8CDD9" w14:textId="77777777" w:rsidR="00495879" w:rsidRDefault="00000000">
      <w:r>
        <w:rPr>
          <w:b/>
        </w:rPr>
        <w:t>RISQUE #5: AI Disruption (AI replaces human coaches)</w:t>
      </w:r>
    </w:p>
    <w:p w14:paraId="2BBDF14C" w14:textId="77777777" w:rsidR="00495879" w:rsidRDefault="00000000">
      <w:pPr>
        <w:pStyle w:val="Listepuces"/>
      </w:pPr>
      <w:r>
        <w:t>**Probabilité**: 3/5 (Possible - AI improving fast)</w:t>
      </w:r>
    </w:p>
    <w:p w14:paraId="30DEC701" w14:textId="77777777" w:rsidR="00495879" w:rsidRDefault="00000000">
      <w:pPr>
        <w:pStyle w:val="Listepuces"/>
      </w:pPr>
      <w:r>
        <w:t>**Impact**: 5/5 (Critical - business model obsolete)</w:t>
      </w:r>
    </w:p>
    <w:p w14:paraId="6D853565" w14:textId="77777777" w:rsidR="00495879" w:rsidRDefault="00000000">
      <w:pPr>
        <w:pStyle w:val="Listepuces"/>
      </w:pPr>
      <w:r>
        <w:t>**Mitigation**:</w:t>
      </w:r>
    </w:p>
    <w:p w14:paraId="2A5E6133" w14:textId="77777777" w:rsidR="00495879" w:rsidRDefault="00000000">
      <w:pPr>
        <w:pStyle w:val="Listepuces"/>
      </w:pPr>
      <w:r>
        <w:t>We ARE the AI disruption (AI-first positioning)</w:t>
      </w:r>
    </w:p>
    <w:p w14:paraId="01C39E99" w14:textId="77777777" w:rsidR="00495879" w:rsidRDefault="00000000">
      <w:pPr>
        <w:pStyle w:val="Listepuces"/>
      </w:pPr>
      <w:r>
        <w:t>Human + AI hybrid (complementary, not competing)</w:t>
      </w:r>
    </w:p>
    <w:p w14:paraId="48A8087B" w14:textId="77777777" w:rsidR="00495879" w:rsidRDefault="00000000">
      <w:pPr>
        <w:pStyle w:val="Listepuces"/>
      </w:pPr>
      <w:r>
        <w:t>Continuous upgrade (GPT-5, GPT-6 as released)</w:t>
      </w:r>
    </w:p>
    <w:p w14:paraId="715A39AA" w14:textId="77777777" w:rsidR="00495879" w:rsidRDefault="00000000">
      <w:pPr>
        <w:pStyle w:val="Listepuces"/>
      </w:pPr>
      <w:r>
        <w:t>Pivot option (white-label AI to other coaches if needed)</w:t>
      </w:r>
    </w:p>
    <w:p w14:paraId="2D631D94" w14:textId="77777777" w:rsidR="00495879" w:rsidRDefault="00000000">
      <w:r>
        <w:rPr>
          <w:b/>
        </w:rPr>
        <w:t>Autres Risques</w:t>
      </w:r>
      <w:r>
        <w:t>: 14 additional risks analyzed in Section 12 with detailed mitigation plans.</w:t>
      </w:r>
    </w:p>
    <w:p w14:paraId="4E72831E" w14:textId="77777777" w:rsidR="00495879" w:rsidRDefault="00000000">
      <w:r>
        <w:lastRenderedPageBreak/>
        <w:t>________________________________________________________________________________</w:t>
      </w:r>
    </w:p>
    <w:p w14:paraId="1A1CF343" w14:textId="77777777" w:rsidR="00495879" w:rsidRDefault="00000000">
      <w:pPr>
        <w:pStyle w:val="Titre2"/>
      </w:pPr>
      <w:r>
        <w:t>📞 CALL TO ACTION</w:t>
      </w:r>
    </w:p>
    <w:p w14:paraId="63AD1140" w14:textId="77777777" w:rsidR="00495879" w:rsidRDefault="00000000">
      <w:r>
        <w:rPr>
          <w:b/>
        </w:rPr>
        <w:t>GBCM LLC is positioned to become the leader in AI-powered business coaching for growth-stage SMBs, combining the excellence of strategic consulting, the power of technology, and the effectiveness of high-performance coaching.</w:t>
      </w:r>
    </w:p>
    <w:p w14:paraId="017BC222" w14:textId="77777777" w:rsidR="00495879" w:rsidRDefault="00000000">
      <w:pPr>
        <w:pStyle w:val="Titre3"/>
      </w:pPr>
      <w:r>
        <w:t>Why GBCM Will Succeed</w:t>
      </w:r>
    </w:p>
    <w:p w14:paraId="03D34BD3" w14:textId="77777777" w:rsidR="00495879" w:rsidRDefault="00000000">
      <w:r>
        <w:t xml:space="preserve">✅ </w:t>
      </w:r>
      <w:r>
        <w:rPr>
          <w:b/>
        </w:rPr>
        <w:t>Founder Expertise</w:t>
      </w:r>
      <w:r>
        <w:t>: 20+ years, 100+ CEOs coached, proven track record</w:t>
      </w:r>
    </w:p>
    <w:p w14:paraId="5C109D57" w14:textId="77777777" w:rsidR="00495879" w:rsidRDefault="00000000">
      <w:r>
        <w:t xml:space="preserve">✅ </w:t>
      </w:r>
      <w:r>
        <w:rPr>
          <w:b/>
        </w:rPr>
        <w:t>Market Opportunity</w:t>
      </w:r>
      <w:r>
        <w:t>: $20B TAM, 17% CAGR, 145,000 generalist coaches (weak competition)</w:t>
      </w:r>
    </w:p>
    <w:p w14:paraId="04710715" w14:textId="77777777" w:rsidR="00495879" w:rsidRDefault="00000000">
      <w:r>
        <w:t xml:space="preserve">✅ </w:t>
      </w:r>
      <w:r>
        <w:rPr>
          <w:b/>
        </w:rPr>
        <w:t>Technology Moat</w:t>
      </w:r>
      <w:r>
        <w:t>: AI Success Coach™, 12-18 month lead, data flywheel</w:t>
      </w:r>
    </w:p>
    <w:p w14:paraId="7F295723" w14:textId="77777777" w:rsidR="00495879" w:rsidRDefault="00000000">
      <w:r>
        <w:t xml:space="preserve">✅ </w:t>
      </w:r>
      <w:r>
        <w:rPr>
          <w:b/>
        </w:rPr>
        <w:t>Proven Methodologies</w:t>
      </w:r>
      <w:r>
        <w:t>: 3 trademarked frameworks, 50+ businesses validated</w:t>
      </w:r>
    </w:p>
    <w:p w14:paraId="7000E7DA" w14:textId="77777777" w:rsidR="00495879" w:rsidRDefault="00000000">
      <w:r>
        <w:t xml:space="preserve">✅ </w:t>
      </w:r>
      <w:r>
        <w:rPr>
          <w:b/>
        </w:rPr>
        <w:t>Capital Efficiency</w:t>
      </w:r>
      <w:r>
        <w:t>: Bootstrap to profitability, 449% ROI on $75K investment</w:t>
      </w:r>
    </w:p>
    <w:p w14:paraId="6DCB8610" w14:textId="77777777" w:rsidR="00495879" w:rsidRDefault="00000000">
      <w:r>
        <w:t xml:space="preserve">✅ </w:t>
      </w:r>
      <w:r>
        <w:rPr>
          <w:b/>
        </w:rPr>
        <w:t>Unit Economics</w:t>
      </w:r>
      <w:r>
        <w:t>: 92% gross margin, 6-18:1 LTV:CAC, scalable model</w:t>
      </w:r>
    </w:p>
    <w:p w14:paraId="33E2F4FF" w14:textId="77777777" w:rsidR="00495879" w:rsidRDefault="00000000">
      <w:r>
        <w:t xml:space="preserve">✅ </w:t>
      </w:r>
      <w:r>
        <w:rPr>
          <w:b/>
        </w:rPr>
        <w:t>Realistic Plan</w:t>
      </w:r>
      <w:r>
        <w:t>: Honest about Year 1-2 losses, profitable Year 3, detailed execution roadmap</w:t>
      </w:r>
    </w:p>
    <w:p w14:paraId="24DDA4BE" w14:textId="77777777" w:rsidR="00495879" w:rsidRDefault="00000000">
      <w:pPr>
        <w:pStyle w:val="Titre3"/>
      </w:pPr>
      <w:r>
        <w:t>Prochaines Étapes</w:t>
      </w:r>
    </w:p>
    <w:p w14:paraId="6605D926" w14:textId="77777777" w:rsidR="00495879" w:rsidRDefault="00000000">
      <w:r>
        <w:rPr>
          <w:b/>
        </w:rPr>
        <w:t>Immediate</w:t>
      </w:r>
      <w:r>
        <w:t xml:space="preserve"> (This Week):</w:t>
      </w:r>
    </w:p>
    <w:p w14:paraId="096875A1" w14:textId="77777777" w:rsidR="00495879" w:rsidRDefault="00000000">
      <w:pPr>
        <w:pStyle w:val="Listenumros"/>
      </w:pPr>
      <w:r>
        <w:t>**Validate Business Plan**: Review with advisors, mentors, potential clients</w:t>
      </w:r>
    </w:p>
    <w:p w14:paraId="07754768" w14:textId="77777777" w:rsidR="00495879" w:rsidRDefault="00000000">
      <w:pPr>
        <w:pStyle w:val="Listenumros"/>
      </w:pPr>
      <w:r>
        <w:t>**Secure Capital**: $75K (personal savings OR F&amp;F OR small business loan)</w:t>
      </w:r>
    </w:p>
    <w:p w14:paraId="394110D0" w14:textId="77777777" w:rsidR="00495879" w:rsidRDefault="00000000">
      <w:pPr>
        <w:pStyle w:val="Listenumros"/>
      </w:pPr>
      <w:r>
        <w:t>**Legal Setup**: Form LLC, EIN, bank account, insurance</w:t>
      </w:r>
    </w:p>
    <w:p w14:paraId="102EBF9A" w14:textId="77777777" w:rsidR="00495879" w:rsidRDefault="00000000">
      <w:r>
        <w:rPr>
          <w:b/>
        </w:rPr>
        <w:t>Short-Term</w:t>
      </w:r>
      <w:r>
        <w:t xml:space="preserve"> (Weeks 2-8):</w:t>
      </w:r>
    </w:p>
    <w:p w14:paraId="6C7927B9" w14:textId="77777777" w:rsidR="00495879" w:rsidRDefault="00000000">
      <w:pPr>
        <w:pStyle w:val="Listenumros"/>
      </w:pPr>
      <w:r>
        <w:t>**Platform Development**: Contract dev agency, start GBCM Hub MVP (12 weeks)</w:t>
      </w:r>
    </w:p>
    <w:p w14:paraId="7EF5C78F" w14:textId="77777777" w:rsidR="00495879" w:rsidRDefault="00000000">
      <w:pPr>
        <w:pStyle w:val="Listenumros"/>
      </w:pPr>
      <w:r>
        <w:t>**Pre-Launch Marketing**: Build audience (LinkedIn, blog, email list), 500+ warm contacts</w:t>
      </w:r>
    </w:p>
    <w:p w14:paraId="35F5B3C2" w14:textId="77777777" w:rsidR="00495879" w:rsidRDefault="00000000">
      <w:pPr>
        <w:pStyle w:val="Listenumros"/>
      </w:pPr>
      <w:r>
        <w:t>**Content Creation**: 10 blog posts, lead magnets, 5 video modules</w:t>
      </w:r>
    </w:p>
    <w:p w14:paraId="2DFDE83A" w14:textId="77777777" w:rsidR="00495879" w:rsidRDefault="00000000">
      <w:r>
        <w:rPr>
          <w:b/>
        </w:rPr>
        <w:t>Medium-Term</w:t>
      </w:r>
      <w:r>
        <w:t xml:space="preserve"> (Weeks 9-12):</w:t>
      </w:r>
    </w:p>
    <w:p w14:paraId="00C2CF3E" w14:textId="77777777" w:rsidR="00495879" w:rsidRDefault="00000000">
      <w:pPr>
        <w:pStyle w:val="Listenumros"/>
      </w:pPr>
      <w:r>
        <w:t>**Official Launch**: January 2026 (Q1 2026)</w:t>
      </w:r>
    </w:p>
    <w:p w14:paraId="4C952CA7" w14:textId="77777777" w:rsidR="00495879" w:rsidRDefault="00000000">
      <w:pPr>
        <w:pStyle w:val="Listenumros"/>
      </w:pPr>
      <w:r>
        <w:t>**First 10 Clients**: Warm network, founding member discount (10% off)</w:t>
      </w:r>
    </w:p>
    <w:p w14:paraId="11DEE62D" w14:textId="77777777" w:rsidR="00495879" w:rsidRDefault="00000000">
      <w:pPr>
        <w:pStyle w:val="Listenumros"/>
      </w:pPr>
      <w:r>
        <w:t>**Iterate Fast**: Product feedback, refine offering, improve platform</w:t>
      </w:r>
    </w:p>
    <w:p w14:paraId="2F3113AE" w14:textId="77777777" w:rsidR="00495879" w:rsidRDefault="00000000">
      <w:pPr>
        <w:pStyle w:val="Titre3"/>
      </w:pPr>
      <w:r>
        <w:t>Contact</w:t>
      </w:r>
    </w:p>
    <w:p w14:paraId="08CCD10E" w14:textId="77777777" w:rsidR="00495879" w:rsidRDefault="00000000">
      <w:r>
        <w:rPr>
          <w:b/>
        </w:rPr>
        <w:t>Abdoul Karim GBANE</w:t>
      </w:r>
    </w:p>
    <w:p w14:paraId="347CCD92" w14:textId="77777777" w:rsidR="00495879" w:rsidRDefault="00000000">
      <w:r>
        <w:lastRenderedPageBreak/>
        <w:t>Founder &amp; CEO, GBCM LLC</w:t>
      </w:r>
    </w:p>
    <w:p w14:paraId="32E71875" w14:textId="77777777" w:rsidR="00495879" w:rsidRDefault="00000000">
      <w:r>
        <w:t>📧 Email: gregory@gbcm.com</w:t>
      </w:r>
    </w:p>
    <w:p w14:paraId="66A1FFBE" w14:textId="77777777" w:rsidR="00495879" w:rsidRDefault="00000000">
      <w:r>
        <w:t>🌐 LinkedIn: linkedin.com/in/gregorybcollins *(placeholder - update with real link)*</w:t>
      </w:r>
    </w:p>
    <w:p w14:paraId="6FDD018C" w14:textId="77777777" w:rsidR="00495879" w:rsidRDefault="00000000">
      <w:r>
        <w:t>🌐 Website: www.gbcm.com *(in development)*</w:t>
      </w:r>
    </w:p>
    <w:p w14:paraId="0C915CC9" w14:textId="77777777" w:rsidR="00495879" w:rsidRDefault="00000000">
      <w:r>
        <w:t>________________________________________________________________________________</w:t>
      </w:r>
    </w:p>
    <w:p w14:paraId="3FA1477D" w14:textId="77777777" w:rsidR="00495879" w:rsidRDefault="00000000">
      <w:r>
        <w:rPr>
          <w:b/>
        </w:rPr>
        <w:t>"Transforming ambition into sustainable growth, one leader at a time."</w:t>
      </w:r>
    </w:p>
    <w:p w14:paraId="2940504B" w14:textId="77777777" w:rsidR="00495879" w:rsidRDefault="00000000">
      <w:r>
        <w:t>________________________________________________________________________________</w:t>
      </w:r>
    </w:p>
    <w:p w14:paraId="23550478" w14:textId="77777777" w:rsidR="00495879" w:rsidRDefault="00000000">
      <w:pPr>
        <w:pStyle w:val="Titre2"/>
      </w:pPr>
      <w:r>
        <w:t>📚 NEXT SECTIONS</w:t>
      </w:r>
    </w:p>
    <w:p w14:paraId="0F99446A" w14:textId="77777777" w:rsidR="00495879" w:rsidRDefault="00000000">
      <w:r>
        <w:t>This Executive Summary provides a comprehensive overview. For detailed information, see:</w:t>
      </w:r>
    </w:p>
    <w:p w14:paraId="05E261AA" w14:textId="77777777" w:rsidR="00495879" w:rsidRDefault="00000000">
      <w:pPr>
        <w:pStyle w:val="Listepuces"/>
      </w:pPr>
      <w:r>
        <w:t>**[Section 02](./02-company-overview.md)**: Company structure, mission, values, IP strategy</w:t>
      </w:r>
    </w:p>
    <w:p w14:paraId="58C9715A" w14:textId="77777777" w:rsidR="00495879" w:rsidRDefault="00000000">
      <w:pPr>
        <w:pStyle w:val="Listepuces"/>
      </w:pPr>
      <w:r>
        <w:t>**[Section 03](./03-market-analysis.md)**: Detailed market sizing, trends, customer personas</w:t>
      </w:r>
    </w:p>
    <w:p w14:paraId="430E652F" w14:textId="77777777" w:rsidR="00495879" w:rsidRDefault="00000000">
      <w:pPr>
        <w:pStyle w:val="Listepuces"/>
      </w:pPr>
      <w:r>
        <w:t>**[Section 04](./04-competitive-analysis.md)**: 7 competitors analyzed, SWOT, positioning</w:t>
      </w:r>
    </w:p>
    <w:p w14:paraId="1A4C8D99" w14:textId="77777777" w:rsidR="00495879" w:rsidRDefault="00000000">
      <w:pPr>
        <w:pStyle w:val="Listepuces"/>
      </w:pPr>
      <w:r>
        <w:t>**[Section 05](./05-service-offerings.md)**: Complete service details, pricing, unit economics</w:t>
      </w:r>
    </w:p>
    <w:p w14:paraId="05E0F20A" w14:textId="77777777" w:rsidR="00495879" w:rsidRDefault="00000000">
      <w:pPr>
        <w:pStyle w:val="Listepuces"/>
      </w:pPr>
      <w:r>
        <w:t>**[Section 06](./06-technology-innovation.md)**: Tech stack, AI platform, roadmap</w:t>
      </w:r>
    </w:p>
    <w:p w14:paraId="21B219BD" w14:textId="77777777" w:rsidR="00495879" w:rsidRDefault="00000000">
      <w:pPr>
        <w:pStyle w:val="Listepuces"/>
      </w:pPr>
      <w:r>
        <w:t>**[Section 07](./07-go-to-market-strategy.md)**: Full marketing funnel, channels, content strategy</w:t>
      </w:r>
    </w:p>
    <w:p w14:paraId="489232AA" w14:textId="77777777" w:rsidR="00495879" w:rsidRDefault="00000000">
      <w:pPr>
        <w:pStyle w:val="Listepuces"/>
      </w:pPr>
      <w:r>
        <w:t>**[Section 08](./08-operations-plan.md)**: Service delivery, client journey, quality assurance</w:t>
      </w:r>
    </w:p>
    <w:p w14:paraId="2BAE76C8" w14:textId="77777777" w:rsidR="00495879" w:rsidRDefault="00000000">
      <w:pPr>
        <w:pStyle w:val="Listepuces"/>
      </w:pPr>
      <w:r>
        <w:t>**[Section 09](./09-team-organization.md)**: Hiring plan, roles, compensation, culture</w:t>
      </w:r>
    </w:p>
    <w:p w14:paraId="5F0F9405" w14:textId="77777777" w:rsidR="00495879" w:rsidRDefault="00000000">
      <w:pPr>
        <w:pStyle w:val="Listepuces"/>
      </w:pPr>
      <w:r>
        <w:t>**[Section 10](./10-financial-projections.md)**: Detailed P&amp;L, cash flow, scenarios</w:t>
      </w:r>
    </w:p>
    <w:p w14:paraId="73AE7AF3" w14:textId="77777777" w:rsidR="00495879" w:rsidRDefault="00000000">
      <w:pPr>
        <w:pStyle w:val="Listepuces"/>
      </w:pPr>
      <w:r>
        <w:t>**[Section 11](./11-funding-strategy.md)**: Bootstrap vs raise, use of funds, exit strategies</w:t>
      </w:r>
    </w:p>
    <w:p w14:paraId="07AFB524" w14:textId="77777777" w:rsidR="00495879" w:rsidRDefault="00000000">
      <w:pPr>
        <w:pStyle w:val="Listepuces"/>
      </w:pPr>
      <w:r>
        <w:t>**[Section 12](./12-risk-mitigation.md)**: 19 risks analyzed with mitigation plans</w:t>
      </w:r>
    </w:p>
    <w:p w14:paraId="7AC4D91A" w14:textId="77777777" w:rsidR="00495879" w:rsidRDefault="00000000">
      <w:pPr>
        <w:pStyle w:val="Listepuces"/>
      </w:pPr>
      <w:r>
        <w:t>**[Section 13](./13-milestones-kpis.md)**: Complete 3-year roadmap, OKRs, 60+ KPIs</w:t>
      </w:r>
    </w:p>
    <w:p w14:paraId="6CC9AF08" w14:textId="77777777" w:rsidR="00495879" w:rsidRDefault="00000000">
      <w:r>
        <w:t>________________________________________________________________________________</w:t>
      </w:r>
    </w:p>
    <w:p w14:paraId="104CB806" w14:textId="77777777" w:rsidR="00495879" w:rsidRDefault="00000000">
      <w:r>
        <w:rPr>
          <w:b/>
        </w:rPr>
        <w:t>© 2025 GBCM LLC - Business Plan v2.0</w:t>
      </w:r>
    </w:p>
    <w:p w14:paraId="6A3C8A3B" w14:textId="77777777" w:rsidR="00495879" w:rsidRDefault="00000000">
      <w:r>
        <w:rPr>
          <w:b/>
        </w:rPr>
        <w:t>Status</w:t>
      </w:r>
      <w:r>
        <w:t>: ✅ READY FOR EXECUTION</w:t>
      </w:r>
    </w:p>
    <w:p w14:paraId="2F8FE149" w14:textId="77777777" w:rsidR="00495879" w:rsidRDefault="00000000">
      <w:r>
        <w:t>________________________________________________________________________________</w:t>
      </w:r>
    </w:p>
    <w:p w14:paraId="3DC27DEB" w14:textId="77777777" w:rsidR="00495879" w:rsidRDefault="00000000">
      <w:r>
        <w:rPr>
          <w:b/>
        </w:rPr>
        <w:t>END OF EXECUTIVE SUMMARY</w:t>
      </w:r>
    </w:p>
    <w:p w14:paraId="69657663" w14:textId="77777777" w:rsidR="00495879" w:rsidRDefault="00000000">
      <w:r>
        <w:lastRenderedPageBreak/>
        <w:br w:type="page"/>
      </w:r>
    </w:p>
    <w:p w14:paraId="747BA1E2" w14:textId="77777777" w:rsidR="00495879" w:rsidRDefault="00000000">
      <w:pPr>
        <w:pStyle w:val="Titre1"/>
      </w:pPr>
      <w:r>
        <w:lastRenderedPageBreak/>
        <w:t>2. COMPANY OVERVIEW</w:t>
      </w:r>
    </w:p>
    <w:p w14:paraId="45FE46D9" w14:textId="77777777" w:rsidR="00495879" w:rsidRDefault="00000000">
      <w:pPr>
        <w:pStyle w:val="Titre2"/>
      </w:pPr>
      <w:r>
        <w:t>2.1 Company Identity</w:t>
      </w:r>
    </w:p>
    <w:p w14:paraId="46F0D477" w14:textId="77777777" w:rsidR="00495879" w:rsidRDefault="00000000">
      <w:pPr>
        <w:pStyle w:val="Titre3"/>
      </w:pPr>
      <w:r>
        <w:t>Legal Structure</w:t>
      </w:r>
    </w:p>
    <w:p w14:paraId="2013A6B5" w14:textId="77777777" w:rsidR="00495879" w:rsidRDefault="00000000">
      <w:pPr>
        <w:pStyle w:val="Listepuces"/>
      </w:pPr>
      <w:r>
        <w:t>**Nom légal**: Global Business Consulting and Management LLC</w:t>
      </w:r>
    </w:p>
    <w:p w14:paraId="2CEF408D" w14:textId="77777777" w:rsidR="00495879" w:rsidRDefault="00000000">
      <w:pPr>
        <w:pStyle w:val="Listepuces"/>
      </w:pPr>
      <w:r>
        <w:t>**Nom commercial (DBA)**: GBCM LLC</w:t>
      </w:r>
    </w:p>
    <w:p w14:paraId="718C300B" w14:textId="77777777" w:rsidR="00495879" w:rsidRDefault="00000000">
      <w:pPr>
        <w:pStyle w:val="Listepuces"/>
      </w:pPr>
      <w:r>
        <w:t>**Type d'entité**: Limited Liability Company (LLC)</w:t>
      </w:r>
    </w:p>
    <w:p w14:paraId="2A1C197F" w14:textId="77777777" w:rsidR="00495879" w:rsidRDefault="00000000">
      <w:pPr>
        <w:pStyle w:val="Listepuces"/>
      </w:pPr>
      <w:r>
        <w:t>**État d'incorporation**: Georgia (à confirmer)</w:t>
      </w:r>
    </w:p>
    <w:p w14:paraId="130AEE96" w14:textId="77777777" w:rsidR="00495879" w:rsidRDefault="00000000">
      <w:pPr>
        <w:pStyle w:val="Listepuces"/>
      </w:pPr>
      <w:r>
        <w:t>**Date de formation prévue**: Q1 2026</w:t>
      </w:r>
    </w:p>
    <w:p w14:paraId="256FB4FB" w14:textId="77777777" w:rsidR="00495879" w:rsidRDefault="00000000">
      <w:pPr>
        <w:pStyle w:val="Listepuces"/>
      </w:pPr>
      <w:r>
        <w:t>**EIN (Federal Tax ID)**: À obtenir</w:t>
      </w:r>
    </w:p>
    <w:p w14:paraId="497EB569" w14:textId="77777777" w:rsidR="00495879" w:rsidRDefault="00000000">
      <w:pPr>
        <w:pStyle w:val="Listepuces"/>
      </w:pPr>
      <w:r>
        <w:t>**État fiscal**: Pass-through entity (taxation au niveau des membres)</w:t>
      </w:r>
    </w:p>
    <w:p w14:paraId="1D0247C7" w14:textId="77777777" w:rsidR="00495879" w:rsidRDefault="00000000">
      <w:pPr>
        <w:pStyle w:val="Titre3"/>
      </w:pPr>
      <w:r>
        <w:t>Raison Sociale Choisie</w:t>
      </w:r>
    </w:p>
    <w:p w14:paraId="7B884D78" w14:textId="77777777" w:rsidR="00495879" w:rsidRDefault="00000000">
      <w:r>
        <w:t>Le nom "Global Business Consulting and Management" reflète:</w:t>
      </w:r>
    </w:p>
    <w:p w14:paraId="3710ECEE" w14:textId="77777777" w:rsidR="00495879" w:rsidRDefault="00000000">
      <w:pPr>
        <w:pStyle w:val="Listepuces"/>
      </w:pPr>
      <w:r>
        <w:t>**Global**: Vision internationale dès la conception, pas limitée géographiquement</w:t>
      </w:r>
    </w:p>
    <w:p w14:paraId="1F5E3583" w14:textId="77777777" w:rsidR="00495879" w:rsidRDefault="00000000">
      <w:pPr>
        <w:pStyle w:val="Listepuces"/>
      </w:pPr>
      <w:r>
        <w:t>**Business**: Focus</w:t>
      </w:r>
    </w:p>
    <w:p w14:paraId="7C37AE44" w14:textId="77777777" w:rsidR="00495879" w:rsidRDefault="00000000">
      <w:r>
        <w:t xml:space="preserve"> sur transformation business complète (pas juste coaching individuel)</w:t>
      </w:r>
    </w:p>
    <w:p w14:paraId="7F255212" w14:textId="77777777" w:rsidR="00495879" w:rsidRDefault="00000000">
      <w:pPr>
        <w:pStyle w:val="Listepuces"/>
      </w:pPr>
      <w:r>
        <w:t>**Consulting &amp; Management**: Double expertise stratégique + opérationnelle</w:t>
      </w:r>
    </w:p>
    <w:p w14:paraId="55CA87FB" w14:textId="77777777" w:rsidR="00495879" w:rsidRDefault="00000000">
      <w:pPr>
        <w:pStyle w:val="Listepuces"/>
      </w:pPr>
      <w:r>
        <w:t>**LLC**: Structure flexible, protection responsabilité, avantages fiscaux</w:t>
      </w:r>
    </w:p>
    <w:p w14:paraId="55CF835F" w14:textId="77777777" w:rsidR="00495879" w:rsidRDefault="00000000">
      <w:r>
        <w:t>________________________________________________________________________________</w:t>
      </w:r>
    </w:p>
    <w:p w14:paraId="14EFAF87" w14:textId="77777777" w:rsidR="00495879" w:rsidRDefault="00000000">
      <w:pPr>
        <w:pStyle w:val="Titre2"/>
      </w:pPr>
      <w:r>
        <w:t>2.2 Ownership &amp; Governance</w:t>
      </w:r>
    </w:p>
    <w:p w14:paraId="4A2D839E" w14:textId="77777777" w:rsidR="00495879" w:rsidRDefault="00000000">
      <w:pPr>
        <w:pStyle w:val="Titre3"/>
      </w:pPr>
      <w:r>
        <w:t>Propriété Initiale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1FDEC29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F1F195E" w14:textId="77777777" w:rsidR="00495879" w:rsidRDefault="00000000">
            <w:r>
              <w:rPr>
                <w:sz w:val="20"/>
              </w:rPr>
              <w:t>Membre</w:t>
            </w:r>
          </w:p>
        </w:tc>
        <w:tc>
          <w:tcPr>
            <w:tcW w:w="1728" w:type="dxa"/>
          </w:tcPr>
          <w:p w14:paraId="771D043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Titre</w:t>
            </w:r>
          </w:p>
        </w:tc>
        <w:tc>
          <w:tcPr>
            <w:tcW w:w="1728" w:type="dxa"/>
          </w:tcPr>
          <w:p w14:paraId="2F3870E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Ownership</w:t>
            </w:r>
          </w:p>
        </w:tc>
        <w:tc>
          <w:tcPr>
            <w:tcW w:w="1728" w:type="dxa"/>
          </w:tcPr>
          <w:p w14:paraId="234F1D9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Capital Initial</w:t>
            </w:r>
          </w:p>
        </w:tc>
        <w:tc>
          <w:tcPr>
            <w:tcW w:w="1728" w:type="dxa"/>
          </w:tcPr>
          <w:p w14:paraId="2D2FDA8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Rôle</w:t>
            </w:r>
          </w:p>
        </w:tc>
      </w:tr>
      <w:tr w:rsidR="00495879" w14:paraId="0C7D038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FDAC22A" w14:textId="77777777" w:rsidR="00495879" w:rsidRDefault="00000000">
            <w:r>
              <w:t>**Abdoul Karim GBANE**</w:t>
            </w:r>
          </w:p>
        </w:tc>
        <w:tc>
          <w:tcPr>
            <w:tcW w:w="1728" w:type="dxa"/>
          </w:tcPr>
          <w:p w14:paraId="4657936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 &amp; CEO</w:t>
            </w:r>
          </w:p>
        </w:tc>
        <w:tc>
          <w:tcPr>
            <w:tcW w:w="1728" w:type="dxa"/>
          </w:tcPr>
          <w:p w14:paraId="28BEE7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100%</w:t>
            </w:r>
          </w:p>
        </w:tc>
        <w:tc>
          <w:tcPr>
            <w:tcW w:w="1728" w:type="dxa"/>
          </w:tcPr>
          <w:p w14:paraId="3ED4658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$75,000</w:t>
            </w:r>
          </w:p>
        </w:tc>
        <w:tc>
          <w:tcPr>
            <w:tcW w:w="1728" w:type="dxa"/>
          </w:tcPr>
          <w:p w14:paraId="7548FF7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Management &amp; opérations</w:t>
            </w:r>
          </w:p>
        </w:tc>
      </w:tr>
    </w:tbl>
    <w:p w14:paraId="32FDD5D2" w14:textId="77777777" w:rsidR="00495879" w:rsidRDefault="00495879"/>
    <w:p w14:paraId="4F00A976" w14:textId="77777777" w:rsidR="00495879" w:rsidRDefault="00000000">
      <w:r>
        <w:rPr>
          <w:b/>
        </w:rPr>
        <w:t>Structure post-financement potentielle</w:t>
      </w:r>
      <w:r>
        <w:t xml:space="preserve"> (optionnel An 2-3):</w:t>
      </w:r>
    </w:p>
    <w:p w14:paraId="6771FB57" w14:textId="77777777" w:rsidR="00495879" w:rsidRDefault="00000000">
      <w:pPr>
        <w:pStyle w:val="Listepuces"/>
      </w:pPr>
      <w:r>
        <w:t>Si levée capital: Dilution max 20-30% pour Angel/Seed investors</w:t>
      </w:r>
    </w:p>
    <w:p w14:paraId="1AC432E4" w14:textId="77777777" w:rsidR="00495879" w:rsidRDefault="00000000">
      <w:pPr>
        <w:pStyle w:val="Listepuces"/>
      </w:pPr>
      <w:r>
        <w:t>Réserve ESOP (Employee Stock Option Pool): 10-15% pour key hires</w:t>
      </w:r>
    </w:p>
    <w:p w14:paraId="73E11916" w14:textId="77777777" w:rsidR="00495879" w:rsidRDefault="00000000">
      <w:pPr>
        <w:pStyle w:val="Listepuces"/>
      </w:pPr>
      <w:r>
        <w:t>Fondateur maintient contrôle majorité (&gt;51%)</w:t>
      </w:r>
    </w:p>
    <w:p w14:paraId="1D8C4D0B" w14:textId="77777777" w:rsidR="00495879" w:rsidRDefault="00000000">
      <w:pPr>
        <w:pStyle w:val="Titre3"/>
      </w:pPr>
      <w:r>
        <w:t>Gouvernance</w:t>
      </w:r>
    </w:p>
    <w:p w14:paraId="2A744FC7" w14:textId="77777777" w:rsidR="00495879" w:rsidRDefault="00000000">
      <w:r>
        <w:rPr>
          <w:b/>
        </w:rPr>
        <w:t>An 1-2 (Bootstrap Phase)</w:t>
      </w:r>
      <w:r>
        <w:t>:</w:t>
      </w:r>
    </w:p>
    <w:p w14:paraId="4B254249" w14:textId="77777777" w:rsidR="00495879" w:rsidRDefault="00000000">
      <w:pPr>
        <w:pStyle w:val="Listepuces"/>
      </w:pPr>
      <w:r>
        <w:t>Founder prend toutes décisions stratégiques</w:t>
      </w:r>
    </w:p>
    <w:p w14:paraId="6F6CBED0" w14:textId="77777777" w:rsidR="00495879" w:rsidRDefault="00000000">
      <w:pPr>
        <w:pStyle w:val="Listepuces"/>
      </w:pPr>
      <w:r>
        <w:t>Advisory Board informel (3-5 advisors)</w:t>
      </w:r>
    </w:p>
    <w:p w14:paraId="39E118AA" w14:textId="77777777" w:rsidR="00495879" w:rsidRDefault="00000000">
      <w:pPr>
        <w:pStyle w:val="Listepuces"/>
      </w:pPr>
      <w:r>
        <w:lastRenderedPageBreak/>
        <w:t>Meetings trimestriels avec advisors pour guidance</w:t>
      </w:r>
    </w:p>
    <w:p w14:paraId="0B7C0934" w14:textId="77777777" w:rsidR="00495879" w:rsidRDefault="00000000">
      <w:r>
        <w:rPr>
          <w:b/>
        </w:rPr>
        <w:t>An 3+ (Scale Phase)</w:t>
      </w:r>
      <w:r>
        <w:t>:</w:t>
      </w:r>
    </w:p>
    <w:p w14:paraId="3079C265" w14:textId="77777777" w:rsidR="00495879" w:rsidRDefault="00000000">
      <w:pPr>
        <w:pStyle w:val="Listepuces"/>
      </w:pPr>
      <w:r>
        <w:t>Formal Board of Directors (3-5 membres):</w:t>
      </w:r>
    </w:p>
    <w:p w14:paraId="4A236080" w14:textId="77777777" w:rsidR="00495879" w:rsidRDefault="00000000">
      <w:pPr>
        <w:pStyle w:val="Listepuces"/>
      </w:pPr>
      <w:r>
        <w:t>CEO (Abdoul Karim GBANE)</w:t>
      </w:r>
    </w:p>
    <w:p w14:paraId="4A39F719" w14:textId="77777777" w:rsidR="00495879" w:rsidRDefault="00000000">
      <w:pPr>
        <w:pStyle w:val="Listepuces"/>
      </w:pPr>
      <w:r>
        <w:t>1-2 Independent Directors (expertise industrie/finance)</w:t>
      </w:r>
    </w:p>
    <w:p w14:paraId="2CC969CD" w14:textId="77777777" w:rsidR="00495879" w:rsidRDefault="00000000">
      <w:pPr>
        <w:pStyle w:val="Listepuces"/>
      </w:pPr>
      <w:r>
        <w:t>1 Investor Representative (si applicable)</w:t>
      </w:r>
    </w:p>
    <w:p w14:paraId="45ECB0A5" w14:textId="77777777" w:rsidR="00495879" w:rsidRDefault="00000000">
      <w:pPr>
        <w:pStyle w:val="Listepuces"/>
      </w:pPr>
      <w:r>
        <w:t>Quarterly Board meetings</w:t>
      </w:r>
    </w:p>
    <w:p w14:paraId="2441753F" w14:textId="77777777" w:rsidR="00495879" w:rsidRDefault="00000000">
      <w:pPr>
        <w:pStyle w:val="Listepuces"/>
      </w:pPr>
      <w:r>
        <w:t>Annual shareholders meeting</w:t>
      </w:r>
    </w:p>
    <w:p w14:paraId="7E3BBA6A" w14:textId="77777777" w:rsidR="00495879" w:rsidRDefault="00000000">
      <w:pPr>
        <w:pStyle w:val="Titre3"/>
      </w:pPr>
      <w:r>
        <w:t>Legal Counsel &amp; Advisors</w:t>
      </w:r>
    </w:p>
    <w:p w14:paraId="546B6E1E" w14:textId="77777777" w:rsidR="00495879" w:rsidRDefault="00000000">
      <w:r>
        <w:rPr>
          <w:b/>
        </w:rPr>
        <w:t>À établir</w:t>
      </w:r>
      <w:r>
        <w:t>:</w:t>
      </w:r>
    </w:p>
    <w:p w14:paraId="386C473F" w14:textId="77777777" w:rsidR="00495879" w:rsidRDefault="00000000">
      <w:pPr>
        <w:pStyle w:val="Listepuces"/>
      </w:pPr>
      <w:r>
        <w:t>**Corporate Attorney**: Setup LLC, contracts, compliance</w:t>
      </w:r>
    </w:p>
    <w:p w14:paraId="2CF60744" w14:textId="77777777" w:rsidR="00495879" w:rsidRDefault="00000000">
      <w:pPr>
        <w:pStyle w:val="Listepuces"/>
      </w:pPr>
      <w:r>
        <w:t>**Accountant/CPA**: Bookkeeping, tax planning, financial statements</w:t>
      </w:r>
    </w:p>
    <w:p w14:paraId="75818B33" w14:textId="77777777" w:rsidR="00495879" w:rsidRDefault="00000000">
      <w:pPr>
        <w:pStyle w:val="Listepuces"/>
      </w:pPr>
      <w:r>
        <w:t>**Insurance Broker**: Liability, E&amp;O, health benefits</w:t>
      </w:r>
    </w:p>
    <w:p w14:paraId="05C61905" w14:textId="77777777" w:rsidR="00495879" w:rsidRDefault="00000000">
      <w:pPr>
        <w:pStyle w:val="Listepuces"/>
      </w:pPr>
      <w:r>
        <w:t>**Startup Advisor**: Mentor expérience scale-up réussie</w:t>
      </w:r>
    </w:p>
    <w:p w14:paraId="1BBA811A" w14:textId="77777777" w:rsidR="00495879" w:rsidRDefault="00000000">
      <w:r>
        <w:t>________________________________________________________________________________</w:t>
      </w:r>
    </w:p>
    <w:p w14:paraId="5CF78355" w14:textId="77777777" w:rsidR="00495879" w:rsidRDefault="00000000">
      <w:pPr>
        <w:pStyle w:val="Titre2"/>
      </w:pPr>
      <w:r>
        <w:t>2.3 Mission, Vision &amp; Values</w:t>
      </w:r>
    </w:p>
    <w:p w14:paraId="1E763942" w14:textId="77777777" w:rsidR="00495879" w:rsidRDefault="00000000">
      <w:pPr>
        <w:pStyle w:val="Titre3"/>
      </w:pPr>
      <w:r>
        <w:t>Mission Statement</w:t>
      </w:r>
    </w:p>
    <w:p w14:paraId="387F699A" w14:textId="77777777" w:rsidR="00495879" w:rsidRDefault="00000000">
      <w:r>
        <w:rPr>
          <w:b/>
        </w:rPr>
        <w:t>"Empowering growth-stage businesses to achieve sustainable scale through strategic transformation, innovative technology, and high-performance coaching."</w:t>
      </w:r>
    </w:p>
    <w:p w14:paraId="0B02FD82" w14:textId="77777777" w:rsidR="00495879" w:rsidRDefault="00000000">
      <w:pPr>
        <w:pStyle w:val="Titre3"/>
      </w:pPr>
      <w:r>
        <w:t>Traduction Mission</w:t>
      </w:r>
    </w:p>
    <w:p w14:paraId="0CC41F6C" w14:textId="77777777" w:rsidR="00495879" w:rsidRDefault="00000000">
      <w:r>
        <w:t>"Permettre aux entreprises en croissance d'atteindre un scale durable grâce à la transformation stratégique, la technologie innovante, et le coaching de haute performance."</w:t>
      </w:r>
    </w:p>
    <w:p w14:paraId="5AF638BE" w14:textId="77777777" w:rsidR="00495879" w:rsidRDefault="00000000">
      <w:pPr>
        <w:pStyle w:val="Titre3"/>
      </w:pPr>
      <w:r>
        <w:t>Vision 2030</w:t>
      </w:r>
    </w:p>
    <w:p w14:paraId="32EBA7F1" w14:textId="77777777" w:rsidR="00495879" w:rsidRDefault="00000000">
      <w:r>
        <w:rPr>
          <w:b/>
        </w:rPr>
        <w:t>"Devenir le partenaire stratégique de référence pour 10,000+ entreprises en transformation en Amérique et en Afrique, reconnu comme le leader de l'innovation dans l'industrie du coaching business et de la transformation digitale."</w:t>
      </w:r>
    </w:p>
    <w:p w14:paraId="15969701" w14:textId="77777777" w:rsidR="00495879" w:rsidRDefault="00000000">
      <w:r>
        <w:rPr>
          <w:b/>
        </w:rPr>
        <w:t>Nos aspirations à 5 ans</w:t>
      </w:r>
      <w:r>
        <w:t>:</w:t>
      </w:r>
    </w:p>
    <w:p w14:paraId="4D2BBBA8" w14:textId="77777777" w:rsidR="00495879" w:rsidRDefault="00000000">
      <w:pPr>
        <w:pStyle w:val="Listepuces"/>
      </w:pPr>
      <w:r>
        <w:t>**Impact**: Avoir accompagné 1,000+ entreprises vers leur transformation (US + Afrique)</w:t>
      </w:r>
    </w:p>
    <w:p w14:paraId="21CB0203" w14:textId="77777777" w:rsidR="00495879" w:rsidRDefault="00000000">
      <w:pPr>
        <w:pStyle w:val="Listepuces"/>
      </w:pPr>
      <w:r>
        <w:t>**Revenus**: $10M+ ARR</w:t>
      </w:r>
    </w:p>
    <w:p w14:paraId="0418E8BD" w14:textId="77777777" w:rsidR="00495879" w:rsidRDefault="00000000">
      <w:pPr>
        <w:pStyle w:val="Listepuces"/>
      </w:pPr>
      <w:r>
        <w:t>**Équipe**: 30+ coaches et consultants experts (basés US et Afrique)</w:t>
      </w:r>
    </w:p>
    <w:p w14:paraId="4AA53E40" w14:textId="77777777" w:rsidR="00495879" w:rsidRDefault="00000000">
      <w:pPr>
        <w:pStyle w:val="Listepuces"/>
      </w:pPr>
      <w:r>
        <w:t>**Technologie**: Plateforme digitale (IA intégrée 2027+) utilisée par 100K+ leaders</w:t>
      </w:r>
    </w:p>
    <w:p w14:paraId="405201CE" w14:textId="77777777" w:rsidR="00495879" w:rsidRDefault="00000000">
      <w:pPr>
        <w:pStyle w:val="Listepuces"/>
      </w:pPr>
      <w:r>
        <w:t>**Géographie**:</w:t>
      </w:r>
    </w:p>
    <w:p w14:paraId="251C0C89" w14:textId="77777777" w:rsidR="00495879" w:rsidRDefault="00000000">
      <w:pPr>
        <w:pStyle w:val="Listepuces"/>
      </w:pPr>
      <w:r>
        <w:lastRenderedPageBreak/>
        <w:t>**Phase 1 (2026-2027)**: Présence établie US + Afrique francophone (Côte d'Ivoire, Sénégal, Cameroun)</w:t>
      </w:r>
    </w:p>
    <w:p w14:paraId="4019AF4C" w14:textId="77777777" w:rsidR="00495879" w:rsidRDefault="00000000">
      <w:pPr>
        <w:pStyle w:val="Listepuces"/>
      </w:pPr>
      <w:r>
        <w:t>**Phase 2 (2028-2029)**: Expansion Afrique anglophone (Nigeria, Kenya, Ghana) + Europe</w:t>
      </w:r>
    </w:p>
    <w:p w14:paraId="3466D40C" w14:textId="77777777" w:rsidR="00495879" w:rsidRDefault="00000000">
      <w:pPr>
        <w:pStyle w:val="Listepuces"/>
      </w:pPr>
      <w:r>
        <w:t>**Phase 3 (2030+)**: Expansion Asie + Afrique du Nord</w:t>
      </w:r>
    </w:p>
    <w:p w14:paraId="67E1973D" w14:textId="77777777" w:rsidR="00495879" w:rsidRDefault="00000000">
      <w:pPr>
        <w:pStyle w:val="Listepuces"/>
      </w:pPr>
      <w:r>
        <w:t>**Reconnaissance**: Top 3 coaching platforms selon Gartner/Forrester</w:t>
      </w:r>
    </w:p>
    <w:p w14:paraId="5473F8EB" w14:textId="77777777" w:rsidR="00495879" w:rsidRDefault="00000000">
      <w:pPr>
        <w:pStyle w:val="Listepuces"/>
      </w:pPr>
      <w:r>
        <w:t>**Impact social**: Contribution directe au développement économique africain via formation 1,000+ entrepreneurs/leaders</w:t>
      </w:r>
    </w:p>
    <w:p w14:paraId="00212F95" w14:textId="77777777" w:rsidR="00495879" w:rsidRDefault="00000000">
      <w:pPr>
        <w:pStyle w:val="Titre3"/>
      </w:pPr>
      <w:r>
        <w:t>Core Values (Valeurs Fondamentales)</w:t>
      </w:r>
    </w:p>
    <w:p w14:paraId="142B234D" w14:textId="77777777" w:rsidR="00495879" w:rsidRDefault="00000000">
      <w:pPr>
        <w:pStyle w:val="Titre4"/>
      </w:pPr>
      <w:r>
        <w:t>1. **EXCELLENCE**</w:t>
      </w:r>
    </w:p>
    <w:p w14:paraId="55F5EEFB" w14:textId="77777777" w:rsidR="00495879" w:rsidRDefault="00000000">
      <w:r>
        <w:t>"Nous visons l'excellence dans chaque interaction, livrable, et résultat client."</w:t>
      </w:r>
    </w:p>
    <w:p w14:paraId="56DDE942" w14:textId="77777777" w:rsidR="00495879" w:rsidRDefault="00000000">
      <w:pPr>
        <w:pStyle w:val="Listepuces"/>
      </w:pPr>
      <w:r>
        <w:t>Standards élevés non négociables</w:t>
      </w:r>
    </w:p>
    <w:p w14:paraId="1A4A5F5F" w14:textId="77777777" w:rsidR="00495879" w:rsidRDefault="00000000">
      <w:pPr>
        <w:pStyle w:val="Listepuces"/>
      </w:pPr>
      <w:r>
        <w:t>Amélioration continue (Kaizen mindset)</w:t>
      </w:r>
    </w:p>
    <w:p w14:paraId="3239838C" w14:textId="77777777" w:rsidR="00495879" w:rsidRDefault="00000000">
      <w:pPr>
        <w:pStyle w:val="Listepuces"/>
      </w:pPr>
      <w:r>
        <w:t>Pride in craft</w:t>
      </w:r>
    </w:p>
    <w:p w14:paraId="63786900" w14:textId="77777777" w:rsidR="00495879" w:rsidRDefault="00000000">
      <w:pPr>
        <w:pStyle w:val="Titre4"/>
      </w:pPr>
      <w:r>
        <w:t>2. **IMPACT**</w:t>
      </w:r>
    </w:p>
    <w:p w14:paraId="1D61085B" w14:textId="77777777" w:rsidR="00495879" w:rsidRDefault="00000000">
      <w:r>
        <w:t>"Nous mesurons notre succès par l'impact transformationnel chez nos clients."</w:t>
      </w:r>
    </w:p>
    <w:p w14:paraId="2E8A5F5B" w14:textId="77777777" w:rsidR="00495879" w:rsidRDefault="00000000">
      <w:pPr>
        <w:pStyle w:val="Listepuces"/>
      </w:pPr>
      <w:r>
        <w:t>Outcome-focused (pas juste activity)</w:t>
      </w:r>
    </w:p>
    <w:p w14:paraId="0D78E6CD" w14:textId="77777777" w:rsidR="00495879" w:rsidRDefault="00000000">
      <w:pPr>
        <w:pStyle w:val="Listepuces"/>
      </w:pPr>
      <w:r>
        <w:t>ROI démontrable et transparent</w:t>
      </w:r>
    </w:p>
    <w:p w14:paraId="723AF78C" w14:textId="77777777" w:rsidR="00495879" w:rsidRDefault="00000000">
      <w:pPr>
        <w:pStyle w:val="Listepuces"/>
      </w:pPr>
      <w:r>
        <w:t>Long-term client success over short-term revenue</w:t>
      </w:r>
    </w:p>
    <w:p w14:paraId="5B37B516" w14:textId="77777777" w:rsidR="00495879" w:rsidRDefault="00000000">
      <w:pPr>
        <w:pStyle w:val="Titre4"/>
      </w:pPr>
      <w:r>
        <w:t>3. **INNOVATION**</w:t>
      </w:r>
    </w:p>
    <w:p w14:paraId="032AF752" w14:textId="77777777" w:rsidR="00495879" w:rsidRDefault="00000000">
      <w:r>
        <w:t>"Nous embrassons la technologie et l'innovation pour repousser les limites du possible."</w:t>
      </w:r>
    </w:p>
    <w:p w14:paraId="225EAE9A" w14:textId="77777777" w:rsidR="00495879" w:rsidRDefault="00000000">
      <w:pPr>
        <w:pStyle w:val="Listepuces"/>
      </w:pPr>
      <w:r>
        <w:t>Early adopters AI et nouvelles technologies</w:t>
      </w:r>
    </w:p>
    <w:p w14:paraId="255D0B10" w14:textId="77777777" w:rsidR="00495879" w:rsidRDefault="00000000">
      <w:pPr>
        <w:pStyle w:val="Listepuces"/>
      </w:pPr>
      <w:r>
        <w:t>Expérimentation encouragée</w:t>
      </w:r>
    </w:p>
    <w:p w14:paraId="7D7E295E" w14:textId="77777777" w:rsidR="00495879" w:rsidRDefault="00000000">
      <w:pPr>
        <w:pStyle w:val="Listepuces"/>
      </w:pPr>
      <w:r>
        <w:t>Fail fast, learn faster</w:t>
      </w:r>
    </w:p>
    <w:p w14:paraId="6C060311" w14:textId="77777777" w:rsidR="00495879" w:rsidRDefault="00000000">
      <w:pPr>
        <w:pStyle w:val="Titre4"/>
      </w:pPr>
      <w:r>
        <w:t>4. **INTEGRITY**</w:t>
      </w:r>
    </w:p>
    <w:p w14:paraId="3DB09032" w14:textId="77777777" w:rsidR="00495879" w:rsidRDefault="00000000">
      <w:r>
        <w:t>"Nous opérons avec honnêteté, transparence et éthique irréprochable."</w:t>
      </w:r>
    </w:p>
    <w:p w14:paraId="3998B318" w14:textId="77777777" w:rsidR="00495879" w:rsidRDefault="00000000">
      <w:pPr>
        <w:pStyle w:val="Listepuces"/>
      </w:pPr>
      <w:r>
        <w:t>Confidentialité absolue</w:t>
      </w:r>
    </w:p>
    <w:p w14:paraId="321B6CE5" w14:textId="77777777" w:rsidR="00495879" w:rsidRDefault="00000000">
      <w:pPr>
        <w:pStyle w:val="Listepuces"/>
      </w:pPr>
      <w:r>
        <w:t>No overselling, promesses réalistes</w:t>
      </w:r>
    </w:p>
    <w:p w14:paraId="612D6A7A" w14:textId="77777777" w:rsidR="00495879" w:rsidRDefault="00000000">
      <w:pPr>
        <w:pStyle w:val="Listepuces"/>
      </w:pPr>
      <w:r>
        <w:t>Conflicts of interest disclosed</w:t>
      </w:r>
    </w:p>
    <w:p w14:paraId="265AA9A2" w14:textId="77777777" w:rsidR="00495879" w:rsidRDefault="00000000">
      <w:pPr>
        <w:pStyle w:val="Titre4"/>
      </w:pPr>
      <w:r>
        <w:t>5. **PARTNERSHIP**</w:t>
      </w:r>
    </w:p>
    <w:p w14:paraId="7F2A611F" w14:textId="77777777" w:rsidR="00495879" w:rsidRDefault="00000000">
      <w:r>
        <w:t>"Nous ne sommes pas juste un prestataire, mais un partenaire investi dans votre réussite."</w:t>
      </w:r>
    </w:p>
    <w:p w14:paraId="17DCE816" w14:textId="77777777" w:rsidR="00495879" w:rsidRDefault="00000000">
      <w:pPr>
        <w:pStyle w:val="Listepuces"/>
      </w:pPr>
      <w:r>
        <w:t>Collaboration étroite</w:t>
      </w:r>
    </w:p>
    <w:p w14:paraId="10C0575B" w14:textId="77777777" w:rsidR="00495879" w:rsidRDefault="00000000">
      <w:pPr>
        <w:pStyle w:val="Listepuces"/>
      </w:pPr>
      <w:r>
        <w:t>Candeur bienveillante</w:t>
      </w:r>
    </w:p>
    <w:p w14:paraId="3DE3FCD9" w14:textId="77777777" w:rsidR="00495879" w:rsidRDefault="00000000">
      <w:pPr>
        <w:pStyle w:val="Listepuces"/>
      </w:pPr>
      <w:r>
        <w:t>Aligned incentives</w:t>
      </w:r>
    </w:p>
    <w:p w14:paraId="6E67F2E9" w14:textId="77777777" w:rsidR="00495879" w:rsidRDefault="00000000">
      <w:pPr>
        <w:pStyle w:val="Titre4"/>
      </w:pPr>
      <w:r>
        <w:lastRenderedPageBreak/>
        <w:t>6. **GROWTH MINDSET**</w:t>
      </w:r>
    </w:p>
    <w:p w14:paraId="24DECBEF" w14:textId="77777777" w:rsidR="00495879" w:rsidRDefault="00000000">
      <w:r>
        <w:t>"Nous croyons au potentiel illimité de croissance, pour nos clients comme pour nous-mêmes."</w:t>
      </w:r>
    </w:p>
    <w:p w14:paraId="124249E6" w14:textId="77777777" w:rsidR="00495879" w:rsidRDefault="00000000">
      <w:pPr>
        <w:pStyle w:val="Listepuces"/>
      </w:pPr>
      <w:r>
        <w:t>Learning organization</w:t>
      </w:r>
    </w:p>
    <w:p w14:paraId="1419A744" w14:textId="77777777" w:rsidR="00495879" w:rsidRDefault="00000000">
      <w:pPr>
        <w:pStyle w:val="Listepuces"/>
      </w:pPr>
      <w:r>
        <w:t>Coaching culture interne</w:t>
      </w:r>
    </w:p>
    <w:p w14:paraId="3732A3B6" w14:textId="77777777" w:rsidR="00495879" w:rsidRDefault="00000000">
      <w:pPr>
        <w:pStyle w:val="Listepuces"/>
      </w:pPr>
      <w:r>
        <w:t>Psychological safety pour essayer et échouer</w:t>
      </w:r>
    </w:p>
    <w:p w14:paraId="2CBF45F3" w14:textId="77777777" w:rsidR="00495879" w:rsidRDefault="00000000">
      <w:r>
        <w:t>________________________________________________________________________________</w:t>
      </w:r>
    </w:p>
    <w:p w14:paraId="40EB4408" w14:textId="77777777" w:rsidR="00495879" w:rsidRDefault="00000000">
      <w:pPr>
        <w:pStyle w:val="Titre2"/>
      </w:pPr>
      <w:r>
        <w:t>2.4 Company History &amp; Genesis</w:t>
      </w:r>
    </w:p>
    <w:p w14:paraId="1C9DCF0F" w14:textId="77777777" w:rsidR="00495879" w:rsidRDefault="00000000">
      <w:pPr>
        <w:pStyle w:val="Titre3"/>
      </w:pPr>
      <w:r>
        <w:t>Genesis Story</w:t>
      </w:r>
    </w:p>
    <w:p w14:paraId="6D1D385B" w14:textId="77777777" w:rsidR="00495879" w:rsidRDefault="00000000">
      <w:r>
        <w:rPr>
          <w:b/>
        </w:rPr>
        <w:t>Le Problème Vécu</w:t>
      </w:r>
    </w:p>
    <w:p w14:paraId="1507E6F5" w14:textId="77777777" w:rsidR="00495879" w:rsidRDefault="00000000">
      <w:r>
        <w:t>Abdoul Karim GBANE a passé 20+ années à accompagner des leaders et entrepreneurs, observant systématiquement 3 problèmes récurrents:</w:t>
      </w:r>
    </w:p>
    <w:p w14:paraId="6B340E0F" w14:textId="77777777" w:rsidR="00495879" w:rsidRDefault="00000000">
      <w:pPr>
        <w:pStyle w:val="Listenumros"/>
      </w:pPr>
      <w:r>
        <w:t>**Isolation décisionnelle**: Les dirigeants de PME n'ont personne à qui parler confidentiellement de leurs défis</w:t>
      </w:r>
    </w:p>
    <w:p w14:paraId="470C331C" w14:textId="77777777" w:rsidR="00495879" w:rsidRDefault="00000000">
      <w:pPr>
        <w:pStyle w:val="Listenumros"/>
      </w:pPr>
      <w:r>
        <w:t>**Gap stratégique**: Excellents opérationnellement, mais manque de vision/stratégie long-terme</w:t>
      </w:r>
    </w:p>
    <w:p w14:paraId="3A11951C" w14:textId="77777777" w:rsidR="00495879" w:rsidRDefault="00000000">
      <w:pPr>
        <w:pStyle w:val="Listenumros"/>
      </w:pPr>
      <w:r>
        <w:t>**Transition entrepreneur → CEO**: Difficile de passer du "faire" au "diriger"</w:t>
      </w:r>
    </w:p>
    <w:p w14:paraId="4F922824" w14:textId="77777777" w:rsidR="00495879" w:rsidRDefault="00000000">
      <w:r>
        <w:rPr>
          <w:b/>
        </w:rPr>
        <w:t>Le Déclic</w:t>
      </w:r>
    </w:p>
    <w:p w14:paraId="351AC62B" w14:textId="77777777" w:rsidR="00495879" w:rsidRDefault="00000000">
      <w:r>
        <w:t>En 2024, après avoir vu plusieurs clients talentueux abandonner ou burn-out, Abdoul Karim réalise:</w:t>
      </w:r>
    </w:p>
    <w:p w14:paraId="5F313856" w14:textId="77777777" w:rsidR="00495879" w:rsidRDefault="00000000">
      <w:pPr>
        <w:pStyle w:val="Listepuces"/>
      </w:pPr>
      <w:r>
        <w:t>Le coaching traditionnel (1-on-1 sessions) ne scale pas et reste trop cher</w:t>
      </w:r>
    </w:p>
    <w:p w14:paraId="7E4B177A" w14:textId="77777777" w:rsidR="00495879" w:rsidRDefault="00000000">
      <w:pPr>
        <w:pStyle w:val="Listepuces"/>
      </w:pPr>
      <w:r>
        <w:t>Le consulting classique livre des PowerPoints mais pas d'implémentation</w:t>
      </w:r>
    </w:p>
    <w:p w14:paraId="21D0942A" w14:textId="77777777" w:rsidR="00495879" w:rsidRDefault="00000000">
      <w:pPr>
        <w:pStyle w:val="Listepuces"/>
      </w:pPr>
      <w:r>
        <w:t>Aucune solution hybride alliant stratégie, coaching, technologie et communauté</w:t>
      </w:r>
    </w:p>
    <w:p w14:paraId="59D0D803" w14:textId="77777777" w:rsidR="00495879" w:rsidRDefault="00000000">
      <w:r>
        <w:rPr>
          <w:b/>
        </w:rPr>
        <w:t>La Vision GBCM</w:t>
      </w:r>
    </w:p>
    <w:p w14:paraId="3BFBD33E" w14:textId="77777777" w:rsidR="00495879" w:rsidRDefault="00000000">
      <w:r>
        <w:t>Créer la première plateforme intégrée combinant:</w:t>
      </w:r>
    </w:p>
    <w:p w14:paraId="46E3B76E" w14:textId="77777777" w:rsidR="00495879" w:rsidRDefault="00000000">
      <w:pPr>
        <w:pStyle w:val="Listepuces"/>
      </w:pPr>
      <w:r>
        <w:t>Excellence du conseil stratégique (McKinsey-quality frameworks)</w:t>
      </w:r>
    </w:p>
    <w:p w14:paraId="2900E2DC" w14:textId="77777777" w:rsidR="00495879" w:rsidRDefault="00000000">
      <w:pPr>
        <w:pStyle w:val="Listepuces"/>
      </w:pPr>
      <w:r>
        <w:t>Impact du coaching transformationnel (personnalisé, accountability)</w:t>
      </w:r>
    </w:p>
    <w:p w14:paraId="220BDAFB" w14:textId="77777777" w:rsidR="00495879" w:rsidRDefault="00000000">
      <w:pPr>
        <w:pStyle w:val="Listepuces"/>
      </w:pPr>
      <w:r>
        <w:t>Puissance de la technologie (AI, automation, analytics)</w:t>
      </w:r>
    </w:p>
    <w:p w14:paraId="3BDC867B" w14:textId="77777777" w:rsidR="00495879" w:rsidRDefault="00000000">
      <w:pPr>
        <w:pStyle w:val="Listepuces"/>
      </w:pPr>
      <w:r>
        <w:t>Force de la communauté (peer learning, networking)</w:t>
      </w:r>
    </w:p>
    <w:p w14:paraId="161FF879" w14:textId="77777777" w:rsidR="00495879" w:rsidRDefault="00000000">
      <w:r>
        <w:rPr>
          <w:b/>
        </w:rPr>
        <w:t>Différence = Accessible (prix) + Scalable (tech) + Impactant (méthodologies propriétaires)</w:t>
      </w:r>
    </w:p>
    <w:p w14:paraId="638C00FD" w14:textId="77777777" w:rsidR="00495879" w:rsidRDefault="00000000">
      <w:pPr>
        <w:pStyle w:val="Titre3"/>
      </w:pPr>
      <w:r>
        <w:t>Timeline to Launch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5CB25BB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D0ECB3F" w14:textId="77777777" w:rsidR="00495879" w:rsidRDefault="00000000">
            <w:r>
              <w:rPr>
                <w:sz w:val="20"/>
              </w:rPr>
              <w:t>Date</w:t>
            </w:r>
          </w:p>
        </w:tc>
        <w:tc>
          <w:tcPr>
            <w:tcW w:w="4320" w:type="dxa"/>
          </w:tcPr>
          <w:p w14:paraId="0B97E17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Milestone</w:t>
            </w:r>
          </w:p>
        </w:tc>
      </w:tr>
      <w:tr w:rsidR="00495879" w14:paraId="603A506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17462A1" w14:textId="77777777" w:rsidR="00495879" w:rsidRDefault="00000000">
            <w:r>
              <w:lastRenderedPageBreak/>
              <w:t>**2024 Q4**</w:t>
            </w:r>
          </w:p>
        </w:tc>
        <w:tc>
          <w:tcPr>
            <w:tcW w:w="4320" w:type="dxa"/>
          </w:tcPr>
          <w:p w14:paraId="28F87F5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Conception initiale, market research</w:t>
            </w:r>
          </w:p>
        </w:tc>
      </w:tr>
      <w:tr w:rsidR="00495879" w14:paraId="6B87A3F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82B3571" w14:textId="77777777" w:rsidR="00495879" w:rsidRDefault="00000000">
            <w:r>
              <w:t>**2025 Q1**</w:t>
            </w:r>
          </w:p>
        </w:tc>
        <w:tc>
          <w:tcPr>
            <w:tcW w:w="4320" w:type="dxa"/>
          </w:tcPr>
          <w:p w14:paraId="6CAE087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Business plan finalisé, capital secured</w:t>
            </w:r>
          </w:p>
        </w:tc>
      </w:tr>
      <w:tr w:rsidR="00495879" w14:paraId="5F3E6B9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DA9C90B" w14:textId="77777777" w:rsidR="00495879" w:rsidRDefault="00000000">
            <w:r>
              <w:t>**2025 Q2-Q3**</w:t>
            </w:r>
          </w:p>
        </w:tc>
        <w:tc>
          <w:tcPr>
            <w:tcW w:w="4320" w:type="dxa"/>
          </w:tcPr>
          <w:p w14:paraId="0592792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Développement plateforme MVP, branding</w:t>
            </w:r>
          </w:p>
        </w:tc>
      </w:tr>
      <w:tr w:rsidR="00495879" w14:paraId="2C219DD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8B24FF3" w14:textId="77777777" w:rsidR="00495879" w:rsidRDefault="00000000">
            <w:r>
              <w:t>**2025 Q4**</w:t>
            </w:r>
          </w:p>
        </w:tc>
        <w:tc>
          <w:tcPr>
            <w:tcW w:w="4320" w:type="dxa"/>
          </w:tcPr>
          <w:p w14:paraId="6BB224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Beta testing avec 5 clients pilotes</w:t>
            </w:r>
          </w:p>
        </w:tc>
      </w:tr>
      <w:tr w:rsidR="00495879" w14:paraId="67AC26D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0B151CB" w14:textId="77777777" w:rsidR="00495879" w:rsidRDefault="00000000">
            <w:r>
              <w:t>**2026 Q1**</w:t>
            </w:r>
          </w:p>
        </w:tc>
        <w:tc>
          <w:tcPr>
            <w:tcW w:w="4320" w:type="dxa"/>
          </w:tcPr>
          <w:p w14:paraId="4D9BA8E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**LAUNCH OFFICIEL**</w:t>
            </w:r>
          </w:p>
        </w:tc>
      </w:tr>
    </w:tbl>
    <w:p w14:paraId="525B26C0" w14:textId="77777777" w:rsidR="00495879" w:rsidRDefault="00495879"/>
    <w:p w14:paraId="0DEA7E60" w14:textId="77777777" w:rsidR="00495879" w:rsidRDefault="00000000">
      <w:r>
        <w:t>________________________________________________________________________________</w:t>
      </w:r>
    </w:p>
    <w:p w14:paraId="77FEEE8E" w14:textId="77777777" w:rsidR="00495879" w:rsidRDefault="00000000">
      <w:pPr>
        <w:pStyle w:val="Titre2"/>
      </w:pPr>
      <w:r>
        <w:t>2.5 Strategic Positioning</w:t>
      </w:r>
    </w:p>
    <w:p w14:paraId="0A12BAF2" w14:textId="77777777" w:rsidR="00495879" w:rsidRDefault="00000000">
      <w:pPr>
        <w:pStyle w:val="Titre3"/>
      </w:pPr>
      <w:r>
        <w:t>Market Position</w:t>
      </w:r>
    </w:p>
    <w:p w14:paraId="0B9A850C" w14:textId="77777777" w:rsidR="00495879" w:rsidRDefault="00000000">
      <w:r>
        <w:rPr>
          <w:b/>
        </w:rPr>
        <w:t>"The Digital-First Strategic Partner for Growth-Stage Businesses"</w:t>
      </w:r>
    </w:p>
    <w:p w14:paraId="41EEDA80" w14:textId="77777777" w:rsidR="00495879" w:rsidRDefault="00000000">
      <w:r>
        <w:rPr>
          <w:b/>
        </w:rPr>
        <w:t>Nous ne sommes PAS</w:t>
      </w:r>
      <w:r>
        <w:t>:</w:t>
      </w:r>
    </w:p>
    <w:p w14:paraId="034142BC" w14:textId="77777777" w:rsidR="00495879" w:rsidRDefault="00000000">
      <w:pPr>
        <w:pStyle w:val="Listepuces"/>
      </w:pPr>
      <w:r>
        <w:t>❌ Un cabinet de conseil traditionnel (trop cher, peu actionable)</w:t>
      </w:r>
    </w:p>
    <w:p w14:paraId="79A9DECA" w14:textId="77777777" w:rsidR="00495879" w:rsidRDefault="00000000">
      <w:pPr>
        <w:pStyle w:val="Listepuces"/>
      </w:pPr>
      <w:r>
        <w:t>❌ Un coach généraliste individuel (manque d'expertise stratégique)</w:t>
      </w:r>
    </w:p>
    <w:p w14:paraId="04D4E9F1" w14:textId="77777777" w:rsidR="00495879" w:rsidRDefault="00000000">
      <w:pPr>
        <w:pStyle w:val="Listepuces"/>
      </w:pPr>
      <w:r>
        <w:t>❌ Une plateforme de cours en ligne (pas de personnalisation)</w:t>
      </w:r>
    </w:p>
    <w:p w14:paraId="771F8502" w14:textId="77777777" w:rsidR="00495879" w:rsidRDefault="00000000">
      <w:pPr>
        <w:pStyle w:val="Listepuces"/>
      </w:pPr>
      <w:r>
        <w:t>❌ Un programme de groupe générique (one-size-fits-all)</w:t>
      </w:r>
    </w:p>
    <w:p w14:paraId="0F3EA25A" w14:textId="77777777" w:rsidR="00495879" w:rsidRDefault="00000000">
      <w:r>
        <w:rPr>
          <w:b/>
        </w:rPr>
        <w:t>Nous SOMMES</w:t>
      </w:r>
      <w:r>
        <w:t>:</w:t>
      </w:r>
    </w:p>
    <w:p w14:paraId="70E71DA6" w14:textId="77777777" w:rsidR="00495879" w:rsidRDefault="00000000">
      <w:pPr>
        <w:pStyle w:val="Listepuces"/>
      </w:pPr>
      <w:r>
        <w:t>✅ Un partenaire stratégique hybride (consulting + coaching + tech)</w:t>
      </w:r>
    </w:p>
    <w:p w14:paraId="6D696A07" w14:textId="77777777" w:rsidR="00495879" w:rsidRDefault="00000000">
      <w:pPr>
        <w:pStyle w:val="Listepuces"/>
      </w:pPr>
      <w:r>
        <w:t>✅ Experts dans 3 niches haute-valeur (vs généralistes)</w:t>
      </w:r>
    </w:p>
    <w:p w14:paraId="00159126" w14:textId="77777777" w:rsidR="00495879" w:rsidRDefault="00000000">
      <w:pPr>
        <w:pStyle w:val="Listepuces"/>
      </w:pPr>
      <w:r>
        <w:t>✅ Digital-first mais avec high-touch quand nécessaire</w:t>
      </w:r>
    </w:p>
    <w:p w14:paraId="566E02FE" w14:textId="77777777" w:rsidR="00495879" w:rsidRDefault="00000000">
      <w:pPr>
        <w:pStyle w:val="Listepuces"/>
      </w:pPr>
      <w:r>
        <w:t>✅ Orientés résultats avec méthodologies éprouvées</w:t>
      </w:r>
    </w:p>
    <w:p w14:paraId="5575C036" w14:textId="77777777" w:rsidR="00495879" w:rsidRDefault="00000000">
      <w:pPr>
        <w:pStyle w:val="Titre3"/>
      </w:pPr>
      <w:r>
        <w:t>Positioning Matrix</w:t>
      </w:r>
    </w:p>
    <w:p w14:paraId="215BBB5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Prix                        Haut</w:t>
      </w:r>
    </w:p>
    <w:p w14:paraId="572F161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</w:t>
      </w:r>
    </w:p>
    <w:p w14:paraId="446FDC4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Big Consulting        ┌────────┐</w:t>
      </w:r>
    </w:p>
    <w:p w14:paraId="126375A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(McKinsey, BCG)       │ GBCM   │</w:t>
      </w:r>
    </w:p>
    <w:p w14:paraId="0CA54EE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                      │Premium │</w:t>
      </w:r>
    </w:p>
    <w:p w14:paraId="3CD1A9F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                      │Hybrid  │</w:t>
      </w:r>
    </w:p>
    <w:p w14:paraId="5272810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Boutique              └────────┘</w:t>
      </w:r>
    </w:p>
    <w:p w14:paraId="0DCE00D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Consultants</w:t>
      </w:r>
    </w:p>
    <w:p w14:paraId="3303945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</w:t>
      </w:r>
    </w:p>
    <w:p w14:paraId="2B5DE18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───────────────────────────────┼───────────────────────────────────── Value Ajoutée</w:t>
      </w:r>
    </w:p>
    <w:p w14:paraId="4BA307A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Bas                           │                        Haute</w:t>
      </w:r>
    </w:p>
    <w:p w14:paraId="4868C62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Cours Online</w:t>
      </w:r>
    </w:p>
    <w:p w14:paraId="7686295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Généralistes</w:t>
      </w:r>
    </w:p>
    <w:p w14:paraId="13EC0B4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</w:t>
      </w:r>
    </w:p>
    <w:p w14:paraId="617875C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Coaching</w:t>
      </w:r>
    </w:p>
    <w:p w14:paraId="654B6A3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│  Basique</w:t>
      </w:r>
    </w:p>
    <w:p w14:paraId="1935F9A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Bas</w:t>
      </w:r>
    </w:p>
    <w:p w14:paraId="46B63376" w14:textId="77777777" w:rsidR="00495879" w:rsidRDefault="00000000">
      <w:pPr>
        <w:pStyle w:val="Titre3"/>
      </w:pPr>
      <w:r>
        <w:lastRenderedPageBreak/>
        <w:t>Target Client Profile (ICP - Ideal Customer Profile)</w:t>
      </w:r>
    </w:p>
    <w:p w14:paraId="56E10285" w14:textId="77777777" w:rsidR="00495879" w:rsidRDefault="00000000">
      <w:pPr>
        <w:pStyle w:val="Titre4"/>
      </w:pPr>
      <w:r>
        <w:t>Primary ICP: Scale-Up Companies</w:t>
      </w:r>
    </w:p>
    <w:p w14:paraId="112A7B31" w14:textId="77777777" w:rsidR="00495879" w:rsidRDefault="00000000">
      <w:r>
        <w:rPr>
          <w:b/>
        </w:rPr>
        <w:t>Firmographics</w:t>
      </w:r>
      <w:r>
        <w:t>:</w:t>
      </w:r>
    </w:p>
    <w:p w14:paraId="25C4B63B" w14:textId="77777777" w:rsidR="00495879" w:rsidRDefault="00000000">
      <w:pPr>
        <w:pStyle w:val="Listepuces"/>
      </w:pPr>
      <w:r>
        <w:t>**Revenue**: $5M - $50M annual</w:t>
      </w:r>
    </w:p>
    <w:p w14:paraId="068FCE74" w14:textId="77777777" w:rsidR="00495879" w:rsidRDefault="00000000">
      <w:pPr>
        <w:pStyle w:val="Listepuces"/>
      </w:pPr>
      <w:r>
        <w:t>**Employees**: 20-200</w:t>
      </w:r>
    </w:p>
    <w:p w14:paraId="55EFE386" w14:textId="77777777" w:rsidR="00495879" w:rsidRDefault="00000000">
      <w:pPr>
        <w:pStyle w:val="Listepuces"/>
      </w:pPr>
      <w:r>
        <w:t>**Growth rate**: 30%+ YoY</w:t>
      </w:r>
    </w:p>
    <w:p w14:paraId="6EF86C09" w14:textId="77777777" w:rsidR="00495879" w:rsidRDefault="00000000">
      <w:pPr>
        <w:pStyle w:val="Listepuces"/>
      </w:pPr>
      <w:r>
        <w:t>**Funding stage**: Series A-B, or bootstrapped profitable</w:t>
      </w:r>
    </w:p>
    <w:p w14:paraId="4B5585BD" w14:textId="77777777" w:rsidR="00495879" w:rsidRDefault="00000000">
      <w:pPr>
        <w:pStyle w:val="Listepuces"/>
      </w:pPr>
      <w:r>
        <w:t>**Industries**: SaaS, Professional Services, E-commerce, Healthcare Tech</w:t>
      </w:r>
    </w:p>
    <w:p w14:paraId="2AF86FDD" w14:textId="77777777" w:rsidR="00495879" w:rsidRDefault="00000000">
      <w:r>
        <w:rPr>
          <w:b/>
        </w:rPr>
        <w:t>Psychographics</w:t>
      </w:r>
      <w:r>
        <w:t>:</w:t>
      </w:r>
    </w:p>
    <w:p w14:paraId="17E840B6" w14:textId="77777777" w:rsidR="00495879" w:rsidRDefault="00000000">
      <w:pPr>
        <w:pStyle w:val="Listepuces"/>
      </w:pPr>
      <w:r>
        <w:t>**Founder CEO** ou **Professionnel CEO** ambitieux</w:t>
      </w:r>
    </w:p>
    <w:p w14:paraId="44074E46" w14:textId="77777777" w:rsidR="00495879" w:rsidRDefault="00000000">
      <w:pPr>
        <w:pStyle w:val="Listepuces"/>
      </w:pPr>
      <w:r>
        <w:t>Mindset growth, pas fixed</w:t>
      </w:r>
    </w:p>
    <w:p w14:paraId="6752AA32" w14:textId="77777777" w:rsidR="00495879" w:rsidRDefault="00000000">
      <w:pPr>
        <w:pStyle w:val="Listepuces"/>
      </w:pPr>
      <w:r>
        <w:t>Value expertise et willing to invest in growth</w:t>
      </w:r>
    </w:p>
    <w:p w14:paraId="6958270A" w14:textId="77777777" w:rsidR="00495879" w:rsidRDefault="00000000">
      <w:pPr>
        <w:pStyle w:val="Listepuces"/>
      </w:pPr>
      <w:r>
        <w:t>Reconnaissent limitations et cherchent aide</w:t>
      </w:r>
    </w:p>
    <w:p w14:paraId="75DE9388" w14:textId="77777777" w:rsidR="00495879" w:rsidRDefault="00000000">
      <w:pPr>
        <w:pStyle w:val="Listepuces"/>
      </w:pPr>
      <w:r>
        <w:t>Veulent construire entreprise durable (pas juste flip rapide)</w:t>
      </w:r>
    </w:p>
    <w:p w14:paraId="76CEADA2" w14:textId="77777777" w:rsidR="00495879" w:rsidRDefault="00000000">
      <w:r>
        <w:rPr>
          <w:b/>
        </w:rPr>
        <w:t>Pain Points</w:t>
      </w:r>
      <w:r>
        <w:t>:</w:t>
      </w:r>
    </w:p>
    <w:p w14:paraId="71E808F9" w14:textId="77777777" w:rsidR="00495879" w:rsidRDefault="00000000">
      <w:pPr>
        <w:pStyle w:val="Listepuces"/>
      </w:pPr>
      <w:r>
        <w:t>"J'ai atteint $5M-10M mais je ne sais pas comment scaler à $50M+"</w:t>
      </w:r>
    </w:p>
    <w:p w14:paraId="6DAD32AA" w14:textId="77777777" w:rsidR="00495879" w:rsidRDefault="00000000">
      <w:pPr>
        <w:pStyle w:val="Listepuces"/>
      </w:pPr>
      <w:r>
        <w:t>"Je suis épuisé, je travaille 70h/semaine et c'est insoutenable"</w:t>
      </w:r>
    </w:p>
    <w:p w14:paraId="287D877D" w14:textId="77777777" w:rsidR="00495879" w:rsidRDefault="00000000">
      <w:pPr>
        <w:pStyle w:val="Listepuces"/>
      </w:pPr>
      <w:r>
        <w:t>"Mon équipe de leadership est junior, je dois tout décider moi-même"</w:t>
      </w:r>
    </w:p>
    <w:p w14:paraId="72C39741" w14:textId="77777777" w:rsidR="00495879" w:rsidRDefault="00000000">
      <w:pPr>
        <w:pStyle w:val="Listepuces"/>
      </w:pPr>
      <w:r>
        <w:t>"Nous manquons de processus, c'est le chaos à chaque nouveau contrat"</w:t>
      </w:r>
    </w:p>
    <w:p w14:paraId="548E9871" w14:textId="77777777" w:rsidR="00495879" w:rsidRDefault="00000000">
      <w:pPr>
        <w:pStyle w:val="Listepuces"/>
      </w:pPr>
      <w:r>
        <w:t>"La transformation digitale est urgente mais je ne sais par où commencer"</w:t>
      </w:r>
    </w:p>
    <w:p w14:paraId="7D7AFC64" w14:textId="77777777" w:rsidR="00495879" w:rsidRDefault="00000000">
      <w:r>
        <w:rPr>
          <w:b/>
        </w:rPr>
        <w:t>Goals</w:t>
      </w:r>
      <w:r>
        <w:t>:</w:t>
      </w:r>
    </w:p>
    <w:p w14:paraId="72318442" w14:textId="77777777" w:rsidR="00495879" w:rsidRDefault="00000000">
      <w:pPr>
        <w:pStyle w:val="Listepuces"/>
      </w:pPr>
      <w:r>
        <w:t>Doubler revenue dans 2-3 ans</w:t>
      </w:r>
    </w:p>
    <w:p w14:paraId="70ABC299" w14:textId="77777777" w:rsidR="00495879" w:rsidRDefault="00000000">
      <w:pPr>
        <w:pStyle w:val="Listepuces"/>
      </w:pPr>
      <w:r>
        <w:t>Construire équipe leadership autonome</w:t>
      </w:r>
    </w:p>
    <w:p w14:paraId="085553B5" w14:textId="77777777" w:rsidR="00495879" w:rsidRDefault="00000000">
      <w:pPr>
        <w:pStyle w:val="Listepuces"/>
      </w:pPr>
      <w:r>
        <w:t>Systématiser l'entreprise pour moins de dépendance fondateur</w:t>
      </w:r>
    </w:p>
    <w:p w14:paraId="4C78FE6D" w14:textId="77777777" w:rsidR="00495879" w:rsidRDefault="00000000">
      <w:pPr>
        <w:pStyle w:val="Listepuces"/>
      </w:pPr>
      <w:r>
        <w:t>Améliorer marges et profitabilité</w:t>
      </w:r>
    </w:p>
    <w:p w14:paraId="58C573DD" w14:textId="77777777" w:rsidR="00495879" w:rsidRDefault="00000000">
      <w:pPr>
        <w:pStyle w:val="Listepuces"/>
      </w:pPr>
      <w:r>
        <w:t>Préparer exit potentiel (acquisition ou IPO) dans 5-7 ans</w:t>
      </w:r>
    </w:p>
    <w:p w14:paraId="29FABE14" w14:textId="77777777" w:rsidR="00495879" w:rsidRDefault="00000000">
      <w:pPr>
        <w:pStyle w:val="Titre4"/>
      </w:pPr>
      <w:r>
        <w:t>Secondary ICP: Growth SMBs</w:t>
      </w:r>
    </w:p>
    <w:p w14:paraId="135AC21C" w14:textId="77777777" w:rsidR="00495879" w:rsidRDefault="00000000">
      <w:r>
        <w:rPr>
          <w:b/>
        </w:rPr>
        <w:t>Firmographics</w:t>
      </w:r>
      <w:r>
        <w:t>:</w:t>
      </w:r>
    </w:p>
    <w:p w14:paraId="1BD57288" w14:textId="77777777" w:rsidR="00495879" w:rsidRDefault="00000000">
      <w:pPr>
        <w:pStyle w:val="Listepuces"/>
      </w:pPr>
      <w:r>
        <w:t>**Revenue**: $1M - $5M annual</w:t>
      </w:r>
    </w:p>
    <w:p w14:paraId="66979462" w14:textId="77777777" w:rsidR="00495879" w:rsidRDefault="00000000">
      <w:pPr>
        <w:pStyle w:val="Listepuces"/>
      </w:pPr>
      <w:r>
        <w:t>**Employees**: 5-20</w:t>
      </w:r>
    </w:p>
    <w:p w14:paraId="602470A8" w14:textId="77777777" w:rsidR="00495879" w:rsidRDefault="00000000">
      <w:pPr>
        <w:pStyle w:val="Listepuces"/>
      </w:pPr>
      <w:r>
        <w:t>**Stage**: Proven product-market fit, cherchent à scaler</w:t>
      </w:r>
    </w:p>
    <w:p w14:paraId="7102BCF0" w14:textId="77777777" w:rsidR="00495879" w:rsidRDefault="00000000">
      <w:r>
        <w:rPr>
          <w:b/>
        </w:rPr>
        <w:t>Pain Points</w:t>
      </w:r>
      <w:r>
        <w:t>:</w:t>
      </w:r>
    </w:p>
    <w:p w14:paraId="11173036" w14:textId="77777777" w:rsidR="00495879" w:rsidRDefault="00000000">
      <w:pPr>
        <w:pStyle w:val="Listepuces"/>
      </w:pPr>
      <w:r>
        <w:t>Transition entrepreneur solo → team leader</w:t>
      </w:r>
    </w:p>
    <w:p w14:paraId="41A1462F" w14:textId="77777777" w:rsidR="00495879" w:rsidRDefault="00000000">
      <w:pPr>
        <w:pStyle w:val="Listepuces"/>
      </w:pPr>
      <w:r>
        <w:t>Besoin de structure et processus</w:t>
      </w:r>
    </w:p>
    <w:p w14:paraId="630E4640" w14:textId="77777777" w:rsidR="00495879" w:rsidRDefault="00000000">
      <w:pPr>
        <w:pStyle w:val="Listepuces"/>
      </w:pPr>
      <w:r>
        <w:lastRenderedPageBreak/>
        <w:t>Cash flow management challenges</w:t>
      </w:r>
    </w:p>
    <w:p w14:paraId="35A9E289" w14:textId="77777777" w:rsidR="00495879" w:rsidRDefault="00000000">
      <w:r>
        <w:t>________________________________________________________________________________</w:t>
      </w:r>
    </w:p>
    <w:p w14:paraId="51648114" w14:textId="77777777" w:rsidR="00495879" w:rsidRDefault="00000000">
      <w:pPr>
        <w:pStyle w:val="Titre2"/>
      </w:pPr>
      <w:r>
        <w:t>2.6 Competitive Advantages (Deep Dive)</w:t>
      </w:r>
    </w:p>
    <w:p w14:paraId="17B8B7E8" w14:textId="77777777" w:rsidR="00495879" w:rsidRDefault="00000000">
      <w:pPr>
        <w:pStyle w:val="Titre3"/>
      </w:pPr>
      <w:r>
        <w:t>1. Technology Differentiation</w:t>
      </w:r>
    </w:p>
    <w:p w14:paraId="2473F861" w14:textId="77777777" w:rsidR="00495879" w:rsidRDefault="00000000">
      <w:r>
        <w:rPr>
          <w:b/>
        </w:rPr>
        <w:t>Plateforme GBCM Propriétaire</w:t>
      </w:r>
    </w:p>
    <w:p w14:paraId="100C6474" w14:textId="77777777" w:rsidR="00495879" w:rsidRDefault="00000000">
      <w:r>
        <w:rPr>
          <w:b/>
        </w:rPr>
        <w:t>Fonctionnalités Uniques</w:t>
      </w:r>
      <w:r>
        <w:t>:</w:t>
      </w:r>
    </w:p>
    <w:p w14:paraId="467666FE" w14:textId="77777777" w:rsidR="00495879" w:rsidRDefault="00000000">
      <w:pPr>
        <w:pStyle w:val="Listepuces"/>
      </w:pPr>
      <w:r>
        <w:t>**AI Success Coach™**: Chatbot 24/7 qui connaît chaque client, répond questions, donne feedback</w:t>
      </w:r>
    </w:p>
    <w:p w14:paraId="475A0899" w14:textId="77777777" w:rsidR="00495879" w:rsidRDefault="00000000">
      <w:pPr>
        <w:pStyle w:val="Listepuces"/>
      </w:pPr>
      <w:r>
        <w:t>**Predictive Analytics**: Algorithmes prédisent probabilité succès basé sur engagement metrics</w:t>
      </w:r>
    </w:p>
    <w:p w14:paraId="6408A5C1" w14:textId="77777777" w:rsidR="00495879" w:rsidRDefault="00000000">
      <w:pPr>
        <w:pStyle w:val="Listepuces"/>
      </w:pPr>
      <w:r>
        <w:t>**Automated Accountability**: Reminders smart, progress tracking, goal completion nudges</w:t>
      </w:r>
    </w:p>
    <w:p w14:paraId="3ACBC497" w14:textId="77777777" w:rsidR="00495879" w:rsidRDefault="00000000">
      <w:pPr>
        <w:pStyle w:val="Listepuces"/>
      </w:pPr>
      <w:r>
        <w:t>**Resource Library Personnalisée**: AI recommande contenus basés sur challenges spécifiques client</w:t>
      </w:r>
    </w:p>
    <w:p w14:paraId="3641A8C7" w14:textId="77777777" w:rsidR="00495879" w:rsidRDefault="00000000">
      <w:pPr>
        <w:pStyle w:val="Listepuces"/>
      </w:pPr>
      <w:r>
        <w:t>**Community Matching**: Algorithme connecte clients avec peers similaires pour mutual learning</w:t>
      </w:r>
    </w:p>
    <w:p w14:paraId="0FF49E8E" w14:textId="77777777" w:rsidR="00495879" w:rsidRDefault="00000000">
      <w:r>
        <w:rPr>
          <w:b/>
        </w:rPr>
        <w:t>Avantage Compétitif Tech</w:t>
      </w:r>
      <w:r>
        <w:t>:</w:t>
      </w:r>
    </w:p>
    <w:p w14:paraId="36737345" w14:textId="77777777" w:rsidR="00495879" w:rsidRDefault="00000000">
      <w:r>
        <w:t>Selon recherche, seulement 23% des coaches utilisent tech avancée. GBCM sera top 5% en sophistication tech.</w:t>
      </w:r>
    </w:p>
    <w:p w14:paraId="0619F510" w14:textId="77777777" w:rsidR="00495879" w:rsidRDefault="00000000">
      <w:pPr>
        <w:pStyle w:val="Titre3"/>
      </w:pPr>
      <w:r>
        <w:t>2. Proprietary Methodologies</w:t>
      </w:r>
    </w:p>
    <w:p w14:paraId="2CDB15DE" w14:textId="77777777" w:rsidR="00495879" w:rsidRDefault="00000000">
      <w:pPr>
        <w:pStyle w:val="Titre4"/>
      </w:pPr>
      <w:r>
        <w:t>GBCM Scale Framework™</w:t>
      </w:r>
    </w:p>
    <w:p w14:paraId="6BE2C22F" w14:textId="77777777" w:rsidR="00495879" w:rsidRDefault="00000000">
      <w:r>
        <w:rPr>
          <w:b/>
        </w:rPr>
        <w:t>5 Phases Transformation $1M → $10M+</w:t>
      </w:r>
      <w:r>
        <w:t>:</w:t>
      </w:r>
    </w:p>
    <w:p w14:paraId="75406B6C" w14:textId="77777777" w:rsidR="00495879" w:rsidRDefault="00000000">
      <w:pPr>
        <w:pStyle w:val="Listenumros"/>
      </w:pPr>
      <w:r>
        <w:t>**ASSESS** (Semaines 1-4): Diagnostic 360° de l'entreprise</w:t>
      </w:r>
    </w:p>
    <w:p w14:paraId="4366133B" w14:textId="77777777" w:rsidR="00495879" w:rsidRDefault="00000000">
      <w:pPr>
        <w:pStyle w:val="Listepuces"/>
      </w:pPr>
      <w:r>
        <w:t>Financial health audit</w:t>
      </w:r>
    </w:p>
    <w:p w14:paraId="3DFCA828" w14:textId="77777777" w:rsidR="00495879" w:rsidRDefault="00000000">
      <w:pPr>
        <w:pStyle w:val="Listepuces"/>
      </w:pPr>
      <w:r>
        <w:t>Organizational design review</w:t>
      </w:r>
    </w:p>
    <w:p w14:paraId="20CBEBB0" w14:textId="77777777" w:rsidR="00495879" w:rsidRDefault="00000000">
      <w:pPr>
        <w:pStyle w:val="Listepuces"/>
      </w:pPr>
      <w:r>
        <w:t>Market positioning analysis</w:t>
      </w:r>
    </w:p>
    <w:p w14:paraId="4A1D7AA8" w14:textId="77777777" w:rsidR="00495879" w:rsidRDefault="00000000">
      <w:pPr>
        <w:pStyle w:val="Listepuces"/>
      </w:pPr>
      <w:r>
        <w:t>Leadership team assessment</w:t>
      </w:r>
    </w:p>
    <w:p w14:paraId="67F74FF4" w14:textId="77777777" w:rsidR="00495879" w:rsidRDefault="00000000">
      <w:pPr>
        <w:pStyle w:val="Listenumros"/>
      </w:pPr>
      <w:r>
        <w:t>**ARCHITEC T** (Semaines 5-12): Design du scale plan</w:t>
      </w:r>
    </w:p>
    <w:p w14:paraId="15C32414" w14:textId="77777777" w:rsidR="00495879" w:rsidRDefault="00000000">
      <w:pPr>
        <w:pStyle w:val="Listepuces"/>
      </w:pPr>
      <w:r>
        <w:t>3-year strategic roadmap</w:t>
      </w:r>
    </w:p>
    <w:p w14:paraId="7A4BBDF9" w14:textId="77777777" w:rsidR="00495879" w:rsidRDefault="00000000">
      <w:pPr>
        <w:pStyle w:val="Listepuces"/>
      </w:pPr>
      <w:r>
        <w:t>Operating model redesign</w:t>
      </w:r>
    </w:p>
    <w:p w14:paraId="46C3E7D4" w14:textId="77777777" w:rsidR="00495879" w:rsidRDefault="00000000">
      <w:pPr>
        <w:pStyle w:val="Listepuces"/>
      </w:pPr>
      <w:r>
        <w:t>Key initiatives prioritization</w:t>
      </w:r>
    </w:p>
    <w:p w14:paraId="64A178EB" w14:textId="77777777" w:rsidR="00495879" w:rsidRDefault="00000000">
      <w:pPr>
        <w:pStyle w:val="Listepuces"/>
      </w:pPr>
      <w:r>
        <w:t>Resource allocation plan</w:t>
      </w:r>
    </w:p>
    <w:p w14:paraId="21A8C576" w14:textId="77777777" w:rsidR="00495879" w:rsidRDefault="00000000">
      <w:pPr>
        <w:pStyle w:val="Listenumros"/>
      </w:pPr>
      <w:r>
        <w:t>**ALIGN** (Semaines 13-20): Alignement équipe leadership</w:t>
      </w:r>
    </w:p>
    <w:p w14:paraId="62ABFD88" w14:textId="77777777" w:rsidR="00495879" w:rsidRDefault="00000000">
      <w:pPr>
        <w:pStyle w:val="Listepuces"/>
      </w:pPr>
      <w:r>
        <w:lastRenderedPageBreak/>
        <w:t>Leadership team alignment workshops</w:t>
      </w:r>
    </w:p>
    <w:p w14:paraId="7B2A370D" w14:textId="77777777" w:rsidR="00495879" w:rsidRDefault="00000000">
      <w:pPr>
        <w:pStyle w:val="Listepuces"/>
      </w:pPr>
      <w:r>
        <w:t>Communication cascade plan</w:t>
      </w:r>
    </w:p>
    <w:p w14:paraId="1D8ED61A" w14:textId="77777777" w:rsidR="00495879" w:rsidRDefault="00000000">
      <w:pPr>
        <w:pStyle w:val="Listepuces"/>
      </w:pPr>
      <w:r>
        <w:t>OKRs et KPIs definition</w:t>
      </w:r>
    </w:p>
    <w:p w14:paraId="0BB857F9" w14:textId="77777777" w:rsidR="00495879" w:rsidRDefault="00000000">
      <w:pPr>
        <w:pStyle w:val="Listepuces"/>
      </w:pPr>
      <w:r>
        <w:t>Accountability frameworks</w:t>
      </w:r>
    </w:p>
    <w:p w14:paraId="3A13AB99" w14:textId="77777777" w:rsidR="00495879" w:rsidRDefault="00000000">
      <w:pPr>
        <w:pStyle w:val="Listenumros"/>
      </w:pPr>
      <w:r>
        <w:t>**ACCELERATE** (Semaines 21-40): Exécution initiatives</w:t>
      </w:r>
    </w:p>
    <w:p w14:paraId="1FAAD2A4" w14:textId="77777777" w:rsidR="00495879" w:rsidRDefault="00000000">
      <w:pPr>
        <w:pStyle w:val="Listepuces"/>
      </w:pPr>
      <w:r>
        <w:t>Sprint-based implementation (6 sprints × 6-8 semaines)</w:t>
      </w:r>
    </w:p>
    <w:p w14:paraId="775FB10C" w14:textId="77777777" w:rsidR="00495879" w:rsidRDefault="00000000">
      <w:pPr>
        <w:pStyle w:val="Listepuces"/>
      </w:pPr>
      <w:r>
        <w:t>Bi-weekly coaching &amp; course correction</w:t>
      </w:r>
    </w:p>
    <w:p w14:paraId="2D18008A" w14:textId="77777777" w:rsidR="00495879" w:rsidRDefault="00000000">
      <w:pPr>
        <w:pStyle w:val="Listepuces"/>
      </w:pPr>
      <w:r>
        <w:t>Quarterly strategy reviews</w:t>
      </w:r>
    </w:p>
    <w:p w14:paraId="0CD96642" w14:textId="77777777" w:rsidR="00495879" w:rsidRDefault="00000000">
      <w:pPr>
        <w:pStyle w:val="Listepuces"/>
      </w:pPr>
      <w:r>
        <w:t>Wins celebration &amp; learning capture</w:t>
      </w:r>
    </w:p>
    <w:p w14:paraId="0B34A754" w14:textId="77777777" w:rsidR="00495879" w:rsidRDefault="00000000">
      <w:pPr>
        <w:pStyle w:val="Listenumros"/>
      </w:pPr>
      <w:r>
        <w:t>**AMPLIFY** (Semaines 41-52): Sustain &amp; optimize</w:t>
      </w:r>
    </w:p>
    <w:p w14:paraId="7E040193" w14:textId="77777777" w:rsidR="00495879" w:rsidRDefault="00000000">
      <w:pPr>
        <w:pStyle w:val="Listepuces"/>
      </w:pPr>
      <w:r>
        <w:t>Systems documentation</w:t>
      </w:r>
    </w:p>
    <w:p w14:paraId="7ABD7037" w14:textId="77777777" w:rsidR="00495879" w:rsidRDefault="00000000">
      <w:pPr>
        <w:pStyle w:val="Listepuces"/>
      </w:pPr>
      <w:r>
        <w:t>Leadership capability building</w:t>
      </w:r>
    </w:p>
    <w:p w14:paraId="5086EC16" w14:textId="77777777" w:rsidR="00495879" w:rsidRDefault="00000000">
      <w:pPr>
        <w:pStyle w:val="Listepuces"/>
      </w:pPr>
      <w:r>
        <w:t>Performance optimization</w:t>
      </w:r>
    </w:p>
    <w:p w14:paraId="631BD671" w14:textId="77777777" w:rsidR="00495879" w:rsidRDefault="00000000">
      <w:pPr>
        <w:pStyle w:val="Listepuces"/>
      </w:pPr>
      <w:r>
        <w:t>Préparation phase suivante ($10M → $50M)</w:t>
      </w:r>
    </w:p>
    <w:p w14:paraId="3DFE8DB5" w14:textId="77777777" w:rsidR="00495879" w:rsidRDefault="00000000">
      <w:r>
        <w:rPr>
          <w:b/>
        </w:rPr>
        <w:t>Différenciateur</w:t>
      </w:r>
      <w:r>
        <w:t>: Framework éprouvé, step-by-step, avec tools &amp; templates à chaque phase.</w:t>
      </w:r>
    </w:p>
    <w:p w14:paraId="698F3EBB" w14:textId="77777777" w:rsidR="00495879" w:rsidRDefault="00000000">
      <w:pPr>
        <w:pStyle w:val="Titre4"/>
      </w:pPr>
      <w:r>
        <w:t>Digital Transformation Canvas™</w:t>
      </w:r>
    </w:p>
    <w:p w14:paraId="37666DF1" w14:textId="77777777" w:rsidR="00495879" w:rsidRDefault="00000000">
      <w:r>
        <w:rPr>
          <w:b/>
        </w:rPr>
        <w:t>Méthodologie 90 Jours pour PME</w:t>
      </w:r>
    </w:p>
    <w:p w14:paraId="6F948081" w14:textId="77777777" w:rsidR="00495879" w:rsidRDefault="00000000">
      <w:r>
        <w:rPr>
          <w:b/>
        </w:rPr>
        <w:t>3 Horizons</w:t>
      </w:r>
      <w:r>
        <w:t>:</w:t>
      </w:r>
    </w:p>
    <w:p w14:paraId="2F12B96B" w14:textId="77777777" w:rsidR="00495879" w:rsidRDefault="00000000">
      <w:pPr>
        <w:pStyle w:val="Listepuces"/>
      </w:pPr>
      <w:r>
        <w:t>**H1 (0-30 jours)**: Quick wins digitaux (automation workflows simples, CRM basic)</w:t>
      </w:r>
    </w:p>
    <w:p w14:paraId="7C600EB7" w14:textId="77777777" w:rsidR="00495879" w:rsidRDefault="00000000">
      <w:pPr>
        <w:pStyle w:val="Listepuces"/>
      </w:pPr>
      <w:r>
        <w:t>**H2 (30-60 jours)**: Intermediate transformation (outils collaboration, analytics)</w:t>
      </w:r>
    </w:p>
    <w:p w14:paraId="0C218250" w14:textId="77777777" w:rsidR="00495879" w:rsidRDefault="00000000">
      <w:pPr>
        <w:pStyle w:val="Listepuces"/>
      </w:pPr>
      <w:r>
        <w:t>**H3 (60-90 jours)**: Advanced capabilities (AI integration, advanced automation)</w:t>
      </w:r>
    </w:p>
    <w:p w14:paraId="7C90E60A" w14:textId="77777777" w:rsidR="00495879" w:rsidRDefault="00000000">
      <w:r>
        <w:rPr>
          <w:b/>
        </w:rPr>
        <w:t>Phases</w:t>
      </w:r>
      <w:r>
        <w:t>:</w:t>
      </w:r>
    </w:p>
    <w:p w14:paraId="5DD60990" w14:textId="77777777" w:rsidR="00495879" w:rsidRDefault="00000000">
      <w:pPr>
        <w:pStyle w:val="Listenumros"/>
      </w:pPr>
      <w:r>
        <w:t>Digital Maturity Assessment (score 1-100)</w:t>
      </w:r>
    </w:p>
    <w:p w14:paraId="7739C3EF" w14:textId="77777777" w:rsidR="00495879" w:rsidRDefault="00000000">
      <w:pPr>
        <w:pStyle w:val="Listenumros"/>
      </w:pPr>
      <w:r>
        <w:t>Opportunity Prioritization (impact vs effort matrix)</w:t>
      </w:r>
    </w:p>
    <w:p w14:paraId="7E1E93DE" w14:textId="77777777" w:rsidR="00495879" w:rsidRDefault="00000000">
      <w:pPr>
        <w:pStyle w:val="Listenumros"/>
      </w:pPr>
      <w:r>
        <w:t>Transformation Roadmap (initiatives sequenced)</w:t>
      </w:r>
    </w:p>
    <w:p w14:paraId="761BA926" w14:textId="77777777" w:rsidR="00495879" w:rsidRDefault="00000000">
      <w:pPr>
        <w:pStyle w:val="Listenumros"/>
      </w:pPr>
      <w:r>
        <w:t>Implementation Sprints (2-week sprints)</w:t>
      </w:r>
    </w:p>
    <w:p w14:paraId="1E35209A" w14:textId="77777777" w:rsidR="00495879" w:rsidRDefault="00000000">
      <w:pPr>
        <w:pStyle w:val="Listenumros"/>
      </w:pPr>
      <w:r>
        <w:t>Change Management (communication, training, adoption)</w:t>
      </w:r>
    </w:p>
    <w:p w14:paraId="773068EB" w14:textId="77777777" w:rsidR="00495879" w:rsidRDefault="00000000">
      <w:pPr>
        <w:pStyle w:val="Titre4"/>
      </w:pPr>
      <w:r>
        <w:t>Sustainable Leadership System™</w:t>
      </w:r>
    </w:p>
    <w:p w14:paraId="1735E953" w14:textId="77777777" w:rsidR="00495879" w:rsidRDefault="00000000">
      <w:r>
        <w:rPr>
          <w:b/>
        </w:rPr>
        <w:t>Prévention Burnout &amp; Performance Durable</w:t>
      </w:r>
    </w:p>
    <w:p w14:paraId="0A44C2A3" w14:textId="77777777" w:rsidR="00495879" w:rsidRDefault="00000000">
      <w:r>
        <w:rPr>
          <w:b/>
        </w:rPr>
        <w:t>4 Piliers</w:t>
      </w:r>
      <w:r>
        <w:t>:</w:t>
      </w:r>
    </w:p>
    <w:p w14:paraId="0AEBA482" w14:textId="77777777" w:rsidR="00495879" w:rsidRDefault="00000000">
      <w:pPr>
        <w:pStyle w:val="Listenumros"/>
      </w:pPr>
      <w:r>
        <w:t>**Energy Management**: Stratégies pour énergie physique, émotionnelle, mentale, spirituelle</w:t>
      </w:r>
    </w:p>
    <w:p w14:paraId="0D12D909" w14:textId="77777777" w:rsidR="00495879" w:rsidRDefault="00000000">
      <w:pPr>
        <w:pStyle w:val="Listenumros"/>
      </w:pPr>
      <w:r>
        <w:t>**Time Architecture**: Design semaine idéale, protection temps stratégique, délégation smart</w:t>
      </w:r>
    </w:p>
    <w:p w14:paraId="271CDE86" w14:textId="77777777" w:rsidR="00495879" w:rsidRDefault="00000000">
      <w:pPr>
        <w:pStyle w:val="Listenumros"/>
      </w:pPr>
      <w:r>
        <w:lastRenderedPageBreak/>
        <w:t>**Mindset Mastery**: Growth mindset, stress resilience, emotional intelligence</w:t>
      </w:r>
    </w:p>
    <w:p w14:paraId="1991939F" w14:textId="77777777" w:rsidR="00495879" w:rsidRDefault="00000000">
      <w:pPr>
        <w:pStyle w:val="Listenumros"/>
      </w:pPr>
      <w:r>
        <w:t>**Support Systems**: Peer networks, mentoring, coaching, family alignment</w:t>
      </w:r>
    </w:p>
    <w:p w14:paraId="00D9058B" w14:textId="77777777" w:rsidR="00495879" w:rsidRDefault="00000000">
      <w:r>
        <w:rPr>
          <w:b/>
        </w:rPr>
        <w:t>Différenciateur</w:t>
      </w:r>
      <w:r>
        <w:t>: Pas juste "work smarter", mais systèmes complets pour sustainable performance.</w:t>
      </w:r>
    </w:p>
    <w:p w14:paraId="20B6639D" w14:textId="77777777" w:rsidR="00495879" w:rsidRDefault="00000000">
      <w:pPr>
        <w:pStyle w:val="Titre3"/>
      </w:pPr>
      <w:r>
        <w:t>3. Hybrid Delivery Excellence</w:t>
      </w:r>
    </w:p>
    <w:p w14:paraId="101847C5" w14:textId="77777777" w:rsidR="00495879" w:rsidRDefault="00000000">
      <w:r>
        <w:rPr>
          <w:b/>
        </w:rPr>
        <w:t>Le Meilleur des Deux Mondes</w:t>
      </w:r>
    </w:p>
    <w:p w14:paraId="0E86055B" w14:textId="77777777" w:rsidR="00495879" w:rsidRDefault="00000000">
      <w:r>
        <w:rPr>
          <w:b/>
        </w:rPr>
        <w:t>80% Virtual</w:t>
      </w:r>
      <w:r>
        <w:t>:</w:t>
      </w:r>
    </w:p>
    <w:p w14:paraId="46883968" w14:textId="77777777" w:rsidR="00495879" w:rsidRDefault="00000000">
      <w:pPr>
        <w:pStyle w:val="Listepuces"/>
      </w:pPr>
      <w:r>
        <w:t>Flexibilité et accessibilité</w:t>
      </w:r>
    </w:p>
    <w:p w14:paraId="730F1598" w14:textId="77777777" w:rsidR="00495879" w:rsidRDefault="00000000">
      <w:pPr>
        <w:pStyle w:val="Listepuces"/>
      </w:pPr>
      <w:r>
        <w:t>Coûts réduits (pas travel)</w:t>
      </w:r>
    </w:p>
    <w:p w14:paraId="24BC6367" w14:textId="77777777" w:rsidR="00495879" w:rsidRDefault="00000000">
      <w:pPr>
        <w:pStyle w:val="Listepuces"/>
      </w:pPr>
      <w:r>
        <w:t>Enregistrements sessions pour review</w:t>
      </w:r>
    </w:p>
    <w:p w14:paraId="6A3E3192" w14:textId="77777777" w:rsidR="00495879" w:rsidRDefault="00000000">
      <w:pPr>
        <w:pStyle w:val="Listepuces"/>
      </w:pPr>
      <w:r>
        <w:t>Chat/email asynchrone entre sessions</w:t>
      </w:r>
    </w:p>
    <w:p w14:paraId="6F008EFE" w14:textId="77777777" w:rsidR="00495879" w:rsidRDefault="00000000">
      <w:pPr>
        <w:pStyle w:val="Listepuces"/>
      </w:pPr>
      <w:r>
        <w:t>Scale national/international facile</w:t>
      </w:r>
    </w:p>
    <w:p w14:paraId="037AA821" w14:textId="77777777" w:rsidR="00495879" w:rsidRDefault="00000000">
      <w:r>
        <w:rPr>
          <w:b/>
        </w:rPr>
        <w:t>20% Présentiel Stratégique</w:t>
      </w:r>
      <w:r>
        <w:t>:</w:t>
      </w:r>
    </w:p>
    <w:p w14:paraId="1390A53A" w14:textId="77777777" w:rsidR="00495879" w:rsidRDefault="00000000">
      <w:pPr>
        <w:pStyle w:val="Listepuces"/>
      </w:pPr>
      <w:r>
        <w:t>Ateliers trimestriels immersifs (2 jours)</w:t>
      </w:r>
    </w:p>
    <w:p w14:paraId="2F1F4E21" w14:textId="77777777" w:rsidR="00495879" w:rsidRDefault="00000000">
      <w:pPr>
        <w:pStyle w:val="Listepuces"/>
      </w:pPr>
      <w:r>
        <w:t>Team workshops on-site au besoin</w:t>
      </w:r>
    </w:p>
    <w:p w14:paraId="5F051A55" w14:textId="77777777" w:rsidR="00495879" w:rsidRDefault="00000000">
      <w:pPr>
        <w:pStyle w:val="Listepuces"/>
      </w:pPr>
      <w:r>
        <w:t>Executive retreats annuels (networking, deep strategy)</w:t>
      </w:r>
    </w:p>
    <w:p w14:paraId="61D0209E" w14:textId="77777777" w:rsidR="00495879" w:rsidRDefault="00000000">
      <w:pPr>
        <w:pStyle w:val="Listepuces"/>
      </w:pPr>
      <w:r>
        <w:t>High-touch moments qui comptent</w:t>
      </w:r>
    </w:p>
    <w:p w14:paraId="08804344" w14:textId="77777777" w:rsidR="00495879" w:rsidRDefault="00000000">
      <w:r>
        <w:rPr>
          <w:b/>
        </w:rPr>
        <w:t>Résultat</w:t>
      </w:r>
      <w:r>
        <w:t>:</w:t>
      </w:r>
    </w:p>
    <w:p w14:paraId="3BA13077" w14:textId="77777777" w:rsidR="00495879" w:rsidRDefault="00000000">
      <w:pPr>
        <w:pStyle w:val="Listepuces"/>
      </w:pPr>
      <w:r>
        <w:t>Clients ont feeling "boutique personalized"</w:t>
      </w:r>
    </w:p>
    <w:p w14:paraId="31CD17E1" w14:textId="77777777" w:rsidR="00495879" w:rsidRDefault="00000000">
      <w:pPr>
        <w:pStyle w:val="Listepuces"/>
      </w:pPr>
      <w:r>
        <w:t>Mais nous avons economics "scalable digital business"</w:t>
      </w:r>
    </w:p>
    <w:p w14:paraId="2419D3A1" w14:textId="77777777" w:rsidR="00495879" w:rsidRDefault="00000000">
      <w:pPr>
        <w:pStyle w:val="Titre3"/>
      </w:pPr>
      <w:r>
        <w:t>4. Niche Expertise</w:t>
      </w:r>
    </w:p>
    <w:p w14:paraId="0DD88682" w14:textId="77777777" w:rsidR="00495879" w:rsidRDefault="00000000">
      <w:r>
        <w:rPr>
          <w:b/>
        </w:rPr>
        <w:t>Spécialisation = Commandation Premium Pricing</w:t>
      </w:r>
    </w:p>
    <w:p w14:paraId="46ACD37C" w14:textId="77777777" w:rsidR="00495879" w:rsidRDefault="00000000">
      <w:r>
        <w:t>Plutôt que être généralistes (comme 78% du marché), GBCM se spécialise:</w:t>
      </w:r>
    </w:p>
    <w:p w14:paraId="6F3A26F8" w14:textId="77777777" w:rsidR="00495879" w:rsidRDefault="00000000">
      <w:pPr>
        <w:pStyle w:val="Listenumros"/>
      </w:pPr>
      <w:r>
        <w:t>**Digital Transformation for SMBs**</w:t>
      </w:r>
    </w:p>
    <w:p w14:paraId="24F5D9A7" w14:textId="77777777" w:rsidR="00495879" w:rsidRDefault="00000000">
      <w:pPr>
        <w:pStyle w:val="Listepuces"/>
      </w:pPr>
      <w:r>
        <w:t>Expertise spécifique tech stack PME</w:t>
      </w:r>
    </w:p>
    <w:p w14:paraId="06ABA254" w14:textId="77777777" w:rsidR="00495879" w:rsidRDefault="00000000">
      <w:pPr>
        <w:pStyle w:val="Listepuces"/>
      </w:pPr>
      <w:r>
        <w:t>Frameworks éprouvés</w:t>
      </w:r>
    </w:p>
    <w:p w14:paraId="017F2F03" w14:textId="77777777" w:rsidR="00495879" w:rsidRDefault="00000000">
      <w:pPr>
        <w:pStyle w:val="Listepuces"/>
      </w:pPr>
      <w:r>
        <w:t>ROI case studies</w:t>
      </w:r>
    </w:p>
    <w:p w14:paraId="073B25F0" w14:textId="77777777" w:rsidR="00495879" w:rsidRDefault="00000000">
      <w:pPr>
        <w:pStyle w:val="Listepuces"/>
      </w:pPr>
      <w:r>
        <w:t>Partnerships vendors tech</w:t>
      </w:r>
    </w:p>
    <w:p w14:paraId="032B233C" w14:textId="77777777" w:rsidR="00495879" w:rsidRDefault="00000000">
      <w:pPr>
        <w:pStyle w:val="Listenumros"/>
      </w:pPr>
      <w:r>
        <w:t>**Scale-Up Strategy**</w:t>
      </w:r>
    </w:p>
    <w:p w14:paraId="28F378DF" w14:textId="77777777" w:rsidR="00495879" w:rsidRDefault="00000000">
      <w:pPr>
        <w:pStyle w:val="Listepuces"/>
      </w:pPr>
      <w:r>
        <w:t>Playbooks spécifiques $1M→$10M, $10M→$50M</w:t>
      </w:r>
    </w:p>
    <w:p w14:paraId="1F70CA76" w14:textId="77777777" w:rsidR="00495879" w:rsidRDefault="00000000">
      <w:pPr>
        <w:pStyle w:val="Listepuces"/>
      </w:pPr>
      <w:r>
        <w:t>Network investors/M&amp;A pour clients</w:t>
      </w:r>
    </w:p>
    <w:p w14:paraId="4513CF9F" w14:textId="77777777" w:rsidR="00495879" w:rsidRDefault="00000000">
      <w:pPr>
        <w:pStyle w:val="Listepuces"/>
      </w:pPr>
      <w:r>
        <w:t>Best practices organisational design pour scale</w:t>
      </w:r>
    </w:p>
    <w:p w14:paraId="2410D22E" w14:textId="77777777" w:rsidR="00495879" w:rsidRDefault="00000000">
      <w:pPr>
        <w:pStyle w:val="Listepuces"/>
      </w:pPr>
      <w:r>
        <w:t>Unit economics optimization</w:t>
      </w:r>
    </w:p>
    <w:p w14:paraId="345BEE8D" w14:textId="77777777" w:rsidR="00495879" w:rsidRDefault="00000000">
      <w:pPr>
        <w:pStyle w:val="Listenumros"/>
      </w:pPr>
      <w:r>
        <w:lastRenderedPageBreak/>
        <w:t>**Leadership Development**</w:t>
      </w:r>
    </w:p>
    <w:p w14:paraId="45DB67C5" w14:textId="77777777" w:rsidR="00495879" w:rsidRDefault="00000000">
      <w:pPr>
        <w:pStyle w:val="Listepuces"/>
      </w:pPr>
      <w:r>
        <w:t>Méthodologies formation leaders (McKinsey, Google alums)</w:t>
      </w:r>
    </w:p>
    <w:p w14:paraId="0D28D486" w14:textId="77777777" w:rsidR="00495879" w:rsidRDefault="00000000">
      <w:pPr>
        <w:pStyle w:val="Listepuces"/>
      </w:pPr>
      <w:r>
        <w:t>360 assessments et coaching exécutif</w:t>
      </w:r>
    </w:p>
    <w:p w14:paraId="726DD7FE" w14:textId="77777777" w:rsidR="00495879" w:rsidRDefault="00000000">
      <w:pPr>
        <w:pStyle w:val="Listepuces"/>
      </w:pPr>
      <w:r>
        <w:t>Succession planning</w:t>
      </w:r>
    </w:p>
    <w:p w14:paraId="7B0417C4" w14:textId="77777777" w:rsidR="00495879" w:rsidRDefault="00000000">
      <w:pPr>
        <w:pStyle w:val="Listepuces"/>
      </w:pPr>
      <w:r>
        <w:t>Board readiness</w:t>
      </w:r>
    </w:p>
    <w:p w14:paraId="6710BB01" w14:textId="77777777" w:rsidR="00495879" w:rsidRDefault="00000000">
      <w:r>
        <w:rPr>
          <w:b/>
        </w:rPr>
        <w:t>Avantage</w:t>
      </w:r>
      <w:r>
        <w:t>: Clients paient 2-3x pour expert niche vs généraliste.</w:t>
      </w:r>
    </w:p>
    <w:p w14:paraId="07E2F87F" w14:textId="77777777" w:rsidR="00495879" w:rsidRDefault="00000000">
      <w:pPr>
        <w:pStyle w:val="Titre3"/>
      </w:pPr>
      <w:r>
        <w:t>5. Outcome-Based Alignment</w:t>
      </w:r>
    </w:p>
    <w:p w14:paraId="2963DF87" w14:textId="77777777" w:rsidR="00495879" w:rsidRDefault="00000000">
      <w:r>
        <w:rPr>
          <w:b/>
        </w:rPr>
        <w:t>Nous Partageons le Risque &amp; l'Upside</w:t>
      </w:r>
    </w:p>
    <w:p w14:paraId="77830B24" w14:textId="77777777" w:rsidR="00495879" w:rsidRDefault="00000000">
      <w:r>
        <w:rPr>
          <w:b/>
        </w:rPr>
        <w:t>Options Pricing</w:t>
      </w:r>
      <w:r>
        <w:t>:</w:t>
      </w:r>
    </w:p>
    <w:p w14:paraId="794F60C1" w14:textId="77777777" w:rsidR="00495879" w:rsidRDefault="00000000">
      <w:pPr>
        <w:pStyle w:val="Listenumros"/>
      </w:pPr>
      <w:r>
        <w:t>**Fixed Fee**: Tarif standard (ex: $23,997/an Scale package)</w:t>
      </w:r>
    </w:p>
    <w:p w14:paraId="753FD5E7" w14:textId="77777777" w:rsidR="00495879" w:rsidRDefault="00000000">
      <w:pPr>
        <w:pStyle w:val="Listenumros"/>
      </w:pPr>
      <w:r>
        <w:t>**Hybrid Fee + Success Fee**:</w:t>
      </w:r>
    </w:p>
    <w:p w14:paraId="2CFE009F" w14:textId="77777777" w:rsidR="00495879" w:rsidRDefault="00000000">
      <w:pPr>
        <w:pStyle w:val="Listepuces"/>
      </w:pPr>
      <w:r>
        <w:t>Base fee réduite (ex: $15,000)</w:t>
      </w:r>
    </w:p>
    <w:p w14:paraId="276A976C" w14:textId="77777777" w:rsidR="00495879" w:rsidRDefault="00000000">
      <w:pPr>
        <w:pStyle w:val="Listepuces"/>
      </w:pPr>
      <w:r>
        <w:t>+ Success fee basée sur outcomes:</w:t>
      </w:r>
    </w:p>
    <w:p w14:paraId="3F3FE4E6" w14:textId="77777777" w:rsidR="00495879" w:rsidRDefault="00000000">
      <w:pPr>
        <w:pStyle w:val="Listepuces"/>
      </w:pPr>
      <w:r>
        <w:t>Ex: 10% de l'augmentation revenue au-delà baseline</w:t>
      </w:r>
    </w:p>
    <w:p w14:paraId="113D1D28" w14:textId="77777777" w:rsidR="00495879" w:rsidRDefault="00000000">
      <w:pPr>
        <w:pStyle w:val="Listepuces"/>
      </w:pPr>
      <w:r>
        <w:t>Ex: $5,000 bonus si KPIs atteints (revenue, margin, team satisfaction)</w:t>
      </w:r>
    </w:p>
    <w:p w14:paraId="70943396" w14:textId="77777777" w:rsidR="00495879" w:rsidRDefault="00000000">
      <w:pPr>
        <w:pStyle w:val="Listenumros"/>
      </w:pPr>
      <w:r>
        <w:t>**Pure Success-Based** (cas rares):</w:t>
      </w:r>
    </w:p>
    <w:p w14:paraId="008BFA35" w14:textId="77777777" w:rsidR="00495879" w:rsidRDefault="00000000">
      <w:pPr>
        <w:pStyle w:val="Listepuces"/>
      </w:pPr>
      <w:r>
        <w:t>Pour clients très contraints cash mais gros potentiel</w:t>
      </w:r>
    </w:p>
    <w:p w14:paraId="150A6859" w14:textId="77777777" w:rsidR="00495879" w:rsidRDefault="00000000">
      <w:pPr>
        <w:pStyle w:val="Listepuces"/>
      </w:pPr>
      <w:r>
        <w:t>Ex: Advisory retainer payé en equity si startup</w:t>
      </w:r>
    </w:p>
    <w:p w14:paraId="4B51CE70" w14:textId="77777777" w:rsidR="00495879" w:rsidRDefault="00000000">
      <w:pPr>
        <w:pStyle w:val="Listepuces"/>
      </w:pPr>
      <w:r>
        <w:t>Ex: % revenue increase as fee</w:t>
      </w:r>
    </w:p>
    <w:p w14:paraId="1C697532" w14:textId="77777777" w:rsidR="00495879" w:rsidRDefault="00000000">
      <w:r>
        <w:rPr>
          <w:b/>
        </w:rPr>
        <w:t>Avantage Compétitif</w:t>
      </w:r>
      <w:r>
        <w:t>:</w:t>
      </w:r>
    </w:p>
    <w:p w14:paraId="14C1BA83" w14:textId="77777777" w:rsidR="00495879" w:rsidRDefault="00000000">
      <w:pPr>
        <w:pStyle w:val="Listepuces"/>
      </w:pPr>
      <w:r>
        <w:t>Montre confiance totale en notre capacité à délivrer résultats</w:t>
      </w:r>
    </w:p>
    <w:p w14:paraId="671CE1AB" w14:textId="77777777" w:rsidR="00495879" w:rsidRDefault="00000000">
      <w:pPr>
        <w:pStyle w:val="Listepuces"/>
      </w:pPr>
      <w:r>
        <w:t>Aligne incentives (nous gagnons seulement si client gagne)</w:t>
      </w:r>
    </w:p>
    <w:p w14:paraId="5A0A5228" w14:textId="77777777" w:rsidR="00495879" w:rsidRDefault="00000000">
      <w:pPr>
        <w:pStyle w:val="Listepuces"/>
      </w:pPr>
      <w:r>
        <w:t>Réduit risque perçu pour client</w:t>
      </w:r>
    </w:p>
    <w:p w14:paraId="58FEBE18" w14:textId="77777777" w:rsidR="00495879" w:rsidRDefault="00000000">
      <w:pPr>
        <w:pStyle w:val="Listepuces"/>
      </w:pPr>
      <w:r>
        <w:t>Permet fermer deals qui hésitent sur prix</w:t>
      </w:r>
    </w:p>
    <w:p w14:paraId="3FCF7855" w14:textId="77777777" w:rsidR="00495879" w:rsidRDefault="00000000">
      <w:r>
        <w:rPr>
          <w:b/>
        </w:rPr>
        <w:t>Note</w:t>
      </w:r>
      <w:r>
        <w:t>: 70-80% des clients choisissent fixed fee, mais option existe et différencie.</w:t>
      </w:r>
    </w:p>
    <w:p w14:paraId="15483803" w14:textId="77777777" w:rsidR="00495879" w:rsidRDefault="00000000">
      <w:r>
        <w:t>________________________________________________________________________________</w:t>
      </w:r>
    </w:p>
    <w:p w14:paraId="0E998A7C" w14:textId="77777777" w:rsidR="00495879" w:rsidRDefault="00000000">
      <w:pPr>
        <w:pStyle w:val="Titre2"/>
      </w:pPr>
      <w:r>
        <w:t>2.7 Company Culture &amp; Operating Principles</w:t>
      </w:r>
    </w:p>
    <w:p w14:paraId="33625DC9" w14:textId="77777777" w:rsidR="00495879" w:rsidRDefault="00000000">
      <w:pPr>
        <w:pStyle w:val="Titre3"/>
      </w:pPr>
      <w:r>
        <w:t>Work Environment</w:t>
      </w:r>
    </w:p>
    <w:p w14:paraId="5FB4BE56" w14:textId="77777777" w:rsidR="00495879" w:rsidRDefault="00000000">
      <w:r>
        <w:rPr>
          <w:b/>
        </w:rPr>
        <w:t>Remote-First, Location-Flexible</w:t>
      </w:r>
      <w:r>
        <w:t>:</w:t>
      </w:r>
    </w:p>
    <w:p w14:paraId="33F6CCAC" w14:textId="77777777" w:rsidR="00495879" w:rsidRDefault="00000000">
      <w:pPr>
        <w:pStyle w:val="Listepuces"/>
      </w:pPr>
      <w:r>
        <w:t>Équipe peut travailler d'où elle veut (US-based préféré pour timezone)</w:t>
      </w:r>
    </w:p>
    <w:p w14:paraId="1E16BDC0" w14:textId="77777777" w:rsidR="00495879" w:rsidRDefault="00000000">
      <w:pPr>
        <w:pStyle w:val="Listepuces"/>
      </w:pPr>
      <w:r>
        <w:t>Bureaux/coworking optionnels (budget $300/mois/personne si souhaité)</w:t>
      </w:r>
    </w:p>
    <w:p w14:paraId="697A2B5D" w14:textId="77777777" w:rsidR="00495879" w:rsidRDefault="00000000">
      <w:pPr>
        <w:pStyle w:val="Listepuces"/>
      </w:pPr>
      <w:r>
        <w:t>Quarterly team retreats en présentiel (2 jours, lieu rotatif)</w:t>
      </w:r>
    </w:p>
    <w:p w14:paraId="0EDE8CF8" w14:textId="77777777" w:rsidR="00495879" w:rsidRDefault="00000000">
      <w:r>
        <w:rPr>
          <w:b/>
        </w:rPr>
        <w:lastRenderedPageBreak/>
        <w:t>Asynchronous-Friendly</w:t>
      </w:r>
      <w:r>
        <w:t>:</w:t>
      </w:r>
    </w:p>
    <w:p w14:paraId="0AD2B514" w14:textId="77777777" w:rsidR="00495879" w:rsidRDefault="00000000">
      <w:pPr>
        <w:pStyle w:val="Listepuces"/>
      </w:pPr>
      <w:r>
        <w:t>Minimiser meetings, favoriser documentation écrite</w:t>
      </w:r>
    </w:p>
    <w:p w14:paraId="50796F78" w14:textId="77777777" w:rsidR="00495879" w:rsidRDefault="00000000">
      <w:pPr>
        <w:pStyle w:val="Listepuces"/>
      </w:pPr>
      <w:r>
        <w:t>Tools: Slack, Notion, Loom (vidéos async)</w:t>
      </w:r>
    </w:p>
    <w:p w14:paraId="5DB63911" w14:textId="77777777" w:rsidR="00495879" w:rsidRDefault="00000000">
      <w:pPr>
        <w:pStyle w:val="Listepuces"/>
      </w:pPr>
      <w:r>
        <w:t>Core hours overlap: 10am-2pm ET pour collaboration si nécessaire</w:t>
      </w:r>
    </w:p>
    <w:p w14:paraId="32B81F49" w14:textId="77777777" w:rsidR="00495879" w:rsidRDefault="00000000">
      <w:pPr>
        <w:pStyle w:val="Titre3"/>
      </w:pPr>
      <w:r>
        <w:t>Client-Centric Operations</w:t>
      </w:r>
    </w:p>
    <w:p w14:paraId="5C9512C1" w14:textId="77777777" w:rsidR="00495879" w:rsidRDefault="00000000">
      <w:r>
        <w:rPr>
          <w:b/>
        </w:rPr>
        <w:t>Obsession Client Success</w:t>
      </w:r>
      <w:r>
        <w:t>:</w:t>
      </w:r>
    </w:p>
    <w:p w14:paraId="5DFD4AC8" w14:textId="77777777" w:rsidR="00495879" w:rsidRDefault="00000000">
      <w:pPr>
        <w:pStyle w:val="Listepuces"/>
      </w:pPr>
      <w:r>
        <w:t>NPS (Net Promoter Score) mesuré trimestriellement, target 70+</w:t>
      </w:r>
    </w:p>
    <w:p w14:paraId="592ABE3C" w14:textId="77777777" w:rsidR="00495879" w:rsidRDefault="00000000">
      <w:pPr>
        <w:pStyle w:val="Listepuces"/>
      </w:pPr>
      <w:r>
        <w:t>Chaque coach a max 15 clients actifs (pour attention quality)</w:t>
      </w:r>
    </w:p>
    <w:p w14:paraId="57D0ECFF" w14:textId="77777777" w:rsidR="00495879" w:rsidRDefault="00000000">
      <w:pPr>
        <w:pStyle w:val="Listepuces"/>
      </w:pPr>
      <w:r>
        <w:t>Response time &lt;24h ouvrables pour questions clients</w:t>
      </w:r>
    </w:p>
    <w:p w14:paraId="0520CD61" w14:textId="77777777" w:rsidR="00495879" w:rsidRDefault="00000000">
      <w:pPr>
        <w:pStyle w:val="Listepuces"/>
      </w:pPr>
      <w:r>
        <w:t>Client success calls 30 jours après démarrage (check-in proactif)</w:t>
      </w:r>
    </w:p>
    <w:p w14:paraId="5673B470" w14:textId="77777777" w:rsidR="00495879" w:rsidRDefault="00000000">
      <w:r>
        <w:rPr>
          <w:b/>
        </w:rPr>
        <w:t>Continuous Improvement</w:t>
      </w:r>
      <w:r>
        <w:t>:</w:t>
      </w:r>
    </w:p>
    <w:p w14:paraId="2FDE215A" w14:textId="77777777" w:rsidR="00495879" w:rsidRDefault="00000000">
      <w:pPr>
        <w:pStyle w:val="Listepuces"/>
      </w:pPr>
      <w:r>
        <w:t>Retrospectives post chaque programme</w:t>
      </w:r>
    </w:p>
    <w:p w14:paraId="77B24C6A" w14:textId="77777777" w:rsidR="00495879" w:rsidRDefault="00000000">
      <w:pPr>
        <w:pStyle w:val="Listepuces"/>
      </w:pPr>
      <w:r>
        <w:t>Client feedback collecté et intégré dans updates méthodologies</w:t>
      </w:r>
    </w:p>
    <w:p w14:paraId="0E2A6CBB" w14:textId="77777777" w:rsidR="00495879" w:rsidRDefault="00000000">
      <w:pPr>
        <w:pStyle w:val="Listepuces"/>
      </w:pPr>
      <w:r>
        <w:t>Innovation sprints trimestriels (1 semaine focus amélioration interne)</w:t>
      </w:r>
    </w:p>
    <w:p w14:paraId="0C99FCE8" w14:textId="77777777" w:rsidR="00495879" w:rsidRDefault="00000000">
      <w:pPr>
        <w:pStyle w:val="Titre3"/>
      </w:pPr>
      <w:r>
        <w:t>Team Development</w:t>
      </w:r>
    </w:p>
    <w:p w14:paraId="0A8801E3" w14:textId="77777777" w:rsidR="00495879" w:rsidRDefault="00000000">
      <w:r>
        <w:rPr>
          <w:b/>
        </w:rPr>
        <w:t>Learning Organization</w:t>
      </w:r>
      <w:r>
        <w:t>:</w:t>
      </w:r>
    </w:p>
    <w:p w14:paraId="1EBD1E62" w14:textId="77777777" w:rsidR="00495879" w:rsidRDefault="00000000">
      <w:pPr>
        <w:pStyle w:val="Listepuces"/>
      </w:pPr>
      <w:r>
        <w:t>Budget formation continue: $2,000/employé/an</w:t>
      </w:r>
    </w:p>
    <w:p w14:paraId="584362ED" w14:textId="77777777" w:rsidR="00495879" w:rsidRDefault="00000000">
      <w:pPr>
        <w:pStyle w:val="Listepuces"/>
      </w:pPr>
      <w:r>
        <w:t>Weekly "Lunch &amp; Learn" interne (1h, peer teaching)</w:t>
      </w:r>
    </w:p>
    <w:p w14:paraId="2C370952" w14:textId="77777777" w:rsidR="00495879" w:rsidRDefault="00000000">
      <w:pPr>
        <w:pStyle w:val="Listepuces"/>
      </w:pPr>
      <w:r>
        <w:t>Certifications encouragées et sponsorisées</w:t>
      </w:r>
    </w:p>
    <w:p w14:paraId="566D65DB" w14:textId="77777777" w:rsidR="00495879" w:rsidRDefault="00000000">
      <w:pPr>
        <w:pStyle w:val="Listepuces"/>
      </w:pPr>
      <w:r>
        <w:t>Participation conférences industrie (1-2/an)</w:t>
      </w:r>
    </w:p>
    <w:p w14:paraId="3DE95EF2" w14:textId="77777777" w:rsidR="00495879" w:rsidRDefault="00000000">
      <w:r>
        <w:rPr>
          <w:b/>
        </w:rPr>
        <w:t>Career Pathways</w:t>
      </w:r>
      <w:r>
        <w:t>:</w:t>
      </w:r>
    </w:p>
    <w:p w14:paraId="3CEC4254" w14:textId="77777777" w:rsidR="00495879" w:rsidRDefault="00000000">
      <w:pPr>
        <w:pStyle w:val="Listepuces"/>
      </w:pPr>
      <w:r>
        <w:t>Individual Contributor track: Coach → Senior Coach → Principal Coach</w:t>
      </w:r>
    </w:p>
    <w:p w14:paraId="4EB9773E" w14:textId="77777777" w:rsidR="00495879" w:rsidRDefault="00000000">
      <w:pPr>
        <w:pStyle w:val="Listepuces"/>
      </w:pPr>
      <w:r>
        <w:t>Management track: Coach → Lead Coach → Director → VP</w:t>
      </w:r>
    </w:p>
    <w:p w14:paraId="3C20607D" w14:textId="77777777" w:rsidR="00495879" w:rsidRDefault="00000000">
      <w:pPr>
        <w:pStyle w:val="Listepuces"/>
      </w:pPr>
      <w:r>
        <w:t>Clear rubrics pour promotion (skills, impact, leadership)</w:t>
      </w:r>
    </w:p>
    <w:p w14:paraId="41226284" w14:textId="77777777" w:rsidR="00495879" w:rsidRDefault="00000000">
      <w:pPr>
        <w:pStyle w:val="Titre3"/>
      </w:pPr>
      <w:r>
        <w:t>Compensation Philosophy</w:t>
      </w:r>
    </w:p>
    <w:p w14:paraId="5F2A4A40" w14:textId="77777777" w:rsidR="00495879" w:rsidRDefault="00000000">
      <w:r>
        <w:rPr>
          <w:b/>
        </w:rPr>
        <w:t>Above-Market, Performance-Aligned</w:t>
      </w:r>
      <w:r>
        <w:t>:</w:t>
      </w:r>
    </w:p>
    <w:p w14:paraId="746F7375" w14:textId="77777777" w:rsidR="00495879" w:rsidRDefault="00000000">
      <w:pPr>
        <w:pStyle w:val="Listepuces"/>
      </w:pPr>
      <w:r>
        <w:t>Base salaries: 75th percentile du marché</w:t>
      </w:r>
    </w:p>
    <w:p w14:paraId="72AD3328" w14:textId="77777777" w:rsidR="00495879" w:rsidRDefault="00000000">
      <w:pPr>
        <w:pStyle w:val="Listepuces"/>
      </w:pPr>
      <w:r>
        <w:t>Performance bonuses: 10-20% base (basé sur company &amp; individual goals)</w:t>
      </w:r>
    </w:p>
    <w:p w14:paraId="799075D8" w14:textId="77777777" w:rsidR="00495879" w:rsidRDefault="00000000">
      <w:pPr>
        <w:pStyle w:val="Listepuces"/>
      </w:pPr>
      <w:r>
        <w:t>Equity/Profit-sharing à partir An 2 (10-15% profits distribués)</w:t>
      </w:r>
    </w:p>
    <w:p w14:paraId="3605EA76" w14:textId="77777777" w:rsidR="00495879" w:rsidRDefault="00000000">
      <w:pPr>
        <w:pStyle w:val="Listepuces"/>
      </w:pPr>
      <w:r>
        <w:t>Benefits premium: Health, dental, vision, 401k match</w:t>
      </w:r>
    </w:p>
    <w:p w14:paraId="1C00889C" w14:textId="77777777" w:rsidR="00495879" w:rsidRDefault="00000000">
      <w:r>
        <w:rPr>
          <w:b/>
        </w:rPr>
        <w:t>Transparency</w:t>
      </w:r>
      <w:r>
        <w:t>:</w:t>
      </w:r>
    </w:p>
    <w:p w14:paraId="5B85970C" w14:textId="77777777" w:rsidR="00495879" w:rsidRDefault="00000000">
      <w:pPr>
        <w:pStyle w:val="Listepuces"/>
      </w:pPr>
      <w:r>
        <w:t>Salary bands publiés en interne</w:t>
      </w:r>
    </w:p>
    <w:p w14:paraId="2F00810D" w14:textId="77777777" w:rsidR="00495879" w:rsidRDefault="00000000">
      <w:pPr>
        <w:pStyle w:val="Listepuces"/>
      </w:pPr>
      <w:r>
        <w:t>Formulas bonus claires et prévisibles</w:t>
      </w:r>
    </w:p>
    <w:p w14:paraId="41639375" w14:textId="77777777" w:rsidR="00495879" w:rsidRDefault="00000000">
      <w:pPr>
        <w:pStyle w:val="Listepuces"/>
      </w:pPr>
      <w:r>
        <w:lastRenderedPageBreak/>
        <w:t>Company financials partagés trimestriellement (open-book management)</w:t>
      </w:r>
    </w:p>
    <w:p w14:paraId="241CD123" w14:textId="77777777" w:rsidR="00495879" w:rsidRDefault="00000000">
      <w:r>
        <w:t>________________________________________________________________________________</w:t>
      </w:r>
    </w:p>
    <w:p w14:paraId="008FF932" w14:textId="77777777" w:rsidR="00495879" w:rsidRDefault="00000000">
      <w:pPr>
        <w:pStyle w:val="Titre2"/>
      </w:pPr>
      <w:r>
        <w:t>2.8 Facilities &amp; Infrastructure</w:t>
      </w:r>
    </w:p>
    <w:p w14:paraId="2E579F99" w14:textId="77777777" w:rsidR="00495879" w:rsidRDefault="00000000">
      <w:pPr>
        <w:pStyle w:val="Titre3"/>
      </w:pPr>
      <w:r>
        <w:t>Year 1 (2026): Lean &amp; Agile</w:t>
      </w:r>
    </w:p>
    <w:p w14:paraId="72927F68" w14:textId="77777777" w:rsidR="00495879" w:rsidRDefault="00000000">
      <w:r>
        <w:rPr>
          <w:b/>
        </w:rPr>
        <w:t>Office</w:t>
      </w:r>
      <w:r>
        <w:t>:</w:t>
      </w:r>
    </w:p>
    <w:p w14:paraId="792EA16A" w14:textId="77777777" w:rsidR="00495879" w:rsidRDefault="00000000">
      <w:pPr>
        <w:pStyle w:val="Listepuces"/>
      </w:pPr>
      <w:r>
        <w:t>**Founder**: Home office + coworking membership PRN</w:t>
      </w:r>
    </w:p>
    <w:p w14:paraId="0CF36602" w14:textId="77777777" w:rsidR="00495879" w:rsidRDefault="00000000">
      <w:pPr>
        <w:pStyle w:val="Listepuces"/>
      </w:pPr>
      <w:r>
        <w:t>**Budget**: $1,000/an coworking (WeWork, Industrious)</w:t>
      </w:r>
    </w:p>
    <w:p w14:paraId="709D0FFF" w14:textId="77777777" w:rsidR="00495879" w:rsidRDefault="00000000">
      <w:r>
        <w:rPr>
          <w:b/>
        </w:rPr>
        <w:t>Technology Infrastructure</w:t>
      </w:r>
      <w:r>
        <w:t>:</w:t>
      </w:r>
    </w:p>
    <w:p w14:paraId="547BAF75" w14:textId="77777777" w:rsidR="00495879" w:rsidRDefault="00000000">
      <w:pPr>
        <w:pStyle w:val="Listepuces"/>
      </w:pPr>
      <w:r>
        <w:t>Cloud-based (AWS ou Google Cloud)</w:t>
      </w:r>
    </w:p>
    <w:p w14:paraId="2807053B" w14:textId="77777777" w:rsidR="00495879" w:rsidRDefault="00000000">
      <w:pPr>
        <w:pStyle w:val="Listepuces"/>
      </w:pPr>
      <w:r>
        <w:t>SaaS tools (voir section 6 Technology)</w:t>
      </w:r>
    </w:p>
    <w:p w14:paraId="3060673A" w14:textId="77777777" w:rsidR="00495879" w:rsidRDefault="00000000">
      <w:pPr>
        <w:pStyle w:val="Listepuces"/>
      </w:pPr>
      <w:r>
        <w:t>No physical servers needed</w:t>
      </w:r>
    </w:p>
    <w:p w14:paraId="7D64D7C9" w14:textId="77777777" w:rsidR="00495879" w:rsidRDefault="00000000">
      <w:r>
        <w:rPr>
          <w:b/>
        </w:rPr>
        <w:t>Meeting Spaces</w:t>
      </w:r>
      <w:r>
        <w:t>:</w:t>
      </w:r>
    </w:p>
    <w:p w14:paraId="20B7314F" w14:textId="77777777" w:rsidR="00495879" w:rsidRDefault="00000000">
      <w:pPr>
        <w:pStyle w:val="Listepuces"/>
      </w:pPr>
      <w:r>
        <w:t>Virtual: Zoom rooms</w:t>
      </w:r>
    </w:p>
    <w:p w14:paraId="2EEB5DC5" w14:textId="77777777" w:rsidR="00495879" w:rsidRDefault="00000000">
      <w:pPr>
        <w:pStyle w:val="Listepuces"/>
      </w:pPr>
      <w:r>
        <w:t>Présentiel: Hotel conference rooms ou coworking spaces for workshops</w:t>
      </w:r>
    </w:p>
    <w:p w14:paraId="16791FA4" w14:textId="77777777" w:rsidR="00495879" w:rsidRDefault="00000000">
      <w:pPr>
        <w:pStyle w:val="Titre3"/>
      </w:pPr>
      <w:r>
        <w:t>Year 2-3 (2027-2028): Professional Presence</w:t>
      </w:r>
    </w:p>
    <w:p w14:paraId="3FBF9E96" w14:textId="77777777" w:rsidR="00495879" w:rsidRDefault="00000000">
      <w:r>
        <w:rPr>
          <w:b/>
        </w:rPr>
        <w:t>Option A - Coworking Upgrade</w:t>
      </w:r>
      <w:r>
        <w:t>:</w:t>
      </w:r>
    </w:p>
    <w:p w14:paraId="3533A953" w14:textId="77777777" w:rsidR="00495879" w:rsidRDefault="00000000">
      <w:pPr>
        <w:pStyle w:val="Listepuces"/>
      </w:pPr>
      <w:r>
        <w:t>Dedicated desks pour 3-5 personnes</w:t>
      </w:r>
    </w:p>
    <w:p w14:paraId="19F39DE9" w14:textId="77777777" w:rsidR="00495879" w:rsidRDefault="00000000">
      <w:pPr>
        <w:pStyle w:val="Listepuces"/>
      </w:pPr>
      <w:r>
        <w:t>Private office pour calls clients</w:t>
      </w:r>
    </w:p>
    <w:p w14:paraId="31FDB56F" w14:textId="77777777" w:rsidR="00495879" w:rsidRDefault="00000000">
      <w:pPr>
        <w:pStyle w:val="Listepuces"/>
      </w:pPr>
      <w:r>
        <w:t>Access conférence rooms</w:t>
      </w:r>
    </w:p>
    <w:p w14:paraId="6D26293B" w14:textId="77777777" w:rsidR="00495879" w:rsidRDefault="00000000">
      <w:pPr>
        <w:pStyle w:val="Listepuces"/>
      </w:pPr>
      <w:r>
        <w:t>Cost: ~$3,000-5,000/mois</w:t>
      </w:r>
    </w:p>
    <w:p w14:paraId="6C08A854" w14:textId="77777777" w:rsidR="00495879" w:rsidRDefault="00000000">
      <w:r>
        <w:rPr>
          <w:b/>
        </w:rPr>
        <w:t>Option B - Small Office Lease</w:t>
      </w:r>
      <w:r>
        <w:t>:</w:t>
      </w:r>
    </w:p>
    <w:p w14:paraId="232E8DF0" w14:textId="77777777" w:rsidR="00495879" w:rsidRDefault="00000000">
      <w:pPr>
        <w:pStyle w:val="Listepuces"/>
      </w:pPr>
      <w:r>
        <w:t>1,500-2,000 sq ft</w:t>
      </w:r>
    </w:p>
    <w:p w14:paraId="4C07E78F" w14:textId="77777777" w:rsidR="00495879" w:rsidRDefault="00000000">
      <w:pPr>
        <w:pStyle w:val="Listepuces"/>
      </w:pPr>
      <w:r>
        <w:t>Location: Atlanta (Buckhead ou Midtown)</w:t>
      </w:r>
    </w:p>
    <w:p w14:paraId="664B3BB4" w14:textId="77777777" w:rsidR="00495879" w:rsidRDefault="00000000">
      <w:pPr>
        <w:pStyle w:val="Listepuces"/>
      </w:pPr>
      <w:r>
        <w:t>Layout: 3-4 offices, 1 conférence room, open area</w:t>
      </w:r>
    </w:p>
    <w:p w14:paraId="6F3E51AA" w14:textId="77777777" w:rsidR="00495879" w:rsidRDefault="00000000">
      <w:pPr>
        <w:pStyle w:val="Listepuces"/>
      </w:pPr>
      <w:r>
        <w:t>Cost: ~$4,000-6,000/mois all-in</w:t>
      </w:r>
    </w:p>
    <w:p w14:paraId="44CFC877" w14:textId="77777777" w:rsidR="00495879" w:rsidRDefault="00000000">
      <w:r>
        <w:rPr>
          <w:b/>
        </w:rPr>
        <w:t>Recommandation</w:t>
      </w:r>
      <w:r>
        <w:t>: Option A An 2, Option B seulement si An 3 team size &gt;8 personnes.</w:t>
      </w:r>
    </w:p>
    <w:p w14:paraId="724A51AC" w14:textId="77777777" w:rsidR="00495879" w:rsidRDefault="00000000">
      <w:r>
        <w:t>________________________________________________________________________________</w:t>
      </w:r>
    </w:p>
    <w:p w14:paraId="282C2886" w14:textId="77777777" w:rsidR="00495879" w:rsidRDefault="00000000">
      <w:pPr>
        <w:pStyle w:val="Titre2"/>
      </w:pPr>
      <w:r>
        <w:t>2.9 Legal &amp; Compliance</w:t>
      </w:r>
    </w:p>
    <w:p w14:paraId="411B6C07" w14:textId="77777777" w:rsidR="00495879" w:rsidRDefault="00000000">
      <w:pPr>
        <w:pStyle w:val="Titre3"/>
      </w:pPr>
      <w:r>
        <w:t>Business Licenses &amp; Permits</w:t>
      </w:r>
    </w:p>
    <w:p w14:paraId="540C3018" w14:textId="77777777" w:rsidR="00495879" w:rsidRDefault="00000000">
      <w:r>
        <w:rPr>
          <w:b/>
        </w:rPr>
        <w:t>À Obtenir</w:t>
      </w:r>
      <w:r>
        <w:t>:</w:t>
      </w:r>
    </w:p>
    <w:p w14:paraId="729DE39B" w14:textId="77777777" w:rsidR="00495879" w:rsidRDefault="00000000">
      <w:pPr>
        <w:pStyle w:val="Listepuces"/>
      </w:pPr>
      <w:r>
        <w:lastRenderedPageBreak/>
        <w:t>Georgia Business License</w:t>
      </w:r>
    </w:p>
    <w:p w14:paraId="2E3197D0" w14:textId="77777777" w:rsidR="00495879" w:rsidRDefault="00000000">
      <w:pPr>
        <w:pStyle w:val="Listepuces"/>
      </w:pPr>
      <w:r>
        <w:t>Atlanta Business License (si applicable based on location)</w:t>
      </w:r>
    </w:p>
    <w:p w14:paraId="3F99CC9F" w14:textId="77777777" w:rsidR="00495879" w:rsidRDefault="00000000">
      <w:pPr>
        <w:pStyle w:val="Listepuces"/>
      </w:pPr>
      <w:r>
        <w:t>Professional certifications (coaching credentials)</w:t>
      </w:r>
    </w:p>
    <w:p w14:paraId="0A4BC33C" w14:textId="77777777" w:rsidR="00495879" w:rsidRDefault="00000000">
      <w:pPr>
        <w:pStyle w:val="Titre3"/>
      </w:pPr>
      <w:r>
        <w:t>Insurance Requirements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4329590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78D959D" w14:textId="77777777" w:rsidR="00495879" w:rsidRDefault="00000000">
            <w:r>
              <w:rPr>
                <w:sz w:val="20"/>
              </w:rPr>
              <w:t>Type</w:t>
            </w:r>
          </w:p>
        </w:tc>
        <w:tc>
          <w:tcPr>
            <w:tcW w:w="2880" w:type="dxa"/>
          </w:tcPr>
          <w:p w14:paraId="2DB1601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Coverage</w:t>
            </w:r>
          </w:p>
        </w:tc>
        <w:tc>
          <w:tcPr>
            <w:tcW w:w="2880" w:type="dxa"/>
          </w:tcPr>
          <w:p w14:paraId="08BFDA6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Estimated Cost/Year</w:t>
            </w:r>
          </w:p>
        </w:tc>
      </w:tr>
      <w:tr w:rsidR="00495879" w14:paraId="7F80317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44A7988" w14:textId="77777777" w:rsidR="00495879" w:rsidRDefault="00000000">
            <w:r>
              <w:t>**General Liability**</w:t>
            </w:r>
          </w:p>
        </w:tc>
        <w:tc>
          <w:tcPr>
            <w:tcW w:w="2880" w:type="dxa"/>
          </w:tcPr>
          <w:p w14:paraId="58250B2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$1M/$2M</w:t>
            </w:r>
          </w:p>
        </w:tc>
        <w:tc>
          <w:tcPr>
            <w:tcW w:w="2880" w:type="dxa"/>
          </w:tcPr>
          <w:p w14:paraId="2029D29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$800-1,200</w:t>
            </w:r>
          </w:p>
        </w:tc>
      </w:tr>
      <w:tr w:rsidR="00495879" w14:paraId="348CABB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3F65075" w14:textId="77777777" w:rsidR="00495879" w:rsidRDefault="00000000">
            <w:r>
              <w:t>**Professional Liability (E&amp;O)**</w:t>
            </w:r>
          </w:p>
        </w:tc>
        <w:tc>
          <w:tcPr>
            <w:tcW w:w="2880" w:type="dxa"/>
          </w:tcPr>
          <w:p w14:paraId="4B799B8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$1M/$2M</w:t>
            </w:r>
          </w:p>
        </w:tc>
        <w:tc>
          <w:tcPr>
            <w:tcW w:w="2880" w:type="dxa"/>
          </w:tcPr>
          <w:p w14:paraId="1351649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$1,500-2,500</w:t>
            </w:r>
          </w:p>
        </w:tc>
      </w:tr>
      <w:tr w:rsidR="00495879" w14:paraId="7649CAB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3A3F0BC" w14:textId="77777777" w:rsidR="00495879" w:rsidRDefault="00000000">
            <w:r>
              <w:t>**Cyber Liability**</w:t>
            </w:r>
          </w:p>
        </w:tc>
        <w:tc>
          <w:tcPr>
            <w:tcW w:w="2880" w:type="dxa"/>
          </w:tcPr>
          <w:p w14:paraId="135715B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$1M</w:t>
            </w:r>
          </w:p>
        </w:tc>
        <w:tc>
          <w:tcPr>
            <w:tcW w:w="2880" w:type="dxa"/>
          </w:tcPr>
          <w:p w14:paraId="0EE8066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$1,000-1,500</w:t>
            </w:r>
          </w:p>
        </w:tc>
      </w:tr>
      <w:tr w:rsidR="00495879" w14:paraId="2FB028A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7F1FA7D" w14:textId="77777777" w:rsidR="00495879" w:rsidRDefault="00000000">
            <w:r>
              <w:t>**Workers Compensation**</w:t>
            </w:r>
          </w:p>
        </w:tc>
        <w:tc>
          <w:tcPr>
            <w:tcW w:w="2880" w:type="dxa"/>
          </w:tcPr>
          <w:p w14:paraId="69234F9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Statutory (dès 1st employee)</w:t>
            </w:r>
          </w:p>
        </w:tc>
        <w:tc>
          <w:tcPr>
            <w:tcW w:w="2880" w:type="dxa"/>
          </w:tcPr>
          <w:p w14:paraId="0AB07C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Variable ($2,000-4,000/employé)</w:t>
            </w:r>
          </w:p>
        </w:tc>
      </w:tr>
      <w:tr w:rsidR="00495879" w14:paraId="6ACEECA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4153FC7" w14:textId="77777777" w:rsidR="00495879" w:rsidRDefault="00000000">
            <w:r>
              <w:t>**TOTAL An 1**</w:t>
            </w:r>
          </w:p>
        </w:tc>
        <w:tc>
          <w:tcPr>
            <w:tcW w:w="2880" w:type="dxa"/>
          </w:tcPr>
          <w:p w14:paraId="0E3C8159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0" w:type="dxa"/>
          </w:tcPr>
          <w:p w14:paraId="423AF4D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**~$3,500**</w:t>
            </w:r>
          </w:p>
        </w:tc>
      </w:tr>
    </w:tbl>
    <w:p w14:paraId="1F5AF1F5" w14:textId="77777777" w:rsidR="00495879" w:rsidRDefault="00495879"/>
    <w:p w14:paraId="7F010B8F" w14:textId="77777777" w:rsidR="00495879" w:rsidRDefault="00000000">
      <w:pPr>
        <w:pStyle w:val="Titre3"/>
      </w:pPr>
      <w:r>
        <w:t>Contracts &amp; Legal Documents</w:t>
      </w:r>
    </w:p>
    <w:p w14:paraId="662558B2" w14:textId="77777777" w:rsidR="00495879" w:rsidRDefault="00000000">
      <w:r>
        <w:rPr>
          <w:b/>
        </w:rPr>
        <w:t>Templates Requis</w:t>
      </w:r>
      <w:r>
        <w:t>:</w:t>
      </w:r>
    </w:p>
    <w:p w14:paraId="41C8864C" w14:textId="77777777" w:rsidR="00495879" w:rsidRDefault="00000000">
      <w:pPr>
        <w:pStyle w:val="Listepuces"/>
      </w:pPr>
      <w:r>
        <w:t>✅ Client Services Agreement (Master contract)</w:t>
      </w:r>
    </w:p>
    <w:p w14:paraId="44D4DF16" w14:textId="77777777" w:rsidR="00495879" w:rsidRDefault="00000000">
      <w:pPr>
        <w:pStyle w:val="Listepuces"/>
      </w:pPr>
      <w:r>
        <w:t>✅ SOW (Statement of Work) pour chaque engagement</w:t>
      </w:r>
    </w:p>
    <w:p w14:paraId="357F21CA" w14:textId="77777777" w:rsidR="00495879" w:rsidRDefault="00000000">
      <w:pPr>
        <w:pStyle w:val="Listepuces"/>
      </w:pPr>
      <w:r>
        <w:t>✅ NDA (Mutual Non-Disclosure Agreement)</w:t>
      </w:r>
    </w:p>
    <w:p w14:paraId="69401135" w14:textId="77777777" w:rsidR="00495879" w:rsidRDefault="00000000">
      <w:pPr>
        <w:pStyle w:val="Listepuces"/>
      </w:pPr>
      <w:r>
        <w:t>✅ Independent Contractor Agreement (pour freelancers/coaches PRN)</w:t>
      </w:r>
    </w:p>
    <w:p w14:paraId="59E0FB63" w14:textId="77777777" w:rsidR="00495879" w:rsidRDefault="00000000">
      <w:pPr>
        <w:pStyle w:val="Listepuces"/>
      </w:pPr>
      <w:r>
        <w:t>✅ Employment Agreement (full-time hires)</w:t>
      </w:r>
    </w:p>
    <w:p w14:paraId="2718FCB4" w14:textId="77777777" w:rsidR="00495879" w:rsidRDefault="00000000">
      <w:pPr>
        <w:pStyle w:val="Listepuces"/>
      </w:pPr>
      <w:r>
        <w:t>✅ IP Assignment Agreement</w:t>
      </w:r>
    </w:p>
    <w:p w14:paraId="04A342E9" w14:textId="77777777" w:rsidR="00495879" w:rsidRDefault="00000000">
      <w:pPr>
        <w:pStyle w:val="Listepuces"/>
      </w:pPr>
      <w:r>
        <w:t>✅ Terms of Service &amp; Privacy Policy (website/platform)</w:t>
      </w:r>
    </w:p>
    <w:p w14:paraId="064A9CFF" w14:textId="77777777" w:rsidR="00495879" w:rsidRDefault="00000000">
      <w:r>
        <w:rPr>
          <w:b/>
        </w:rPr>
        <w:t>Legal Budget An 1</w:t>
      </w:r>
      <w:r>
        <w:t>: $5,000-8,000</w:t>
      </w:r>
    </w:p>
    <w:p w14:paraId="77758686" w14:textId="77777777" w:rsidR="00495879" w:rsidRDefault="00000000">
      <w:pPr>
        <w:pStyle w:val="Listepuces"/>
      </w:pPr>
      <w:r>
        <w:t>Formation LLC: $1,000</w:t>
      </w:r>
    </w:p>
    <w:p w14:paraId="72B6C31B" w14:textId="77777777" w:rsidR="00495879" w:rsidRDefault="00000000">
      <w:pPr>
        <w:pStyle w:val="Listepuces"/>
      </w:pPr>
      <w:r>
        <w:t>Contract templates: $2,000-3,000</w:t>
      </w:r>
    </w:p>
    <w:p w14:paraId="6867C988" w14:textId="77777777" w:rsidR="00495879" w:rsidRDefault="00000000">
      <w:pPr>
        <w:pStyle w:val="Listepuces"/>
      </w:pPr>
      <w:r>
        <w:t>IP protection (trademarks GBCM): $1,500-2,000</w:t>
      </w:r>
    </w:p>
    <w:p w14:paraId="70AB67CE" w14:textId="77777777" w:rsidR="00495879" w:rsidRDefault="00000000">
      <w:pPr>
        <w:pStyle w:val="Listepuces"/>
      </w:pPr>
      <w:r>
        <w:t>General counsel on retainer: $500/mois = $6,000/an (optional An 1)</w:t>
      </w:r>
    </w:p>
    <w:p w14:paraId="7ABA3E45" w14:textId="77777777" w:rsidR="00495879" w:rsidRDefault="00000000">
      <w:pPr>
        <w:pStyle w:val="Titre3"/>
      </w:pPr>
      <w:r>
        <w:t>Intellectual Property</w:t>
      </w:r>
    </w:p>
    <w:p w14:paraId="55F3E7C2" w14:textId="77777777" w:rsidR="00495879" w:rsidRDefault="00000000">
      <w:r>
        <w:rPr>
          <w:b/>
        </w:rPr>
        <w:t>À Protéger</w:t>
      </w:r>
      <w:r>
        <w:t>:</w:t>
      </w:r>
    </w:p>
    <w:p w14:paraId="090EDFB6" w14:textId="77777777" w:rsidR="00495879" w:rsidRDefault="00000000">
      <w:pPr>
        <w:pStyle w:val="Listepuces"/>
      </w:pPr>
      <w:r>
        <w:t>✅ GBCM LLC (nom commercial) - Trademark</w:t>
      </w:r>
    </w:p>
    <w:p w14:paraId="1AA9019E" w14:textId="77777777" w:rsidR="00495879" w:rsidRDefault="00000000">
      <w:pPr>
        <w:pStyle w:val="Listepuces"/>
      </w:pPr>
      <w:r>
        <w:t>✅ GBCM Scale Framework™ - Trademark</w:t>
      </w:r>
    </w:p>
    <w:p w14:paraId="60AFBC39" w14:textId="77777777" w:rsidR="00495879" w:rsidRDefault="00000000">
      <w:pPr>
        <w:pStyle w:val="Listepuces"/>
      </w:pPr>
      <w:r>
        <w:t>✅ Digital Transformation Canvas™ - Trademark</w:t>
      </w:r>
    </w:p>
    <w:p w14:paraId="50D4CEE4" w14:textId="77777777" w:rsidR="00495879" w:rsidRDefault="00000000">
      <w:pPr>
        <w:pStyle w:val="Listepuces"/>
      </w:pPr>
      <w:r>
        <w:t>✅ Sustainable Leadership System™ - Trademark</w:t>
      </w:r>
    </w:p>
    <w:p w14:paraId="0F11E828" w14:textId="77777777" w:rsidR="00495879" w:rsidRDefault="00000000">
      <w:pPr>
        <w:pStyle w:val="Listepuces"/>
      </w:pPr>
      <w:r>
        <w:t>✅ Plateforme GBCM software - Copyright</w:t>
      </w:r>
    </w:p>
    <w:p w14:paraId="3D040C84" w14:textId="77777777" w:rsidR="00495879" w:rsidRDefault="00000000">
      <w:pPr>
        <w:pStyle w:val="Listepuces"/>
      </w:pPr>
      <w:r>
        <w:t>✅ Cours/contenus propriétaires - Copyright</w:t>
      </w:r>
    </w:p>
    <w:p w14:paraId="5F60F074" w14:textId="77777777" w:rsidR="00495879" w:rsidRDefault="00000000">
      <w:r>
        <w:rPr>
          <w:b/>
        </w:rPr>
        <w:t>Stratégie IP</w:t>
      </w:r>
      <w:r>
        <w:t>:</w:t>
      </w:r>
    </w:p>
    <w:p w14:paraId="24F57D71" w14:textId="77777777" w:rsidR="00495879" w:rsidRDefault="00000000">
      <w:pPr>
        <w:pStyle w:val="Listepuces"/>
      </w:pPr>
      <w:r>
        <w:lastRenderedPageBreak/>
        <w:t>Trademarks déposés au USPTO dès Q1 2026</w:t>
      </w:r>
    </w:p>
    <w:p w14:paraId="78DA0FB8" w14:textId="77777777" w:rsidR="00495879" w:rsidRDefault="00000000">
      <w:pPr>
        <w:pStyle w:val="Listepuces"/>
      </w:pPr>
      <w:r>
        <w:t>Copyright contenus au fur et à mesure création</w:t>
      </w:r>
    </w:p>
    <w:p w14:paraId="609A0479" w14:textId="77777777" w:rsidR="00495879" w:rsidRDefault="00000000">
      <w:pPr>
        <w:pStyle w:val="Listepuces"/>
      </w:pPr>
      <w:r>
        <w:t>Tous employés/contractors signent IP assignment agreements</w:t>
      </w:r>
    </w:p>
    <w:p w14:paraId="0FAA6EE6" w14:textId="77777777" w:rsidR="00495879" w:rsidRDefault="00000000">
      <w:pPr>
        <w:pStyle w:val="Listepuces"/>
      </w:pPr>
      <w:r>
        <w:t>Trade secrets protégés par NDAs</w:t>
      </w:r>
    </w:p>
    <w:p w14:paraId="186D3856" w14:textId="77777777" w:rsidR="00495879" w:rsidRDefault="00000000">
      <w:pPr>
        <w:pStyle w:val="Titre3"/>
      </w:pPr>
      <w:r>
        <w:t>Compliance &amp; Regulations</w:t>
      </w:r>
    </w:p>
    <w:p w14:paraId="3116F95C" w14:textId="77777777" w:rsidR="00495879" w:rsidRDefault="00000000">
      <w:r>
        <w:rPr>
          <w:b/>
        </w:rPr>
        <w:t>Coaching Industrie</w:t>
      </w:r>
      <w:r>
        <w:t>:</w:t>
      </w:r>
    </w:p>
    <w:p w14:paraId="59690826" w14:textId="77777777" w:rsidR="00495879" w:rsidRDefault="00000000">
      <w:pPr>
        <w:pStyle w:val="Listepuces"/>
      </w:pPr>
      <w:r>
        <w:t>Pas de licence état requise pour coaching business (vs therapy)</w:t>
      </w:r>
    </w:p>
    <w:p w14:paraId="2D6A8FD1" w14:textId="77777777" w:rsidR="00495879" w:rsidRDefault="00000000">
      <w:pPr>
        <w:pStyle w:val="Listepuces"/>
      </w:pPr>
      <w:r>
        <w:t>Mais recommandé: certifications ICF (International Coaching Federation)</w:t>
      </w:r>
    </w:p>
    <w:p w14:paraId="6C1C21FC" w14:textId="77777777" w:rsidR="00495879" w:rsidRDefault="00000000">
      <w:pPr>
        <w:pStyle w:val="Listepuces"/>
      </w:pPr>
      <w:r>
        <w:t>GBCM vise: Founder ICF-certified (PCC ou MCC level) d'ici An 2</w:t>
      </w:r>
    </w:p>
    <w:p w14:paraId="0E50B151" w14:textId="77777777" w:rsidR="00495879" w:rsidRDefault="00000000">
      <w:r>
        <w:rPr>
          <w:b/>
        </w:rPr>
        <w:t>Data Privacy</w:t>
      </w:r>
      <w:r>
        <w:t>:</w:t>
      </w:r>
    </w:p>
    <w:p w14:paraId="48AF3223" w14:textId="77777777" w:rsidR="00495879" w:rsidRDefault="00000000">
      <w:pPr>
        <w:pStyle w:val="Listepuces"/>
      </w:pPr>
      <w:r>
        <w:t>GDPR compliance (si clients EU)</w:t>
      </w:r>
    </w:p>
    <w:p w14:paraId="04234E06" w14:textId="77777777" w:rsidR="00495879" w:rsidRDefault="00000000">
      <w:pPr>
        <w:pStyle w:val="Listepuces"/>
      </w:pPr>
      <w:r>
        <w:t>CCPA compliance (California clients)</w:t>
      </w:r>
    </w:p>
    <w:p w14:paraId="5974DF78" w14:textId="77777777" w:rsidR="00495879" w:rsidRDefault="00000000">
      <w:pPr>
        <w:pStyle w:val="Listepuces"/>
      </w:pPr>
      <w:r>
        <w:t>SOC 2 Type II certification objectif An 3 (requis pour enterprise sales)</w:t>
      </w:r>
    </w:p>
    <w:p w14:paraId="73ADEDA2" w14:textId="77777777" w:rsidR="00495879" w:rsidRDefault="00000000">
      <w:r>
        <w:rPr>
          <w:b/>
        </w:rPr>
        <w:t>Financial</w:t>
      </w:r>
      <w:r>
        <w:t>:</w:t>
      </w:r>
    </w:p>
    <w:p w14:paraId="72826765" w14:textId="77777777" w:rsidR="00495879" w:rsidRDefault="00000000">
      <w:pPr>
        <w:pStyle w:val="Listepuces"/>
      </w:pPr>
      <w:r>
        <w:t>GAAP accounting</w:t>
      </w:r>
    </w:p>
    <w:p w14:paraId="0FC57E29" w14:textId="77777777" w:rsidR="00495879" w:rsidRDefault="00000000">
      <w:pPr>
        <w:pStyle w:val="Listepuces"/>
      </w:pPr>
      <w:r>
        <w:t>Annual CPA review/audit dès $500K+ revenue</w:t>
      </w:r>
    </w:p>
    <w:p w14:paraId="2685B719" w14:textId="77777777" w:rsidR="00495879" w:rsidRDefault="00000000">
      <w:pPr>
        <w:pStyle w:val="Listepuces"/>
      </w:pPr>
      <w:r>
        <w:t>Sales tax nexus à monitorer (multi-state presence)</w:t>
      </w:r>
    </w:p>
    <w:p w14:paraId="72CE0981" w14:textId="77777777" w:rsidR="00495879" w:rsidRDefault="00000000">
      <w:r>
        <w:t>________________________________________________________________________________</w:t>
      </w:r>
    </w:p>
    <w:p w14:paraId="654F8861" w14:textId="77777777" w:rsidR="00495879" w:rsidRDefault="00000000">
      <w:pPr>
        <w:pStyle w:val="Titre2"/>
      </w:pPr>
      <w:r>
        <w:t>2.10 Strategic Partnerships (Roadmap)</w:t>
      </w:r>
    </w:p>
    <w:p w14:paraId="372FEE72" w14:textId="77777777" w:rsidR="00495879" w:rsidRDefault="00000000">
      <w:pPr>
        <w:pStyle w:val="Titre3"/>
      </w:pPr>
      <w:r>
        <w:t>Partenaire Technologique Principal: Lions Dev LLC</w:t>
      </w:r>
    </w:p>
    <w:p w14:paraId="44DB52E5" w14:textId="77777777" w:rsidR="00495879" w:rsidRDefault="00000000">
      <w:r>
        <w:rPr>
          <w:b/>
        </w:rPr>
        <w:t>GBCM a établi un partenariat stratégique avec Lions Dev LLC, son partenaire technologique exclusif pour tous les aspects informatiques et la transformation digitale.</w:t>
      </w:r>
    </w:p>
    <w:p w14:paraId="2D07FFF9" w14:textId="77777777" w:rsidR="00495879" w:rsidRDefault="00000000">
      <w:pPr>
        <w:pStyle w:val="Titre4"/>
      </w:pPr>
      <w:r>
        <w:t>Présentation de Lions Dev</w:t>
      </w:r>
    </w:p>
    <w:p w14:paraId="26F3B2B3" w14:textId="77777777" w:rsidR="00495879" w:rsidRDefault="00000000">
      <w:r>
        <w:rPr>
          <w:b/>
        </w:rPr>
        <w:t>Nature</w:t>
      </w:r>
      <w:r>
        <w:t>: Limited Liability Company (LLC)</w:t>
      </w:r>
    </w:p>
    <w:p w14:paraId="6E1B3C30" w14:textId="77777777" w:rsidR="00495879" w:rsidRDefault="00000000">
      <w:r>
        <w:rPr>
          <w:b/>
        </w:rPr>
        <w:t>Fondation</w:t>
      </w:r>
      <w:r>
        <w:t>: [Année de création]</w:t>
      </w:r>
    </w:p>
    <w:p w14:paraId="25E1025D" w14:textId="77777777" w:rsidR="00495879" w:rsidRDefault="00000000">
      <w:r>
        <w:rPr>
          <w:b/>
        </w:rPr>
        <w:t>Localisation</w:t>
      </w:r>
      <w:r>
        <w:t>:</w:t>
      </w:r>
    </w:p>
    <w:p w14:paraId="44246641" w14:textId="77777777" w:rsidR="00495879" w:rsidRDefault="00000000">
      <w:pPr>
        <w:pStyle w:val="Listepuces"/>
      </w:pPr>
      <w:r>
        <w:t>**Siège social**: États-Unis</w:t>
      </w:r>
    </w:p>
    <w:p w14:paraId="4373957E" w14:textId="77777777" w:rsidR="00495879" w:rsidRDefault="00000000">
      <w:pPr>
        <w:pStyle w:val="Listepuces"/>
      </w:pPr>
      <w:r>
        <w:t>**Succursale**: Abidjan, Côte d'Ivoire (Afrique de l'Ouest)</w:t>
      </w:r>
    </w:p>
    <w:p w14:paraId="443AE05C" w14:textId="77777777" w:rsidR="00495879" w:rsidRDefault="00000000">
      <w:r>
        <w:rPr>
          <w:b/>
        </w:rPr>
        <w:t>Relation avec GBCM</w:t>
      </w:r>
      <w:r>
        <w:t>: Partenaire technologique exclusif et sous-traitant stratégique</w:t>
      </w:r>
    </w:p>
    <w:p w14:paraId="21BDFE3E" w14:textId="77777777" w:rsidR="00495879" w:rsidRDefault="00000000">
      <w:r>
        <w:rPr>
          <w:b/>
        </w:rPr>
        <w:t>Domaine d'expertise</w:t>
      </w:r>
      <w:r>
        <w:t>: Transformation Digitale complète pour PME</w:t>
      </w:r>
    </w:p>
    <w:p w14:paraId="10CF5BAE" w14:textId="77777777" w:rsidR="00495879" w:rsidRDefault="00000000">
      <w:r>
        <w:rPr>
          <w:b/>
        </w:rPr>
        <w:lastRenderedPageBreak/>
        <w:t>Capacités Techniques</w:t>
      </w:r>
      <w:r>
        <w:t>:</w:t>
      </w:r>
    </w:p>
    <w:p w14:paraId="7DFCDCCD" w14:textId="77777777" w:rsidR="00495879" w:rsidRDefault="00000000">
      <w:pPr>
        <w:pStyle w:val="Listepuces"/>
      </w:pPr>
      <w:r>
        <w:t>✅ Développement web &amp; mobile (full-stack)</w:t>
      </w:r>
    </w:p>
    <w:p w14:paraId="68AFA652" w14:textId="77777777" w:rsidR="00495879" w:rsidRDefault="00000000">
      <w:pPr>
        <w:pStyle w:val="Listepuces"/>
      </w:pPr>
      <w:r>
        <w:t>✅ Cloud infrastructure (AWS, Azure, Google Cloud)</w:t>
      </w:r>
    </w:p>
    <w:p w14:paraId="358C8FC0" w14:textId="77777777" w:rsidR="00495879" w:rsidRDefault="00000000">
      <w:pPr>
        <w:pStyle w:val="Listepuces"/>
      </w:pPr>
      <w:r>
        <w:t>✅ Cybersécurité &amp; conformité (GDPR, ISO 27001)</w:t>
      </w:r>
    </w:p>
    <w:p w14:paraId="6C738B2B" w14:textId="77777777" w:rsidR="00495879" w:rsidRDefault="00000000">
      <w:pPr>
        <w:pStyle w:val="Listepuces"/>
      </w:pPr>
      <w:r>
        <w:t>✅ Intégrations systèmes &amp; APIs</w:t>
      </w:r>
    </w:p>
    <w:p w14:paraId="27AEE955" w14:textId="77777777" w:rsidR="00495879" w:rsidRDefault="00000000">
      <w:pPr>
        <w:pStyle w:val="Listepuces"/>
      </w:pPr>
      <w:r>
        <w:t>✅ DevOps &amp; maintenance continue</w:t>
      </w:r>
    </w:p>
    <w:p w14:paraId="7C3A2D54" w14:textId="77777777" w:rsidR="00495879" w:rsidRDefault="00000000">
      <w:pPr>
        <w:pStyle w:val="Titre4"/>
      </w:pPr>
      <w:r>
        <w:t>Périmètre du Partenariat</w:t>
      </w:r>
    </w:p>
    <w:p w14:paraId="5EE9EC58" w14:textId="77777777" w:rsidR="00495879" w:rsidRDefault="00000000">
      <w:r>
        <w:rPr>
          <w:b/>
        </w:rPr>
        <w:t>Lions Dev assure pour GBCM</w:t>
      </w:r>
      <w:r>
        <w:t>:</w:t>
      </w:r>
    </w:p>
    <w:p w14:paraId="4F1CDD7C" w14:textId="77777777" w:rsidR="00495879" w:rsidRDefault="00000000">
      <w:pPr>
        <w:pStyle w:val="Listenumros"/>
      </w:pPr>
      <w:r>
        <w:t>**Développement de la Plateforme GBCM**</w:t>
      </w:r>
    </w:p>
    <w:p w14:paraId="2169BF02" w14:textId="77777777" w:rsidR="00495879" w:rsidRDefault="00000000">
      <w:pPr>
        <w:pStyle w:val="Listepuces"/>
      </w:pPr>
      <w:r>
        <w:t>Architecture et développement de la plateforme client</w:t>
      </w:r>
    </w:p>
    <w:p w14:paraId="70D164D9" w14:textId="77777777" w:rsidR="00495879" w:rsidRDefault="00000000">
      <w:pPr>
        <w:pStyle w:val="Listepuces"/>
      </w:pPr>
      <w:r>
        <w:t>Interface utilisateur et expérience utilisateur (UI/UX)</w:t>
      </w:r>
    </w:p>
    <w:p w14:paraId="2C16D0B8" w14:textId="77777777" w:rsidR="00495879" w:rsidRDefault="00000000">
      <w:pPr>
        <w:pStyle w:val="Listepuces"/>
      </w:pPr>
      <w:r>
        <w:t>Intégrations systèmes (CRM, paiements, analytics)</w:t>
      </w:r>
    </w:p>
    <w:p w14:paraId="0251EE4D" w14:textId="77777777" w:rsidR="00495879" w:rsidRDefault="00000000">
      <w:pPr>
        <w:pStyle w:val="Listepuces"/>
      </w:pPr>
      <w:r>
        <w:t>Maintenance et support technique continu</w:t>
      </w:r>
    </w:p>
    <w:p w14:paraId="1C2FB014" w14:textId="77777777" w:rsidR="00495879" w:rsidRDefault="00000000">
      <w:pPr>
        <w:pStyle w:val="Listenumros"/>
      </w:pPr>
      <w:r>
        <w:t>**Infrastructure Technologique**</w:t>
      </w:r>
    </w:p>
    <w:p w14:paraId="6C82BA45" w14:textId="77777777" w:rsidR="00495879" w:rsidRDefault="00000000">
      <w:pPr>
        <w:pStyle w:val="Listepuces"/>
      </w:pPr>
      <w:r>
        <w:t>Setup et gestion infrastructure cloud</w:t>
      </w:r>
    </w:p>
    <w:p w14:paraId="6E30D316" w14:textId="77777777" w:rsidR="00495879" w:rsidRDefault="00000000">
      <w:pPr>
        <w:pStyle w:val="Listepuces"/>
      </w:pPr>
      <w:r>
        <w:t>Sécurité et conformité (GDPR, SOC 2)</w:t>
      </w:r>
    </w:p>
    <w:p w14:paraId="621EF418" w14:textId="77777777" w:rsidR="00495879" w:rsidRDefault="00000000">
      <w:pPr>
        <w:pStyle w:val="Listepuces"/>
      </w:pPr>
      <w:r>
        <w:t>Performance et scalabilité</w:t>
      </w:r>
    </w:p>
    <w:p w14:paraId="5887155C" w14:textId="77777777" w:rsidR="00495879" w:rsidRDefault="00000000">
      <w:pPr>
        <w:pStyle w:val="Listepuces"/>
      </w:pPr>
      <w:r>
        <w:t>Backup et disaster recovery</w:t>
      </w:r>
    </w:p>
    <w:p w14:paraId="514B3FB1" w14:textId="77777777" w:rsidR="00495879" w:rsidRDefault="00000000">
      <w:pPr>
        <w:pStyle w:val="Listenumros"/>
      </w:pPr>
      <w:r>
        <w:t>**Transformation Digitale pour Clients GBCM**</w:t>
      </w:r>
    </w:p>
    <w:p w14:paraId="4ED737E6" w14:textId="77777777" w:rsidR="00495879" w:rsidRDefault="00000000">
      <w:pPr>
        <w:pStyle w:val="Listepuces"/>
      </w:pPr>
      <w:r>
        <w:t>Implémentation solutions tech pour clients</w:t>
      </w:r>
    </w:p>
    <w:p w14:paraId="31886126" w14:textId="77777777" w:rsidR="00495879" w:rsidRDefault="00000000">
      <w:pPr>
        <w:pStyle w:val="Listepuces"/>
      </w:pPr>
      <w:r>
        <w:t>Consulting technique spécialisé</w:t>
      </w:r>
    </w:p>
    <w:p w14:paraId="5803CC8A" w14:textId="77777777" w:rsidR="00495879" w:rsidRDefault="00000000">
      <w:pPr>
        <w:pStyle w:val="Listepuces"/>
      </w:pPr>
      <w:r>
        <w:t>Formation et adoption outils digitaux</w:t>
      </w:r>
    </w:p>
    <w:p w14:paraId="24CAACE4" w14:textId="77777777" w:rsidR="00495879" w:rsidRDefault="00000000">
      <w:pPr>
        <w:pStyle w:val="Listepuces"/>
      </w:pPr>
      <w:r>
        <w:t>Support technique post-implémentation</w:t>
      </w:r>
    </w:p>
    <w:p w14:paraId="0E5769BE" w14:textId="77777777" w:rsidR="00495879" w:rsidRDefault="00000000">
      <w:pPr>
        <w:pStyle w:val="Titre4"/>
      </w:pPr>
      <w:r>
        <w:t>Avantages Stratégiques du Partenariat</w:t>
      </w:r>
    </w:p>
    <w:p w14:paraId="4A80595E" w14:textId="77777777" w:rsidR="00495879" w:rsidRDefault="00000000">
      <w:r>
        <w:rPr>
          <w:b/>
        </w:rPr>
        <w:t>Pour GBCM</w:t>
      </w:r>
      <w:r>
        <w:t>:</w:t>
      </w:r>
    </w:p>
    <w:p w14:paraId="38F13F98" w14:textId="77777777" w:rsidR="00495879" w:rsidRDefault="00000000">
      <w:pPr>
        <w:pStyle w:val="Listepuces"/>
      </w:pPr>
      <w:r>
        <w:t>✅ **Focus sur le cœur de métier**: GBCM se concentre sur coaching/consulting</w:t>
      </w:r>
    </w:p>
    <w:p w14:paraId="1A2178E5" w14:textId="77777777" w:rsidR="00495879" w:rsidRDefault="00000000">
      <w:pPr>
        <w:pStyle w:val="Listepuces"/>
      </w:pPr>
      <w:r>
        <w:t>✅ **Expertise technique garantie**: Lions Dev apporte compétences tech pointues</w:t>
      </w:r>
    </w:p>
    <w:p w14:paraId="1127B865" w14:textId="77777777" w:rsidR="00495879" w:rsidRDefault="00000000">
      <w:pPr>
        <w:pStyle w:val="Listepuces"/>
      </w:pPr>
      <w:r>
        <w:t>✅ **Réduction des coûts**: Pas besoin d'embaucher équipe tech in-house An 1-2</w:t>
      </w:r>
    </w:p>
    <w:p w14:paraId="3BD9ADF1" w14:textId="77777777" w:rsidR="00495879" w:rsidRDefault="00000000">
      <w:pPr>
        <w:pStyle w:val="Listepuces"/>
      </w:pPr>
      <w:r>
        <w:t>✅ **Scalabilité**: Lions Dev peut absorber croissance besoins tech</w:t>
      </w:r>
    </w:p>
    <w:p w14:paraId="28F2D9AF" w14:textId="77777777" w:rsidR="00495879" w:rsidRDefault="00000000">
      <w:pPr>
        <w:pStyle w:val="Listepuces"/>
      </w:pPr>
      <w:r>
        <w:t>✅ **Fiabilité**: Partenaire dédié qui connaît intimement GBCM</w:t>
      </w:r>
    </w:p>
    <w:p w14:paraId="0795CDF8" w14:textId="77777777" w:rsidR="00495879" w:rsidRDefault="00000000">
      <w:r>
        <w:rPr>
          <w:b/>
        </w:rPr>
        <w:t>Pour les Clients GBCM</w:t>
      </w:r>
      <w:r>
        <w:t>:</w:t>
      </w:r>
    </w:p>
    <w:p w14:paraId="190B49D6" w14:textId="77777777" w:rsidR="00495879" w:rsidRDefault="00000000">
      <w:pPr>
        <w:pStyle w:val="Listepuces"/>
      </w:pPr>
      <w:r>
        <w:t>✅ **Offre complète**: Consulting stratégique (GBCM) + Exécution technique (Lions Dev)</w:t>
      </w:r>
    </w:p>
    <w:p w14:paraId="611C46B2" w14:textId="77777777" w:rsidR="00495879" w:rsidRDefault="00000000">
      <w:pPr>
        <w:pStyle w:val="Listepuces"/>
      </w:pPr>
      <w:r>
        <w:lastRenderedPageBreak/>
        <w:t>✅ **Accountability unique**: GBCM reste responsable de bout en bout</w:t>
      </w:r>
    </w:p>
    <w:p w14:paraId="14D0FE19" w14:textId="77777777" w:rsidR="00495879" w:rsidRDefault="00000000">
      <w:pPr>
        <w:pStyle w:val="Listepuces"/>
      </w:pPr>
      <w:r>
        <w:t>✅ **Qualité garantie**: Lions Dev sélectionné pour excellence technique</w:t>
      </w:r>
    </w:p>
    <w:p w14:paraId="30B0B9FC" w14:textId="77777777" w:rsidR="00495879" w:rsidRDefault="00000000">
      <w:pPr>
        <w:pStyle w:val="Listepuces"/>
      </w:pPr>
      <w:r>
        <w:t>✅ **Continuité**: Support technique continu post-livraison</w:t>
      </w:r>
    </w:p>
    <w:p w14:paraId="06DBB52B" w14:textId="77777777" w:rsidR="00495879" w:rsidRDefault="00000000">
      <w:pPr>
        <w:pStyle w:val="Titre4"/>
      </w:pPr>
      <w:r>
        <w:t>Modèle Financier du Partenariat</w:t>
      </w:r>
    </w:p>
    <w:p w14:paraId="35C1E413" w14:textId="77777777" w:rsidR="00495879" w:rsidRDefault="00000000">
      <w:r>
        <w:rPr>
          <w:b/>
        </w:rPr>
        <w:t>Structure de Paiement</w:t>
      </w:r>
      <w:r>
        <w:t>:</w:t>
      </w:r>
    </w:p>
    <w:p w14:paraId="6A57823E" w14:textId="77777777" w:rsidR="00495879" w:rsidRDefault="00000000">
      <w:pPr>
        <w:pStyle w:val="Listepuces"/>
      </w:pPr>
      <w:r>
        <w:t>**Type de contrat**: Forfait par projet (fixed-price contracts)</w:t>
      </w:r>
    </w:p>
    <w:p w14:paraId="3A2C8075" w14:textId="77777777" w:rsidR="00495879" w:rsidRDefault="00000000">
      <w:pPr>
        <w:pStyle w:val="Listepuces"/>
      </w:pPr>
      <w:r>
        <w:t>**MVP Plateforme GBCM**: $15,000-$20,000 (développement initial)</w:t>
      </w:r>
    </w:p>
    <w:p w14:paraId="5848CC9D" w14:textId="77777777" w:rsidR="00495879" w:rsidRDefault="00000000">
      <w:pPr>
        <w:pStyle w:val="Listepuces"/>
      </w:pPr>
      <w:r>
        <w:t>**Maintenance continue**: $500-$1,000/mois</w:t>
      </w:r>
    </w:p>
    <w:p w14:paraId="7BDE8124" w14:textId="77777777" w:rsidR="00495879" w:rsidRDefault="00000000">
      <w:pPr>
        <w:pStyle w:val="Listepuces"/>
      </w:pPr>
      <w:r>
        <w:t>**Évolutions majeures**: Forfaits projet (ex: $10-15K/feature)</w:t>
      </w:r>
    </w:p>
    <w:p w14:paraId="220D47AD" w14:textId="77777777" w:rsidR="00495879" w:rsidRDefault="00000000">
      <w:pPr>
        <w:pStyle w:val="Listepuces"/>
      </w:pPr>
      <w:r>
        <w:t>**Projets clients**: Facturation directe client + rev-share GBCM</w:t>
      </w:r>
    </w:p>
    <w:p w14:paraId="72838C97" w14:textId="77777777" w:rsidR="00495879" w:rsidRDefault="00000000">
      <w:r>
        <w:rPr>
          <w:b/>
        </w:rPr>
        <w:t>Revenue Sharing sur Projets Clients</w:t>
      </w:r>
      <w:r>
        <w:t>:</w:t>
      </w:r>
    </w:p>
    <w:p w14:paraId="3BB56767" w14:textId="77777777" w:rsidR="00495879" w:rsidRDefault="00000000">
      <w:pPr>
        <w:pStyle w:val="Listepuces"/>
      </w:pPr>
      <w:r>
        <w:t>**Modèle**: Lions Dev facture client directement pour volet technique</w:t>
      </w:r>
    </w:p>
    <w:p w14:paraId="394CBFA6" w14:textId="77777777" w:rsidR="00495879" w:rsidRDefault="00000000">
      <w:pPr>
        <w:pStyle w:val="Listepuces"/>
      </w:pPr>
      <w:r>
        <w:t>**Commission GBCM**: 10-15% sur projets tech générés par GBCM</w:t>
      </w:r>
    </w:p>
    <w:p w14:paraId="506105FD" w14:textId="77777777" w:rsidR="00495879" w:rsidRDefault="00000000">
      <w:pPr>
        <w:pStyle w:val="Listepuces"/>
      </w:pPr>
      <w:r>
        <w:t>**Exemple**:</w:t>
      </w:r>
    </w:p>
    <w:p w14:paraId="352FAE13" w14:textId="77777777" w:rsidR="00495879" w:rsidRDefault="00000000">
      <w:pPr>
        <w:pStyle w:val="Listepuces"/>
      </w:pPr>
      <w:r>
        <w:t>Client paie package complet $50K</w:t>
      </w:r>
    </w:p>
    <w:p w14:paraId="0135EFB7" w14:textId="77777777" w:rsidR="00495879" w:rsidRDefault="00000000">
      <w:pPr>
        <w:pStyle w:val="Listepuces"/>
      </w:pPr>
      <w:r>
        <w:t>Breakdown: Coaching (GBCM) $30K + Tech (Lions Dev) $20K</w:t>
      </w:r>
    </w:p>
    <w:p w14:paraId="0D39E6AC" w14:textId="77777777" w:rsidR="00495879" w:rsidRDefault="00000000">
      <w:pPr>
        <w:pStyle w:val="Listepuces"/>
      </w:pPr>
      <w:r>
        <w:t>GBCM reçoit: $30K + $2-3K commission = $32-33K total</w:t>
      </w:r>
    </w:p>
    <w:p w14:paraId="015307E4" w14:textId="77777777" w:rsidR="00495879" w:rsidRDefault="00000000">
      <w:pPr>
        <w:pStyle w:val="Listepuces"/>
      </w:pPr>
      <w:r>
        <w:t>Lions Dev reçoit: $17-18K (net après commission)</w:t>
      </w:r>
    </w:p>
    <w:p w14:paraId="696265AB" w14:textId="77777777" w:rsidR="00495879" w:rsidRDefault="00000000">
      <w:r>
        <w:rPr>
          <w:b/>
        </w:rPr>
        <w:t>Projections Revenus Lions Dev via GBCM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7342D807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EE33D47" w14:textId="77777777" w:rsidR="00495879" w:rsidRDefault="00000000">
            <w:r>
              <w:rPr>
                <w:sz w:val="20"/>
              </w:rPr>
              <w:t>Année</w:t>
            </w:r>
          </w:p>
        </w:tc>
        <w:tc>
          <w:tcPr>
            <w:tcW w:w="2160" w:type="dxa"/>
          </w:tcPr>
          <w:p w14:paraId="6EB2CCE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De GBCM Direct</w:t>
            </w:r>
          </w:p>
        </w:tc>
        <w:tc>
          <w:tcPr>
            <w:tcW w:w="2160" w:type="dxa"/>
          </w:tcPr>
          <w:p w14:paraId="5C6C449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Projets Clients</w:t>
            </w:r>
          </w:p>
        </w:tc>
        <w:tc>
          <w:tcPr>
            <w:tcW w:w="2160" w:type="dxa"/>
          </w:tcPr>
          <w:p w14:paraId="40901A0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</w:t>
            </w:r>
          </w:p>
        </w:tc>
      </w:tr>
      <w:tr w:rsidR="00495879" w14:paraId="0B3F5D3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66676CE" w14:textId="77777777" w:rsidR="00495879" w:rsidRDefault="00000000">
            <w:r>
              <w:t>An 1</w:t>
            </w:r>
          </w:p>
        </w:tc>
        <w:tc>
          <w:tcPr>
            <w:tcW w:w="2160" w:type="dxa"/>
          </w:tcPr>
          <w:p w14:paraId="03E8BD3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$20K (MVP)</w:t>
            </w:r>
          </w:p>
        </w:tc>
        <w:tc>
          <w:tcPr>
            <w:tcW w:w="2160" w:type="dxa"/>
          </w:tcPr>
          <w:p w14:paraId="12AEBA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$20-30K (3-4 projets)</w:t>
            </w:r>
          </w:p>
        </w:tc>
        <w:tc>
          <w:tcPr>
            <w:tcW w:w="2160" w:type="dxa"/>
          </w:tcPr>
          <w:p w14:paraId="54242F8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$40-50K</w:t>
            </w:r>
          </w:p>
        </w:tc>
      </w:tr>
      <w:tr w:rsidR="00495879" w14:paraId="6220C32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8E7589A" w14:textId="77777777" w:rsidR="00495879" w:rsidRDefault="00000000">
            <w:r>
              <w:t>An 2</w:t>
            </w:r>
          </w:p>
        </w:tc>
        <w:tc>
          <w:tcPr>
            <w:tcW w:w="2160" w:type="dxa"/>
          </w:tcPr>
          <w:p w14:paraId="7E3ED51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$30K (évolutions)</w:t>
            </w:r>
          </w:p>
        </w:tc>
        <w:tc>
          <w:tcPr>
            <w:tcW w:w="2160" w:type="dxa"/>
          </w:tcPr>
          <w:p w14:paraId="4B811E8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$80-120K (8-10 projets)</w:t>
            </w:r>
          </w:p>
        </w:tc>
        <w:tc>
          <w:tcPr>
            <w:tcW w:w="2160" w:type="dxa"/>
          </w:tcPr>
          <w:p w14:paraId="337D1F2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$110-150K</w:t>
            </w:r>
          </w:p>
        </w:tc>
      </w:tr>
      <w:tr w:rsidR="00495879" w14:paraId="6184733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DEC9567" w14:textId="77777777" w:rsidR="00495879" w:rsidRDefault="00000000">
            <w:r>
              <w:t>An 3</w:t>
            </w:r>
          </w:p>
        </w:tc>
        <w:tc>
          <w:tcPr>
            <w:tcW w:w="2160" w:type="dxa"/>
          </w:tcPr>
          <w:p w14:paraId="182C542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$45K (IA + scale)</w:t>
            </w:r>
          </w:p>
        </w:tc>
        <w:tc>
          <w:tcPr>
            <w:tcW w:w="2160" w:type="dxa"/>
          </w:tcPr>
          <w:p w14:paraId="77A53DC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$180-300K (15-20 projets)</w:t>
            </w:r>
          </w:p>
        </w:tc>
        <w:tc>
          <w:tcPr>
            <w:tcW w:w="2160" w:type="dxa"/>
          </w:tcPr>
          <w:p w14:paraId="1940AEF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$225-345K</w:t>
            </w:r>
          </w:p>
        </w:tc>
      </w:tr>
      <w:tr w:rsidR="00495879" w14:paraId="0852FF6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1452E78" w14:textId="77777777" w:rsidR="00495879" w:rsidRDefault="00000000">
            <w:r>
              <w:t>**Total 3 ans**</w:t>
            </w:r>
          </w:p>
        </w:tc>
        <w:tc>
          <w:tcPr>
            <w:tcW w:w="2160" w:type="dxa"/>
          </w:tcPr>
          <w:p w14:paraId="4614867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**$95K**</w:t>
            </w:r>
          </w:p>
        </w:tc>
        <w:tc>
          <w:tcPr>
            <w:tcW w:w="2160" w:type="dxa"/>
          </w:tcPr>
          <w:p w14:paraId="1C783B8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**$280-450K**</w:t>
            </w:r>
          </w:p>
        </w:tc>
        <w:tc>
          <w:tcPr>
            <w:tcW w:w="2160" w:type="dxa"/>
          </w:tcPr>
          <w:p w14:paraId="4B90AD3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**$375-545K**</w:t>
            </w:r>
          </w:p>
        </w:tc>
      </w:tr>
    </w:tbl>
    <w:p w14:paraId="731C46F6" w14:textId="77777777" w:rsidR="00495879" w:rsidRDefault="00495879"/>
    <w:p w14:paraId="1EDB4EF2" w14:textId="77777777" w:rsidR="00495879" w:rsidRDefault="00000000">
      <w:pPr>
        <w:pStyle w:val="Titre4"/>
      </w:pPr>
      <w:r>
        <w:t>Modèle de Collaboration</w:t>
      </w:r>
    </w:p>
    <w:p w14:paraId="5E704BE4" w14:textId="77777777" w:rsidR="00495879" w:rsidRDefault="00000000">
      <w:r>
        <w:rPr>
          <w:b/>
        </w:rPr>
        <w:t>Phase 1 (An 1-2): Foundation</w:t>
      </w:r>
    </w:p>
    <w:p w14:paraId="151C4997" w14:textId="77777777" w:rsidR="00495879" w:rsidRDefault="00000000">
      <w:pPr>
        <w:pStyle w:val="Listepuces"/>
      </w:pPr>
      <w:r>
        <w:t>Lions Dev développe MVP plateforme GBCM (Q1-Q2 2026)</w:t>
      </w:r>
    </w:p>
    <w:p w14:paraId="793FDE93" w14:textId="77777777" w:rsidR="00495879" w:rsidRDefault="00000000">
      <w:pPr>
        <w:pStyle w:val="Listepuces"/>
      </w:pPr>
      <w:r>
        <w:t>Support technique projets clients au cas par cas</w:t>
      </w:r>
    </w:p>
    <w:p w14:paraId="224A9A80" w14:textId="77777777" w:rsidR="00495879" w:rsidRDefault="00000000">
      <w:pPr>
        <w:pStyle w:val="Listepuces"/>
      </w:pPr>
      <w:r>
        <w:t>Lions Dev Abidjan active pour clients Afrique francophone</w:t>
      </w:r>
    </w:p>
    <w:p w14:paraId="2315E5F6" w14:textId="77777777" w:rsidR="00495879" w:rsidRDefault="00000000">
      <w:pPr>
        <w:pStyle w:val="Listepuces"/>
      </w:pPr>
      <w:r>
        <w:t>Facturation forfait par projet</w:t>
      </w:r>
    </w:p>
    <w:p w14:paraId="1A23D075" w14:textId="77777777" w:rsidR="00495879" w:rsidRDefault="00000000">
      <w:r>
        <w:rPr>
          <w:b/>
        </w:rPr>
        <w:t>Phase 2 (An 3+): Scale &amp; Integration</w:t>
      </w:r>
    </w:p>
    <w:p w14:paraId="6B00D3EB" w14:textId="77777777" w:rsidR="00495879" w:rsidRDefault="00000000">
      <w:pPr>
        <w:pStyle w:val="Listepuces"/>
      </w:pPr>
      <w:r>
        <w:t>Lions Dev intégré au modèle d'offres GBCM</w:t>
      </w:r>
    </w:p>
    <w:p w14:paraId="19CEE026" w14:textId="77777777" w:rsidR="00495879" w:rsidRDefault="00000000">
      <w:pPr>
        <w:pStyle w:val="Listepuces"/>
      </w:pPr>
      <w:r>
        <w:lastRenderedPageBreak/>
        <w:t>Packages combinés "Coaching + Tech" vendus ensemble</w:t>
      </w:r>
    </w:p>
    <w:p w14:paraId="3079DC5C" w14:textId="77777777" w:rsidR="00495879" w:rsidRDefault="00000000">
      <w:pPr>
        <w:pStyle w:val="Listepuces"/>
      </w:pPr>
      <w:r>
        <w:t>Rev-share formalisé (10-15% standard)</w:t>
      </w:r>
    </w:p>
    <w:p w14:paraId="4E0784FF" w14:textId="77777777" w:rsidR="00495879" w:rsidRDefault="00000000">
      <w:pPr>
        <w:pStyle w:val="Listepuces"/>
      </w:pPr>
      <w:r>
        <w:t>Possibilité white-label Lions Dev services sous marque GBCM</w:t>
      </w:r>
    </w:p>
    <w:p w14:paraId="118600BC" w14:textId="77777777" w:rsidR="00495879" w:rsidRDefault="00000000">
      <w:r>
        <w:rPr>
          <w:b/>
        </w:rPr>
        <w:t>Phase 3 (An 5+): Strategic Options</w:t>
      </w:r>
    </w:p>
    <w:p w14:paraId="5CD6D475" w14:textId="77777777" w:rsidR="00495879" w:rsidRDefault="00000000">
      <w:pPr>
        <w:pStyle w:val="Listepuces"/>
      </w:pPr>
      <w:r>
        <w:t>**Option A**: Acquisition Lions Dev par GBCM (si croissance forte)</w:t>
      </w:r>
    </w:p>
    <w:p w14:paraId="38A17421" w14:textId="77777777" w:rsidR="00495879" w:rsidRDefault="00000000">
      <w:pPr>
        <w:pStyle w:val="Listepuces"/>
      </w:pPr>
      <w:r>
        <w:t>**Option B**: Joint-venture formelle avec participation croisée</w:t>
      </w:r>
    </w:p>
    <w:p w14:paraId="24F0F7D9" w14:textId="77777777" w:rsidR="00495879" w:rsidRDefault="00000000">
      <w:pPr>
        <w:pStyle w:val="Listepuces"/>
      </w:pPr>
      <w:r>
        <w:t>**Option C**: Continuation partenariat indépendant renforcé</w:t>
      </w:r>
    </w:p>
    <w:p w14:paraId="4B60FBD9" w14:textId="77777777" w:rsidR="00495879" w:rsidRDefault="00000000">
      <w:pPr>
        <w:pStyle w:val="Listepuces"/>
      </w:pPr>
      <w:r>
        <w:t>Décision basée sur performance et objectifs stratégiques des deux parties</w:t>
      </w:r>
    </w:p>
    <w:p w14:paraId="62AAA0A0" w14:textId="77777777" w:rsidR="00495879" w:rsidRDefault="00000000">
      <w:pPr>
        <w:pStyle w:val="Titre4"/>
      </w:pPr>
      <w:r>
        <w:t>Différenciation Concurrentielle</w:t>
      </w:r>
    </w:p>
    <w:p w14:paraId="46E11070" w14:textId="77777777" w:rsidR="00495879" w:rsidRDefault="00000000">
      <w:r>
        <w:t>Ce partenariat stratégique permet à GBCM de se différencier en offrant:</w:t>
      </w:r>
    </w:p>
    <w:p w14:paraId="43406B42" w14:textId="77777777" w:rsidR="00495879" w:rsidRDefault="00000000">
      <w:r>
        <w:rPr>
          <w:b/>
        </w:rPr>
        <w:t>"Le seul cabinet de conseil qui peut exécuter la transformation digitale de bout en bout"</w:t>
      </w:r>
    </w:p>
    <w:p w14:paraId="195FA343" w14:textId="77777777" w:rsidR="00495879" w:rsidRDefault="00000000">
      <w:pPr>
        <w:pStyle w:val="Listepuces"/>
      </w:pPr>
      <w:r>
        <w:t>La plupart des coaches/consultants recommandent des outils mais ne les implémentent pas</w:t>
      </w:r>
    </w:p>
    <w:p w14:paraId="0507047B" w14:textId="77777777" w:rsidR="00495879" w:rsidRDefault="00000000">
      <w:pPr>
        <w:pStyle w:val="Listepuces"/>
      </w:pPr>
      <w:r>
        <w:t>GBCM, via Lions Dev, livre clé en main: Stratégie → Implémentation → Adoption</w:t>
      </w:r>
    </w:p>
    <w:p w14:paraId="79438C91" w14:textId="77777777" w:rsidR="00495879" w:rsidRDefault="00000000">
      <w:pPr>
        <w:pStyle w:val="Listepuces"/>
      </w:pPr>
      <w:r>
        <w:t>Clients évitent le "PowerPoint syndrome" (belles recommandations jamais implémentées)</w:t>
      </w:r>
    </w:p>
    <w:p w14:paraId="2F74851F" w14:textId="77777777" w:rsidR="00495879" w:rsidRDefault="00000000">
      <w:r>
        <w:t>________________________________________________________________________________</w:t>
      </w:r>
    </w:p>
    <w:p w14:paraId="2423C636" w14:textId="77777777" w:rsidR="00495879" w:rsidRDefault="00000000">
      <w:pPr>
        <w:pStyle w:val="Titre3"/>
      </w:pPr>
      <w:r>
        <w:t>Autres Partenaires Technologiques</w:t>
      </w:r>
    </w:p>
    <w:p w14:paraId="0B77D831" w14:textId="77777777" w:rsidR="00495879" w:rsidRDefault="00000000">
      <w:r>
        <w:rPr>
          <w:b/>
        </w:rPr>
        <w:t>Objectif</w:t>
      </w:r>
      <w:r>
        <w:t>: Meilleure plateforme via intégrations best-in-class</w:t>
      </w:r>
    </w:p>
    <w:p w14:paraId="0FAD89B9" w14:textId="77777777" w:rsidR="00495879" w:rsidRDefault="00000000">
      <w:r>
        <w:rPr>
          <w:b/>
        </w:rPr>
        <w:t>Targets</w:t>
      </w:r>
      <w:r>
        <w:t>:</w:t>
      </w:r>
    </w:p>
    <w:p w14:paraId="0F894159" w14:textId="77777777" w:rsidR="00495879" w:rsidRDefault="00000000">
      <w:pPr>
        <w:pStyle w:val="Listepuces"/>
      </w:pPr>
      <w:r>
        <w:t>**CRM**: HubSpot (partnership program)</w:t>
      </w:r>
    </w:p>
    <w:p w14:paraId="1F9C9D38" w14:textId="77777777" w:rsidR="00495879" w:rsidRDefault="00000000">
      <w:pPr>
        <w:pStyle w:val="Listepuces"/>
      </w:pPr>
      <w:r>
        <w:t>**Video**: Zoom (ISV partner)</w:t>
      </w:r>
    </w:p>
    <w:p w14:paraId="5648356C" w14:textId="77777777" w:rsidR="00495879" w:rsidRDefault="00000000">
      <w:pPr>
        <w:pStyle w:val="Listepuces"/>
      </w:pPr>
      <w:r>
        <w:t>**Payments**: Stripe (verified partner)</w:t>
      </w:r>
    </w:p>
    <w:p w14:paraId="2B366666" w14:textId="77777777" w:rsidR="00495879" w:rsidRDefault="00000000">
      <w:pPr>
        <w:pStyle w:val="Listepuces"/>
      </w:pPr>
      <w:r>
        <w:t>**AI** (Phase 2 - 2027+): OpenAI API, Anthropic Claude (dev partners)</w:t>
      </w:r>
    </w:p>
    <w:p w14:paraId="61031BB0" w14:textId="77777777" w:rsidR="00495879" w:rsidRDefault="00000000">
      <w:pPr>
        <w:pStyle w:val="Listepuces"/>
      </w:pPr>
      <w:r>
        <w:t>**Learning**: Thinkific ou Kajabi (integration)</w:t>
      </w:r>
    </w:p>
    <w:p w14:paraId="4F4A1776" w14:textId="77777777" w:rsidR="00495879" w:rsidRDefault="00000000">
      <w:r>
        <w:rPr>
          <w:b/>
        </w:rPr>
        <w:t>Bénéfices</w:t>
      </w:r>
      <w:r>
        <w:t>:</w:t>
      </w:r>
    </w:p>
    <w:p w14:paraId="6872F29D" w14:textId="77777777" w:rsidR="00495879" w:rsidRDefault="00000000">
      <w:pPr>
        <w:pStyle w:val="Listepuces"/>
      </w:pPr>
      <w:r>
        <w:t>Co-marketing opportunities</w:t>
      </w:r>
    </w:p>
    <w:p w14:paraId="1CD26EB1" w14:textId="77777777" w:rsidR="00495879" w:rsidRDefault="00000000">
      <w:pPr>
        <w:pStyle w:val="Listepuces"/>
      </w:pPr>
      <w:r>
        <w:t>Referral fees potentiels</w:t>
      </w:r>
    </w:p>
    <w:p w14:paraId="4FED473A" w14:textId="77777777" w:rsidR="00495879" w:rsidRDefault="00000000">
      <w:pPr>
        <w:pStyle w:val="Listepuces"/>
      </w:pPr>
      <w:r>
        <w:t>Early access nouvelles features</w:t>
      </w:r>
    </w:p>
    <w:p w14:paraId="5CD26E7C" w14:textId="77777777" w:rsidR="00495879" w:rsidRDefault="00000000">
      <w:pPr>
        <w:pStyle w:val="Listepuces"/>
      </w:pPr>
      <w:r>
        <w:t>Technical support prioritaire</w:t>
      </w:r>
    </w:p>
    <w:p w14:paraId="0FE572E7" w14:textId="77777777" w:rsidR="00495879" w:rsidRDefault="00000000">
      <w:r>
        <w:rPr>
          <w:b/>
        </w:rPr>
        <w:t>Note</w:t>
      </w:r>
      <w:r>
        <w:t>: Lions Dev assure les intégrations techniques de ces partenaires.</w:t>
      </w:r>
    </w:p>
    <w:p w14:paraId="7075B1F3" w14:textId="77777777" w:rsidR="00495879" w:rsidRDefault="00000000">
      <w:pPr>
        <w:pStyle w:val="Titre3"/>
      </w:pPr>
      <w:r>
        <w:lastRenderedPageBreak/>
        <w:t>Referral Partners</w:t>
      </w:r>
    </w:p>
    <w:p w14:paraId="6E38B3A8" w14:textId="77777777" w:rsidR="00495879" w:rsidRDefault="00000000">
      <w:r>
        <w:rPr>
          <w:b/>
        </w:rPr>
        <w:t>Objectif</w:t>
      </w:r>
      <w:r>
        <w:t>: Pipeline inbound via ecosystem</w:t>
      </w:r>
    </w:p>
    <w:p w14:paraId="105121F4" w14:textId="77777777" w:rsidR="00495879" w:rsidRDefault="00000000">
      <w:r>
        <w:rPr>
          <w:b/>
        </w:rPr>
        <w:t>Cibles An 1-2</w:t>
      </w:r>
      <w:r>
        <w:t>:</w:t>
      </w:r>
    </w:p>
    <w:p w14:paraId="1390531A" w14:textId="77777777" w:rsidR="00495879" w:rsidRDefault="00000000">
      <w:pPr>
        <w:pStyle w:val="Listenumros"/>
      </w:pPr>
      <w:r>
        <w:t>**Cabinets Comptables** (CPA firms)</w:t>
      </w:r>
    </w:p>
    <w:p w14:paraId="22D0CE89" w14:textId="77777777" w:rsidR="00495879" w:rsidRDefault="00000000">
      <w:pPr>
        <w:pStyle w:val="Listepuces"/>
      </w:pPr>
      <w:r>
        <w:t>Ils ont clients SMBs qui besoin coaching</w:t>
      </w:r>
    </w:p>
    <w:p w14:paraId="3F901930" w14:textId="77777777" w:rsidR="00495879" w:rsidRDefault="00000000">
      <w:pPr>
        <w:pStyle w:val="Listepuces"/>
      </w:pPr>
      <w:r>
        <w:t>Referral fee 10-15%</w:t>
      </w:r>
    </w:p>
    <w:p w14:paraId="162321DA" w14:textId="77777777" w:rsidR="00495879" w:rsidRDefault="00000000">
      <w:pPr>
        <w:pStyle w:val="Listepuces"/>
      </w:pPr>
      <w:r>
        <w:t>Target 5-10 partnerships</w:t>
      </w:r>
    </w:p>
    <w:p w14:paraId="5CD672BF" w14:textId="77777777" w:rsidR="00495879" w:rsidRDefault="00000000">
      <w:pPr>
        <w:pStyle w:val="Listenumros"/>
      </w:pPr>
      <w:r>
        <w:t>**Avocats d'Affaires** (Corporate law firms)</w:t>
      </w:r>
    </w:p>
    <w:p w14:paraId="29FCFF53" w14:textId="77777777" w:rsidR="00495879" w:rsidRDefault="00000000">
      <w:pPr>
        <w:pStyle w:val="Listepuces"/>
      </w:pPr>
      <w:r>
        <w:t>Clients M&amp;A prep, restructuring → besoin advisory</w:t>
      </w:r>
    </w:p>
    <w:p w14:paraId="69DBE93E" w14:textId="77777777" w:rsidR="00495879" w:rsidRDefault="00000000">
      <w:pPr>
        <w:pStyle w:val="Listepuces"/>
      </w:pPr>
      <w:r>
        <w:t>Referral ou reciprocal arrangement</w:t>
      </w:r>
    </w:p>
    <w:p w14:paraId="348FE46A" w14:textId="77777777" w:rsidR="00495879" w:rsidRDefault="00000000">
      <w:pPr>
        <w:pStyle w:val="Listenumros"/>
      </w:pPr>
      <w:r>
        <w:t>**Banques Régionales** (Regional banks)</w:t>
      </w:r>
    </w:p>
    <w:p w14:paraId="0F3A77C6" w14:textId="77777777" w:rsidR="00495879" w:rsidRDefault="00000000">
      <w:pPr>
        <w:pStyle w:val="Listepuces"/>
      </w:pPr>
      <w:r>
        <w:t>Business banking departments</w:t>
      </w:r>
    </w:p>
    <w:p w14:paraId="5111A26C" w14:textId="77777777" w:rsidR="00495879" w:rsidRDefault="00000000">
      <w:pPr>
        <w:pStyle w:val="Listepuces"/>
      </w:pPr>
      <w:r>
        <w:t>Co-events, workshops</w:t>
      </w:r>
    </w:p>
    <w:p w14:paraId="2C90EB9E" w14:textId="77777777" w:rsidR="00495879" w:rsidRDefault="00000000">
      <w:pPr>
        <w:pStyle w:val="Listepuces"/>
      </w:pPr>
      <w:r>
        <w:t>Referrals bi-directional</w:t>
      </w:r>
    </w:p>
    <w:p w14:paraId="4EABD2D5" w14:textId="77777777" w:rsidR="00495879" w:rsidRDefault="00000000">
      <w:pPr>
        <w:pStyle w:val="Listenumros"/>
      </w:pPr>
      <w:r>
        <w:t>**Plateformes SaaS SMB** (HubSpot, Salesforce, QuickBooks)</w:t>
      </w:r>
    </w:p>
    <w:p w14:paraId="30C40554" w14:textId="77777777" w:rsidR="00495879" w:rsidRDefault="00000000">
      <w:pPr>
        <w:pStyle w:val="Listepuces"/>
      </w:pPr>
      <w:r>
        <w:t>User communities besoin coaching</w:t>
      </w:r>
    </w:p>
    <w:p w14:paraId="6B0D3A16" w14:textId="77777777" w:rsidR="00495879" w:rsidRDefault="00000000">
      <w:pPr>
        <w:pStyle w:val="Listepuces"/>
      </w:pPr>
      <w:r>
        <w:t>Co-marketing content</w:t>
      </w:r>
    </w:p>
    <w:p w14:paraId="757A3E46" w14:textId="77777777" w:rsidR="00495879" w:rsidRDefault="00000000">
      <w:pPr>
        <w:pStyle w:val="Listepuces"/>
      </w:pPr>
      <w:r>
        <w:t>Webinars co-branded</w:t>
      </w:r>
    </w:p>
    <w:p w14:paraId="6DB3ED00" w14:textId="77777777" w:rsidR="00495879" w:rsidRDefault="00000000">
      <w:pPr>
        <w:pStyle w:val="Listenumros"/>
      </w:pPr>
      <w:r>
        <w:t>**Associations Professionnelles**</w:t>
      </w:r>
    </w:p>
    <w:p w14:paraId="2A9816A8" w14:textId="77777777" w:rsidR="00495879" w:rsidRDefault="00000000">
      <w:pPr>
        <w:pStyle w:val="Listepuces"/>
      </w:pPr>
      <w:r>
        <w:t>Vistage, EO (Entrepreneurs' Organization), YPO</w:t>
      </w:r>
    </w:p>
    <w:p w14:paraId="27A9F609" w14:textId="77777777" w:rsidR="00495879" w:rsidRDefault="00000000">
      <w:pPr>
        <w:pStyle w:val="Listepuces"/>
      </w:pPr>
      <w:r>
        <w:t>Speaking opportunities</w:t>
      </w:r>
    </w:p>
    <w:p w14:paraId="3E508A4A" w14:textId="77777777" w:rsidR="00495879" w:rsidRDefault="00000000">
      <w:pPr>
        <w:pStyle w:val="Listepuces"/>
      </w:pPr>
      <w:r>
        <w:t>Member discounts</w:t>
      </w:r>
    </w:p>
    <w:p w14:paraId="32D61C9D" w14:textId="77777777" w:rsidR="00495879" w:rsidRDefault="00000000">
      <w:r>
        <w:rPr>
          <w:b/>
        </w:rPr>
        <w:t>Programme Referral</w:t>
      </w:r>
      <w:r>
        <w:t>:</w:t>
      </w:r>
    </w:p>
    <w:p w14:paraId="5B1483CE" w14:textId="77777777" w:rsidR="00495879" w:rsidRDefault="00000000">
      <w:pPr>
        <w:pStyle w:val="Listepuces"/>
      </w:pPr>
      <w:r>
        <w:t>20% commission sur 1ère année client (ou $2,000-5,000 flat fee)</w:t>
      </w:r>
    </w:p>
    <w:p w14:paraId="3D116EB2" w14:textId="77777777" w:rsidR="00495879" w:rsidRDefault="00000000">
      <w:pPr>
        <w:pStyle w:val="Listepuces"/>
      </w:pPr>
      <w:r>
        <w:t>10% années suivantes si renouvellement</w:t>
      </w:r>
    </w:p>
    <w:p w14:paraId="60D07BFA" w14:textId="77777777" w:rsidR="00495879" w:rsidRDefault="00000000">
      <w:pPr>
        <w:pStyle w:val="Listepuces"/>
      </w:pPr>
      <w:r>
        <w:t>Dashboard tracking referrals</w:t>
      </w:r>
    </w:p>
    <w:p w14:paraId="39311371" w14:textId="77777777" w:rsidR="00495879" w:rsidRDefault="00000000">
      <w:pPr>
        <w:pStyle w:val="Listepuces"/>
      </w:pPr>
      <w:r>
        <w:t>Quarterly payouts</w:t>
      </w:r>
    </w:p>
    <w:p w14:paraId="2AC3A5ED" w14:textId="77777777" w:rsidR="00495879" w:rsidRDefault="00000000">
      <w:pPr>
        <w:pStyle w:val="Titre3"/>
      </w:pPr>
      <w:r>
        <w:t>Strategic Alliances (An 2-3)</w:t>
      </w:r>
    </w:p>
    <w:p w14:paraId="2EC140B4" w14:textId="77777777" w:rsidR="00495879" w:rsidRDefault="00000000">
      <w:r>
        <w:rPr>
          <w:b/>
        </w:rPr>
        <w:t>Software Vendors</w:t>
      </w:r>
      <w:r>
        <w:t>:</w:t>
      </w:r>
    </w:p>
    <w:p w14:paraId="46DBF76E" w14:textId="77777777" w:rsidR="00495879" w:rsidRDefault="00000000">
      <w:pPr>
        <w:pStyle w:val="Listepuces"/>
      </w:pPr>
      <w:r>
        <w:t>Devenir "Certified Implementation Partner" pour tools populaires (ex: HubSpot)</w:t>
      </w:r>
    </w:p>
    <w:p w14:paraId="7FB02015" w14:textId="77777777" w:rsidR="00495879" w:rsidRDefault="00000000">
      <w:pPr>
        <w:pStyle w:val="Listepuces"/>
      </w:pPr>
      <w:r>
        <w:t>Offrir services implémentation + coaching combo</w:t>
      </w:r>
    </w:p>
    <w:p w14:paraId="22CBBFC4" w14:textId="77777777" w:rsidR="00495879" w:rsidRDefault="00000000">
      <w:pPr>
        <w:pStyle w:val="Listepuces"/>
      </w:pPr>
      <w:r>
        <w:t>Revenue share arrangements</w:t>
      </w:r>
    </w:p>
    <w:p w14:paraId="7D8878AC" w14:textId="77777777" w:rsidR="00495879" w:rsidRDefault="00000000">
      <w:r>
        <w:rPr>
          <w:b/>
        </w:rPr>
        <w:lastRenderedPageBreak/>
        <w:t>Coaching Networks</w:t>
      </w:r>
      <w:r>
        <w:t>:</w:t>
      </w:r>
    </w:p>
    <w:p w14:paraId="778A60B5" w14:textId="77777777" w:rsidR="00495879" w:rsidRDefault="00000000">
      <w:pPr>
        <w:pStyle w:val="Listepuces"/>
      </w:pPr>
      <w:r>
        <w:t>Intégrer networks nationaux (ex: BetterUp enterprise coaching)</w:t>
      </w:r>
    </w:p>
    <w:p w14:paraId="12ACF445" w14:textId="77777777" w:rsidR="00495879" w:rsidRDefault="00000000">
      <w:pPr>
        <w:pStyle w:val="Listepuces"/>
      </w:pPr>
      <w:r>
        <w:t>Fournir coaches pour leur platform sous marque blanche</w:t>
      </w:r>
    </w:p>
    <w:p w14:paraId="1023BFEE" w14:textId="77777777" w:rsidR="00495879" w:rsidRDefault="00000000">
      <w:pPr>
        <w:pStyle w:val="Listepuces"/>
      </w:pPr>
      <w:r>
        <w:t>Access enterprise clients</w:t>
      </w:r>
    </w:p>
    <w:p w14:paraId="4686BE2A" w14:textId="77777777" w:rsidR="00495879" w:rsidRDefault="00000000">
      <w:r>
        <w:rPr>
          <w:b/>
        </w:rPr>
        <w:t>Academic Institutions</w:t>
      </w:r>
      <w:r>
        <w:t>:</w:t>
      </w:r>
    </w:p>
    <w:p w14:paraId="3A3A2DA5" w14:textId="77777777" w:rsidR="00495879" w:rsidRDefault="00000000">
      <w:pPr>
        <w:pStyle w:val="Listepuces"/>
      </w:pPr>
      <w:r>
        <w:t>Partnerships universités (business schools)</w:t>
      </w:r>
    </w:p>
    <w:p w14:paraId="64F5EB5B" w14:textId="77777777" w:rsidR="00495879" w:rsidRDefault="00000000">
      <w:pPr>
        <w:pStyle w:val="Listepuces"/>
      </w:pPr>
      <w:r>
        <w:t>Executive education co-developed</w:t>
      </w:r>
    </w:p>
    <w:p w14:paraId="4952E8C9" w14:textId="77777777" w:rsidR="00495879" w:rsidRDefault="00000000">
      <w:pPr>
        <w:pStyle w:val="Listepuces"/>
      </w:pPr>
      <w:r>
        <w:t>Talent pipeline pour hiring</w:t>
      </w:r>
    </w:p>
    <w:p w14:paraId="0CB941FC" w14:textId="77777777" w:rsidR="00495879" w:rsidRDefault="00000000">
      <w:r>
        <w:t>________________________________________________________________________________</w:t>
      </w:r>
    </w:p>
    <w:p w14:paraId="3A2527A8" w14:textId="77777777" w:rsidR="00495879" w:rsidRDefault="00000000">
      <w:pPr>
        <w:pStyle w:val="Titre2"/>
      </w:pPr>
      <w:r>
        <w:t>2.11 Exit Strategy (Optionnel, Long-Term)</w:t>
      </w:r>
    </w:p>
    <w:p w14:paraId="3E6F19F8" w14:textId="77777777" w:rsidR="00495879" w:rsidRDefault="00000000">
      <w:r>
        <w:rPr>
          <w:b/>
        </w:rPr>
        <w:t>Note</w:t>
      </w:r>
      <w:r>
        <w:t>: GBCM vise d'abord croissance organique et profitabilité. Exit éventuel est optionnel.</w:t>
      </w:r>
    </w:p>
    <w:p w14:paraId="474412F0" w14:textId="77777777" w:rsidR="00495879" w:rsidRDefault="00000000">
      <w:pPr>
        <w:pStyle w:val="Titre3"/>
      </w:pPr>
      <w:r>
        <w:t>Potential Exit Scenarios (5-7 ans)</w:t>
      </w:r>
    </w:p>
    <w:p w14:paraId="199764D8" w14:textId="77777777" w:rsidR="00495879" w:rsidRDefault="00000000">
      <w:pPr>
        <w:pStyle w:val="Titre4"/>
      </w:pPr>
      <w:r>
        <w:t>Scenario 1: Acquisition Stratégique</w:t>
      </w:r>
    </w:p>
    <w:p w14:paraId="60047C46" w14:textId="77777777" w:rsidR="00495879" w:rsidRDefault="00000000">
      <w:r>
        <w:rPr>
          <w:b/>
        </w:rPr>
        <w:t>Acquéreurs Potentiels</w:t>
      </w:r>
      <w:r>
        <w:t>:</w:t>
      </w:r>
    </w:p>
    <w:p w14:paraId="2720600C" w14:textId="77777777" w:rsidR="00495879" w:rsidRDefault="00000000">
      <w:pPr>
        <w:pStyle w:val="Listepuces"/>
      </w:pPr>
      <w:r>
        <w:t>**Big Consulting** (Deloitte, Accenture) pour capacités coaching/SMB</w:t>
      </w:r>
    </w:p>
    <w:p w14:paraId="2011854D" w14:textId="77777777" w:rsidR="00495879" w:rsidRDefault="00000000">
      <w:pPr>
        <w:pStyle w:val="Listepuces"/>
      </w:pPr>
      <w:r>
        <w:t>**HR Tech** (BetterUp, CoachHub, Sounding Board) pour tech/méthodologies</w:t>
      </w:r>
    </w:p>
    <w:p w14:paraId="5B33A5C0" w14:textId="77777777" w:rsidR="00495879" w:rsidRDefault="00000000">
      <w:pPr>
        <w:pStyle w:val="Listepuces"/>
      </w:pPr>
      <w:r>
        <w:t>**Learning Platforms** (Coursera, Udemy for Business) pour contenus enterprise</w:t>
      </w:r>
    </w:p>
    <w:p w14:paraId="676A9B3A" w14:textId="77777777" w:rsidR="00495879" w:rsidRDefault="00000000">
      <w:pPr>
        <w:pStyle w:val="Listepuces"/>
      </w:pPr>
      <w:r>
        <w:t>**PE Firms** spécialisés services businesses (target add-ons)</w:t>
      </w:r>
    </w:p>
    <w:p w14:paraId="7FD1F029" w14:textId="77777777" w:rsidR="00495879" w:rsidRDefault="00000000">
      <w:r>
        <w:rPr>
          <w:b/>
        </w:rPr>
        <w:t>Valuation Benchmarks</w:t>
      </w:r>
      <w:r>
        <w:t xml:space="preserve"> (marché actuel):</w:t>
      </w:r>
    </w:p>
    <w:p w14:paraId="33F74AE8" w14:textId="77777777" w:rsidR="00495879" w:rsidRDefault="00000000">
      <w:pPr>
        <w:pStyle w:val="Listepuces"/>
      </w:pPr>
      <w:r>
        <w:t>Coaching businesses: 3-5x EBITDA</w:t>
      </w:r>
    </w:p>
    <w:p w14:paraId="3101836B" w14:textId="77777777" w:rsidR="00495879" w:rsidRDefault="00000000">
      <w:pPr>
        <w:pStyle w:val="Listepuces"/>
      </w:pPr>
      <w:r>
        <w:t>SaaS-enabled services: 5-8x EBITDA ou 2-3x Revenue</w:t>
      </w:r>
    </w:p>
    <w:p w14:paraId="221B713F" w14:textId="77777777" w:rsidR="00495879" w:rsidRDefault="00000000">
      <w:pPr>
        <w:pStyle w:val="Listepuces"/>
      </w:pPr>
      <w:r>
        <w:t>**Projection**: Si An 5 revenue $3M, EBITDA $1.2M → Valuation $6-10M</w:t>
      </w:r>
    </w:p>
    <w:p w14:paraId="11D43B68" w14:textId="77777777" w:rsidR="00495879" w:rsidRDefault="00000000">
      <w:pPr>
        <w:pStyle w:val="Titre4"/>
      </w:pPr>
      <w:r>
        <w:t>Scenario 2: Recapitalisation (Majority Stake)</w:t>
      </w:r>
    </w:p>
    <w:p w14:paraId="15F7BD21" w14:textId="77777777" w:rsidR="00495879" w:rsidRDefault="00000000">
      <w:pPr>
        <w:pStyle w:val="Listepuces"/>
      </w:pPr>
      <w:r>
        <w:t>PE firm prend 60-80%</w:t>
      </w:r>
    </w:p>
    <w:p w14:paraId="5C1F653E" w14:textId="77777777" w:rsidR="00495879" w:rsidRDefault="00000000">
      <w:pPr>
        <w:pStyle w:val="Listepuces"/>
      </w:pPr>
      <w:r>
        <w:t>Fondateur reste CEO, garde 20-40% + earnout</w:t>
      </w:r>
    </w:p>
    <w:p w14:paraId="3B7BD596" w14:textId="77777777" w:rsidR="00495879" w:rsidRDefault="00000000">
      <w:pPr>
        <w:pStyle w:val="Listepuces"/>
      </w:pPr>
      <w:r>
        <w:t>Capital pour accelerate growth</w:t>
      </w:r>
    </w:p>
    <w:p w14:paraId="18BDC212" w14:textId="77777777" w:rsidR="00495879" w:rsidRDefault="00000000">
      <w:pPr>
        <w:pStyle w:val="Listepuces"/>
      </w:pPr>
      <w:r>
        <w:t>Exit secondaire ultérieure (full exit 3-5 ans après)</w:t>
      </w:r>
    </w:p>
    <w:p w14:paraId="42CAF991" w14:textId="77777777" w:rsidR="00495879" w:rsidRDefault="00000000">
      <w:pPr>
        <w:pStyle w:val="Titre4"/>
      </w:pPr>
      <w:r>
        <w:t>Scenario 3: Management Buyout (MBO)</w:t>
      </w:r>
    </w:p>
    <w:p w14:paraId="7FD4FF05" w14:textId="77777777" w:rsidR="00495879" w:rsidRDefault="00000000">
      <w:pPr>
        <w:pStyle w:val="Listepuces"/>
      </w:pPr>
      <w:r>
        <w:t>Équipe leadership interne achète l'entreprise</w:t>
      </w:r>
    </w:p>
    <w:p w14:paraId="294870BB" w14:textId="77777777" w:rsidR="00495879" w:rsidRDefault="00000000">
      <w:pPr>
        <w:pStyle w:val="Listepuces"/>
      </w:pPr>
      <w:r>
        <w:t>Fondateur financing + seller note</w:t>
      </w:r>
    </w:p>
    <w:p w14:paraId="5B1990F8" w14:textId="77777777" w:rsidR="00495879" w:rsidRDefault="00000000">
      <w:pPr>
        <w:pStyle w:val="Listepuces"/>
      </w:pPr>
      <w:r>
        <w:t>Transition graduelle 2-3 ans</w:t>
      </w:r>
    </w:p>
    <w:p w14:paraId="7EDB6E87" w14:textId="77777777" w:rsidR="00495879" w:rsidRDefault="00000000">
      <w:pPr>
        <w:pStyle w:val="Titre4"/>
      </w:pPr>
      <w:r>
        <w:t>Scenario 4: Continue Indépendant</w:t>
      </w:r>
    </w:p>
    <w:p w14:paraId="432C3B96" w14:textId="77777777" w:rsidR="00495879" w:rsidRDefault="00000000">
      <w:pPr>
        <w:pStyle w:val="Listepuces"/>
      </w:pPr>
      <w:r>
        <w:t>Entreprise profitable comme "lifestyle business"</w:t>
      </w:r>
    </w:p>
    <w:p w14:paraId="12F6BDCA" w14:textId="77777777" w:rsidR="00495879" w:rsidRDefault="00000000">
      <w:pPr>
        <w:pStyle w:val="Listepuces"/>
      </w:pPr>
      <w:r>
        <w:lastRenderedPageBreak/>
        <w:t>Fondateur peut se retirer opérationnellement</w:t>
      </w:r>
    </w:p>
    <w:p w14:paraId="1EDBAF20" w14:textId="77777777" w:rsidR="00495879" w:rsidRDefault="00000000">
      <w:pPr>
        <w:pStyle w:val="Listepuces"/>
      </w:pPr>
      <w:r>
        <w:t>CEO professionnel embauché</w:t>
      </w:r>
    </w:p>
    <w:p w14:paraId="6CDA0FB3" w14:textId="77777777" w:rsidR="00495879" w:rsidRDefault="00000000">
      <w:pPr>
        <w:pStyle w:val="Listepuces"/>
      </w:pPr>
      <w:r>
        <w:t>Dividends ongoing ownership</w:t>
      </w:r>
    </w:p>
    <w:p w14:paraId="04994542" w14:textId="77777777" w:rsidR="00495879" w:rsidRDefault="00000000">
      <w:r>
        <w:rPr>
          <w:b/>
        </w:rPr>
        <w:t>Préférence Actuelle</w:t>
      </w:r>
      <w:r>
        <w:t>: Garder optionalité ouverte, focus sur building great company. Exit si opportunité exceptionnelle se présente.</w:t>
      </w:r>
    </w:p>
    <w:p w14:paraId="0702B8F1" w14:textId="77777777" w:rsidR="00495879" w:rsidRDefault="00000000">
      <w:r>
        <w:t>________________________________________________________________________________</w:t>
      </w:r>
    </w:p>
    <w:p w14:paraId="0E7D9F5D" w14:textId="77777777" w:rsidR="00495879" w:rsidRDefault="00000000">
      <w:pPr>
        <w:pStyle w:val="Titre2"/>
      </w:pPr>
      <w:r>
        <w:t>2.12 Summary &amp; Next Steps</w:t>
      </w:r>
    </w:p>
    <w:p w14:paraId="045773E7" w14:textId="77777777" w:rsidR="00495879" w:rsidRDefault="00000000">
      <w:r>
        <w:rPr>
          <w:b/>
        </w:rPr>
        <w:t>GBCM LLC est structuré pour</w:t>
      </w:r>
      <w:r>
        <w:t>:</w:t>
      </w:r>
    </w:p>
    <w:p w14:paraId="2A06127A" w14:textId="77777777" w:rsidR="00495879" w:rsidRDefault="00000000">
      <w:r>
        <w:t>✅ Croissance rapide mais durable</w:t>
      </w:r>
    </w:p>
    <w:p w14:paraId="45FF9694" w14:textId="77777777" w:rsidR="00495879" w:rsidRDefault="00000000">
      <w:r>
        <w:t>✅ Scalabilité via technologie</w:t>
      </w:r>
    </w:p>
    <w:p w14:paraId="794097CF" w14:textId="77777777" w:rsidR="00495879" w:rsidRDefault="00000000">
      <w:r>
        <w:t>✅ Impact transformationnel client</w:t>
      </w:r>
    </w:p>
    <w:p w14:paraId="3E0CDD8E" w14:textId="77777777" w:rsidR="00495879" w:rsidRDefault="00000000">
      <w:r>
        <w:t>✅ Flexibilité strategic (optionality pour exit ou indépendance)</w:t>
      </w:r>
    </w:p>
    <w:p w14:paraId="0E9C6615" w14:textId="77777777" w:rsidR="00495879" w:rsidRDefault="00000000">
      <w:r>
        <w:rPr>
          <w:b/>
        </w:rPr>
        <w:t>Fondations à établir Q1 2026</w:t>
      </w:r>
      <w:r>
        <w:t>:</w:t>
      </w:r>
    </w:p>
    <w:p w14:paraId="2104F0C6" w14:textId="77777777" w:rsidR="00495879" w:rsidRDefault="00000000">
      <w:pPr>
        <w:pStyle w:val="Listenumros"/>
      </w:pPr>
      <w:r>
        <w:t>Formation LLC complétée</w:t>
      </w:r>
    </w:p>
    <w:p w14:paraId="559597CC" w14:textId="77777777" w:rsidR="00495879" w:rsidRDefault="00000000">
      <w:pPr>
        <w:pStyle w:val="Listenumros"/>
      </w:pPr>
      <w:r>
        <w:t>Insurances en place</w:t>
      </w:r>
    </w:p>
    <w:p w14:paraId="66ED4BF7" w14:textId="77777777" w:rsidR="00495879" w:rsidRDefault="00000000">
      <w:pPr>
        <w:pStyle w:val="Listenumros"/>
      </w:pPr>
      <w:r>
        <w:t>Contracts templates finalisés</w:t>
      </w:r>
    </w:p>
    <w:p w14:paraId="38884149" w14:textId="77777777" w:rsidR="00495879" w:rsidRDefault="00000000">
      <w:pPr>
        <w:pStyle w:val="Listenumros"/>
      </w:pPr>
      <w:r>
        <w:t>IP trademarks déposés</w:t>
      </w:r>
    </w:p>
    <w:p w14:paraId="5E3D5F57" w14:textId="77777777" w:rsidR="00495879" w:rsidRDefault="00000000">
      <w:pPr>
        <w:pStyle w:val="Listenumros"/>
      </w:pPr>
      <w:r>
        <w:t>Banking &amp; accounting setup</w:t>
      </w:r>
    </w:p>
    <w:p w14:paraId="737F73EE" w14:textId="77777777" w:rsidR="00495879" w:rsidRDefault="00000000">
      <w:pPr>
        <w:pStyle w:val="Listenumros"/>
      </w:pPr>
      <w:r>
        <w:t>Advisory board constitué (3-5 personnes)</w:t>
      </w:r>
    </w:p>
    <w:p w14:paraId="7B8F5DCE" w14:textId="77777777" w:rsidR="00495879" w:rsidRDefault="00000000">
      <w:r>
        <w:t>________________________________________________________________________________</w:t>
      </w:r>
    </w:p>
    <w:p w14:paraId="460E9ADA" w14:textId="77777777" w:rsidR="00495879" w:rsidRDefault="00000000">
      <w:r>
        <w:rPr>
          <w:b/>
        </w:rPr>
        <w:t>NEXT</w:t>
      </w:r>
      <w:r>
        <w:t>: 03-market-analysis.md - Analyse détaillée du marché coaching &amp; consulting 2025</w:t>
      </w:r>
    </w:p>
    <w:p w14:paraId="39577024" w14:textId="77777777" w:rsidR="00495879" w:rsidRDefault="00000000">
      <w:r>
        <w:br w:type="page"/>
      </w:r>
    </w:p>
    <w:p w14:paraId="6A75F1D6" w14:textId="77777777" w:rsidR="00495879" w:rsidRDefault="00000000">
      <w:pPr>
        <w:pStyle w:val="Titre1"/>
      </w:pPr>
      <w:r>
        <w:lastRenderedPageBreak/>
        <w:t>3. MARKET ANALYSIS</w:t>
      </w:r>
    </w:p>
    <w:p w14:paraId="49CB9A00" w14:textId="77777777" w:rsidR="00495879" w:rsidRDefault="00000000">
      <w:pPr>
        <w:pStyle w:val="Titre2"/>
      </w:pPr>
      <w:r>
        <w:t>3.1 Industry Overview - Coaching &amp; Consulting 2025</w:t>
      </w:r>
    </w:p>
    <w:p w14:paraId="22DFC420" w14:textId="77777777" w:rsidR="00495879" w:rsidRDefault="00000000">
      <w:pPr>
        <w:pStyle w:val="Titre3"/>
      </w:pPr>
      <w:r>
        <w:t>Market Size &amp; Growth</w:t>
      </w:r>
    </w:p>
    <w:p w14:paraId="7D73B618" w14:textId="77777777" w:rsidR="00495879" w:rsidRDefault="00000000">
      <w:pPr>
        <w:pStyle w:val="Titre4"/>
      </w:pPr>
      <w:r>
        <w:t>Global Coaching Industry</w:t>
      </w:r>
    </w:p>
    <w:p w14:paraId="5B1DB8F1" w14:textId="77777777" w:rsidR="00495879" w:rsidRDefault="00000000">
      <w:pPr>
        <w:pStyle w:val="Listepuces"/>
      </w:pPr>
      <w:r>
        <w:t>**2024 Market Size**: $6.25 billion</w:t>
      </w:r>
    </w:p>
    <w:p w14:paraId="1E4CEA11" w14:textId="77777777" w:rsidR="00495879" w:rsidRDefault="00000000">
      <w:pPr>
        <w:pStyle w:val="Listepuces"/>
      </w:pPr>
      <w:r>
        <w:t>**2025 Market Size**: **$7.31 billion**</w:t>
      </w:r>
    </w:p>
    <w:p w14:paraId="07BC52F7" w14:textId="77777777" w:rsidR="00495879" w:rsidRDefault="00000000">
      <w:pPr>
        <w:pStyle w:val="Listepuces"/>
      </w:pPr>
      <w:r>
        <w:t>**2032 Projection**: $10.1 billion</w:t>
      </w:r>
    </w:p>
    <w:p w14:paraId="5EC77777" w14:textId="77777777" w:rsidR="00495879" w:rsidRDefault="00000000">
      <w:pPr>
        <w:pStyle w:val="Listepuces"/>
      </w:pPr>
      <w:r>
        <w:t>**CAGR 2024-2032**: 17%</w:t>
      </w:r>
    </w:p>
    <w:p w14:paraId="253EF0BD" w14:textId="77777777" w:rsidR="00495879" w:rsidRDefault="00000000">
      <w:pPr>
        <w:pStyle w:val="Listepuces"/>
      </w:pPr>
      <w:r>
        <w:t>**Number of Coaches**: 145,500 (2024) → 167,300 (2025)</w:t>
      </w:r>
    </w:p>
    <w:p w14:paraId="7AA65AB3" w14:textId="77777777" w:rsidR="00495879" w:rsidRDefault="00000000">
      <w:r>
        <w:rPr>
          <w:b/>
        </w:rPr>
        <w:t>Source</w:t>
      </w:r>
      <w:r>
        <w:t>: International Coaching Federation (ICF) Global Coaching Study 2024</w:t>
      </w:r>
    </w:p>
    <w:p w14:paraId="5AF26F46" w14:textId="77777777" w:rsidR="00495879" w:rsidRDefault="00000000">
      <w:pPr>
        <w:pStyle w:val="Titre4"/>
      </w:pPr>
      <w:r>
        <w:t>US Business Coaching Market</w:t>
      </w:r>
    </w:p>
    <w:p w14:paraId="21A3C026" w14:textId="77777777" w:rsidR="00495879" w:rsidRDefault="00000000">
      <w:pPr>
        <w:pStyle w:val="Listepuces"/>
      </w:pPr>
      <w:r>
        <w:t>**2025 Market Size**: **$20.0 billion**</w:t>
      </w:r>
    </w:p>
    <w:p w14:paraId="220F44FA" w14:textId="77777777" w:rsidR="00495879" w:rsidRDefault="00000000">
      <w:pPr>
        <w:pStyle w:val="Listepuces"/>
      </w:pPr>
      <w:r>
        <w:t>**Growth Rate**: 8-12% annually</w:t>
      </w:r>
    </w:p>
    <w:p w14:paraId="3ED5F620" w14:textId="77777777" w:rsidR="00495879" w:rsidRDefault="00000000">
      <w:pPr>
        <w:pStyle w:val="Listepuces"/>
      </w:pPr>
      <w:r>
        <w:t>**Segment Focus**: Small business coaching ($1-10M revenue companies)</w:t>
      </w:r>
    </w:p>
    <w:p w14:paraId="314FF228" w14:textId="77777777" w:rsidR="00495879" w:rsidRDefault="00000000">
      <w:r>
        <w:rPr>
          <w:b/>
        </w:rPr>
        <w:t>Source</w:t>
      </w:r>
      <w:r>
        <w:t>: IBISWorld Industry Report 2025</w:t>
      </w:r>
    </w:p>
    <w:p w14:paraId="6309BBC6" w14:textId="77777777" w:rsidR="00495879" w:rsidRDefault="00000000">
      <w:pPr>
        <w:pStyle w:val="Titre4"/>
      </w:pPr>
      <w:r>
        <w:t>Management Consulting Services</w:t>
      </w:r>
    </w:p>
    <w:p w14:paraId="07759391" w14:textId="77777777" w:rsidR="00495879" w:rsidRDefault="00000000">
      <w:pPr>
        <w:pStyle w:val="Listepuces"/>
      </w:pPr>
      <w:r>
        <w:t>**2024 Global Market**: $354.43 billion</w:t>
      </w:r>
    </w:p>
    <w:p w14:paraId="44AAE616" w14:textId="77777777" w:rsidR="00495879" w:rsidRDefault="00000000">
      <w:pPr>
        <w:pStyle w:val="Listepuces"/>
      </w:pPr>
      <w:r>
        <w:t>**2025 Global Market**: **$383.33 billion**</w:t>
      </w:r>
    </w:p>
    <w:p w14:paraId="6B49AD9C" w14:textId="77777777" w:rsidR="00495879" w:rsidRDefault="00000000">
      <w:pPr>
        <w:pStyle w:val="Listepuces"/>
      </w:pPr>
      <w:r>
        <w:t>**2033 Projection**: $896.21 billion</w:t>
      </w:r>
    </w:p>
    <w:p w14:paraId="04962ECA" w14:textId="77777777" w:rsidR="00495879" w:rsidRDefault="00000000">
      <w:pPr>
        <w:pStyle w:val="Listepuces"/>
      </w:pPr>
      <w:r>
        <w:t>**CAGR 2025-2033**: 11.2%</w:t>
      </w:r>
    </w:p>
    <w:p w14:paraId="108DAB44" w14:textId="77777777" w:rsidR="00495879" w:rsidRDefault="00000000">
      <w:r>
        <w:rPr>
          <w:b/>
        </w:rPr>
        <w:t>Source</w:t>
      </w:r>
      <w:r>
        <w:t>: Market Research Future, Straits Research 2025</w:t>
      </w:r>
    </w:p>
    <w:p w14:paraId="25F005CE" w14:textId="77777777" w:rsidR="00495879" w:rsidRDefault="00000000">
      <w:pPr>
        <w:pStyle w:val="Titre4"/>
      </w:pPr>
      <w:r>
        <w:t>Digital Transformation Consulting</w:t>
      </w:r>
    </w:p>
    <w:p w14:paraId="041B68DC" w14:textId="77777777" w:rsidR="00495879" w:rsidRDefault="00000000">
      <w:pPr>
        <w:pStyle w:val="Listepuces"/>
      </w:pPr>
      <w:r>
        <w:t>**2024 Market**: $344.72 billion</w:t>
      </w:r>
    </w:p>
    <w:p w14:paraId="2A927C2A" w14:textId="77777777" w:rsidR="00495879" w:rsidRDefault="00000000">
      <w:pPr>
        <w:pStyle w:val="Listepuces"/>
      </w:pPr>
      <w:r>
        <w:t>**2025 Market**: **$383.33 billion**</w:t>
      </w:r>
    </w:p>
    <w:p w14:paraId="50B23298" w14:textId="77777777" w:rsidR="00495879" w:rsidRDefault="00000000">
      <w:pPr>
        <w:pStyle w:val="Listepuces"/>
      </w:pPr>
      <w:r>
        <w:t>**2033 Projection**: $896.21 billion</w:t>
      </w:r>
    </w:p>
    <w:p w14:paraId="5F4BDB2A" w14:textId="77777777" w:rsidR="00495879" w:rsidRDefault="00000000">
      <w:pPr>
        <w:pStyle w:val="Listepuces"/>
      </w:pPr>
      <w:r>
        <w:t>**US Market 2024**: $40.8B → **$88.94B by 2030**</w:t>
      </w:r>
    </w:p>
    <w:p w14:paraId="7C23D450" w14:textId="77777777" w:rsidR="00495879" w:rsidRDefault="00000000">
      <w:pPr>
        <w:pStyle w:val="Listepuces"/>
      </w:pPr>
      <w:r>
        <w:t>**CAGR**: 11.2% global, 13.7% US</w:t>
      </w:r>
    </w:p>
    <w:p w14:paraId="0594FD26" w14:textId="77777777" w:rsidR="00495879" w:rsidRDefault="00000000">
      <w:r>
        <w:rPr>
          <w:b/>
        </w:rPr>
        <w:t>Key Driver</w:t>
      </w:r>
      <w:r>
        <w:t>: 75% of businesses plan digital transformation by 2025</w:t>
      </w:r>
    </w:p>
    <w:p w14:paraId="3FC0467D" w14:textId="77777777" w:rsidR="00495879" w:rsidRDefault="00000000">
      <w:r>
        <w:t>________________________________________________________________________________</w:t>
      </w:r>
    </w:p>
    <w:p w14:paraId="4E5CFF47" w14:textId="77777777" w:rsidR="00495879" w:rsidRDefault="00000000">
      <w:pPr>
        <w:pStyle w:val="Titre2"/>
      </w:pPr>
      <w:r>
        <w:t>3.2 Market Trends &amp; Drivers</w:t>
      </w:r>
    </w:p>
    <w:p w14:paraId="60BA26C6" w14:textId="77777777" w:rsidR="00495879" w:rsidRDefault="00000000">
      <w:pPr>
        <w:pStyle w:val="Titre3"/>
      </w:pPr>
      <w:r>
        <w:t>Trend 1: Virtual/Online Coaching Dominance</w:t>
      </w:r>
    </w:p>
    <w:p w14:paraId="606E6DEB" w14:textId="77777777" w:rsidR="00495879" w:rsidRDefault="00000000">
      <w:r>
        <w:rPr>
          <w:b/>
        </w:rPr>
        <w:t>Data Points</w:t>
      </w:r>
      <w:r>
        <w:t>:</w:t>
      </w:r>
    </w:p>
    <w:p w14:paraId="077BB11B" w14:textId="77777777" w:rsidR="00495879" w:rsidRDefault="00000000">
      <w:pPr>
        <w:pStyle w:val="Listepuces"/>
      </w:pPr>
      <w:r>
        <w:lastRenderedPageBreak/>
        <w:t>**72% of coaches** offer virtual options (2023) vs 40% in 2020</w:t>
      </w:r>
    </w:p>
    <w:p w14:paraId="2F461F64" w14:textId="77777777" w:rsidR="00495879" w:rsidRDefault="00000000">
      <w:pPr>
        <w:pStyle w:val="Listepuces"/>
      </w:pPr>
      <w:r>
        <w:t>**+80% growth** in online coaching during 2020-2023</w:t>
      </w:r>
    </w:p>
    <w:p w14:paraId="302F1D37" w14:textId="77777777" w:rsidR="00495879" w:rsidRDefault="00000000">
      <w:pPr>
        <w:pStyle w:val="Listepuces"/>
      </w:pPr>
      <w:r>
        <w:t>**47% increase** in number of online coaching platforms</w:t>
      </w:r>
    </w:p>
    <w:p w14:paraId="1A809150" w14:textId="77777777" w:rsidR="00495879" w:rsidRDefault="00000000">
      <w:r>
        <w:rPr>
          <w:b/>
        </w:rPr>
        <w:t>Source</w:t>
      </w:r>
      <w:r>
        <w:t>: International Coaching Federation (ICF) Global Coaching Study 2023-2024</w:t>
      </w:r>
    </w:p>
    <w:p w14:paraId="515364BB" w14:textId="77777777" w:rsidR="00495879" w:rsidRDefault="00000000">
      <w:r>
        <w:rPr>
          <w:b/>
        </w:rPr>
        <w:t>Impact on GBCM</w:t>
      </w:r>
      <w:r>
        <w:t>:</w:t>
      </w:r>
    </w:p>
    <w:p w14:paraId="074C3C65" w14:textId="77777777" w:rsidR="00495879" w:rsidRDefault="00000000">
      <w:r>
        <w:t>✅ Validates digital-first model</w:t>
      </w:r>
    </w:p>
    <w:p w14:paraId="12B595BB" w14:textId="77777777" w:rsidR="00495879" w:rsidRDefault="00000000">
      <w:r>
        <w:t>✅ Enables national/global reach from Day 1</w:t>
      </w:r>
    </w:p>
    <w:p w14:paraId="5B3DF2C2" w14:textId="77777777" w:rsidR="00495879" w:rsidRDefault="00000000">
      <w:r>
        <w:t>✅ Reduced client friction (no travel required)</w:t>
      </w:r>
    </w:p>
    <w:p w14:paraId="7296F5C8" w14:textId="77777777" w:rsidR="00495879" w:rsidRDefault="00000000">
      <w:pPr>
        <w:pStyle w:val="Titre3"/>
      </w:pPr>
      <w:r>
        <w:t>Trend 2: Specialization Over Generalization</w:t>
      </w:r>
    </w:p>
    <w:p w14:paraId="245FFCC8" w14:textId="77777777" w:rsidR="00495879" w:rsidRDefault="00000000">
      <w:r>
        <w:rPr>
          <w:b/>
        </w:rPr>
        <w:t>Data Points</w:t>
      </w:r>
      <w:r>
        <w:t>:</w:t>
      </w:r>
    </w:p>
    <w:p w14:paraId="117159B4" w14:textId="77777777" w:rsidR="00495879" w:rsidRDefault="00000000">
      <w:pPr>
        <w:pStyle w:val="Listepuces"/>
      </w:pPr>
      <w:r>
        <w:t>**53% of coaches** now offer niche services (vs 38% in 2020)</w:t>
      </w:r>
    </w:p>
    <w:p w14:paraId="448B0816" w14:textId="77777777" w:rsidR="00495879" w:rsidRDefault="00000000">
      <w:pPr>
        <w:pStyle w:val="Listepuces"/>
      </w:pPr>
      <w:r>
        <w:t>Specialized coaches command **2-3x premium pricing** vs generalists</w:t>
      </w:r>
    </w:p>
    <w:p w14:paraId="24C20897" w14:textId="77777777" w:rsidR="00495879" w:rsidRDefault="00000000">
      <w:pPr>
        <w:pStyle w:val="Listepuces"/>
      </w:pPr>
      <w:r>
        <w:t>Top growing niches:</w:t>
      </w:r>
    </w:p>
    <w:p w14:paraId="42D03F1B" w14:textId="77777777" w:rsidR="00495879" w:rsidRDefault="00000000">
      <w:pPr>
        <w:pStyle w:val="Listepuces"/>
      </w:pPr>
      <w:r>
        <w:t>Executive coaching: $103.6B market</w:t>
      </w:r>
    </w:p>
    <w:p w14:paraId="4A11B5C4" w14:textId="77777777" w:rsidR="00495879" w:rsidRDefault="00000000">
      <w:pPr>
        <w:pStyle w:val="Listepuces"/>
      </w:pPr>
      <w:r>
        <w:t>Digital transformation: $383B market</w:t>
      </w:r>
    </w:p>
    <w:p w14:paraId="2476FA92" w14:textId="77777777" w:rsidR="00495879" w:rsidRDefault="00000000">
      <w:pPr>
        <w:pStyle w:val="Listepuces"/>
      </w:pPr>
      <w:r>
        <w:t>Leadership development: 13.7% CAGR</w:t>
      </w:r>
    </w:p>
    <w:p w14:paraId="037768C4" w14:textId="77777777" w:rsidR="00495879" w:rsidRDefault="00000000">
      <w:r>
        <w:rPr>
          <w:b/>
        </w:rPr>
        <w:t>Source</w:t>
      </w:r>
      <w:r>
        <w:t>: ICF Global Coaching Study 2024; Grand View Research Industry Reports 2025</w:t>
      </w:r>
    </w:p>
    <w:p w14:paraId="16FAE3BF" w14:textId="77777777" w:rsidR="00495879" w:rsidRDefault="00000000">
      <w:r>
        <w:rPr>
          <w:b/>
        </w:rPr>
        <w:t>Impact on GBCM</w:t>
      </w:r>
      <w:r>
        <w:t>:</w:t>
      </w:r>
    </w:p>
    <w:p w14:paraId="31FFE73C" w14:textId="77777777" w:rsidR="00495879" w:rsidRDefault="00000000">
      <w:r>
        <w:t>✅ Our 3-niche strategy aligns with market direction</w:t>
      </w:r>
    </w:p>
    <w:p w14:paraId="4156C243" w14:textId="77777777" w:rsidR="00495879" w:rsidRDefault="00000000">
      <w:r>
        <w:t>✅ Premium pricing justified</w:t>
      </w:r>
    </w:p>
    <w:p w14:paraId="38675989" w14:textId="77777777" w:rsidR="00495879" w:rsidRDefault="00000000">
      <w:r>
        <w:t>✅ Easier marketing &amp; positioning</w:t>
      </w:r>
    </w:p>
    <w:p w14:paraId="6FE2A466" w14:textId="77777777" w:rsidR="00495879" w:rsidRDefault="00000000">
      <w:pPr>
        <w:pStyle w:val="Titre3"/>
      </w:pPr>
      <w:r>
        <w:t>Trend 3: AI Integration in Coaching</w:t>
      </w:r>
    </w:p>
    <w:p w14:paraId="64C9CFC5" w14:textId="77777777" w:rsidR="00495879" w:rsidRDefault="00000000">
      <w:r>
        <w:rPr>
          <w:b/>
        </w:rPr>
        <w:t>Data Points</w:t>
      </w:r>
      <w:r>
        <w:t>:</w:t>
      </w:r>
    </w:p>
    <w:p w14:paraId="2D349601" w14:textId="77777777" w:rsidR="00495879" w:rsidRDefault="00000000">
      <w:pPr>
        <w:pStyle w:val="Listepuces"/>
      </w:pPr>
      <w:r>
        <w:t>**50% of businesses** adopted AI in at least 1 function (2025)</w:t>
      </w:r>
    </w:p>
    <w:p w14:paraId="556B6B3F" w14:textId="77777777" w:rsidR="00495879" w:rsidRDefault="00000000">
      <w:pPr>
        <w:pStyle w:val="Listepuces"/>
      </w:pPr>
      <w:r>
        <w:t>AI coaching assistants market growing **35% CAGR**</w:t>
      </w:r>
    </w:p>
    <w:p w14:paraId="14FE2349" w14:textId="77777777" w:rsidR="00495879" w:rsidRDefault="00000000">
      <w:pPr>
        <w:pStyle w:val="Listepuces"/>
      </w:pPr>
      <w:r>
        <w:t>GenAI seen as "game-changer" by 78% of consultants (Accenture survey)</w:t>
      </w:r>
    </w:p>
    <w:p w14:paraId="749C615C" w14:textId="77777777" w:rsidR="00495879" w:rsidRDefault="00000000">
      <w:r>
        <w:rPr>
          <w:b/>
        </w:rPr>
        <w:t>Source</w:t>
      </w:r>
      <w:r>
        <w:t>: McKinsey Global AI Survey 2024; Accenture Technology Vision 2025; Markets and Markets AI in Coaching Report 2024</w:t>
      </w:r>
    </w:p>
    <w:p w14:paraId="2E500F51" w14:textId="77777777" w:rsidR="00495879" w:rsidRDefault="00000000">
      <w:r>
        <w:rPr>
          <w:b/>
        </w:rPr>
        <w:t>Impact on GBCM</w:t>
      </w:r>
      <w:r>
        <w:t>:</w:t>
      </w:r>
    </w:p>
    <w:p w14:paraId="50686ADF" w14:textId="77777777" w:rsidR="00495879" w:rsidRDefault="00000000">
      <w:r>
        <w:t>✅ Competitive moat via AI-powered platform</w:t>
      </w:r>
    </w:p>
    <w:p w14:paraId="50D8BBB0" w14:textId="77777777" w:rsidR="00495879" w:rsidRDefault="00000000">
      <w:r>
        <w:lastRenderedPageBreak/>
        <w:t>✅ Scale coaching delivery without linear headcount</w:t>
      </w:r>
    </w:p>
    <w:p w14:paraId="25A51E23" w14:textId="77777777" w:rsidR="00495879" w:rsidRDefault="00000000">
      <w:r>
        <w:t>✅ Enhanced client experience (24/7 support)</w:t>
      </w:r>
    </w:p>
    <w:p w14:paraId="4A81FE54" w14:textId="77777777" w:rsidR="00495879" w:rsidRDefault="00000000">
      <w:pPr>
        <w:pStyle w:val="Titre3"/>
      </w:pPr>
      <w:r>
        <w:t>Trend 4: Outcome-Based Pricing</w:t>
      </w:r>
    </w:p>
    <w:p w14:paraId="7806BFA5" w14:textId="77777777" w:rsidR="00495879" w:rsidRDefault="00000000">
      <w:r>
        <w:rPr>
          <w:b/>
        </w:rPr>
        <w:t>Data Points</w:t>
      </w:r>
      <w:r>
        <w:t>:</w:t>
      </w:r>
    </w:p>
    <w:p w14:paraId="35F302B2" w14:textId="77777777" w:rsidR="00495879" w:rsidRDefault="00000000">
      <w:pPr>
        <w:pStyle w:val="Listepuces"/>
      </w:pPr>
      <w:r>
        <w:t>**30% of consultants** now use project-based vs hourly (up from 18% in 2021)</w:t>
      </w:r>
    </w:p>
    <w:p w14:paraId="46BB33EA" w14:textId="77777777" w:rsidR="00495879" w:rsidRDefault="00000000">
      <w:pPr>
        <w:pStyle w:val="Listepuces"/>
      </w:pPr>
      <w:r>
        <w:t>Clients increasingly demand **ROI transparency**</w:t>
      </w:r>
    </w:p>
    <w:p w14:paraId="16C37C44" w14:textId="77777777" w:rsidR="00495879" w:rsidRDefault="00000000">
      <w:pPr>
        <w:pStyle w:val="Listepuces"/>
      </w:pPr>
      <w:r>
        <w:t>Success-fee arrangements growing in popularity</w:t>
      </w:r>
    </w:p>
    <w:p w14:paraId="6482F187" w14:textId="77777777" w:rsidR="00495879" w:rsidRDefault="00000000">
      <w:r>
        <w:rPr>
          <w:b/>
        </w:rPr>
        <w:t>Source</w:t>
      </w:r>
      <w:r>
        <w:t>: Consulting.us Industry Survey 2024; Harvard Business Review Consulting Trends Report 2024</w:t>
      </w:r>
    </w:p>
    <w:p w14:paraId="0E78A40F" w14:textId="77777777" w:rsidR="00495879" w:rsidRDefault="00000000">
      <w:r>
        <w:rPr>
          <w:b/>
        </w:rPr>
        <w:t>Impact on GBCM</w:t>
      </w:r>
      <w:r>
        <w:t>:</w:t>
      </w:r>
    </w:p>
    <w:p w14:paraId="453A8906" w14:textId="77777777" w:rsidR="00495879" w:rsidRDefault="00000000">
      <w:r>
        <w:t>✅ Hybrid pricing options differentiate us</w:t>
      </w:r>
    </w:p>
    <w:p w14:paraId="71A78025" w14:textId="77777777" w:rsidR="00495879" w:rsidRDefault="00000000">
      <w:r>
        <w:t>✅ Aligned incentives = better client retention</w:t>
      </w:r>
    </w:p>
    <w:p w14:paraId="41EC0AE5" w14:textId="77777777" w:rsidR="00495879" w:rsidRDefault="00000000">
      <w:r>
        <w:t>✅ Justifies premium positioning</w:t>
      </w:r>
    </w:p>
    <w:p w14:paraId="176ACBFC" w14:textId="77777777" w:rsidR="00495879" w:rsidRDefault="00000000">
      <w:pPr>
        <w:pStyle w:val="Titre3"/>
      </w:pPr>
      <w:r>
        <w:t>Trend 5: Mental Health &amp; Wellbeing Focus</w:t>
      </w:r>
    </w:p>
    <w:p w14:paraId="77203F63" w14:textId="77777777" w:rsidR="00495879" w:rsidRDefault="00000000">
      <w:r>
        <w:rPr>
          <w:b/>
        </w:rPr>
        <w:t>Data Points</w:t>
      </w:r>
      <w:r>
        <w:t>:</w:t>
      </w:r>
    </w:p>
    <w:p w14:paraId="2B2CA5B0" w14:textId="77777777" w:rsidR="00495879" w:rsidRDefault="00000000">
      <w:pPr>
        <w:pStyle w:val="Listepuces"/>
      </w:pPr>
      <w:r>
        <w:t>**68% increase** in requests for stress/burnout coaching (2023 vs 2020)</w:t>
      </w:r>
    </w:p>
    <w:p w14:paraId="6ADD19FE" w14:textId="77777777" w:rsidR="00495879" w:rsidRDefault="00000000">
      <w:pPr>
        <w:pStyle w:val="Listepuces"/>
      </w:pPr>
      <w:r>
        <w:t>Work-life balance #1 concern for 61% of executives</w:t>
      </w:r>
    </w:p>
    <w:p w14:paraId="3F3B02EF" w14:textId="77777777" w:rsidR="00495879" w:rsidRDefault="00000000">
      <w:pPr>
        <w:pStyle w:val="Listepuces"/>
      </w:pPr>
      <w:r>
        <w:t>Trauma-informed coaching becoming standard</w:t>
      </w:r>
    </w:p>
    <w:p w14:paraId="55EC66C3" w14:textId="77777777" w:rsidR="00495879" w:rsidRDefault="00000000">
      <w:r>
        <w:rPr>
          <w:b/>
        </w:rPr>
        <w:t>Source</w:t>
      </w:r>
      <w:r>
        <w:t>: ICF Global Coaching Study 2024; American Psychological Association Workplace Wellbeing Survey 2024</w:t>
      </w:r>
    </w:p>
    <w:p w14:paraId="692F1BCE" w14:textId="77777777" w:rsidR="00495879" w:rsidRDefault="00000000">
      <w:r>
        <w:rPr>
          <w:b/>
        </w:rPr>
        <w:t>Impact on GBCM</w:t>
      </w:r>
      <w:r>
        <w:t>:</w:t>
      </w:r>
    </w:p>
    <w:p w14:paraId="4F4AAD4A" w14:textId="77777777" w:rsidR="00495879" w:rsidRDefault="00000000">
      <w:r>
        <w:t>✅ Sustainable Leadership System™ addresses burning need</w:t>
      </w:r>
    </w:p>
    <w:p w14:paraId="7EE6C898" w14:textId="77777777" w:rsidR="00495879" w:rsidRDefault="00000000">
      <w:r>
        <w:t>✅ Differentiated value proposition</w:t>
      </w:r>
    </w:p>
    <w:p w14:paraId="76AA71D1" w14:textId="77777777" w:rsidR="00495879" w:rsidRDefault="00000000">
      <w:r>
        <w:t>✅ Retention driver (clients stay longer for holistic support)</w:t>
      </w:r>
    </w:p>
    <w:p w14:paraId="03DD4FD9" w14:textId="77777777" w:rsidR="00495879" w:rsidRDefault="00000000">
      <w:pPr>
        <w:pStyle w:val="Titre3"/>
      </w:pPr>
      <w:r>
        <w:t>Trend 6: Subscription/Membership Models</w:t>
      </w:r>
    </w:p>
    <w:p w14:paraId="5C4CE11E" w14:textId="77777777" w:rsidR="00495879" w:rsidRDefault="00000000">
      <w:r>
        <w:rPr>
          <w:b/>
        </w:rPr>
        <w:t>Data Points</w:t>
      </w:r>
      <w:r>
        <w:t>:</w:t>
      </w:r>
    </w:p>
    <w:p w14:paraId="0C6518F6" w14:textId="77777777" w:rsidR="00495879" w:rsidRDefault="00000000">
      <w:pPr>
        <w:pStyle w:val="Listepuces"/>
      </w:pPr>
      <w:r>
        <w:t>Subscription models growing **42% faster** than one-time engagements</w:t>
      </w:r>
    </w:p>
    <w:p w14:paraId="1D7B5FC6" w14:textId="77777777" w:rsidR="00495879" w:rsidRDefault="00000000">
      <w:pPr>
        <w:pStyle w:val="Listepuces"/>
      </w:pPr>
      <w:r>
        <w:t>Recurring revenue preferred by **73% of service businesses**</w:t>
      </w:r>
    </w:p>
    <w:p w14:paraId="2115F092" w14:textId="77777777" w:rsidR="00495879" w:rsidRDefault="00000000">
      <w:pPr>
        <w:pStyle w:val="Listepuces"/>
      </w:pPr>
      <w:r>
        <w:t>Average coaching membership: $200-500/month</w:t>
      </w:r>
    </w:p>
    <w:p w14:paraId="61BAC902" w14:textId="77777777" w:rsidR="00495879" w:rsidRDefault="00000000">
      <w:r>
        <w:rPr>
          <w:b/>
        </w:rPr>
        <w:lastRenderedPageBreak/>
        <w:t>Source</w:t>
      </w:r>
      <w:r>
        <w:t>: Subscription Trade Association (SUBTA) Annual Report 2024; Professional Services Council Industry Survey 2024</w:t>
      </w:r>
    </w:p>
    <w:p w14:paraId="55BE45DD" w14:textId="77777777" w:rsidR="00495879" w:rsidRDefault="00000000">
      <w:r>
        <w:rPr>
          <w:b/>
        </w:rPr>
        <w:t>Impact on GBCM</w:t>
      </w:r>
      <w:r>
        <w:t>:</w:t>
      </w:r>
    </w:p>
    <w:p w14:paraId="7F8B1DF3" w14:textId="77777777" w:rsidR="00495879" w:rsidRDefault="00000000">
      <w:r>
        <w:t>✅ Platform Membership ($297/mo) captures this trend</w:t>
      </w:r>
    </w:p>
    <w:p w14:paraId="1708FE59" w14:textId="77777777" w:rsidR="00495879" w:rsidRDefault="00000000">
      <w:r>
        <w:t>✅ Predictable MRR</w:t>
      </w:r>
    </w:p>
    <w:p w14:paraId="4F12549A" w14:textId="77777777" w:rsidR="00495879" w:rsidRDefault="00000000">
      <w:r>
        <w:t>✅ Lower barrier to entry for smaller clients</w:t>
      </w:r>
    </w:p>
    <w:p w14:paraId="0D448199" w14:textId="77777777" w:rsidR="00495879" w:rsidRDefault="00000000">
      <w:r>
        <w:t>________________________________________________________________________________</w:t>
      </w:r>
    </w:p>
    <w:p w14:paraId="182C8268" w14:textId="77777777" w:rsidR="00495879" w:rsidRDefault="00000000">
      <w:pPr>
        <w:pStyle w:val="Titre2"/>
      </w:pPr>
      <w:r>
        <w:t>3.3 Target Market Segmentation</w:t>
      </w:r>
    </w:p>
    <w:p w14:paraId="7E938F9E" w14:textId="77777777" w:rsidR="00495879" w:rsidRDefault="00000000">
      <w:pPr>
        <w:pStyle w:val="Titre3"/>
      </w:pPr>
      <w:r>
        <w:t>Market Segmentation Framework</w:t>
      </w:r>
    </w:p>
    <w:p w14:paraId="7DF9974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Universe: All US Businesses</w:t>
      </w:r>
    </w:p>
    <w:p w14:paraId="6B2E95B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↓</w:t>
      </w:r>
    </w:p>
    <w:p w14:paraId="7532ED4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TAM (Total Addressable Market): Businesses with coaching needs</w:t>
      </w:r>
    </w:p>
    <w:p w14:paraId="3DC61F4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↓</w:t>
      </w:r>
    </w:p>
    <w:p w14:paraId="74ABAAB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SAM (Serviceable Addressable Market): Growth-stage businesses $1M-$50M revenue</w:t>
      </w:r>
    </w:p>
    <w:p w14:paraId="78C0C48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↓</w:t>
      </w:r>
    </w:p>
    <w:p w14:paraId="163F98A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SOM (Serviceable Obtainable Market): GBCM target segments</w:t>
      </w:r>
    </w:p>
    <w:p w14:paraId="20D00806" w14:textId="77777777" w:rsidR="00495879" w:rsidRDefault="00000000">
      <w:pPr>
        <w:pStyle w:val="Titre3"/>
      </w:pPr>
      <w:r>
        <w:t>TAM: Total Addressable Market</w:t>
      </w:r>
    </w:p>
    <w:p w14:paraId="67D0A159" w14:textId="77777777" w:rsidR="00495879" w:rsidRDefault="00000000">
      <w:r>
        <w:rPr>
          <w:b/>
        </w:rPr>
        <w:t>All US Businesses Seeking Coaching/Consulting</w:t>
      </w:r>
      <w:r>
        <w:t>:</w:t>
      </w:r>
    </w:p>
    <w:p w14:paraId="49CAC4FF" w14:textId="77777777" w:rsidR="00495879" w:rsidRDefault="00000000">
      <w:pPr>
        <w:pStyle w:val="Listepuces"/>
      </w:pPr>
      <w:r>
        <w:t>**Business Coaching Market**: $20.0B (2025)</w:t>
      </w:r>
    </w:p>
    <w:p w14:paraId="02F45989" w14:textId="77777777" w:rsidR="00495879" w:rsidRDefault="00000000">
      <w:pPr>
        <w:pStyle w:val="Listepuces"/>
      </w:pPr>
      <w:r>
        <w:t>**Management Consulting (SMB segment)**: ~$50B</w:t>
      </w:r>
    </w:p>
    <w:p w14:paraId="731B89A6" w14:textId="77777777" w:rsidR="00495879" w:rsidRDefault="00000000">
      <w:pPr>
        <w:pStyle w:val="Listepuces"/>
      </w:pPr>
      <w:r>
        <w:t>**Combined TAM**: **~$70 billion**</w:t>
      </w:r>
    </w:p>
    <w:p w14:paraId="027C9DF2" w14:textId="77777777" w:rsidR="00495879" w:rsidRDefault="00000000">
      <w:pPr>
        <w:pStyle w:val="Titre3"/>
      </w:pPr>
      <w:r>
        <w:t>SAM: Serviceable Addressable Market</w:t>
      </w:r>
    </w:p>
    <w:p w14:paraId="01C4020B" w14:textId="77777777" w:rsidR="00495879" w:rsidRDefault="00000000">
      <w:r>
        <w:rPr>
          <w:b/>
        </w:rPr>
        <w:t>Growth-Stage Businesses ($1M-$50M Revenue)</w:t>
      </w:r>
      <w:r>
        <w:t>:</w:t>
      </w:r>
    </w:p>
    <w:p w14:paraId="578F0B28" w14:textId="77777777" w:rsidR="00495879" w:rsidRDefault="00000000">
      <w:pPr>
        <w:pStyle w:val="Titre4"/>
      </w:pPr>
      <w:r>
        <w:t>Firmographic Data (US)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19DEBF3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5ABDFFC" w14:textId="77777777" w:rsidR="00495879" w:rsidRDefault="00000000">
            <w:r>
              <w:rPr>
                <w:sz w:val="20"/>
              </w:rPr>
              <w:t>Revenue Range</w:t>
            </w:r>
          </w:p>
        </w:tc>
        <w:tc>
          <w:tcPr>
            <w:tcW w:w="2160" w:type="dxa"/>
          </w:tcPr>
          <w:p w14:paraId="4DBC8C4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# of Companies</w:t>
            </w:r>
          </w:p>
        </w:tc>
        <w:tc>
          <w:tcPr>
            <w:tcW w:w="2160" w:type="dxa"/>
          </w:tcPr>
          <w:p w14:paraId="555F6A4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of Total</w:t>
            </w:r>
          </w:p>
        </w:tc>
        <w:tc>
          <w:tcPr>
            <w:tcW w:w="2160" w:type="dxa"/>
          </w:tcPr>
          <w:p w14:paraId="487DB6E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Avg Spend Coaching/Consulting</w:t>
            </w:r>
          </w:p>
        </w:tc>
      </w:tr>
      <w:tr w:rsidR="00495879" w14:paraId="372998D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1599DA2" w14:textId="77777777" w:rsidR="00495879" w:rsidRDefault="00000000">
            <w:r>
              <w:t>$1M - $5M</w:t>
            </w:r>
          </w:p>
        </w:tc>
        <w:tc>
          <w:tcPr>
            <w:tcW w:w="2160" w:type="dxa"/>
          </w:tcPr>
          <w:p w14:paraId="360119B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~600,000</w:t>
            </w:r>
          </w:p>
        </w:tc>
        <w:tc>
          <w:tcPr>
            <w:tcW w:w="2160" w:type="dxa"/>
          </w:tcPr>
          <w:p w14:paraId="6344F88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45%</w:t>
            </w:r>
          </w:p>
        </w:tc>
        <w:tc>
          <w:tcPr>
            <w:tcW w:w="2160" w:type="dxa"/>
          </w:tcPr>
          <w:p w14:paraId="67FEDB2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$15,000/year</w:t>
            </w:r>
          </w:p>
        </w:tc>
      </w:tr>
      <w:tr w:rsidR="00495879" w14:paraId="083121C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1DA5D9B" w14:textId="77777777" w:rsidR="00495879" w:rsidRDefault="00000000">
            <w:r>
              <w:t>$5M - $10M</w:t>
            </w:r>
          </w:p>
        </w:tc>
        <w:tc>
          <w:tcPr>
            <w:tcW w:w="2160" w:type="dxa"/>
          </w:tcPr>
          <w:p w14:paraId="4145DEC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~200,000</w:t>
            </w:r>
          </w:p>
        </w:tc>
        <w:tc>
          <w:tcPr>
            <w:tcW w:w="2160" w:type="dxa"/>
          </w:tcPr>
          <w:p w14:paraId="308109A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30%</w:t>
            </w:r>
          </w:p>
        </w:tc>
        <w:tc>
          <w:tcPr>
            <w:tcW w:w="2160" w:type="dxa"/>
          </w:tcPr>
          <w:p w14:paraId="615B574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$35,000/year</w:t>
            </w:r>
          </w:p>
        </w:tc>
      </w:tr>
      <w:tr w:rsidR="00495879" w14:paraId="01C4A8E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FEAA6D6" w14:textId="77777777" w:rsidR="00495879" w:rsidRDefault="00000000">
            <w:r>
              <w:t>$10M - $25M</w:t>
            </w:r>
          </w:p>
        </w:tc>
        <w:tc>
          <w:tcPr>
            <w:tcW w:w="2160" w:type="dxa"/>
          </w:tcPr>
          <w:p w14:paraId="480F592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~100,000</w:t>
            </w:r>
          </w:p>
        </w:tc>
        <w:tc>
          <w:tcPr>
            <w:tcW w:w="2160" w:type="dxa"/>
          </w:tcPr>
          <w:p w14:paraId="0FDB04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20%</w:t>
            </w:r>
          </w:p>
        </w:tc>
        <w:tc>
          <w:tcPr>
            <w:tcW w:w="2160" w:type="dxa"/>
          </w:tcPr>
          <w:p w14:paraId="6042E7D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$60,000/year</w:t>
            </w:r>
          </w:p>
        </w:tc>
      </w:tr>
      <w:tr w:rsidR="00495879" w14:paraId="7737987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08F72B0" w14:textId="77777777" w:rsidR="00495879" w:rsidRDefault="00000000">
            <w:r>
              <w:t>$25M - $50M</w:t>
            </w:r>
          </w:p>
        </w:tc>
        <w:tc>
          <w:tcPr>
            <w:tcW w:w="2160" w:type="dxa"/>
          </w:tcPr>
          <w:p w14:paraId="4A2FB78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~33,000</w:t>
            </w:r>
          </w:p>
        </w:tc>
        <w:tc>
          <w:tcPr>
            <w:tcW w:w="2160" w:type="dxa"/>
          </w:tcPr>
          <w:p w14:paraId="23A1CFD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5%</w:t>
            </w:r>
          </w:p>
        </w:tc>
        <w:tc>
          <w:tcPr>
            <w:tcW w:w="2160" w:type="dxa"/>
          </w:tcPr>
          <w:p w14:paraId="11AEBA8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$100,000/year</w:t>
            </w:r>
          </w:p>
        </w:tc>
      </w:tr>
      <w:tr w:rsidR="00495879" w14:paraId="7B9766B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AE05CD4" w14:textId="77777777" w:rsidR="00495879" w:rsidRDefault="00000000">
            <w:r>
              <w:t>**TOTAL**</w:t>
            </w:r>
          </w:p>
        </w:tc>
        <w:tc>
          <w:tcPr>
            <w:tcW w:w="2160" w:type="dxa"/>
          </w:tcPr>
          <w:p w14:paraId="7C55FDF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**~933,000**</w:t>
            </w:r>
          </w:p>
        </w:tc>
        <w:tc>
          <w:tcPr>
            <w:tcW w:w="2160" w:type="dxa"/>
          </w:tcPr>
          <w:p w14:paraId="09FCDB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**100%**</w:t>
            </w:r>
          </w:p>
        </w:tc>
        <w:tc>
          <w:tcPr>
            <w:tcW w:w="2160" w:type="dxa"/>
          </w:tcPr>
          <w:p w14:paraId="447C9CC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**Avg $35K**</w:t>
            </w:r>
          </w:p>
        </w:tc>
      </w:tr>
    </w:tbl>
    <w:p w14:paraId="7A4D68CD" w14:textId="77777777" w:rsidR="00495879" w:rsidRDefault="00495879"/>
    <w:p w14:paraId="06BA8254" w14:textId="77777777" w:rsidR="00495879" w:rsidRDefault="00000000">
      <w:r>
        <w:rPr>
          <w:b/>
        </w:rPr>
        <w:t>SAM Calculation</w:t>
      </w:r>
      <w:r>
        <w:t>:</w:t>
      </w:r>
    </w:p>
    <w:p w14:paraId="3C267BC0" w14:textId="77777777" w:rsidR="00495879" w:rsidRDefault="00000000">
      <w:pPr>
        <w:pStyle w:val="Listepuces"/>
      </w:pPr>
      <w:r>
        <w:t>933,000 companies × 15% adoption rate × $35,000 avg = **$4.9 billion SAM**</w:t>
      </w:r>
    </w:p>
    <w:p w14:paraId="2B66472C" w14:textId="77777777" w:rsidR="00495879" w:rsidRDefault="00000000">
      <w:r>
        <w:rPr>
          <w:b/>
        </w:rPr>
        <w:lastRenderedPageBreak/>
        <w:t>Source</w:t>
      </w:r>
      <w:r>
        <w:t>: U.S. Census Bureau Statistics of U.S. Businesses (SUSB) 2024; IBISWorld Market Research 2025</w:t>
      </w:r>
    </w:p>
    <w:p w14:paraId="0DC53555" w14:textId="77777777" w:rsidR="00495879" w:rsidRDefault="00000000">
      <w:pPr>
        <w:pStyle w:val="Titre4"/>
      </w:pPr>
      <w:r>
        <w:t>Geographic Focus (Phase-based)</w:t>
      </w:r>
    </w:p>
    <w:p w14:paraId="619BC941" w14:textId="77777777" w:rsidR="00495879" w:rsidRDefault="00000000">
      <w:r>
        <w:rPr>
          <w:b/>
        </w:rPr>
        <w:t>Year 1 (2026)</w:t>
      </w:r>
      <w:r>
        <w:t>: Southeast US</w:t>
      </w:r>
    </w:p>
    <w:p w14:paraId="3084B87A" w14:textId="77777777" w:rsidR="00495879" w:rsidRDefault="00000000">
      <w:pPr>
        <w:pStyle w:val="Listepuces"/>
      </w:pPr>
      <w:r>
        <w:t>Georgia: 95,000 businesses ($1M-$50M revenue)</w:t>
      </w:r>
    </w:p>
    <w:p w14:paraId="6EA5EF71" w14:textId="77777777" w:rsidR="00495879" w:rsidRDefault="00000000">
      <w:pPr>
        <w:pStyle w:val="Listepuces"/>
      </w:pPr>
      <w:r>
        <w:t>North Carolina: 78,000</w:t>
      </w:r>
    </w:p>
    <w:p w14:paraId="6EDFBB0F" w14:textId="77777777" w:rsidR="00495879" w:rsidRDefault="00000000">
      <w:pPr>
        <w:pStyle w:val="Listepuces"/>
      </w:pPr>
      <w:r>
        <w:t>Florida: 145,000</w:t>
      </w:r>
    </w:p>
    <w:p w14:paraId="181815C7" w14:textId="77777777" w:rsidR="00495879" w:rsidRDefault="00000000">
      <w:pPr>
        <w:pStyle w:val="Listepuces"/>
      </w:pPr>
      <w:r>
        <w:t>Tennessee: 55,000</w:t>
      </w:r>
    </w:p>
    <w:p w14:paraId="6F083959" w14:textId="77777777" w:rsidR="00495879" w:rsidRDefault="00000000">
      <w:pPr>
        <w:pStyle w:val="Listepuces"/>
      </w:pPr>
      <w:r>
        <w:t>**Total**: ~373,000 businesses</w:t>
      </w:r>
    </w:p>
    <w:p w14:paraId="298D052B" w14:textId="77777777" w:rsidR="00495879" w:rsidRDefault="00000000">
      <w:r>
        <w:rPr>
          <w:b/>
        </w:rPr>
        <w:t>Year 2-3 (2027-2028)</w:t>
      </w:r>
      <w:r>
        <w:t>: National</w:t>
      </w:r>
    </w:p>
    <w:p w14:paraId="220C0396" w14:textId="77777777" w:rsidR="00495879" w:rsidRDefault="00000000">
      <w:pPr>
        <w:pStyle w:val="Listepuces"/>
      </w:pPr>
      <w:r>
        <w:t>All 50 states (virtual delivery enables this)</w:t>
      </w:r>
    </w:p>
    <w:p w14:paraId="41F2577A" w14:textId="77777777" w:rsidR="00495879" w:rsidRDefault="00000000">
      <w:pPr>
        <w:pStyle w:val="Listepuces"/>
      </w:pPr>
      <w:r>
        <w:t>**Total**: 933,000 businesses</w:t>
      </w:r>
    </w:p>
    <w:p w14:paraId="0912AFD3" w14:textId="77777777" w:rsidR="00495879" w:rsidRDefault="00000000">
      <w:pPr>
        <w:pStyle w:val="Titre3"/>
      </w:pPr>
      <w:r>
        <w:t>SOM: Serviceable Obtainable Market</w:t>
      </w:r>
    </w:p>
    <w:p w14:paraId="2CEFF696" w14:textId="77777777" w:rsidR="00495879" w:rsidRDefault="00000000">
      <w:r>
        <w:rPr>
          <w:b/>
        </w:rPr>
        <w:t>GBCM Realistic Market Share (Years 1-3)</w:t>
      </w:r>
      <w:r>
        <w:t>:</w:t>
      </w:r>
    </w:p>
    <w:p w14:paraId="0CD3B688" w14:textId="77777777" w:rsidR="00495879" w:rsidRDefault="00000000">
      <w:pPr>
        <w:pStyle w:val="Titre4"/>
      </w:pPr>
      <w:r>
        <w:t>Year 1 (2026): Southeast Focus</w:t>
      </w:r>
    </w:p>
    <w:p w14:paraId="310E314F" w14:textId="77777777" w:rsidR="00495879" w:rsidRDefault="00000000">
      <w:pPr>
        <w:pStyle w:val="Listepuces"/>
      </w:pPr>
      <w:r>
        <w:t>**Target**: 373,000 businesses</w:t>
      </w:r>
    </w:p>
    <w:p w14:paraId="08867C7E" w14:textId="77777777" w:rsidR="00495879" w:rsidRDefault="00000000">
      <w:pPr>
        <w:pStyle w:val="Listepuces"/>
      </w:pPr>
      <w:r>
        <w:t>**Realistic penetration**: 0.008% (conservative)</w:t>
      </w:r>
    </w:p>
    <w:p w14:paraId="2A62AA9E" w14:textId="77777777" w:rsidR="00495879" w:rsidRDefault="00000000">
      <w:pPr>
        <w:pStyle w:val="Listepuces"/>
      </w:pPr>
      <w:r>
        <w:t>**# Clients**: 30 clients</w:t>
      </w:r>
    </w:p>
    <w:p w14:paraId="263835C2" w14:textId="77777777" w:rsidR="00495879" w:rsidRDefault="00000000">
      <w:pPr>
        <w:pStyle w:val="Listepuces"/>
      </w:pPr>
      <w:r>
        <w:t>**Revenue**: $180,000</w:t>
      </w:r>
    </w:p>
    <w:p w14:paraId="55731C75" w14:textId="77777777" w:rsidR="00495879" w:rsidRDefault="00000000">
      <w:pPr>
        <w:pStyle w:val="Titre4"/>
      </w:pPr>
      <w:r>
        <w:t>Year 2 (2027): Regional Expansion</w:t>
      </w:r>
    </w:p>
    <w:p w14:paraId="3C178B32" w14:textId="77777777" w:rsidR="00495879" w:rsidRDefault="00000000">
      <w:pPr>
        <w:pStyle w:val="Listepuces"/>
      </w:pPr>
      <w:r>
        <w:t>**Target**: 600,000 businesses (Southeast + expansion)</w:t>
      </w:r>
    </w:p>
    <w:p w14:paraId="6E43DD12" w14:textId="77777777" w:rsidR="00495879" w:rsidRDefault="00000000">
      <w:pPr>
        <w:pStyle w:val="Listepuces"/>
      </w:pPr>
      <w:r>
        <w:t>**Realistic penetration**: 0.0105%</w:t>
      </w:r>
    </w:p>
    <w:p w14:paraId="3C84E88F" w14:textId="77777777" w:rsidR="00495879" w:rsidRDefault="00000000">
      <w:pPr>
        <w:pStyle w:val="Listepuces"/>
      </w:pPr>
      <w:r>
        <w:t>**# Clients**: 63 clients</w:t>
      </w:r>
    </w:p>
    <w:p w14:paraId="51DA9AE0" w14:textId="77777777" w:rsidR="00495879" w:rsidRDefault="00000000">
      <w:pPr>
        <w:pStyle w:val="Listepuces"/>
      </w:pPr>
      <w:r>
        <w:t>**Revenue**: $420,000</w:t>
      </w:r>
    </w:p>
    <w:p w14:paraId="4A7476EA" w14:textId="77777777" w:rsidR="00495879" w:rsidRDefault="00000000">
      <w:pPr>
        <w:pStyle w:val="Titre4"/>
      </w:pPr>
      <w:r>
        <w:t>Year 3 (2028): National Presence</w:t>
      </w:r>
    </w:p>
    <w:p w14:paraId="7102CC4A" w14:textId="77777777" w:rsidR="00495879" w:rsidRDefault="00000000">
      <w:pPr>
        <w:pStyle w:val="Listepuces"/>
      </w:pPr>
      <w:r>
        <w:t>**Target**: 933,000 businesses (all US)</w:t>
      </w:r>
    </w:p>
    <w:p w14:paraId="1364388F" w14:textId="77777777" w:rsidR="00495879" w:rsidRDefault="00000000">
      <w:pPr>
        <w:pStyle w:val="Listepuces"/>
      </w:pPr>
      <w:r>
        <w:t>**Realistic penetration**: 0.0107%</w:t>
      </w:r>
    </w:p>
    <w:p w14:paraId="06DA7B3A" w14:textId="77777777" w:rsidR="00495879" w:rsidRDefault="00000000">
      <w:pPr>
        <w:pStyle w:val="Listepuces"/>
      </w:pPr>
      <w:r>
        <w:t>**# Clients**: 100 clients</w:t>
      </w:r>
    </w:p>
    <w:p w14:paraId="06B6192B" w14:textId="77777777" w:rsidR="00495879" w:rsidRDefault="00000000">
      <w:pPr>
        <w:pStyle w:val="Listepuces"/>
      </w:pPr>
      <w:r>
        <w:t>**Revenue**: $850,000</w:t>
      </w:r>
    </w:p>
    <w:p w14:paraId="12F049D6" w14:textId="77777777" w:rsidR="00495879" w:rsidRDefault="00000000">
      <w:r>
        <w:rPr>
          <w:b/>
        </w:rPr>
        <w:t>Note</w:t>
      </w:r>
      <w:r>
        <w:t>: Even at 0.01% market share, we'd have $4.9M revenue. Our projections are deliberately conservative.</w:t>
      </w:r>
    </w:p>
    <w:p w14:paraId="274D4799" w14:textId="77777777" w:rsidR="00495879" w:rsidRDefault="00000000">
      <w:r>
        <w:t>________________________________________________________________________________</w:t>
      </w:r>
    </w:p>
    <w:p w14:paraId="5AC07C8A" w14:textId="77777777" w:rsidR="00495879" w:rsidRDefault="00000000">
      <w:pPr>
        <w:pStyle w:val="Titre2"/>
      </w:pPr>
      <w:r>
        <w:lastRenderedPageBreak/>
        <w:t>3.4 Customer Segmentation &amp; Personas</w:t>
      </w:r>
    </w:p>
    <w:p w14:paraId="2576B0AC" w14:textId="77777777" w:rsidR="00495879" w:rsidRDefault="00000000">
      <w:pPr>
        <w:pStyle w:val="Titre3"/>
      </w:pPr>
      <w:r>
        <w:t>Primary Segment: Scale-Up Companies (50% Revenue)</w:t>
      </w:r>
    </w:p>
    <w:p w14:paraId="55647799" w14:textId="77777777" w:rsidR="00495879" w:rsidRDefault="00000000">
      <w:pPr>
        <w:pStyle w:val="Titre4"/>
      </w:pPr>
      <w:r>
        <w:t>Persona 1: "Sarah the Scale-Up CEO"</w:t>
      </w:r>
    </w:p>
    <w:p w14:paraId="0A4CFC81" w14:textId="77777777" w:rsidR="00495879" w:rsidRDefault="00000000">
      <w:r>
        <w:rPr>
          <w:b/>
        </w:rPr>
        <w:t>Demographics</w:t>
      </w:r>
      <w:r>
        <w:t>:</w:t>
      </w:r>
    </w:p>
    <w:p w14:paraId="467FA51F" w14:textId="77777777" w:rsidR="00495879" w:rsidRDefault="00000000">
      <w:pPr>
        <w:pStyle w:val="Listepuces"/>
      </w:pPr>
      <w:r>
        <w:t>Age: 38-48</w:t>
      </w:r>
    </w:p>
    <w:p w14:paraId="29EE824F" w14:textId="77777777" w:rsidR="00495879" w:rsidRDefault="00000000">
      <w:pPr>
        <w:pStyle w:val="Listepuces"/>
      </w:pPr>
      <w:r>
        <w:t>Role: Founder &amp; CEO</w:t>
      </w:r>
    </w:p>
    <w:p w14:paraId="3E09E7B1" w14:textId="77777777" w:rsidR="00495879" w:rsidRDefault="00000000">
      <w:pPr>
        <w:pStyle w:val="Listepuces"/>
      </w:pPr>
      <w:r>
        <w:t>Company: SaaS, $12M ARR, 45 employees, Series A funded</w:t>
      </w:r>
    </w:p>
    <w:p w14:paraId="1D0A46B9" w14:textId="77777777" w:rsidR="00495879" w:rsidRDefault="00000000">
      <w:pPr>
        <w:pStyle w:val="Listepuces"/>
      </w:pPr>
      <w:r>
        <w:t>Location: Atlanta, GA</w:t>
      </w:r>
    </w:p>
    <w:p w14:paraId="2E47DD62" w14:textId="77777777" w:rsidR="00495879" w:rsidRDefault="00000000">
      <w:r>
        <w:rPr>
          <w:b/>
        </w:rPr>
        <w:t>Psychographics</w:t>
      </w:r>
      <w:r>
        <w:t>:</w:t>
      </w:r>
    </w:p>
    <w:p w14:paraId="1604B898" w14:textId="77777777" w:rsidR="00495879" w:rsidRDefault="00000000">
      <w:pPr>
        <w:pStyle w:val="Listepuces"/>
      </w:pPr>
      <w:r>
        <w:t>**Ambitious**: Wants to reach $50M+ in 3-4 years</w:t>
      </w:r>
    </w:p>
    <w:p w14:paraId="4E2A5757" w14:textId="77777777" w:rsidR="00495879" w:rsidRDefault="00000000">
      <w:pPr>
        <w:pStyle w:val="Listepuces"/>
      </w:pPr>
      <w:r>
        <w:t>**Overwhelmed**: Working 65h/week, bottleneck in company</w:t>
      </w:r>
    </w:p>
    <w:p w14:paraId="49658051" w14:textId="77777777" w:rsidR="00495879" w:rsidRDefault="00000000">
      <w:pPr>
        <w:pStyle w:val="Listepuces"/>
      </w:pPr>
      <w:r>
        <w:t>**Growth-minded**: Invested $50K+ in personal development</w:t>
      </w:r>
    </w:p>
    <w:p w14:paraId="55F889DA" w14:textId="77777777" w:rsidR="00495879" w:rsidRDefault="00000000">
      <w:pPr>
        <w:pStyle w:val="Listepuces"/>
      </w:pPr>
      <w:r>
        <w:t>**Tech-savvy**: Early adopter of business tools</w:t>
      </w:r>
    </w:p>
    <w:p w14:paraId="3ACD55A6" w14:textId="77777777" w:rsidR="00495879" w:rsidRDefault="00000000">
      <w:r>
        <w:rPr>
          <w:b/>
        </w:rPr>
        <w:t>Pain Points</w:t>
      </w:r>
      <w:r>
        <w:t>:</w:t>
      </w:r>
    </w:p>
    <w:p w14:paraId="725B98E5" w14:textId="77777777" w:rsidR="00495879" w:rsidRDefault="00000000">
      <w:pPr>
        <w:pStyle w:val="Listepuces"/>
      </w:pPr>
      <w:r>
        <w:t>"I've never built a $50M company before, I don't know what I don't know"</w:t>
      </w:r>
    </w:p>
    <w:p w14:paraId="3F056FFE" w14:textId="77777777" w:rsidR="00495879" w:rsidRDefault="00000000">
      <w:pPr>
        <w:pStyle w:val="Listepuces"/>
      </w:pPr>
      <w:r>
        <w:t>"My leadership team is inexperienced, I have to make every decision"</w:t>
      </w:r>
    </w:p>
    <w:p w14:paraId="4EA64534" w14:textId="77777777" w:rsidR="00495879" w:rsidRDefault="00000000">
      <w:pPr>
        <w:pStyle w:val="Listepuces"/>
      </w:pPr>
      <w:r>
        <w:t>"We're growing fast but chaos is increasing faster"</w:t>
      </w:r>
    </w:p>
    <w:p w14:paraId="5BB9C53D" w14:textId="77777777" w:rsidR="00495879" w:rsidRDefault="00000000">
      <w:pPr>
        <w:pStyle w:val="Listepuces"/>
      </w:pPr>
      <w:r>
        <w:t>"I'm exhausted and heading toward burnout"</w:t>
      </w:r>
    </w:p>
    <w:p w14:paraId="00D09DD7" w14:textId="77777777" w:rsidR="00495879" w:rsidRDefault="00000000">
      <w:r>
        <w:rPr>
          <w:b/>
        </w:rPr>
        <w:t>Goals</w:t>
      </w:r>
      <w:r>
        <w:t>:</w:t>
      </w:r>
    </w:p>
    <w:p w14:paraId="5E43EB10" w14:textId="77777777" w:rsidR="00495879" w:rsidRDefault="00000000">
      <w:pPr>
        <w:pStyle w:val="Listepuces"/>
      </w:pPr>
      <w:r>
        <w:t>Build self-sufficient leadership team</w:t>
      </w:r>
    </w:p>
    <w:p w14:paraId="6E9DBA39" w14:textId="77777777" w:rsidR="00495879" w:rsidRDefault="00000000">
      <w:pPr>
        <w:pStyle w:val="Listepuces"/>
      </w:pPr>
      <w:r>
        <w:t>3x revenue in 3 years</w:t>
      </w:r>
    </w:p>
    <w:p w14:paraId="33FE1A37" w14:textId="77777777" w:rsidR="00495879" w:rsidRDefault="00000000">
      <w:pPr>
        <w:pStyle w:val="Listepuces"/>
      </w:pPr>
      <w:r>
        <w:t>Prepare for Series B fundraise</w:t>
      </w:r>
    </w:p>
    <w:p w14:paraId="36406D0C" w14:textId="77777777" w:rsidR="00495879" w:rsidRDefault="00000000">
      <w:pPr>
        <w:pStyle w:val="Listepuces"/>
      </w:pPr>
      <w:r>
        <w:t>Work 40-45h/week (sustainable pace)</w:t>
      </w:r>
    </w:p>
    <w:p w14:paraId="60A4409F" w14:textId="77777777" w:rsidR="00495879" w:rsidRDefault="00000000">
      <w:r>
        <w:rPr>
          <w:b/>
        </w:rPr>
        <w:t>Buying Behavior</w:t>
      </w:r>
      <w:r>
        <w:t>:</w:t>
      </w:r>
    </w:p>
    <w:p w14:paraId="184FF6BF" w14:textId="77777777" w:rsidR="00495879" w:rsidRDefault="00000000">
      <w:pPr>
        <w:pStyle w:val="Listepuces"/>
      </w:pPr>
      <w:r>
        <w:t>Budget: $30K-60K/year for advisory/coaching</w:t>
      </w:r>
    </w:p>
    <w:p w14:paraId="4EB9AED7" w14:textId="77777777" w:rsidR="00495879" w:rsidRDefault="00000000">
      <w:pPr>
        <w:pStyle w:val="Listepuces"/>
      </w:pPr>
      <w:r>
        <w:t>Decision speed: Fast (1-2 calls to close)</w:t>
      </w:r>
    </w:p>
    <w:p w14:paraId="44754373" w14:textId="77777777" w:rsidR="00495879" w:rsidRDefault="00000000">
      <w:pPr>
        <w:pStyle w:val="Listepuces"/>
      </w:pPr>
      <w:r>
        <w:t>Referral-driven (trusts peer recommendations)</w:t>
      </w:r>
    </w:p>
    <w:p w14:paraId="61A96858" w14:textId="77777777" w:rsidR="00495879" w:rsidRDefault="00000000">
      <w:pPr>
        <w:pStyle w:val="Listepuces"/>
      </w:pPr>
      <w:r>
        <w:t>Values: ROI, expertise, chemistry with coach</w:t>
      </w:r>
    </w:p>
    <w:p w14:paraId="3B14E271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Transform Program</w:t>
      </w:r>
      <w:r>
        <w:t xml:space="preserve"> ($59,997/an) + potential Advisory retainer</w:t>
      </w:r>
    </w:p>
    <w:p w14:paraId="2B3FE72A" w14:textId="77777777" w:rsidR="00495879" w:rsidRDefault="00000000">
      <w:r>
        <w:t>________________________________________________________________________________</w:t>
      </w:r>
    </w:p>
    <w:p w14:paraId="4D93EF21" w14:textId="77777777" w:rsidR="00495879" w:rsidRDefault="00000000">
      <w:pPr>
        <w:pStyle w:val="Titre4"/>
      </w:pPr>
      <w:r>
        <w:t>Persona 2: "Mike the Profitable Bootstrapper"</w:t>
      </w:r>
    </w:p>
    <w:p w14:paraId="3F4999A8" w14:textId="77777777" w:rsidR="00495879" w:rsidRDefault="00000000">
      <w:r>
        <w:rPr>
          <w:b/>
        </w:rPr>
        <w:t>Demographics</w:t>
      </w:r>
      <w:r>
        <w:t>:</w:t>
      </w:r>
    </w:p>
    <w:p w14:paraId="0598A59D" w14:textId="77777777" w:rsidR="00495879" w:rsidRDefault="00000000">
      <w:pPr>
        <w:pStyle w:val="Listepuces"/>
      </w:pPr>
      <w:r>
        <w:lastRenderedPageBreak/>
        <w:t>Age: 42-55</w:t>
      </w:r>
    </w:p>
    <w:p w14:paraId="4C163ADF" w14:textId="77777777" w:rsidR="00495879" w:rsidRDefault="00000000">
      <w:pPr>
        <w:pStyle w:val="Listepuces"/>
      </w:pPr>
      <w:r>
        <w:t>Role: Founder &amp; CEO</w:t>
      </w:r>
    </w:p>
    <w:p w14:paraId="0BDD57C1" w14:textId="77777777" w:rsidR="00495879" w:rsidRDefault="00000000">
      <w:pPr>
        <w:pStyle w:val="Listepuces"/>
      </w:pPr>
      <w:r>
        <w:t>Company: Professional services, $8M revenue, 25 employees, bootstrapped</w:t>
      </w:r>
    </w:p>
    <w:p w14:paraId="457C3951" w14:textId="77777777" w:rsidR="00495879" w:rsidRDefault="00000000">
      <w:pPr>
        <w:pStyle w:val="Listepuces"/>
      </w:pPr>
      <w:r>
        <w:t>Location: Charlotte, NC</w:t>
      </w:r>
    </w:p>
    <w:p w14:paraId="49AFA6BA" w14:textId="77777777" w:rsidR="00495879" w:rsidRDefault="00000000">
      <w:r>
        <w:rPr>
          <w:b/>
        </w:rPr>
        <w:t>Psychographics</w:t>
      </w:r>
      <w:r>
        <w:t>:</w:t>
      </w:r>
    </w:p>
    <w:p w14:paraId="729C004A" w14:textId="77777777" w:rsidR="00495879" w:rsidRDefault="00000000">
      <w:pPr>
        <w:pStyle w:val="Listepuces"/>
      </w:pPr>
      <w:r>
        <w:t>**Pragmatic**: Focus on profitability over growth-at-all-costs</w:t>
      </w:r>
    </w:p>
    <w:p w14:paraId="65C4051A" w14:textId="77777777" w:rsidR="00495879" w:rsidRDefault="00000000">
      <w:pPr>
        <w:pStyle w:val="Listepuces"/>
      </w:pPr>
      <w:r>
        <w:t>**Independent**: No investors, proud of self-funding</w:t>
      </w:r>
    </w:p>
    <w:p w14:paraId="2C0497C7" w14:textId="77777777" w:rsidR="00495879" w:rsidRDefault="00000000">
      <w:pPr>
        <w:pStyle w:val="Listepuces"/>
      </w:pPr>
      <w:r>
        <w:t>**Cautious**: Risk-averse, needs to see clear ROI</w:t>
      </w:r>
    </w:p>
    <w:p w14:paraId="473F8542" w14:textId="77777777" w:rsidR="00495879" w:rsidRDefault="00000000">
      <w:pPr>
        <w:pStyle w:val="Listepuces"/>
      </w:pPr>
      <w:r>
        <w:t>**Experienced**: 15+ years in industry</w:t>
      </w:r>
    </w:p>
    <w:p w14:paraId="6AE81841" w14:textId="77777777" w:rsidR="00495879" w:rsidRDefault="00000000">
      <w:r>
        <w:rPr>
          <w:b/>
        </w:rPr>
        <w:t>Pain Points</w:t>
      </w:r>
      <w:r>
        <w:t>:</w:t>
      </w:r>
    </w:p>
    <w:p w14:paraId="64F7694D" w14:textId="77777777" w:rsidR="00495879" w:rsidRDefault="00000000">
      <w:pPr>
        <w:pStyle w:val="Listepuces"/>
      </w:pPr>
      <w:r>
        <w:t>"Plateaued at $8M for 2 years, can't break through"</w:t>
      </w:r>
    </w:p>
    <w:p w14:paraId="028F9A33" w14:textId="77777777" w:rsidR="00495879" w:rsidRDefault="00000000">
      <w:pPr>
        <w:pStyle w:val="Listepuces"/>
      </w:pPr>
      <w:r>
        <w:t>"Don't want to work this hard anymore, need to systematize"</w:t>
      </w:r>
    </w:p>
    <w:p w14:paraId="5A1B473B" w14:textId="77777777" w:rsidR="00495879" w:rsidRDefault="00000000">
      <w:pPr>
        <w:pStyle w:val="Listepuces"/>
      </w:pPr>
      <w:r>
        <w:t>"Thinking about exit in 5-7 years, need to maximize value"</w:t>
      </w:r>
    </w:p>
    <w:p w14:paraId="63887ED2" w14:textId="77777777" w:rsidR="00495879" w:rsidRDefault="00000000">
      <w:pPr>
        <w:pStyle w:val="Listepuces"/>
      </w:pPr>
      <w:r>
        <w:t>"Team is comfortable, need new blood but afraid to disrupt culture"</w:t>
      </w:r>
    </w:p>
    <w:p w14:paraId="06762DB6" w14:textId="77777777" w:rsidR="00495879" w:rsidRDefault="00000000">
      <w:r>
        <w:rPr>
          <w:b/>
        </w:rPr>
        <w:t>Goals</w:t>
      </w:r>
      <w:r>
        <w:t>:</w:t>
      </w:r>
    </w:p>
    <w:p w14:paraId="7EC45669" w14:textId="77777777" w:rsidR="00495879" w:rsidRDefault="00000000">
      <w:pPr>
        <w:pStyle w:val="Listepuces"/>
      </w:pPr>
      <w:r>
        <w:t>Grow to $15M profitably</w:t>
      </w:r>
    </w:p>
    <w:p w14:paraId="4D33FC4B" w14:textId="77777777" w:rsidR="00495879" w:rsidRDefault="00000000">
      <w:pPr>
        <w:pStyle w:val="Listepuces"/>
      </w:pPr>
      <w:r>
        <w:t>Reduce personal time commitment to 30h/week</w:t>
      </w:r>
    </w:p>
    <w:p w14:paraId="5E62B6B7" w14:textId="77777777" w:rsidR="00495879" w:rsidRDefault="00000000">
      <w:pPr>
        <w:pStyle w:val="Listepuces"/>
      </w:pPr>
      <w:r>
        <w:t>Prepare business for sale (maximize multiple)</w:t>
      </w:r>
    </w:p>
    <w:p w14:paraId="0C0872C9" w14:textId="77777777" w:rsidR="00495879" w:rsidRDefault="00000000">
      <w:pPr>
        <w:pStyle w:val="Listepuces"/>
      </w:pPr>
      <w:r>
        <w:t>Preserve company culture during growth</w:t>
      </w:r>
    </w:p>
    <w:p w14:paraId="3B283680" w14:textId="77777777" w:rsidR="00495879" w:rsidRDefault="00000000">
      <w:r>
        <w:rPr>
          <w:b/>
        </w:rPr>
        <w:t>Buying Behavior</w:t>
      </w:r>
      <w:r>
        <w:t>:</w:t>
      </w:r>
    </w:p>
    <w:p w14:paraId="10BFB028" w14:textId="77777777" w:rsidR="00495879" w:rsidRDefault="00000000">
      <w:pPr>
        <w:pStyle w:val="Listepuces"/>
      </w:pPr>
      <w:r>
        <w:t>Budget: $20K-40K/year</w:t>
      </w:r>
    </w:p>
    <w:p w14:paraId="24D5B856" w14:textId="77777777" w:rsidR="00495879" w:rsidRDefault="00000000">
      <w:pPr>
        <w:pStyle w:val="Listepuces"/>
      </w:pPr>
      <w:r>
        <w:t>Decision speed: Slower (3-4 touchpoints, needs case studies)</w:t>
      </w:r>
    </w:p>
    <w:p w14:paraId="360D91DC" w14:textId="77777777" w:rsidR="00495879" w:rsidRDefault="00000000">
      <w:pPr>
        <w:pStyle w:val="Listepuces"/>
      </w:pPr>
      <w:r>
        <w:t>Referral + content marketing driven</w:t>
      </w:r>
    </w:p>
    <w:p w14:paraId="41A17DDD" w14:textId="77777777" w:rsidR="00495879" w:rsidRDefault="00000000">
      <w:pPr>
        <w:pStyle w:val="Listepuces"/>
      </w:pPr>
      <w:r>
        <w:t>Values: Proven frameworks, no fluff, practical</w:t>
      </w:r>
    </w:p>
    <w:p w14:paraId="6B665210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Scale Program</w:t>
      </w:r>
      <w:r>
        <w:t xml:space="preserve"> ($23,997/an) or </w:t>
      </w:r>
      <w:r>
        <w:rPr>
          <w:b/>
        </w:rPr>
        <w:t>Accelerator Intensive</w:t>
      </w:r>
      <w:r>
        <w:t xml:space="preserve"> ($25K/90 days)</w:t>
      </w:r>
    </w:p>
    <w:p w14:paraId="4F67144A" w14:textId="77777777" w:rsidR="00495879" w:rsidRDefault="00000000">
      <w:r>
        <w:t>________________________________________________________________________________</w:t>
      </w:r>
    </w:p>
    <w:p w14:paraId="40824B0D" w14:textId="77777777" w:rsidR="00495879" w:rsidRDefault="00000000">
      <w:pPr>
        <w:pStyle w:val="Titre3"/>
      </w:pPr>
      <w:r>
        <w:t>Secondary Segment: Growth SMBs (30% Revenue)</w:t>
      </w:r>
    </w:p>
    <w:p w14:paraId="61860857" w14:textId="77777777" w:rsidR="00495879" w:rsidRDefault="00000000">
      <w:pPr>
        <w:pStyle w:val="Titre4"/>
      </w:pPr>
      <w:r>
        <w:t>Persona 3: "Jessica the First-Time CEO"</w:t>
      </w:r>
    </w:p>
    <w:p w14:paraId="6DFACA8B" w14:textId="77777777" w:rsidR="00495879" w:rsidRDefault="00000000">
      <w:r>
        <w:rPr>
          <w:b/>
        </w:rPr>
        <w:t>Demographics</w:t>
      </w:r>
      <w:r>
        <w:t>:</w:t>
      </w:r>
    </w:p>
    <w:p w14:paraId="493927A3" w14:textId="77777777" w:rsidR="00495879" w:rsidRDefault="00000000">
      <w:pPr>
        <w:pStyle w:val="Listepuces"/>
      </w:pPr>
      <w:r>
        <w:t>Age: 32-42</w:t>
      </w:r>
    </w:p>
    <w:p w14:paraId="30B27CD8" w14:textId="77777777" w:rsidR="00495879" w:rsidRDefault="00000000">
      <w:pPr>
        <w:pStyle w:val="Listepuces"/>
      </w:pPr>
      <w:r>
        <w:t>Role: CEO (recently promoted, or acquired business)</w:t>
      </w:r>
    </w:p>
    <w:p w14:paraId="4A6C4222" w14:textId="77777777" w:rsidR="00495879" w:rsidRDefault="00000000">
      <w:pPr>
        <w:pStyle w:val="Listepuces"/>
      </w:pPr>
      <w:r>
        <w:t>Company: E-commerce, $3.5M revenue, 12 employees</w:t>
      </w:r>
    </w:p>
    <w:p w14:paraId="3632001F" w14:textId="77777777" w:rsidR="00495879" w:rsidRDefault="00000000">
      <w:pPr>
        <w:pStyle w:val="Listepuces"/>
      </w:pPr>
      <w:r>
        <w:t>Location: Miami, FL</w:t>
      </w:r>
    </w:p>
    <w:p w14:paraId="373B8313" w14:textId="77777777" w:rsidR="00495879" w:rsidRDefault="00000000">
      <w:r>
        <w:rPr>
          <w:b/>
        </w:rPr>
        <w:lastRenderedPageBreak/>
        <w:t>Psychographics</w:t>
      </w:r>
      <w:r>
        <w:t>:</w:t>
      </w:r>
    </w:p>
    <w:p w14:paraId="01203344" w14:textId="77777777" w:rsidR="00495879" w:rsidRDefault="00000000">
      <w:pPr>
        <w:pStyle w:val="Listepuces"/>
      </w:pPr>
      <w:r>
        <w:t>**Eager learner**: Hungry for knowledge, reads 30+ books/year</w:t>
      </w:r>
    </w:p>
    <w:p w14:paraId="4B5B767E" w14:textId="77777777" w:rsidR="00495879" w:rsidRDefault="00000000">
      <w:pPr>
        <w:pStyle w:val="Listepuces"/>
      </w:pPr>
      <w:r>
        <w:t>**Imposter syndrome**: Feels underprepared for CEO role</w:t>
      </w:r>
    </w:p>
    <w:p w14:paraId="0EDDA1DC" w14:textId="77777777" w:rsidR="00495879" w:rsidRDefault="00000000">
      <w:pPr>
        <w:pStyle w:val="Listepuces"/>
      </w:pPr>
      <w:r>
        <w:t>**Network-oriented**: Seeks community of peers</w:t>
      </w:r>
    </w:p>
    <w:p w14:paraId="67972AF1" w14:textId="77777777" w:rsidR="00495879" w:rsidRDefault="00000000">
      <w:pPr>
        <w:pStyle w:val="Listepuces"/>
      </w:pPr>
      <w:r>
        <w:t>**Digital native**: Comfortable with tech, social media active</w:t>
      </w:r>
    </w:p>
    <w:p w14:paraId="2D575E55" w14:textId="77777777" w:rsidR="00495879" w:rsidRDefault="00000000">
      <w:r>
        <w:rPr>
          <w:b/>
        </w:rPr>
        <w:t>Pain Points</w:t>
      </w:r>
      <w:r>
        <w:t>:</w:t>
      </w:r>
    </w:p>
    <w:p w14:paraId="0BCAA33F" w14:textId="77777777" w:rsidR="00495879" w:rsidRDefault="00000000">
      <w:pPr>
        <w:pStyle w:val="Listepuces"/>
      </w:pPr>
      <w:r>
        <w:t>"First time being 'the boss', don't want to screw up"</w:t>
      </w:r>
    </w:p>
    <w:p w14:paraId="77E55C7C" w14:textId="77777777" w:rsidR="00495879" w:rsidRDefault="00000000">
      <w:pPr>
        <w:pStyle w:val="Listepuces"/>
      </w:pPr>
      <w:r>
        <w:t>"Inherited team has bad habits, hard to change culture"</w:t>
      </w:r>
    </w:p>
    <w:p w14:paraId="3519EE85" w14:textId="77777777" w:rsidR="00495879" w:rsidRDefault="00000000">
      <w:pPr>
        <w:pStyle w:val="Listepuces"/>
      </w:pPr>
      <w:r>
        <w:t>"Cash flow is tight, can't afford mistakes"</w:t>
      </w:r>
    </w:p>
    <w:p w14:paraId="3EE02654" w14:textId="77777777" w:rsidR="00495879" w:rsidRDefault="00000000">
      <w:pPr>
        <w:pStyle w:val="Listepuces"/>
      </w:pPr>
      <w:r>
        <w:t>"Lonely at the top, no one to talk to about challenges"</w:t>
      </w:r>
    </w:p>
    <w:p w14:paraId="382B3F54" w14:textId="77777777" w:rsidR="00495879" w:rsidRDefault="00000000">
      <w:r>
        <w:rPr>
          <w:b/>
        </w:rPr>
        <w:t>Goals</w:t>
      </w:r>
      <w:r>
        <w:t>:</w:t>
      </w:r>
    </w:p>
    <w:p w14:paraId="6E29590C" w14:textId="77777777" w:rsidR="00495879" w:rsidRDefault="00000000">
      <w:pPr>
        <w:pStyle w:val="Listepuces"/>
      </w:pPr>
      <w:r>
        <w:t>Prove herself as capable CEO</w:t>
      </w:r>
    </w:p>
    <w:p w14:paraId="434A11E7" w14:textId="77777777" w:rsidR="00495879" w:rsidRDefault="00000000">
      <w:pPr>
        <w:pStyle w:val="Listepuces"/>
      </w:pPr>
      <w:r>
        <w:t>Stabilize operations and cash flow</w:t>
      </w:r>
    </w:p>
    <w:p w14:paraId="0B9D9E2B" w14:textId="77777777" w:rsidR="00495879" w:rsidRDefault="00000000">
      <w:pPr>
        <w:pStyle w:val="Listepuces"/>
      </w:pPr>
      <w:r>
        <w:t>Grow revenue 30-50% year over year</w:t>
      </w:r>
    </w:p>
    <w:p w14:paraId="38C98388" w14:textId="77777777" w:rsidR="00495879" w:rsidRDefault="00000000">
      <w:pPr>
        <w:pStyle w:val="Listepuces"/>
      </w:pPr>
      <w:r>
        <w:t>Build confidence and leadership skills</w:t>
      </w:r>
    </w:p>
    <w:p w14:paraId="25C7BCD1" w14:textId="77777777" w:rsidR="00495879" w:rsidRDefault="00000000">
      <w:r>
        <w:rPr>
          <w:b/>
        </w:rPr>
        <w:t>Buying Behavior</w:t>
      </w:r>
      <w:r>
        <w:t>:</w:t>
      </w:r>
    </w:p>
    <w:p w14:paraId="7AA3718B" w14:textId="77777777" w:rsidR="00495879" w:rsidRDefault="00000000">
      <w:pPr>
        <w:pStyle w:val="Listepuces"/>
      </w:pPr>
      <w:r>
        <w:t>Budget: $10K-20K/year (stretching budget)</w:t>
      </w:r>
    </w:p>
    <w:p w14:paraId="6B47D69B" w14:textId="77777777" w:rsidR="00495879" w:rsidRDefault="00000000">
      <w:pPr>
        <w:pStyle w:val="Listepuces"/>
      </w:pPr>
      <w:r>
        <w:t>Decision speed: Medium (2-3 weeks, price-sensitive)</w:t>
      </w:r>
    </w:p>
    <w:p w14:paraId="3E00F4EA" w14:textId="77777777" w:rsidR="00495879" w:rsidRDefault="00000000">
      <w:pPr>
        <w:pStyle w:val="Listepuces"/>
      </w:pPr>
      <w:r>
        <w:t>Content marketing + community-driven</w:t>
      </w:r>
    </w:p>
    <w:p w14:paraId="45C0918B" w14:textId="77777777" w:rsidR="00495879" w:rsidRDefault="00000000">
      <w:pPr>
        <w:pStyle w:val="Listepuces"/>
      </w:pPr>
      <w:r>
        <w:t>Values: Support, community, learning, affordability</w:t>
      </w:r>
    </w:p>
    <w:p w14:paraId="079C67DA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Growth Program</w:t>
      </w:r>
      <w:r>
        <w:t xml:space="preserve"> ($8,997/an) + Platform Membership</w:t>
      </w:r>
    </w:p>
    <w:p w14:paraId="1648CE52" w14:textId="77777777" w:rsidR="00495879" w:rsidRDefault="00000000">
      <w:r>
        <w:t>________________________________________________________________________________</w:t>
      </w:r>
    </w:p>
    <w:p w14:paraId="021FD524" w14:textId="77777777" w:rsidR="00495879" w:rsidRDefault="00000000">
      <w:pPr>
        <w:pStyle w:val="Titre3"/>
      </w:pPr>
      <w:r>
        <w:t>Tertiary Segment: Entrepreneurs (15% Revenue)</w:t>
      </w:r>
    </w:p>
    <w:p w14:paraId="1A408625" w14:textId="77777777" w:rsidR="00495879" w:rsidRDefault="00000000">
      <w:pPr>
        <w:pStyle w:val="Titre4"/>
      </w:pPr>
      <w:r>
        <w:t>Persona 4: "David the Aspiring Entrepreneur"</w:t>
      </w:r>
    </w:p>
    <w:p w14:paraId="3866F889" w14:textId="77777777" w:rsidR="00495879" w:rsidRDefault="00000000">
      <w:r>
        <w:rPr>
          <w:b/>
        </w:rPr>
        <w:t>Demographics</w:t>
      </w:r>
      <w:r>
        <w:t>:</w:t>
      </w:r>
    </w:p>
    <w:p w14:paraId="61596800" w14:textId="77777777" w:rsidR="00495879" w:rsidRDefault="00000000">
      <w:pPr>
        <w:pStyle w:val="Listepuces"/>
      </w:pPr>
      <w:r>
        <w:t>Age: 28-38</w:t>
      </w:r>
    </w:p>
    <w:p w14:paraId="3DF7A5BC" w14:textId="77777777" w:rsidR="00495879" w:rsidRDefault="00000000">
      <w:pPr>
        <w:pStyle w:val="Listepuces"/>
      </w:pPr>
      <w:r>
        <w:t>Role: Founder</w:t>
      </w:r>
    </w:p>
    <w:p w14:paraId="609E000D" w14:textId="77777777" w:rsidR="00495879" w:rsidRDefault="00000000">
      <w:pPr>
        <w:pStyle w:val="Listepuces"/>
      </w:pPr>
      <w:r>
        <w:t>Company: Startup, $750K revenue, 3 employees, pre-seed</w:t>
      </w:r>
    </w:p>
    <w:p w14:paraId="2874DC00" w14:textId="77777777" w:rsidR="00495879" w:rsidRDefault="00000000">
      <w:pPr>
        <w:pStyle w:val="Listepuces"/>
      </w:pPr>
      <w:r>
        <w:t>Location: Nashville, TN</w:t>
      </w:r>
    </w:p>
    <w:p w14:paraId="2628A758" w14:textId="77777777" w:rsidR="00495879" w:rsidRDefault="00000000">
      <w:r>
        <w:rPr>
          <w:b/>
        </w:rPr>
        <w:t>Psychographics</w:t>
      </w:r>
      <w:r>
        <w:t>:</w:t>
      </w:r>
    </w:p>
    <w:p w14:paraId="00A8AF6B" w14:textId="77777777" w:rsidR="00495879" w:rsidRDefault="00000000">
      <w:pPr>
        <w:pStyle w:val="Listepuces"/>
      </w:pPr>
      <w:r>
        <w:t>**Scrappy**: Bootstrap mentality, resourceful</w:t>
      </w:r>
    </w:p>
    <w:p w14:paraId="625E442E" w14:textId="77777777" w:rsidR="00495879" w:rsidRDefault="00000000">
      <w:pPr>
        <w:pStyle w:val="Listepuces"/>
      </w:pPr>
      <w:r>
        <w:t>**Optimistic**: Believes in huge potential of idea</w:t>
      </w:r>
    </w:p>
    <w:p w14:paraId="556A8E46" w14:textId="77777777" w:rsidR="00495879" w:rsidRDefault="00000000">
      <w:pPr>
        <w:pStyle w:val="Listepuces"/>
      </w:pPr>
      <w:r>
        <w:t>**Time-poor**: Wears all hats, no time for learning</w:t>
      </w:r>
    </w:p>
    <w:p w14:paraId="73E0F881" w14:textId="77777777" w:rsidR="00495879" w:rsidRDefault="00000000">
      <w:pPr>
        <w:pStyle w:val="Listepuces"/>
      </w:pPr>
      <w:r>
        <w:lastRenderedPageBreak/>
        <w:t>**Budget-conscious**: Every dollar counts</w:t>
      </w:r>
    </w:p>
    <w:p w14:paraId="18AA6E58" w14:textId="77777777" w:rsidR="00495879" w:rsidRDefault="00000000">
      <w:r>
        <w:rPr>
          <w:b/>
        </w:rPr>
        <w:t>Pain Points</w:t>
      </w:r>
      <w:r>
        <w:t>:</w:t>
      </w:r>
    </w:p>
    <w:p w14:paraId="5D57D4A6" w14:textId="77777777" w:rsidR="00495879" w:rsidRDefault="00000000">
      <w:pPr>
        <w:pStyle w:val="Listepuces"/>
      </w:pPr>
      <w:r>
        <w:t>"Can't afford expensive consultants or coaches"</w:t>
      </w:r>
    </w:p>
    <w:p w14:paraId="0D85C45E" w14:textId="77777777" w:rsidR="00495879" w:rsidRDefault="00000000">
      <w:pPr>
        <w:pStyle w:val="Listepuces"/>
      </w:pPr>
      <w:r>
        <w:t>"Need frameworks and playbooks, not theory"</w:t>
      </w:r>
    </w:p>
    <w:p w14:paraId="5FCAF861" w14:textId="77777777" w:rsidR="00495879" w:rsidRDefault="00000000">
      <w:pPr>
        <w:pStyle w:val="Listepuces"/>
      </w:pPr>
      <w:r>
        <w:t>"Isolated, no mentors or advisors"</w:t>
      </w:r>
    </w:p>
    <w:p w14:paraId="08A77DDA" w14:textId="77777777" w:rsidR="00495879" w:rsidRDefault="00000000">
      <w:pPr>
        <w:pStyle w:val="Listepuces"/>
      </w:pPr>
      <w:r>
        <w:t>"Overwhelmed by all the things I need to learn"</w:t>
      </w:r>
    </w:p>
    <w:p w14:paraId="1C93DB28" w14:textId="77777777" w:rsidR="00495879" w:rsidRDefault="00000000">
      <w:r>
        <w:rPr>
          <w:b/>
        </w:rPr>
        <w:t>Goals</w:t>
      </w:r>
      <w:r>
        <w:t>:</w:t>
      </w:r>
    </w:p>
    <w:p w14:paraId="6F4B4187" w14:textId="77777777" w:rsidR="00495879" w:rsidRDefault="00000000">
      <w:pPr>
        <w:pStyle w:val="Listepuces"/>
      </w:pPr>
      <w:r>
        <w:t>Reach $1M ARR (first major milestone)</w:t>
      </w:r>
    </w:p>
    <w:p w14:paraId="351DDA7E" w14:textId="77777777" w:rsidR="00495879" w:rsidRDefault="00000000">
      <w:pPr>
        <w:pStyle w:val="Listepuces"/>
      </w:pPr>
      <w:r>
        <w:t>Raise seed round</w:t>
      </w:r>
    </w:p>
    <w:p w14:paraId="5553F6C1" w14:textId="77777777" w:rsidR="00495879" w:rsidRDefault="00000000">
      <w:pPr>
        <w:pStyle w:val="Listepuces"/>
      </w:pPr>
      <w:r>
        <w:t>Hire first 1-2 key employees</w:t>
      </w:r>
    </w:p>
    <w:p w14:paraId="112E21EF" w14:textId="77777777" w:rsidR="00495879" w:rsidRDefault="00000000">
      <w:pPr>
        <w:pStyle w:val="Listepuces"/>
      </w:pPr>
      <w:r>
        <w:t>Build processes so business doesn't depend 100% on him</w:t>
      </w:r>
    </w:p>
    <w:p w14:paraId="31D87CCE" w14:textId="77777777" w:rsidR="00495879" w:rsidRDefault="00000000">
      <w:r>
        <w:rPr>
          <w:b/>
        </w:rPr>
        <w:t>Buying Behavior</w:t>
      </w:r>
      <w:r>
        <w:t>:</w:t>
      </w:r>
    </w:p>
    <w:p w14:paraId="5938C067" w14:textId="77777777" w:rsidR="00495879" w:rsidRDefault="00000000">
      <w:pPr>
        <w:pStyle w:val="Listepuces"/>
      </w:pPr>
      <w:r>
        <w:t>Budget: $3K-8K/year maximum</w:t>
      </w:r>
    </w:p>
    <w:p w14:paraId="713A19E3" w14:textId="77777777" w:rsidR="00495879" w:rsidRDefault="00000000">
      <w:pPr>
        <w:pStyle w:val="Listepuces"/>
      </w:pPr>
      <w:r>
        <w:t>Decision speed: Fast if affordable</w:t>
      </w:r>
    </w:p>
    <w:p w14:paraId="5D001DF0" w14:textId="77777777" w:rsidR="00495879" w:rsidRDefault="00000000">
      <w:pPr>
        <w:pStyle w:val="Listepuces"/>
      </w:pPr>
      <w:r>
        <w:t>Social proof driven (testimonials, reviews)</w:t>
      </w:r>
    </w:p>
    <w:p w14:paraId="68895F6B" w14:textId="77777777" w:rsidR="00495879" w:rsidRDefault="00000000">
      <w:pPr>
        <w:pStyle w:val="Listepuces"/>
      </w:pPr>
      <w:r>
        <w:t>Values: Affordability, practical tools, community</w:t>
      </w:r>
    </w:p>
    <w:p w14:paraId="791E86E6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Platform Membership</w:t>
      </w:r>
      <w:r>
        <w:t xml:space="preserve"> ($2,997/an) + Group coaching</w:t>
      </w:r>
    </w:p>
    <w:p w14:paraId="232A2F80" w14:textId="77777777" w:rsidR="00495879" w:rsidRDefault="00000000">
      <w:r>
        <w:t>________________________________________________________________________________</w:t>
      </w:r>
    </w:p>
    <w:p w14:paraId="246D046A" w14:textId="77777777" w:rsidR="00495879" w:rsidRDefault="00000000">
      <w:pPr>
        <w:pStyle w:val="Titre3"/>
      </w:pPr>
      <w:r>
        <w:t>Quaternary Segment: Platform Members (5% Revenue)</w:t>
      </w:r>
    </w:p>
    <w:p w14:paraId="054F11DB" w14:textId="77777777" w:rsidR="00495879" w:rsidRDefault="00000000">
      <w:pPr>
        <w:pStyle w:val="Titre4"/>
      </w:pPr>
      <w:r>
        <w:t>Persona 5: "Lisa the Self-Directed Learner"</w:t>
      </w:r>
    </w:p>
    <w:p w14:paraId="456CACA4" w14:textId="77777777" w:rsidR="00495879" w:rsidRDefault="00000000">
      <w:r>
        <w:rPr>
          <w:b/>
        </w:rPr>
        <w:t>Demographics</w:t>
      </w:r>
      <w:r>
        <w:t>:</w:t>
      </w:r>
    </w:p>
    <w:p w14:paraId="7527DE40" w14:textId="77777777" w:rsidR="00495879" w:rsidRDefault="00000000">
      <w:pPr>
        <w:pStyle w:val="Listepuces"/>
      </w:pPr>
      <w:r>
        <w:t>Age: 30-50</w:t>
      </w:r>
    </w:p>
    <w:p w14:paraId="158632D1" w14:textId="77777777" w:rsidR="00495879" w:rsidRDefault="00000000">
      <w:pPr>
        <w:pStyle w:val="Listepuces"/>
      </w:pPr>
      <w:r>
        <w:t>Role: Varied (manager, entrepreneur, consultant)</w:t>
      </w:r>
    </w:p>
    <w:p w14:paraId="58582F40" w14:textId="77777777" w:rsidR="00495879" w:rsidRDefault="00000000">
      <w:pPr>
        <w:pStyle w:val="Listepuces"/>
      </w:pPr>
      <w:r>
        <w:t>Company: $500K-$2M revenue or corporate employee</w:t>
      </w:r>
    </w:p>
    <w:p w14:paraId="4A199459" w14:textId="77777777" w:rsidR="00495879" w:rsidRDefault="00000000">
      <w:pPr>
        <w:pStyle w:val="Listepuces"/>
      </w:pPr>
      <w:r>
        <w:t>Location: National</w:t>
      </w:r>
    </w:p>
    <w:p w14:paraId="525CFBF6" w14:textId="77777777" w:rsidR="00495879" w:rsidRDefault="00000000">
      <w:r>
        <w:rPr>
          <w:b/>
        </w:rPr>
        <w:t>Psychographics</w:t>
      </w:r>
      <w:r>
        <w:t>:</w:t>
      </w:r>
    </w:p>
    <w:p w14:paraId="543B0035" w14:textId="77777777" w:rsidR="00495879" w:rsidRDefault="00000000">
      <w:pPr>
        <w:pStyle w:val="Listepuces"/>
      </w:pPr>
      <w:r>
        <w:t>**Self-starter**: Prefers self-paced learning</w:t>
      </w:r>
    </w:p>
    <w:p w14:paraId="7683C40C" w14:textId="77777777" w:rsidR="00495879" w:rsidRDefault="00000000">
      <w:pPr>
        <w:pStyle w:val="Listepuces"/>
      </w:pPr>
      <w:r>
        <w:t>**Continuous improver**: Always upskilling</w:t>
      </w:r>
    </w:p>
    <w:p w14:paraId="3804F58C" w14:textId="77777777" w:rsidR="00495879" w:rsidRDefault="00000000">
      <w:pPr>
        <w:pStyle w:val="Listepuces"/>
      </w:pPr>
      <w:r>
        <w:t>**Community-oriented**: Values peer connections</w:t>
      </w:r>
    </w:p>
    <w:p w14:paraId="314CD8FF" w14:textId="77777777" w:rsidR="00495879" w:rsidRDefault="00000000">
      <w:pPr>
        <w:pStyle w:val="Listepuces"/>
      </w:pPr>
      <w:r>
        <w:t>**Budget-conscious**: Can't justify $10K+ programs yet</w:t>
      </w:r>
    </w:p>
    <w:p w14:paraId="6C2D8002" w14:textId="77777777" w:rsidR="00495879" w:rsidRDefault="00000000">
      <w:r>
        <w:rPr>
          <w:b/>
        </w:rPr>
        <w:t>Pain Points</w:t>
      </w:r>
      <w:r>
        <w:t>:</w:t>
      </w:r>
    </w:p>
    <w:p w14:paraId="2894B09C" w14:textId="77777777" w:rsidR="00495879" w:rsidRDefault="00000000">
      <w:pPr>
        <w:pStyle w:val="Listepuces"/>
      </w:pPr>
      <w:r>
        <w:t>"Want access to quality resources without huge investment"</w:t>
      </w:r>
    </w:p>
    <w:p w14:paraId="6B480917" w14:textId="77777777" w:rsidR="00495879" w:rsidRDefault="00000000">
      <w:pPr>
        <w:pStyle w:val="Listepuces"/>
      </w:pPr>
      <w:r>
        <w:lastRenderedPageBreak/>
        <w:t>"Don't need 1-on-1 coaching yet, but want option later"</w:t>
      </w:r>
    </w:p>
    <w:p w14:paraId="4591AEF1" w14:textId="77777777" w:rsidR="00495879" w:rsidRDefault="00000000">
      <w:pPr>
        <w:pStyle w:val="Listepuces"/>
      </w:pPr>
      <w:r>
        <w:t>"Isolated in my growth journey"</w:t>
      </w:r>
    </w:p>
    <w:p w14:paraId="00F1297F" w14:textId="77777777" w:rsidR="00495879" w:rsidRDefault="00000000">
      <w:pPr>
        <w:pStyle w:val="Listepuces"/>
      </w:pPr>
      <w:r>
        <w:t>"Too many scattered resources, need curated path"</w:t>
      </w:r>
    </w:p>
    <w:p w14:paraId="3ED1ADBA" w14:textId="77777777" w:rsidR="00495879" w:rsidRDefault="00000000">
      <w:r>
        <w:rPr>
          <w:b/>
        </w:rPr>
        <w:t>Goals</w:t>
      </w:r>
      <w:r>
        <w:t>:</w:t>
      </w:r>
    </w:p>
    <w:p w14:paraId="0D028214" w14:textId="77777777" w:rsidR="00495879" w:rsidRDefault="00000000">
      <w:pPr>
        <w:pStyle w:val="Listepuces"/>
      </w:pPr>
      <w:r>
        <w:t>Level up leadership and business skills</w:t>
      </w:r>
    </w:p>
    <w:p w14:paraId="3444FF79" w14:textId="77777777" w:rsidR="00495879" w:rsidRDefault="00000000">
      <w:pPr>
        <w:pStyle w:val="Listepuces"/>
      </w:pPr>
      <w:r>
        <w:t>Network with like-minded growth-oriented people</w:t>
      </w:r>
    </w:p>
    <w:p w14:paraId="5609A65D" w14:textId="77777777" w:rsidR="00495879" w:rsidRDefault="00000000">
      <w:pPr>
        <w:pStyle w:val="Listepuces"/>
      </w:pPr>
      <w:r>
        <w:t>Solve specific challenges as they arise</w:t>
      </w:r>
    </w:p>
    <w:p w14:paraId="4B401CB8" w14:textId="77777777" w:rsidR="00495879" w:rsidRDefault="00000000">
      <w:pPr>
        <w:pStyle w:val="Listepuces"/>
      </w:pPr>
      <w:r>
        <w:t>Potentially upgrade to full coaching later</w:t>
      </w:r>
    </w:p>
    <w:p w14:paraId="759A9E00" w14:textId="77777777" w:rsidR="00495879" w:rsidRDefault="00000000">
      <w:r>
        <w:rPr>
          <w:b/>
        </w:rPr>
        <w:t>Buying Behavior</w:t>
      </w:r>
      <w:r>
        <w:t>:</w:t>
      </w:r>
    </w:p>
    <w:p w14:paraId="47AC5A10" w14:textId="77777777" w:rsidR="00495879" w:rsidRDefault="00000000">
      <w:pPr>
        <w:pStyle w:val="Listepuces"/>
      </w:pPr>
      <w:r>
        <w:t>Budget: $2K-4K/year</w:t>
      </w:r>
    </w:p>
    <w:p w14:paraId="3A07FF97" w14:textId="77777777" w:rsidR="00495879" w:rsidRDefault="00000000">
      <w:pPr>
        <w:pStyle w:val="Listepuces"/>
      </w:pPr>
      <w:r>
        <w:t>Decision speed: Very fast (low friction)</w:t>
      </w:r>
    </w:p>
    <w:p w14:paraId="5FE50D49" w14:textId="77777777" w:rsidR="00495879" w:rsidRDefault="00000000">
      <w:pPr>
        <w:pStyle w:val="Listepuces"/>
      </w:pPr>
      <w:r>
        <w:t>Content marketing + SEO driven</w:t>
      </w:r>
    </w:p>
    <w:p w14:paraId="713B83A8" w14:textId="77777777" w:rsidR="00495879" w:rsidRDefault="00000000">
      <w:pPr>
        <w:pStyle w:val="Listepuces"/>
      </w:pPr>
      <w:r>
        <w:t>Values: Value for money, flexibility, community</w:t>
      </w:r>
    </w:p>
    <w:p w14:paraId="1336B194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Platform Membership</w:t>
      </w:r>
      <w:r>
        <w:t xml:space="preserve"> ($297/mo or $2,997/an)</w:t>
      </w:r>
    </w:p>
    <w:p w14:paraId="344743D2" w14:textId="77777777" w:rsidR="00495879" w:rsidRDefault="00000000">
      <w:r>
        <w:t>________________________________________________________________________________</w:t>
      </w:r>
    </w:p>
    <w:p w14:paraId="2D01ACF3" w14:textId="77777777" w:rsidR="00495879" w:rsidRDefault="00000000">
      <w:pPr>
        <w:pStyle w:val="Titre2"/>
      </w:pPr>
      <w:r>
        <w:t>3.5 Market Needs Analysis</w:t>
      </w:r>
    </w:p>
    <w:p w14:paraId="3454C211" w14:textId="77777777" w:rsidR="00495879" w:rsidRDefault="00000000">
      <w:pPr>
        <w:pStyle w:val="Titre3"/>
      </w:pPr>
      <w:r>
        <w:t>Critical Needs (Must-Have)</w:t>
      </w:r>
    </w:p>
    <w:p w14:paraId="32A5CD35" w14:textId="77777777" w:rsidR="00495879" w:rsidRDefault="00000000">
      <w:pPr>
        <w:pStyle w:val="Titre4"/>
      </w:pPr>
      <w:r>
        <w:t>1. Strategic Clarity</w:t>
      </w:r>
    </w:p>
    <w:p w14:paraId="1DBE4B97" w14:textId="77777777" w:rsidR="00495879" w:rsidRDefault="00000000">
      <w:pPr>
        <w:pStyle w:val="Listepuces"/>
      </w:pPr>
      <w:r>
        <w:t>**Gap**: 68% of SMB leaders lack clear 3-year strategy</w:t>
      </w:r>
    </w:p>
    <w:p w14:paraId="28669176" w14:textId="77777777" w:rsidR="00495879" w:rsidRDefault="00000000">
      <w:pPr>
        <w:pStyle w:val="Listepuces"/>
      </w:pPr>
      <w:r>
        <w:t>**GBCM Solution**: Scale Framework™ provides structured roadmap</w:t>
      </w:r>
    </w:p>
    <w:p w14:paraId="01E718CA" w14:textId="77777777" w:rsidR="00495879" w:rsidRDefault="00000000">
      <w:pPr>
        <w:pStyle w:val="Listepuces"/>
      </w:pPr>
      <w:r>
        <w:t>**Willingness to Pay**: High ($20K-60K)</w:t>
      </w:r>
    </w:p>
    <w:p w14:paraId="19AEA459" w14:textId="77777777" w:rsidR="00495879" w:rsidRDefault="00000000">
      <w:pPr>
        <w:pStyle w:val="Titre4"/>
      </w:pPr>
      <w:r>
        <w:t>2. Operational Systems</w:t>
      </w:r>
    </w:p>
    <w:p w14:paraId="5BE3AF31" w14:textId="77777777" w:rsidR="00495879" w:rsidRDefault="00000000">
      <w:pPr>
        <w:pStyle w:val="Listepuces"/>
      </w:pPr>
      <w:r>
        <w:t>**Gap**: 73% of growing businesses struggle with systematization</w:t>
      </w:r>
    </w:p>
    <w:p w14:paraId="48C4D8DF" w14:textId="77777777" w:rsidR="00495879" w:rsidRDefault="00000000">
      <w:pPr>
        <w:pStyle w:val="Listepuces"/>
      </w:pPr>
      <w:r>
        <w:t>**GBCM Solution**: Process documentation, SOP templates, playbooks</w:t>
      </w:r>
    </w:p>
    <w:p w14:paraId="42C0B655" w14:textId="77777777" w:rsidR="00495879" w:rsidRDefault="00000000">
      <w:pPr>
        <w:pStyle w:val="Listepuces"/>
      </w:pPr>
      <w:r>
        <w:t>**Willingness to Pay**: Medium-High ($15K-40K)</w:t>
      </w:r>
    </w:p>
    <w:p w14:paraId="761FB41E" w14:textId="77777777" w:rsidR="00495879" w:rsidRDefault="00000000">
      <w:pPr>
        <w:pStyle w:val="Titre4"/>
      </w:pPr>
      <w:r>
        <w:t>3. Leadership Development</w:t>
      </w:r>
    </w:p>
    <w:p w14:paraId="394DC98D" w14:textId="77777777" w:rsidR="00495879" w:rsidRDefault="00000000">
      <w:pPr>
        <w:pStyle w:val="Listepuces"/>
      </w:pPr>
      <w:r>
        <w:t>**Gap**: 81% of first-time CEOs feel underprepared</w:t>
      </w:r>
    </w:p>
    <w:p w14:paraId="7839FA5D" w14:textId="77777777" w:rsidR="00495879" w:rsidRDefault="00000000">
      <w:pPr>
        <w:pStyle w:val="Listepuces"/>
      </w:pPr>
      <w:r>
        <w:t>**GBCM Solution**: 1-on-1 coaching, leadership workshops, 360 assessments</w:t>
      </w:r>
    </w:p>
    <w:p w14:paraId="6346C150" w14:textId="77777777" w:rsidR="00495879" w:rsidRDefault="00000000">
      <w:pPr>
        <w:pStyle w:val="Listepuces"/>
      </w:pPr>
      <w:r>
        <w:t>**Willingness to Pay**: High ($25K-50K)</w:t>
      </w:r>
    </w:p>
    <w:p w14:paraId="2C72F9E6" w14:textId="77777777" w:rsidR="00495879" w:rsidRDefault="00000000">
      <w:pPr>
        <w:pStyle w:val="Titre4"/>
      </w:pPr>
      <w:r>
        <w:t>4. Digital Transformation</w:t>
      </w:r>
    </w:p>
    <w:p w14:paraId="51E9AC3E" w14:textId="77777777" w:rsidR="00495879" w:rsidRDefault="00000000">
      <w:pPr>
        <w:pStyle w:val="Listepuces"/>
      </w:pPr>
      <w:r>
        <w:t>**Gap**: 70% of digital transformation initiatives fail due to poor execution</w:t>
      </w:r>
    </w:p>
    <w:p w14:paraId="0C81AF80" w14:textId="77777777" w:rsidR="00495879" w:rsidRDefault="00000000">
      <w:pPr>
        <w:pStyle w:val="Listepuces"/>
      </w:pPr>
      <w:r>
        <w:t>**GBCM Solution**: Digital Transformation Canvas™, implementation support</w:t>
      </w:r>
    </w:p>
    <w:p w14:paraId="66368755" w14:textId="77777777" w:rsidR="00495879" w:rsidRDefault="00000000">
      <w:pPr>
        <w:pStyle w:val="Listepuces"/>
      </w:pPr>
      <w:r>
        <w:t>**Willingness to Pay**: Very High ($30K-80K)</w:t>
      </w:r>
    </w:p>
    <w:p w14:paraId="54F2ACCE" w14:textId="77777777" w:rsidR="00495879" w:rsidRDefault="00000000">
      <w:r>
        <w:rPr>
          <w:b/>
        </w:rPr>
        <w:lastRenderedPageBreak/>
        <w:t>Source</w:t>
      </w:r>
      <w:r>
        <w:t>: Harvard Business Review Small Business Survey 2024; Deloitte SMB Growth Study 2024; McKinsey Digital Transformation Report 2024</w:t>
      </w:r>
    </w:p>
    <w:p w14:paraId="7CDC4E5F" w14:textId="77777777" w:rsidR="00495879" w:rsidRDefault="00000000">
      <w:pPr>
        <w:pStyle w:val="Titre3"/>
      </w:pPr>
      <w:r>
        <w:t>Important Needs (Nice-to-Have)</w:t>
      </w:r>
    </w:p>
    <w:p w14:paraId="2AB7962A" w14:textId="77777777" w:rsidR="00495879" w:rsidRDefault="00000000">
      <w:pPr>
        <w:pStyle w:val="Titre4"/>
      </w:pPr>
      <w:r>
        <w:t>5. Peer Community</w:t>
      </w:r>
    </w:p>
    <w:p w14:paraId="60088247" w14:textId="77777777" w:rsidR="00495879" w:rsidRDefault="00000000">
      <w:pPr>
        <w:pStyle w:val="Listepuces"/>
      </w:pPr>
      <w:r>
        <w:t>**Gap**: 64% of entrepreneurs report feeling isolated</w:t>
      </w:r>
    </w:p>
    <w:p w14:paraId="417AC066" w14:textId="77777777" w:rsidR="00495879" w:rsidRDefault="00000000">
      <w:pPr>
        <w:pStyle w:val="Listepuces"/>
      </w:pPr>
      <w:r>
        <w:t>**GBCM Solution**: Cohort-based programs, private community, events</w:t>
      </w:r>
    </w:p>
    <w:p w14:paraId="1D33E465" w14:textId="77777777" w:rsidR="00495879" w:rsidRDefault="00000000">
      <w:pPr>
        <w:pStyle w:val="Listepuces"/>
      </w:pPr>
      <w:r>
        <w:t>**Willingness to Pay**: Medium ($5K-15K as add-on)</w:t>
      </w:r>
    </w:p>
    <w:p w14:paraId="6ACDBA46" w14:textId="77777777" w:rsidR="00495879" w:rsidRDefault="00000000">
      <w:pPr>
        <w:pStyle w:val="Titre4"/>
      </w:pPr>
      <w:r>
        <w:t>6. Accountability &amp; Tracking</w:t>
      </w:r>
    </w:p>
    <w:p w14:paraId="7170097C" w14:textId="77777777" w:rsidR="00495879" w:rsidRDefault="00000000">
      <w:pPr>
        <w:pStyle w:val="Listepuces"/>
      </w:pPr>
      <w:r>
        <w:t>**Gap**: 58% struggle with execution and follow-through</w:t>
      </w:r>
    </w:p>
    <w:p w14:paraId="7228D633" w14:textId="77777777" w:rsidR="00495879" w:rsidRDefault="00000000">
      <w:pPr>
        <w:pStyle w:val="Listepuces"/>
      </w:pPr>
      <w:r>
        <w:t>**GBCM Solution**: AI-powered accountability system, weekly check-ins</w:t>
      </w:r>
    </w:p>
    <w:p w14:paraId="23AE61FC" w14:textId="77777777" w:rsidR="00495879" w:rsidRDefault="00000000">
      <w:pPr>
        <w:pStyle w:val="Listepuces"/>
      </w:pPr>
      <w:r>
        <w:t>**Willingness to Pay**: Included in programs</w:t>
      </w:r>
    </w:p>
    <w:p w14:paraId="73F1B2F9" w14:textId="77777777" w:rsidR="00495879" w:rsidRDefault="00000000">
      <w:pPr>
        <w:pStyle w:val="Titre4"/>
      </w:pPr>
      <w:r>
        <w:t>7. Work-Life Balance</w:t>
      </w:r>
    </w:p>
    <w:p w14:paraId="1A6BDDAA" w14:textId="77777777" w:rsidR="00495879" w:rsidRDefault="00000000">
      <w:pPr>
        <w:pStyle w:val="Listepuces"/>
      </w:pPr>
      <w:r>
        <w:t>**Gap**: 72% of SMB leaders report high stress/burnout risk</w:t>
      </w:r>
    </w:p>
    <w:p w14:paraId="3723891E" w14:textId="77777777" w:rsidR="00495879" w:rsidRDefault="00000000">
      <w:pPr>
        <w:pStyle w:val="Listepuces"/>
      </w:pPr>
      <w:r>
        <w:t>**GBCM Solution**: Sustainable Leadership System™</w:t>
      </w:r>
    </w:p>
    <w:p w14:paraId="69500CE0" w14:textId="77777777" w:rsidR="00495879" w:rsidRDefault="00000000">
      <w:pPr>
        <w:pStyle w:val="Listepuces"/>
      </w:pPr>
      <w:r>
        <w:t>**Willingness to Pay**: Medium ($10K-20K)</w:t>
      </w:r>
    </w:p>
    <w:p w14:paraId="3F0AEA6E" w14:textId="77777777" w:rsidR="00495879" w:rsidRDefault="00000000">
      <w:r>
        <w:rPr>
          <w:b/>
        </w:rPr>
        <w:t>Source</w:t>
      </w:r>
      <w:r>
        <w:t>: Entrepreneurship Statistics Survey 2024; American Express OPEN Small Business Report 2024</w:t>
      </w:r>
    </w:p>
    <w:p w14:paraId="20D05DDF" w14:textId="77777777" w:rsidR="00495879" w:rsidRDefault="00000000">
      <w:r>
        <w:t>________________________________________________________________________________</w:t>
      </w:r>
    </w:p>
    <w:p w14:paraId="74ADFAAB" w14:textId="77777777" w:rsidR="00495879" w:rsidRDefault="00000000">
      <w:pPr>
        <w:pStyle w:val="Titre2"/>
      </w:pPr>
      <w:r>
        <w:t>3.6 Competitive Landscape Overview</w:t>
      </w:r>
    </w:p>
    <w:p w14:paraId="517656F9" w14:textId="77777777" w:rsidR="00495879" w:rsidRDefault="00000000">
      <w:pPr>
        <w:pStyle w:val="Titre3"/>
      </w:pPr>
      <w:r>
        <w:t>Market Structure</w:t>
      </w:r>
    </w:p>
    <w:p w14:paraId="43F37B2E" w14:textId="77777777" w:rsidR="00495879" w:rsidRDefault="00000000">
      <w:r>
        <w:t xml:space="preserve">The coaching/consulting market for SMBs is </w:t>
      </w:r>
      <w:r>
        <w:rPr>
          <w:b/>
        </w:rPr>
        <w:t>highly fragmented</w:t>
      </w:r>
      <w:r>
        <w:t>:</w:t>
      </w:r>
    </w:p>
    <w:p w14:paraId="6EC95CB0" w14:textId="77777777" w:rsidR="00495879" w:rsidRDefault="00000000">
      <w:pPr>
        <w:pStyle w:val="Titre4"/>
      </w:pPr>
      <w:r>
        <w:t>Tier 1: Big Consulting (McKinsey, BCG, Bain, Deloitte)</w:t>
      </w:r>
    </w:p>
    <w:p w14:paraId="3DF5C8FE" w14:textId="77777777" w:rsidR="00495879" w:rsidRDefault="00000000">
      <w:pPr>
        <w:pStyle w:val="Listepuces"/>
      </w:pPr>
      <w:r>
        <w:t>**Market Share**: ~15% (primarily large enterprises)</w:t>
      </w:r>
    </w:p>
    <w:p w14:paraId="192C9842" w14:textId="77777777" w:rsidR="00495879" w:rsidRDefault="00000000">
      <w:pPr>
        <w:pStyle w:val="Listepuces"/>
      </w:pPr>
      <w:r>
        <w:t>**Avg Project**: $500K-$5M+</w:t>
      </w:r>
    </w:p>
    <w:p w14:paraId="5ED9E99A" w14:textId="77777777" w:rsidR="00495879" w:rsidRDefault="00000000">
      <w:pPr>
        <w:pStyle w:val="Listepuces"/>
      </w:pPr>
      <w:r>
        <w:t>**Inaccessible to SMBs** (too expensive)</w:t>
      </w:r>
    </w:p>
    <w:p w14:paraId="68E399AD" w14:textId="77777777" w:rsidR="00495879" w:rsidRDefault="00000000">
      <w:pPr>
        <w:pStyle w:val="Titre4"/>
      </w:pPr>
      <w:r>
        <w:t>Tier 2: Boutique Consulting Firms</w:t>
      </w:r>
    </w:p>
    <w:p w14:paraId="7E8B6ECA" w14:textId="77777777" w:rsidR="00495879" w:rsidRDefault="00000000">
      <w:pPr>
        <w:pStyle w:val="Listepuces"/>
      </w:pPr>
      <w:r>
        <w:t>**Market Share**: ~25%</w:t>
      </w:r>
    </w:p>
    <w:p w14:paraId="46263FA2" w14:textId="77777777" w:rsidR="00495879" w:rsidRDefault="00000000">
      <w:pPr>
        <w:pStyle w:val="Listepuces"/>
      </w:pPr>
      <w:r>
        <w:t>**Avg Project**: $50K-$200K</w:t>
      </w:r>
    </w:p>
    <w:p w14:paraId="4463F441" w14:textId="77777777" w:rsidR="00495879" w:rsidRDefault="00000000">
      <w:pPr>
        <w:pStyle w:val="Listepuces"/>
      </w:pPr>
      <w:r>
        <w:t>**Examples**: Local strategy firms, niche consultants</w:t>
      </w:r>
    </w:p>
    <w:p w14:paraId="499E499D" w14:textId="77777777" w:rsidR="00495879" w:rsidRDefault="00000000">
      <w:pPr>
        <w:pStyle w:val="Listepuces"/>
      </w:pPr>
      <w:r>
        <w:t>**Challenges**: Variable quality, limited scale</w:t>
      </w:r>
    </w:p>
    <w:p w14:paraId="587AEA5E" w14:textId="77777777" w:rsidR="00495879" w:rsidRDefault="00000000">
      <w:pPr>
        <w:pStyle w:val="Titre4"/>
      </w:pPr>
      <w:r>
        <w:t>Tier 3: Individual Coaches/Consultants</w:t>
      </w:r>
    </w:p>
    <w:p w14:paraId="7E7E0C49" w14:textId="77777777" w:rsidR="00495879" w:rsidRDefault="00000000">
      <w:pPr>
        <w:pStyle w:val="Listepuces"/>
      </w:pPr>
      <w:r>
        <w:t>**Market Share**: ~45%</w:t>
      </w:r>
    </w:p>
    <w:p w14:paraId="44AA3B30" w14:textId="77777777" w:rsidR="00495879" w:rsidRDefault="00000000">
      <w:pPr>
        <w:pStyle w:val="Listepuces"/>
      </w:pPr>
      <w:r>
        <w:t>**Avg Engagement**: $5K-$30K/year</w:t>
      </w:r>
    </w:p>
    <w:p w14:paraId="51AD8537" w14:textId="77777777" w:rsidR="00495879" w:rsidRDefault="00000000">
      <w:pPr>
        <w:pStyle w:val="Listepuces"/>
      </w:pPr>
      <w:r>
        <w:t>**Examples**: ICF-certified coaches, former executives</w:t>
      </w:r>
    </w:p>
    <w:p w14:paraId="08DC7496" w14:textId="77777777" w:rsidR="00495879" w:rsidRDefault="00000000">
      <w:pPr>
        <w:pStyle w:val="Listepuces"/>
      </w:pPr>
      <w:r>
        <w:lastRenderedPageBreak/>
        <w:t>**Challenges**: Lacks scalability, tech, and methodologies</w:t>
      </w:r>
    </w:p>
    <w:p w14:paraId="0C715DA9" w14:textId="77777777" w:rsidR="00495879" w:rsidRDefault="00000000">
      <w:pPr>
        <w:pStyle w:val="Titre4"/>
      </w:pPr>
      <w:r>
        <w:t>Tier 4: Digital Platforms</w:t>
      </w:r>
    </w:p>
    <w:p w14:paraId="7422D497" w14:textId="77777777" w:rsidR="00495879" w:rsidRDefault="00000000">
      <w:pPr>
        <w:pStyle w:val="Listepuces"/>
      </w:pPr>
      <w:r>
        <w:t>**Market Share**: ~10% (growing fast)</w:t>
      </w:r>
    </w:p>
    <w:p w14:paraId="77428788" w14:textId="77777777" w:rsidR="00495879" w:rsidRDefault="00000000">
      <w:pPr>
        <w:pStyle w:val="Listepuces"/>
      </w:pPr>
      <w:r>
        <w:t>**Avg Spend**: $200-$1,000/month</w:t>
      </w:r>
    </w:p>
    <w:p w14:paraId="4E567526" w14:textId="77777777" w:rsidR="00495879" w:rsidRDefault="00000000">
      <w:pPr>
        <w:pStyle w:val="Listepuces"/>
      </w:pPr>
      <w:r>
        <w:t>**Examples**: BetterUp, CoachHub, Torch</w:t>
      </w:r>
    </w:p>
    <w:p w14:paraId="65D91FAC" w14:textId="77777777" w:rsidR="00495879" w:rsidRDefault="00000000">
      <w:pPr>
        <w:pStyle w:val="Listepuces"/>
      </w:pPr>
      <w:r>
        <w:t>**Challenges**: Mostly focused on corporate/enterprise, not SMBs</w:t>
      </w:r>
    </w:p>
    <w:p w14:paraId="55A106C3" w14:textId="77777777" w:rsidR="00495879" w:rsidRDefault="00000000">
      <w:pPr>
        <w:pStyle w:val="Titre4"/>
      </w:pPr>
      <w:r>
        <w:t>Tier 5: Online Courses/Communities</w:t>
      </w:r>
    </w:p>
    <w:p w14:paraId="1D8D5BA8" w14:textId="77777777" w:rsidR="00495879" w:rsidRDefault="00000000">
      <w:pPr>
        <w:pStyle w:val="Listepuces"/>
      </w:pPr>
      <w:r>
        <w:t>**Market Share**: ~5%</w:t>
      </w:r>
    </w:p>
    <w:p w14:paraId="5301F653" w14:textId="77777777" w:rsidR="00495879" w:rsidRDefault="00000000">
      <w:pPr>
        <w:pStyle w:val="Listepuces"/>
      </w:pPr>
      <w:r>
        <w:t>**Avg Spend**: $2K-$10K/year</w:t>
      </w:r>
    </w:p>
    <w:p w14:paraId="0D53B422" w14:textId="77777777" w:rsidR="00495879" w:rsidRDefault="00000000">
      <w:pPr>
        <w:pStyle w:val="Listepuces"/>
      </w:pPr>
      <w:r>
        <w:t>**Examples**: EOS, Scaling Up, Strategic Coach</w:t>
      </w:r>
    </w:p>
    <w:p w14:paraId="5F3237FE" w14:textId="77777777" w:rsidR="00495879" w:rsidRDefault="00000000">
      <w:pPr>
        <w:pStyle w:val="Listepuces"/>
      </w:pPr>
      <w:r>
        <w:t>**Challenges**: Low personalization, high churn</w:t>
      </w:r>
    </w:p>
    <w:p w14:paraId="249AFB98" w14:textId="77777777" w:rsidR="00495879" w:rsidRDefault="00000000">
      <w:r>
        <w:rPr>
          <w:b/>
        </w:rPr>
        <w:t>GBCM Positioning</w:t>
      </w:r>
      <w:r>
        <w:t>: Hybrid of Tiers 2-4 (boutique quality + digital platform + personalization)</w:t>
      </w:r>
    </w:p>
    <w:p w14:paraId="68B2B468" w14:textId="77777777" w:rsidR="00495879" w:rsidRDefault="00000000">
      <w:r>
        <w:t>________________________________________________________________________________</w:t>
      </w:r>
    </w:p>
    <w:p w14:paraId="2ABFF0D8" w14:textId="77777777" w:rsidR="00495879" w:rsidRDefault="00000000">
      <w:pPr>
        <w:pStyle w:val="Titre2"/>
      </w:pPr>
      <w:r>
        <w:t>3.7 Market Drivers &amp; Growth Catalysts</w:t>
      </w:r>
    </w:p>
    <w:p w14:paraId="20875A00" w14:textId="77777777" w:rsidR="00495879" w:rsidRDefault="00000000">
      <w:pPr>
        <w:pStyle w:val="Titre3"/>
      </w:pPr>
      <w:r>
        <w:t>Driver 1: Post-COVID Digital Acceleration</w:t>
      </w:r>
    </w:p>
    <w:p w14:paraId="03946914" w14:textId="77777777" w:rsidR="00495879" w:rsidRDefault="00000000">
      <w:r>
        <w:rPr>
          <w:b/>
        </w:rPr>
        <w:t>Context</w:t>
      </w:r>
      <w:r>
        <w:t>:</w:t>
      </w:r>
    </w:p>
    <w:p w14:paraId="6F8FC4C8" w14:textId="77777777" w:rsidR="00495879" w:rsidRDefault="00000000">
      <w:pPr>
        <w:pStyle w:val="Listepuces"/>
      </w:pPr>
      <w:r>
        <w:t>COVID forced rapid digital adoption</w:t>
      </w:r>
    </w:p>
    <w:p w14:paraId="797D2669" w14:textId="77777777" w:rsidR="00495879" w:rsidRDefault="00000000">
      <w:pPr>
        <w:pStyle w:val="Listepuces"/>
      </w:pPr>
      <w:r>
        <w:t>Businesses realized operational deficiencies</w:t>
      </w:r>
    </w:p>
    <w:p w14:paraId="513790CA" w14:textId="77777777" w:rsidR="00495879" w:rsidRDefault="00000000">
      <w:pPr>
        <w:pStyle w:val="Listepuces"/>
      </w:pPr>
      <w:r>
        <w:t>**75% of companies** plan continued digital transformation</w:t>
      </w:r>
    </w:p>
    <w:p w14:paraId="5BBA7EF5" w14:textId="77777777" w:rsidR="00495879" w:rsidRDefault="00000000">
      <w:r>
        <w:rPr>
          <w:b/>
        </w:rPr>
        <w:t>Source</w:t>
      </w:r>
      <w:r>
        <w:t>: Gartner Digital Transformation Survey 2024</w:t>
      </w:r>
    </w:p>
    <w:p w14:paraId="1CA55439" w14:textId="77777777" w:rsidR="00495879" w:rsidRDefault="00000000">
      <w:r>
        <w:rPr>
          <w:b/>
        </w:rPr>
        <w:t>Impact on GBCM</w:t>
      </w:r>
      <w:r>
        <w:t>:</w:t>
      </w:r>
    </w:p>
    <w:p w14:paraId="0D9CD2AC" w14:textId="77777777" w:rsidR="00495879" w:rsidRDefault="00000000">
      <w:r>
        <w:t>✅ Demand for Digital Transformation consulting surging</w:t>
      </w:r>
    </w:p>
    <w:p w14:paraId="544ABA4B" w14:textId="77777777" w:rsidR="00495879" w:rsidRDefault="00000000">
      <w:r>
        <w:t>✅ Virtual delivery model now normalized (no friction)</w:t>
      </w:r>
    </w:p>
    <w:p w14:paraId="51D9B6B9" w14:textId="77777777" w:rsidR="00495879" w:rsidRDefault="00000000">
      <w:r>
        <w:t>✅ Companies more comfortable with remote advisors</w:t>
      </w:r>
    </w:p>
    <w:p w14:paraId="2843AB21" w14:textId="77777777" w:rsidR="00495879" w:rsidRDefault="00000000">
      <w:pPr>
        <w:pStyle w:val="Titre3"/>
      </w:pPr>
      <w:r>
        <w:t>Driver 2: SMB Growth Boom</w:t>
      </w:r>
    </w:p>
    <w:p w14:paraId="4708D53F" w14:textId="77777777" w:rsidR="00495879" w:rsidRDefault="00000000">
      <w:r>
        <w:rPr>
          <w:b/>
        </w:rPr>
        <w:t>Context</w:t>
      </w:r>
      <w:r>
        <w:t>:</w:t>
      </w:r>
    </w:p>
    <w:p w14:paraId="38E9BDEF" w14:textId="77777777" w:rsidR="00495879" w:rsidRDefault="00000000">
      <w:pPr>
        <w:pStyle w:val="Listepuces"/>
      </w:pPr>
      <w:r>
        <w:t>**5.4 million new business applications** in 2023 (record high)</w:t>
      </w:r>
    </w:p>
    <w:p w14:paraId="7A2850D0" w14:textId="77777777" w:rsidR="00495879" w:rsidRDefault="00000000">
      <w:pPr>
        <w:pStyle w:val="Listepuces"/>
      </w:pPr>
      <w:r>
        <w:t>Many hitting $1M-$10M scale now (2025-2026)</w:t>
      </w:r>
    </w:p>
    <w:p w14:paraId="77B13757" w14:textId="77777777" w:rsidR="00495879" w:rsidRDefault="00000000">
      <w:pPr>
        <w:pStyle w:val="Listepuces"/>
      </w:pPr>
      <w:r>
        <w:t>Need for coaching/advisory at inflection points</w:t>
      </w:r>
    </w:p>
    <w:p w14:paraId="64A50781" w14:textId="77777777" w:rsidR="00495879" w:rsidRDefault="00000000">
      <w:r>
        <w:rPr>
          <w:b/>
        </w:rPr>
        <w:t>Source</w:t>
      </w:r>
      <w:r>
        <w:t>: U.S. Census Bureau Business Formation Statistics 2024</w:t>
      </w:r>
    </w:p>
    <w:p w14:paraId="2A1DC64B" w14:textId="77777777" w:rsidR="00495879" w:rsidRDefault="00000000">
      <w:r>
        <w:rPr>
          <w:b/>
        </w:rPr>
        <w:lastRenderedPageBreak/>
        <w:t>Impact on GBCM</w:t>
      </w:r>
      <w:r>
        <w:t>:</w:t>
      </w:r>
    </w:p>
    <w:p w14:paraId="534CEA56" w14:textId="77777777" w:rsidR="00495879" w:rsidRDefault="00000000">
      <w:r>
        <w:t>✅ Expanding pool of qualified prospects</w:t>
      </w:r>
    </w:p>
    <w:p w14:paraId="48C6BCD5" w14:textId="77777777" w:rsidR="00495879" w:rsidRDefault="00000000">
      <w:r>
        <w:t>✅ Timing perfect (businesses mature enough to invest)</w:t>
      </w:r>
    </w:p>
    <w:p w14:paraId="0B471E2F" w14:textId="77777777" w:rsidR="00495879" w:rsidRDefault="00000000">
      <w:r>
        <w:t>✅ Less competition at SMB level vs enterprise</w:t>
      </w:r>
    </w:p>
    <w:p w14:paraId="425DACA4" w14:textId="77777777" w:rsidR="00495879" w:rsidRDefault="00000000">
      <w:pPr>
        <w:pStyle w:val="Titre3"/>
      </w:pPr>
      <w:r>
        <w:t>Driver 3: Talent Shortage &amp; Leadership Gap</w:t>
      </w:r>
    </w:p>
    <w:p w14:paraId="1EB4F8EE" w14:textId="77777777" w:rsidR="00495879" w:rsidRDefault="00000000">
      <w:r>
        <w:rPr>
          <w:b/>
        </w:rPr>
        <w:t>Context</w:t>
      </w:r>
      <w:r>
        <w:t>:</w:t>
      </w:r>
    </w:p>
    <w:p w14:paraId="1FBE84C6" w14:textId="77777777" w:rsidR="00495879" w:rsidRDefault="00000000">
      <w:pPr>
        <w:pStyle w:val="Listepuces"/>
      </w:pPr>
      <w:r>
        <w:t>**87% of companies** report talent shortages</w:t>
      </w:r>
    </w:p>
    <w:p w14:paraId="6AF87040" w14:textId="77777777" w:rsidR="00495879" w:rsidRDefault="00000000">
      <w:pPr>
        <w:pStyle w:val="Listepuces"/>
      </w:pPr>
      <w:r>
        <w:t>Leaders promoted faster than development allows</w:t>
      </w:r>
    </w:p>
    <w:p w14:paraId="57F73CA9" w14:textId="77777777" w:rsidR="00495879" w:rsidRDefault="00000000">
      <w:pPr>
        <w:pStyle w:val="Listepuces"/>
      </w:pPr>
      <w:r>
        <w:t>External coaching/advisory fills gap</w:t>
      </w:r>
    </w:p>
    <w:p w14:paraId="42DF1183" w14:textId="77777777" w:rsidR="00495879" w:rsidRDefault="00000000">
      <w:r>
        <w:rPr>
          <w:b/>
        </w:rPr>
        <w:t>Source</w:t>
      </w:r>
      <w:r>
        <w:t>: ManpowerGroup Talent Shortage Survey 2024; Society for Human Resource Management (SHRM) 2024</w:t>
      </w:r>
    </w:p>
    <w:p w14:paraId="02AF9A92" w14:textId="77777777" w:rsidR="00495879" w:rsidRDefault="00000000">
      <w:r>
        <w:rPr>
          <w:b/>
        </w:rPr>
        <w:t>Impact on GBCM</w:t>
      </w:r>
      <w:r>
        <w:t>:</w:t>
      </w:r>
    </w:p>
    <w:p w14:paraId="25C98D8F" w14:textId="77777777" w:rsidR="00495879" w:rsidRDefault="00000000">
      <w:r>
        <w:t>✅ High demand for Leadership Development programs</w:t>
      </w:r>
    </w:p>
    <w:p w14:paraId="40487B79" w14:textId="77777777" w:rsidR="00495879" w:rsidRDefault="00000000">
      <w:r>
        <w:t>✅ Companies willing to invest in developing internal talent</w:t>
      </w:r>
    </w:p>
    <w:p w14:paraId="37B5973E" w14:textId="77777777" w:rsidR="00495879" w:rsidRDefault="00000000">
      <w:r>
        <w:t>✅ Multi-year engagements (not one-time fixes)</w:t>
      </w:r>
    </w:p>
    <w:p w14:paraId="4C77E789" w14:textId="77777777" w:rsidR="00495879" w:rsidRDefault="00000000">
      <w:pPr>
        <w:pStyle w:val="Titre3"/>
      </w:pPr>
      <w:r>
        <w:t>Driver 4: Economic Uncertainty → Efficiency Focus</w:t>
      </w:r>
    </w:p>
    <w:p w14:paraId="2EFA4D96" w14:textId="77777777" w:rsidR="00495879" w:rsidRDefault="00000000">
      <w:r>
        <w:rPr>
          <w:b/>
        </w:rPr>
        <w:t>Context</w:t>
      </w:r>
      <w:r>
        <w:t>:</w:t>
      </w:r>
    </w:p>
    <w:p w14:paraId="537F2CA9" w14:textId="77777777" w:rsidR="00495879" w:rsidRDefault="00000000">
      <w:pPr>
        <w:pStyle w:val="Listepuces"/>
      </w:pPr>
      <w:r>
        <w:t>Post-2023 interest rate hikes = capital more expensive</w:t>
      </w:r>
    </w:p>
    <w:p w14:paraId="50E13FF0" w14:textId="77777777" w:rsidR="00495879" w:rsidRDefault="00000000">
      <w:pPr>
        <w:pStyle w:val="Listepuces"/>
      </w:pPr>
      <w:r>
        <w:t>Businesses focus on profitability vs growth-at-all-costs</w:t>
      </w:r>
    </w:p>
    <w:p w14:paraId="6C5EAD48" w14:textId="77777777" w:rsidR="00495879" w:rsidRDefault="00000000">
      <w:pPr>
        <w:pStyle w:val="Listepuces"/>
      </w:pPr>
      <w:r>
        <w:t>Need for operational efficiency and margin improvement</w:t>
      </w:r>
    </w:p>
    <w:p w14:paraId="072A8DDC" w14:textId="77777777" w:rsidR="00495879" w:rsidRDefault="00000000">
      <w:r>
        <w:rPr>
          <w:b/>
        </w:rPr>
        <w:t>Impact on GBCM</w:t>
      </w:r>
      <w:r>
        <w:t>:</w:t>
      </w:r>
    </w:p>
    <w:p w14:paraId="0690D737" w14:textId="77777777" w:rsidR="00495879" w:rsidRDefault="00000000">
      <w:r>
        <w:t>✅ Scale Framework™ addresses efficiency &amp; margins</w:t>
      </w:r>
    </w:p>
    <w:p w14:paraId="7D9D057C" w14:textId="77777777" w:rsidR="00495879" w:rsidRDefault="00000000">
      <w:r>
        <w:t>✅ ROI-focused positioning resonates</w:t>
      </w:r>
    </w:p>
    <w:p w14:paraId="0BE86235" w14:textId="77777777" w:rsidR="00495879" w:rsidRDefault="00000000">
      <w:r>
        <w:t>✅ "Do more with less" consulting in demand</w:t>
      </w:r>
    </w:p>
    <w:p w14:paraId="6D0C3DFA" w14:textId="77777777" w:rsidR="00495879" w:rsidRDefault="00000000">
      <w:pPr>
        <w:pStyle w:val="Titre3"/>
      </w:pPr>
      <w:r>
        <w:t>Driver 5: Investor Pressure (for Funded Companies)</w:t>
      </w:r>
    </w:p>
    <w:p w14:paraId="09B29EE7" w14:textId="77777777" w:rsidR="00495879" w:rsidRDefault="00000000">
      <w:r>
        <w:rPr>
          <w:b/>
        </w:rPr>
        <w:t>Context</w:t>
      </w:r>
      <w:r>
        <w:t>:</w:t>
      </w:r>
    </w:p>
    <w:p w14:paraId="2486B9CB" w14:textId="77777777" w:rsidR="00495879" w:rsidRDefault="00000000">
      <w:pPr>
        <w:pStyle w:val="Listepuces"/>
      </w:pPr>
      <w:r>
        <w:t>VCs demanding path to profitability</w:t>
      </w:r>
    </w:p>
    <w:p w14:paraId="5F926B39" w14:textId="77777777" w:rsidR="00495879" w:rsidRDefault="00000000">
      <w:pPr>
        <w:pStyle w:val="Listepuces"/>
      </w:pPr>
      <w:r>
        <w:t>Series A-B companies need to prove unit economics</w:t>
      </w:r>
    </w:p>
    <w:p w14:paraId="0F2858AE" w14:textId="77777777" w:rsidR="00495879" w:rsidRDefault="00000000">
      <w:pPr>
        <w:pStyle w:val="Listepuces"/>
      </w:pPr>
      <w:r>
        <w:t>Boards requiring professional management</w:t>
      </w:r>
    </w:p>
    <w:p w14:paraId="19DEBF10" w14:textId="77777777" w:rsidR="00495879" w:rsidRDefault="00000000">
      <w:r>
        <w:rPr>
          <w:b/>
        </w:rPr>
        <w:lastRenderedPageBreak/>
        <w:t>Impact on GBCM</w:t>
      </w:r>
      <w:r>
        <w:t>:</w:t>
      </w:r>
    </w:p>
    <w:p w14:paraId="115496F7" w14:textId="77777777" w:rsidR="00495879" w:rsidRDefault="00000000">
      <w:r>
        <w:t>✅ Funded scale-ups need help fast</w:t>
      </w:r>
    </w:p>
    <w:p w14:paraId="75304683" w14:textId="77777777" w:rsidR="00495879" w:rsidRDefault="00000000">
      <w:r>
        <w:t>✅ Board-ready deliverables valued</w:t>
      </w:r>
    </w:p>
    <w:p w14:paraId="580E060D" w14:textId="77777777" w:rsidR="00495879" w:rsidRDefault="00000000">
      <w:r>
        <w:t>✅ Investor referrals potential channel</w:t>
      </w:r>
    </w:p>
    <w:p w14:paraId="2D0B014F" w14:textId="77777777" w:rsidR="00495879" w:rsidRDefault="00000000">
      <w:r>
        <w:t>________________________________________________________________________________</w:t>
      </w:r>
    </w:p>
    <w:p w14:paraId="1A3DEC59" w14:textId="77777777" w:rsidR="00495879" w:rsidRDefault="00000000">
      <w:pPr>
        <w:pStyle w:val="Titre2"/>
      </w:pPr>
      <w:r>
        <w:t>3.8 Market Barriers &amp; Challenges</w:t>
      </w:r>
    </w:p>
    <w:p w14:paraId="54A0D218" w14:textId="77777777" w:rsidR="00495879" w:rsidRDefault="00000000">
      <w:pPr>
        <w:pStyle w:val="Titre3"/>
      </w:pPr>
      <w:r>
        <w:t>Barrier 1: Trust &amp; Credibility (New Entrant)</w:t>
      </w:r>
    </w:p>
    <w:p w14:paraId="38A8D2AA" w14:textId="77777777" w:rsidR="00495879" w:rsidRDefault="00000000">
      <w:r>
        <w:rPr>
          <w:b/>
        </w:rPr>
        <w:t>Challenge</w:t>
      </w:r>
      <w:r>
        <w:t>: Established players have years of track record and testimonials</w:t>
      </w:r>
    </w:p>
    <w:p w14:paraId="3FA68578" w14:textId="77777777" w:rsidR="00495879" w:rsidRDefault="00000000">
      <w:r>
        <w:rPr>
          <w:b/>
        </w:rPr>
        <w:t>GBCM Mitigation</w:t>
      </w:r>
      <w:r>
        <w:t>:</w:t>
      </w:r>
    </w:p>
    <w:p w14:paraId="725B31E5" w14:textId="77777777" w:rsidR="00495879" w:rsidRDefault="00000000">
      <w:pPr>
        <w:pStyle w:val="Listepuces"/>
      </w:pPr>
      <w:r>
        <w:t>Founder's 20+ years experience</w:t>
      </w:r>
    </w:p>
    <w:p w14:paraId="2F960E36" w14:textId="77777777" w:rsidR="00495879" w:rsidRDefault="00000000">
      <w:pPr>
        <w:pStyle w:val="Listepuces"/>
      </w:pPr>
      <w:r>
        <w:t>Early client case studies (beta program)</w:t>
      </w:r>
    </w:p>
    <w:p w14:paraId="2AABF660" w14:textId="77777777" w:rsidR="00495879" w:rsidRDefault="00000000">
      <w:pPr>
        <w:pStyle w:val="Listepuces"/>
      </w:pPr>
      <w:r>
        <w:t>ICF certification pathway</w:t>
      </w:r>
    </w:p>
    <w:p w14:paraId="221782AA" w14:textId="77777777" w:rsidR="00495879" w:rsidRDefault="00000000">
      <w:pPr>
        <w:pStyle w:val="Listepuces"/>
      </w:pPr>
      <w:r>
        <w:t>Strategic partnerships for credibility boost</w:t>
      </w:r>
    </w:p>
    <w:p w14:paraId="7AFC79AA" w14:textId="77777777" w:rsidR="00495879" w:rsidRDefault="00000000">
      <w:pPr>
        <w:pStyle w:val="Listepuces"/>
      </w:pPr>
      <w:r>
        <w:t>Money-back guarantee for first 10 clients</w:t>
      </w:r>
    </w:p>
    <w:p w14:paraId="42D45AA8" w14:textId="77777777" w:rsidR="00495879" w:rsidRDefault="00000000">
      <w:pPr>
        <w:pStyle w:val="Titre3"/>
      </w:pPr>
      <w:r>
        <w:t>Barrier 2: Client Acquisition Cost</w:t>
      </w:r>
    </w:p>
    <w:p w14:paraId="67A6A816" w14:textId="77777777" w:rsidR="00495879" w:rsidRDefault="00000000">
      <w:r>
        <w:rPr>
          <w:b/>
        </w:rPr>
        <w:t>Challenge</w:t>
      </w:r>
      <w:r>
        <w:t>: CAC for B2B coaching averages $2,000-$5,000</w:t>
      </w:r>
    </w:p>
    <w:p w14:paraId="7F8B31A6" w14:textId="77777777" w:rsidR="00495879" w:rsidRDefault="00000000">
      <w:r>
        <w:rPr>
          <w:b/>
        </w:rPr>
        <w:t>GBCM Mitigation</w:t>
      </w:r>
      <w:r>
        <w:t>:</w:t>
      </w:r>
    </w:p>
    <w:p w14:paraId="19FCAF75" w14:textId="77777777" w:rsidR="00495879" w:rsidRDefault="00000000">
      <w:pPr>
        <w:pStyle w:val="Listepuces"/>
      </w:pPr>
      <w:r>
        <w:t>Content marketing for organic inbound (lower CAC)</w:t>
      </w:r>
    </w:p>
    <w:p w14:paraId="0DE3E29D" w14:textId="77777777" w:rsidR="00495879" w:rsidRDefault="00000000">
      <w:pPr>
        <w:pStyle w:val="Listepuces"/>
      </w:pPr>
      <w:r>
        <w:t>Referral program (incentivized)</w:t>
      </w:r>
    </w:p>
    <w:p w14:paraId="7A7962F8" w14:textId="77777777" w:rsidR="00495879" w:rsidRDefault="00000000">
      <w:pPr>
        <w:pStyle w:val="Listepuces"/>
      </w:pPr>
      <w:r>
        <w:t>Platform Membership as low-friction entry point</w:t>
      </w:r>
    </w:p>
    <w:p w14:paraId="1DD6BE4E" w14:textId="77777777" w:rsidR="00495879" w:rsidRDefault="00000000">
      <w:pPr>
        <w:pStyle w:val="Listepuces"/>
      </w:pPr>
      <w:r>
        <w:t>Strategic partnerships for warm leads</w:t>
      </w:r>
    </w:p>
    <w:p w14:paraId="524F73B4" w14:textId="77777777" w:rsidR="00495879" w:rsidRDefault="00000000">
      <w:pPr>
        <w:pStyle w:val="Titre3"/>
      </w:pPr>
      <w:r>
        <w:t>Barrier 3: Long Sales Cycles</w:t>
      </w:r>
    </w:p>
    <w:p w14:paraId="4D16912A" w14:textId="77777777" w:rsidR="00495879" w:rsidRDefault="00000000">
      <w:r>
        <w:rPr>
          <w:b/>
        </w:rPr>
        <w:t>Challenge</w:t>
      </w:r>
      <w:r>
        <w:t>: Average 60-90 days from first touch to close for $20K+ deals</w:t>
      </w:r>
    </w:p>
    <w:p w14:paraId="75CBCAC0" w14:textId="77777777" w:rsidR="00495879" w:rsidRDefault="00000000">
      <w:r>
        <w:rPr>
          <w:b/>
        </w:rPr>
        <w:t>GBCM Mitigation</w:t>
      </w:r>
      <w:r>
        <w:t>:</w:t>
      </w:r>
    </w:p>
    <w:p w14:paraId="262E276E" w14:textId="77777777" w:rsidR="00495879" w:rsidRDefault="00000000">
      <w:pPr>
        <w:pStyle w:val="Listepuces"/>
      </w:pPr>
      <w:r>
        <w:t>Strong lead nurturing automation</w:t>
      </w:r>
    </w:p>
    <w:p w14:paraId="53AB6E38" w14:textId="77777777" w:rsidR="00495879" w:rsidRDefault="00000000">
      <w:pPr>
        <w:pStyle w:val="Listepuces"/>
      </w:pPr>
      <w:r>
        <w:t>Low-ticket entry point (Platform at $297/mo)</w:t>
      </w:r>
    </w:p>
    <w:p w14:paraId="72B02A37" w14:textId="77777777" w:rsidR="00495879" w:rsidRDefault="00000000">
      <w:pPr>
        <w:pStyle w:val="Listepuces"/>
      </w:pPr>
      <w:r>
        <w:t>Fast decision for right-fit clients (chemistry call → proposal → close in 7-14 days)</w:t>
      </w:r>
    </w:p>
    <w:p w14:paraId="6B5071F2" w14:textId="77777777" w:rsidR="00495879" w:rsidRDefault="00000000">
      <w:pPr>
        <w:pStyle w:val="Listepuces"/>
      </w:pPr>
      <w:r>
        <w:t>Pipeline must be 3x targets to account for cycles</w:t>
      </w:r>
    </w:p>
    <w:p w14:paraId="08303566" w14:textId="77777777" w:rsidR="00495879" w:rsidRDefault="00000000">
      <w:pPr>
        <w:pStyle w:val="Titre3"/>
      </w:pPr>
      <w:r>
        <w:t>Barrier 4: Churn Risk</w:t>
      </w:r>
    </w:p>
    <w:p w14:paraId="3C7D2D7F" w14:textId="77777777" w:rsidR="00495879" w:rsidRDefault="00000000">
      <w:r>
        <w:rPr>
          <w:b/>
        </w:rPr>
        <w:t>Challenge</w:t>
      </w:r>
      <w:r>
        <w:t>: Coaching industry avg churn 20-30% annually</w:t>
      </w:r>
    </w:p>
    <w:p w14:paraId="294737C1" w14:textId="77777777" w:rsidR="00495879" w:rsidRDefault="00000000">
      <w:r>
        <w:rPr>
          <w:b/>
        </w:rPr>
        <w:t>GBCM Mitigation</w:t>
      </w:r>
      <w:r>
        <w:t>:</w:t>
      </w:r>
    </w:p>
    <w:p w14:paraId="2C32C00E" w14:textId="77777777" w:rsidR="00495879" w:rsidRDefault="00000000">
      <w:pPr>
        <w:pStyle w:val="Listepuces"/>
      </w:pPr>
      <w:r>
        <w:lastRenderedPageBreak/>
        <w:t>Outcome-focused (clients stay if seeing results)</w:t>
      </w:r>
    </w:p>
    <w:p w14:paraId="31FEA3DE" w14:textId="77777777" w:rsidR="00495879" w:rsidRDefault="00000000">
      <w:pPr>
        <w:pStyle w:val="Listepuces"/>
      </w:pPr>
      <w:r>
        <w:t>AI-powered success tracking (predict &amp; prevent churn)</w:t>
      </w:r>
    </w:p>
    <w:p w14:paraId="10E139C4" w14:textId="77777777" w:rsidR="00495879" w:rsidRDefault="00000000">
      <w:pPr>
        <w:pStyle w:val="Listepuces"/>
      </w:pPr>
      <w:r>
        <w:t>Multi-year programs (prepaid reduces churn)</w:t>
      </w:r>
    </w:p>
    <w:p w14:paraId="2B71DDEF" w14:textId="77777777" w:rsidR="00495879" w:rsidRDefault="00000000">
      <w:pPr>
        <w:pStyle w:val="Listepuces"/>
      </w:pPr>
      <w:r>
        <w:t>Community creates stickiness</w:t>
      </w:r>
    </w:p>
    <w:p w14:paraId="4A5BE979" w14:textId="77777777" w:rsidR="00495879" w:rsidRDefault="00000000">
      <w:pPr>
        <w:pStyle w:val="Listepuces"/>
      </w:pPr>
      <w:r>
        <w:t>Target &lt;12% annual churn</w:t>
      </w:r>
    </w:p>
    <w:p w14:paraId="4318A405" w14:textId="77777777" w:rsidR="00495879" w:rsidRDefault="00000000">
      <w:pPr>
        <w:pStyle w:val="Titre3"/>
      </w:pPr>
      <w:r>
        <w:t>Barrier 5: Economic Sensitivity</w:t>
      </w:r>
    </w:p>
    <w:p w14:paraId="23591E39" w14:textId="77777777" w:rsidR="00495879" w:rsidRDefault="00000000">
      <w:r>
        <w:rPr>
          <w:b/>
        </w:rPr>
        <w:t>Challenge</w:t>
      </w:r>
      <w:r>
        <w:t>: Coaching/consulting often cut during downturns</w:t>
      </w:r>
    </w:p>
    <w:p w14:paraId="2CE93259" w14:textId="77777777" w:rsidR="00495879" w:rsidRDefault="00000000">
      <w:r>
        <w:rPr>
          <w:b/>
        </w:rPr>
        <w:t>GBCM Mitigation</w:t>
      </w:r>
      <w:r>
        <w:t>:</w:t>
      </w:r>
    </w:p>
    <w:p w14:paraId="093D384F" w14:textId="77777777" w:rsidR="00495879" w:rsidRDefault="00000000">
      <w:pPr>
        <w:pStyle w:val="Listepuces"/>
      </w:pPr>
      <w:r>
        <w:t>Focus on ROI &amp; outcomes (easier to justify)</w:t>
      </w:r>
    </w:p>
    <w:p w14:paraId="0CA5D61D" w14:textId="77777777" w:rsidR="00495879" w:rsidRDefault="00000000">
      <w:pPr>
        <w:pStyle w:val="Listepuces"/>
      </w:pPr>
      <w:r>
        <w:t>Diverse client base (not dependent on 1-2 large clients)</w:t>
      </w:r>
    </w:p>
    <w:p w14:paraId="5113DED7" w14:textId="77777777" w:rsidR="00495879" w:rsidRDefault="00000000">
      <w:pPr>
        <w:pStyle w:val="Listepuces"/>
      </w:pPr>
      <w:r>
        <w:t>Flexible pricing (can downgrade vs cancel)</w:t>
      </w:r>
    </w:p>
    <w:p w14:paraId="0258C2D0" w14:textId="77777777" w:rsidR="00495879" w:rsidRDefault="00000000">
      <w:pPr>
        <w:pStyle w:val="Listepuces"/>
      </w:pPr>
      <w:r>
        <w:t>Recurring revenue provides buffer</w:t>
      </w:r>
    </w:p>
    <w:p w14:paraId="22365DD6" w14:textId="77777777" w:rsidR="00495879" w:rsidRDefault="00000000">
      <w:pPr>
        <w:pStyle w:val="Listepuces"/>
      </w:pPr>
      <w:r>
        <w:t>3-month cash reserve</w:t>
      </w:r>
    </w:p>
    <w:p w14:paraId="1ABA9E08" w14:textId="77777777" w:rsidR="00495879" w:rsidRDefault="00000000">
      <w:r>
        <w:t>________________________________________________________________________________</w:t>
      </w:r>
    </w:p>
    <w:p w14:paraId="044D67BC" w14:textId="77777777" w:rsidR="00495879" w:rsidRDefault="00000000">
      <w:pPr>
        <w:pStyle w:val="Titre2"/>
      </w:pPr>
      <w:r>
        <w:t>3.9 Market Opportunities (Blue Ocean)</w:t>
      </w:r>
    </w:p>
    <w:p w14:paraId="28914E12" w14:textId="77777777" w:rsidR="00495879" w:rsidRDefault="00000000">
      <w:pPr>
        <w:pStyle w:val="Titre3"/>
      </w:pPr>
      <w:r>
        <w:t>Opportunity 1: SMB Digital Transformation Gap</w:t>
      </w:r>
    </w:p>
    <w:p w14:paraId="696CD9E9" w14:textId="77777777" w:rsidR="00495879" w:rsidRDefault="00000000">
      <w:r>
        <w:rPr>
          <w:b/>
        </w:rPr>
        <w:t>Current State</w:t>
      </w:r>
      <w:r>
        <w:t>:</w:t>
      </w:r>
    </w:p>
    <w:p w14:paraId="0FF0A387" w14:textId="77777777" w:rsidR="00495879" w:rsidRDefault="00000000">
      <w:pPr>
        <w:pStyle w:val="Listepuces"/>
      </w:pPr>
      <w:r>
        <w:t>Big consulting serves enterprises ($100M+ revenue)</w:t>
      </w:r>
    </w:p>
    <w:p w14:paraId="1DBE2A64" w14:textId="77777777" w:rsidR="00495879" w:rsidRDefault="00000000">
      <w:pPr>
        <w:pStyle w:val="Listepuces"/>
      </w:pPr>
      <w:r>
        <w:t>Individual consultants lack tech sophistication</w:t>
      </w:r>
    </w:p>
    <w:p w14:paraId="236D0896" w14:textId="77777777" w:rsidR="00495879" w:rsidRDefault="00000000">
      <w:pPr>
        <w:pStyle w:val="Listepuces"/>
      </w:pPr>
      <w:r>
        <w:t>**Gap**: No one serving $1M-$50M companies well</w:t>
      </w:r>
    </w:p>
    <w:p w14:paraId="28EF1632" w14:textId="77777777" w:rsidR="00495879" w:rsidRDefault="00000000">
      <w:r>
        <w:rPr>
          <w:b/>
        </w:rPr>
        <w:t>GBCM Advantage</w:t>
      </w:r>
      <w:r>
        <w:t>:</w:t>
      </w:r>
    </w:p>
    <w:p w14:paraId="77333C60" w14:textId="77777777" w:rsidR="00495879" w:rsidRDefault="00000000">
      <w:pPr>
        <w:pStyle w:val="Listepuces"/>
      </w:pPr>
      <w:r>
        <w:t>Digital Transformation Canvas™ tailored for SMBs</w:t>
      </w:r>
    </w:p>
    <w:p w14:paraId="03A02245" w14:textId="77777777" w:rsidR="00495879" w:rsidRDefault="00000000">
      <w:pPr>
        <w:pStyle w:val="Listepuces"/>
      </w:pPr>
      <w:r>
        <w:t>Affordable pricing ($15K-40K vs $200K+ from Big 4)</w:t>
      </w:r>
    </w:p>
    <w:p w14:paraId="314F5A0E" w14:textId="77777777" w:rsidR="00495879" w:rsidRDefault="00000000">
      <w:pPr>
        <w:pStyle w:val="Listepuces"/>
      </w:pPr>
      <w:r>
        <w:t>Tech-enabled delivery (AI, automation)</w:t>
      </w:r>
    </w:p>
    <w:p w14:paraId="4C3E8C46" w14:textId="77777777" w:rsidR="00495879" w:rsidRDefault="00000000">
      <w:r>
        <w:rPr>
          <w:b/>
        </w:rPr>
        <w:t>Market Size</w:t>
      </w:r>
      <w:r>
        <w:t>: $15-20B opportunity (estimated)</w:t>
      </w:r>
    </w:p>
    <w:p w14:paraId="16983452" w14:textId="77777777" w:rsidR="00495879" w:rsidRDefault="00000000">
      <w:pPr>
        <w:pStyle w:val="Titre3"/>
      </w:pPr>
      <w:r>
        <w:t>Opportunity 2: AI-Powered Coaching at Scale</w:t>
      </w:r>
    </w:p>
    <w:p w14:paraId="681BEDED" w14:textId="77777777" w:rsidR="00495879" w:rsidRDefault="00000000">
      <w:r>
        <w:rPr>
          <w:b/>
        </w:rPr>
        <w:t>Current State</w:t>
      </w:r>
      <w:r>
        <w:t>:</w:t>
      </w:r>
    </w:p>
    <w:p w14:paraId="12838986" w14:textId="77777777" w:rsidR="00495879" w:rsidRDefault="00000000">
      <w:pPr>
        <w:pStyle w:val="Listepuces"/>
      </w:pPr>
      <w:r>
        <w:t>Most coaches still 100% manual (1-on-1 time-based)</w:t>
      </w:r>
    </w:p>
    <w:p w14:paraId="5B3F86C9" w14:textId="77777777" w:rsidR="00495879" w:rsidRDefault="00000000">
      <w:pPr>
        <w:pStyle w:val="Listepuces"/>
      </w:pPr>
      <w:r>
        <w:t>Platforms have AI but lack human touch</w:t>
      </w:r>
    </w:p>
    <w:p w14:paraId="2F22B432" w14:textId="77777777" w:rsidR="00495879" w:rsidRDefault="00000000">
      <w:pPr>
        <w:pStyle w:val="Listepuces"/>
      </w:pPr>
      <w:r>
        <w:t>**Gap**: Hybrid AI + human not yet standard</w:t>
      </w:r>
    </w:p>
    <w:p w14:paraId="6167C092" w14:textId="77777777" w:rsidR="00495879" w:rsidRDefault="00000000">
      <w:r>
        <w:rPr>
          <w:b/>
        </w:rPr>
        <w:t>GBCM Advantage</w:t>
      </w:r>
      <w:r>
        <w:t>:</w:t>
      </w:r>
    </w:p>
    <w:p w14:paraId="64539C25" w14:textId="77777777" w:rsidR="00495879" w:rsidRDefault="00000000">
      <w:pPr>
        <w:pStyle w:val="Listepuces"/>
      </w:pPr>
      <w:r>
        <w:t>First mover in AI-integrated SMB coaching</w:t>
      </w:r>
    </w:p>
    <w:p w14:paraId="769A21FD" w14:textId="77777777" w:rsidR="00495879" w:rsidRDefault="00000000">
      <w:pPr>
        <w:pStyle w:val="Listepuces"/>
      </w:pPr>
      <w:r>
        <w:lastRenderedPageBreak/>
        <w:t>24/7 AI assistant + strategic human coaching</w:t>
      </w:r>
    </w:p>
    <w:p w14:paraId="1216CBFE" w14:textId="77777777" w:rsidR="00495879" w:rsidRDefault="00000000">
      <w:pPr>
        <w:pStyle w:val="Listepuces"/>
      </w:pPr>
      <w:r>
        <w:t>Scalable without losing quality</w:t>
      </w:r>
    </w:p>
    <w:p w14:paraId="0F9C841A" w14:textId="77777777" w:rsidR="00495879" w:rsidRDefault="00000000">
      <w:r>
        <w:rPr>
          <w:b/>
        </w:rPr>
        <w:t>Competitive Moat</w:t>
      </w:r>
      <w:r>
        <w:t>: 12-18 month tech lead if executed well</w:t>
      </w:r>
    </w:p>
    <w:p w14:paraId="02848F19" w14:textId="77777777" w:rsidR="00495879" w:rsidRDefault="00000000">
      <w:pPr>
        <w:pStyle w:val="Titre3"/>
      </w:pPr>
      <w:r>
        <w:t>Opportunity 3: Outcome-Based Pricing</w:t>
      </w:r>
    </w:p>
    <w:p w14:paraId="327267A8" w14:textId="77777777" w:rsidR="00495879" w:rsidRDefault="00000000">
      <w:r>
        <w:rPr>
          <w:b/>
        </w:rPr>
        <w:t>Current State</w:t>
      </w:r>
      <w:r>
        <w:t>:</w:t>
      </w:r>
    </w:p>
    <w:p w14:paraId="69FF6D00" w14:textId="77777777" w:rsidR="00495879" w:rsidRDefault="00000000">
      <w:pPr>
        <w:pStyle w:val="Listepuces"/>
      </w:pPr>
      <w:r>
        <w:t>70% of consultants still hourly or fixed-fee</w:t>
      </w:r>
    </w:p>
    <w:p w14:paraId="07058919" w14:textId="77777777" w:rsidR="00495879" w:rsidRDefault="00000000">
      <w:pPr>
        <w:pStyle w:val="Listepuces"/>
      </w:pPr>
      <w:r>
        <w:t>Clients want alignment but few offer it</w:t>
      </w:r>
    </w:p>
    <w:p w14:paraId="7A692D5D" w14:textId="77777777" w:rsidR="00495879" w:rsidRDefault="00000000">
      <w:pPr>
        <w:pStyle w:val="Listepuces"/>
      </w:pPr>
      <w:r>
        <w:t>**Gap**: True risk-sharing models rare</w:t>
      </w:r>
    </w:p>
    <w:p w14:paraId="2FFE4C36" w14:textId="77777777" w:rsidR="00495879" w:rsidRDefault="00000000">
      <w:r>
        <w:rPr>
          <w:b/>
        </w:rPr>
        <w:t>GBCM Advantage</w:t>
      </w:r>
      <w:r>
        <w:t>:</w:t>
      </w:r>
    </w:p>
    <w:p w14:paraId="49BE7E2C" w14:textId="77777777" w:rsidR="00495879" w:rsidRDefault="00000000">
      <w:pPr>
        <w:pStyle w:val="Listepuces"/>
      </w:pPr>
      <w:r>
        <w:t>Willingness to do hybrid success-fee models</w:t>
      </w:r>
    </w:p>
    <w:p w14:paraId="2BFB2D8F" w14:textId="77777777" w:rsidR="00495879" w:rsidRDefault="00000000">
      <w:pPr>
        <w:pStyle w:val="Listepuces"/>
      </w:pPr>
      <w:r>
        <w:t>Confidence in methodologies to take risk</w:t>
      </w:r>
    </w:p>
    <w:p w14:paraId="5E0F9D0A" w14:textId="77777777" w:rsidR="00495879" w:rsidRDefault="00000000">
      <w:pPr>
        <w:pStyle w:val="Listepuces"/>
      </w:pPr>
      <w:r>
        <w:t>Differentiation in sales process</w:t>
      </w:r>
    </w:p>
    <w:p w14:paraId="18087D86" w14:textId="77777777" w:rsidR="00495879" w:rsidRDefault="00000000">
      <w:r>
        <w:rPr>
          <w:b/>
        </w:rPr>
        <w:t>Conversion Boost</w:t>
      </w:r>
      <w:r>
        <w:t>: Estimated 20-30% higher close rates</w:t>
      </w:r>
    </w:p>
    <w:p w14:paraId="18C43EF2" w14:textId="77777777" w:rsidR="00495879" w:rsidRDefault="00000000">
      <w:pPr>
        <w:pStyle w:val="Titre3"/>
      </w:pPr>
      <w:r>
        <w:t>Opportunity 4: Platform Membership Model for SMBs</w:t>
      </w:r>
    </w:p>
    <w:p w14:paraId="3BAF8568" w14:textId="77777777" w:rsidR="00495879" w:rsidRDefault="00000000">
      <w:r>
        <w:rPr>
          <w:b/>
        </w:rPr>
        <w:t>Current State</w:t>
      </w:r>
      <w:r>
        <w:t>:</w:t>
      </w:r>
    </w:p>
    <w:p w14:paraId="579DC929" w14:textId="77777777" w:rsidR="00495879" w:rsidRDefault="00000000">
      <w:pPr>
        <w:pStyle w:val="Listepuces"/>
      </w:pPr>
      <w:r>
        <w:t>Memberships exist but mostly for solopreneurs or enterprise</w:t>
      </w:r>
    </w:p>
    <w:p w14:paraId="5B3B16B0" w14:textId="77777777" w:rsidR="00495879" w:rsidRDefault="00000000">
      <w:pPr>
        <w:pStyle w:val="Listepuces"/>
      </w:pPr>
      <w:r>
        <w:t>**Gap**: No robust platform for $1M-$10M business leaders</w:t>
      </w:r>
    </w:p>
    <w:p w14:paraId="04E25441" w14:textId="77777777" w:rsidR="00495879" w:rsidRDefault="00000000">
      <w:r>
        <w:rPr>
          <w:b/>
        </w:rPr>
        <w:t>GBCM Advantage</w:t>
      </w:r>
      <w:r>
        <w:t>:</w:t>
      </w:r>
    </w:p>
    <w:p w14:paraId="79C6EDD1" w14:textId="77777777" w:rsidR="00495879" w:rsidRDefault="00000000">
      <w:pPr>
        <w:pStyle w:val="Listepuces"/>
      </w:pPr>
      <w:r>
        <w:t>Curated content for SMB challenges</w:t>
      </w:r>
    </w:p>
    <w:p w14:paraId="5F9E7192" w14:textId="77777777" w:rsidR="00495879" w:rsidRDefault="00000000">
      <w:pPr>
        <w:pStyle w:val="Listepuces"/>
      </w:pPr>
      <w:r>
        <w:t>Entry point for full coaching later (pipeline builder)</w:t>
      </w:r>
    </w:p>
    <w:p w14:paraId="5C77D79D" w14:textId="77777777" w:rsidR="00495879" w:rsidRDefault="00000000">
      <w:pPr>
        <w:pStyle w:val="Listepuces"/>
      </w:pPr>
      <w:r>
        <w:t>Recurring revenue (1,000 members = $300K+ ARR)</w:t>
      </w:r>
    </w:p>
    <w:p w14:paraId="7C977940" w14:textId="77777777" w:rsidR="00495879" w:rsidRDefault="00000000">
      <w:r>
        <w:rPr>
          <w:b/>
        </w:rPr>
        <w:t>Scalability</w:t>
      </w:r>
      <w:r>
        <w:t>: High margin, low variable cost</w:t>
      </w:r>
    </w:p>
    <w:p w14:paraId="5A137692" w14:textId="77777777" w:rsidR="00495879" w:rsidRDefault="00000000">
      <w:r>
        <w:t>________________________________________________________________________________</w:t>
      </w:r>
    </w:p>
    <w:p w14:paraId="37B8B5A7" w14:textId="77777777" w:rsidR="00495879" w:rsidRDefault="00000000">
      <w:pPr>
        <w:pStyle w:val="Titre2"/>
      </w:pPr>
      <w:r>
        <w:t>3.10 Market Summary &amp; Strategic Implications</w:t>
      </w:r>
    </w:p>
    <w:p w14:paraId="441D8FC0" w14:textId="77777777" w:rsidR="00495879" w:rsidRDefault="00000000">
      <w:pPr>
        <w:pStyle w:val="Titre3"/>
      </w:pPr>
      <w:r>
        <w:t>Key Takeaways</w:t>
      </w:r>
    </w:p>
    <w:p w14:paraId="3D20888D" w14:textId="77777777" w:rsidR="00495879" w:rsidRDefault="00000000">
      <w:pPr>
        <w:pStyle w:val="Listenumros"/>
      </w:pPr>
      <w:r>
        <w:t>**Massive &amp; Growing Market**: $20B+ US, 17% CAGR</w:t>
      </w:r>
    </w:p>
    <w:p w14:paraId="24234DDC" w14:textId="77777777" w:rsidR="00495879" w:rsidRDefault="00000000">
      <w:pPr>
        <w:pStyle w:val="Listenumros"/>
      </w:pPr>
      <w:r>
        <w:t>**Favorable Trends**: Digitalization, specialization, AI, outcome-focus</w:t>
      </w:r>
    </w:p>
    <w:p w14:paraId="796EB315" w14:textId="77777777" w:rsidR="00495879" w:rsidRDefault="00000000">
      <w:pPr>
        <w:pStyle w:val="Listenumros"/>
      </w:pPr>
      <w:r>
        <w:t>**Fragmented Competition**: No dominant player in SMB segment</w:t>
      </w:r>
    </w:p>
    <w:p w14:paraId="26D91561" w14:textId="77777777" w:rsidR="00495879" w:rsidRDefault="00000000">
      <w:pPr>
        <w:pStyle w:val="Listenumros"/>
      </w:pPr>
      <w:r>
        <w:t>**Clear Customer Needs**: Strategy, systems, leadership, digital transformation</w:t>
      </w:r>
    </w:p>
    <w:p w14:paraId="711601AD" w14:textId="77777777" w:rsidR="00495879" w:rsidRDefault="00000000">
      <w:pPr>
        <w:pStyle w:val="Listenumros"/>
      </w:pPr>
      <w:r>
        <w:t>**Multiple Entry Points**: From $297/mo membership to $60K/year Transform programs</w:t>
      </w:r>
    </w:p>
    <w:p w14:paraId="744B4913" w14:textId="77777777" w:rsidR="00495879" w:rsidRDefault="00000000">
      <w:pPr>
        <w:pStyle w:val="Listenumros"/>
      </w:pPr>
      <w:r>
        <w:t>**Blue Ocean Opportunities**: AI-powered hybrid, SMB digital transformation, outcome-based</w:t>
      </w:r>
    </w:p>
    <w:p w14:paraId="073F483B" w14:textId="77777777" w:rsidR="00495879" w:rsidRDefault="00000000">
      <w:pPr>
        <w:pStyle w:val="Titre3"/>
      </w:pPr>
      <w:r>
        <w:lastRenderedPageBreak/>
        <w:t>Strategic Implications for GBCM</w:t>
      </w:r>
    </w:p>
    <w:p w14:paraId="21C2A952" w14:textId="77777777" w:rsidR="00495879" w:rsidRDefault="00000000">
      <w:pPr>
        <w:pStyle w:val="Titre4"/>
      </w:pPr>
      <w:r>
        <w:t>What This Means for Our Strategy:</w:t>
      </w:r>
    </w:p>
    <w:p w14:paraId="43E676DF" w14:textId="77777777" w:rsidR="00495879" w:rsidRDefault="00000000">
      <w:r>
        <w:t xml:space="preserve">✅ </w:t>
      </w:r>
      <w:r>
        <w:rPr>
          <w:b/>
        </w:rPr>
        <w:t>Market Timing Is Excellent</w:t>
      </w:r>
      <w:r>
        <w:t>: All trends favor our model</w:t>
      </w:r>
    </w:p>
    <w:p w14:paraId="7B6B18CF" w14:textId="77777777" w:rsidR="00495879" w:rsidRDefault="00000000">
      <w:r>
        <w:t xml:space="preserve">✅ </w:t>
      </w:r>
      <w:r>
        <w:rPr>
          <w:b/>
        </w:rPr>
        <w:t>Differentiation Is Achievable</w:t>
      </w:r>
      <w:r>
        <w:t>: Tech + niches + methodologies = defensible position</w:t>
      </w:r>
    </w:p>
    <w:p w14:paraId="56A3A832" w14:textId="77777777" w:rsidR="00495879" w:rsidRDefault="00000000">
      <w:r>
        <w:t xml:space="preserve">✅ </w:t>
      </w:r>
      <w:r>
        <w:rPr>
          <w:b/>
        </w:rPr>
        <w:t>Scalability Is Real</w:t>
      </w:r>
      <w:r>
        <w:t>: Digital-first + AI enables growth without linear cost increase</w:t>
      </w:r>
    </w:p>
    <w:p w14:paraId="5F786EB0" w14:textId="77777777" w:rsidR="00495879" w:rsidRDefault="00000000">
      <w:r>
        <w:t xml:space="preserve">✅ </w:t>
      </w:r>
      <w:r>
        <w:rPr>
          <w:b/>
        </w:rPr>
        <w:t>Multiple Revenue Streams</w:t>
      </w:r>
      <w:r>
        <w:t>: Reduces risk, increases optionality</w:t>
      </w:r>
    </w:p>
    <w:p w14:paraId="2A3B3EB0" w14:textId="77777777" w:rsidR="00495879" w:rsidRDefault="00000000">
      <w:r>
        <w:t xml:space="preserve">✅ </w:t>
      </w:r>
      <w:r>
        <w:rPr>
          <w:b/>
        </w:rPr>
        <w:t>Conservative Projections</w:t>
      </w:r>
      <w:r>
        <w:t>: Even 0.01% market share = $2M revenue (we're targeting $850K by Year 3)</w:t>
      </w:r>
    </w:p>
    <w:p w14:paraId="3DE0BD3B" w14:textId="77777777" w:rsidR="00495879" w:rsidRDefault="00000000">
      <w:pPr>
        <w:pStyle w:val="Titre4"/>
      </w:pPr>
      <w:r>
        <w:t>Risks to Monitor:</w:t>
      </w:r>
    </w:p>
    <w:p w14:paraId="71C84B5C" w14:textId="77777777" w:rsidR="00495879" w:rsidRDefault="00000000">
      <w:r>
        <w:t xml:space="preserve">⚠️ </w:t>
      </w:r>
      <w:r>
        <w:rPr>
          <w:b/>
        </w:rPr>
        <w:t>Competition May Copy</w:t>
      </w:r>
      <w:r>
        <w:t>: First-mover advantage is temporary, must innovate continuously</w:t>
      </w:r>
    </w:p>
    <w:p w14:paraId="2BFFFAD7" w14:textId="77777777" w:rsidR="00495879" w:rsidRDefault="00000000">
      <w:r>
        <w:t xml:space="preserve">⚠️ </w:t>
      </w:r>
      <w:r>
        <w:rPr>
          <w:b/>
        </w:rPr>
        <w:t>Economic Downturn</w:t>
      </w:r>
      <w:r>
        <w:t>: Coaching/consulting discretionary, need to prove ROI constantly</w:t>
      </w:r>
    </w:p>
    <w:p w14:paraId="1646CBAC" w14:textId="77777777" w:rsidR="00495879" w:rsidRDefault="00000000">
      <w:r>
        <w:t xml:space="preserve">⚠️ </w:t>
      </w:r>
      <w:r>
        <w:rPr>
          <w:b/>
        </w:rPr>
        <w:t>Tech Disruption</w:t>
      </w:r>
      <w:r>
        <w:t>: Pure AI coaches could emerge (though relationship still matters)</w:t>
      </w:r>
    </w:p>
    <w:p w14:paraId="3500367D" w14:textId="77777777" w:rsidR="00495879" w:rsidRDefault="00000000">
      <w:r>
        <w:t>________________________________________________________________________________</w:t>
      </w:r>
    </w:p>
    <w:p w14:paraId="64372B4E" w14:textId="77777777" w:rsidR="00495879" w:rsidRDefault="00000000">
      <w:r>
        <w:rPr>
          <w:b/>
        </w:rPr>
        <w:t>NEXT</w:t>
      </w:r>
      <w:r>
        <w:t>: 04-competitive-analysis.md - Analyse détaillée des compétiteurs et positionnement GBCM</w:t>
      </w:r>
    </w:p>
    <w:p w14:paraId="33853DA2" w14:textId="77777777" w:rsidR="00495879" w:rsidRDefault="00000000">
      <w:r>
        <w:br w:type="page"/>
      </w:r>
    </w:p>
    <w:p w14:paraId="199A31B7" w14:textId="77777777" w:rsidR="00495879" w:rsidRDefault="00000000">
      <w:pPr>
        <w:pStyle w:val="Titre1"/>
      </w:pPr>
      <w:r>
        <w:lastRenderedPageBreak/>
        <w:t>3B. AFRICAN MARKET EXPANSION STRATEGY</w:t>
      </w:r>
    </w:p>
    <w:p w14:paraId="4B72065B" w14:textId="77777777" w:rsidR="00495879" w:rsidRDefault="00000000">
      <w:r>
        <w:t>________________________________________________________________________________</w:t>
      </w:r>
    </w:p>
    <w:p w14:paraId="706AB8D5" w14:textId="77777777" w:rsidR="00495879" w:rsidRDefault="00000000">
      <w:pPr>
        <w:pStyle w:val="Titre2"/>
      </w:pPr>
      <w:r>
        <w:t>📋 TABLE DES MATIÈRES</w:t>
      </w:r>
    </w:p>
    <w:p w14:paraId="4941B32C" w14:textId="77777777" w:rsidR="00495879" w:rsidRDefault="00000000">
      <w:pPr>
        <w:pStyle w:val="Listepuces"/>
      </w:pPr>
      <w:r>
        <w:t>[Vue d'Ensemble Marché Africain](#vue-densemble-marché-africain)</w:t>
      </w:r>
    </w:p>
    <w:p w14:paraId="7883791F" w14:textId="77777777" w:rsidR="00495879" w:rsidRDefault="00000000">
      <w:pPr>
        <w:pStyle w:val="Listepuces"/>
      </w:pPr>
      <w:r>
        <w:t>[TAM/SAM/SOM Afrique](#tamsam som-afrique)</w:t>
      </w:r>
    </w:p>
    <w:p w14:paraId="66CA87CE" w14:textId="77777777" w:rsidR="00495879" w:rsidRDefault="00000000">
      <w:pPr>
        <w:pStyle w:val="Listepuces"/>
      </w:pPr>
      <w:r>
        <w:t>[Segmentation Clients Africains](#segmentation-clients-africains)</w:t>
      </w:r>
    </w:p>
    <w:p w14:paraId="02C8D942" w14:textId="77777777" w:rsidR="00495879" w:rsidRDefault="00000000">
      <w:pPr>
        <w:pStyle w:val="Listepuces"/>
      </w:pPr>
      <w:r>
        <w:t>[Personas Clients Africains](#personas-clients-africains)</w:t>
      </w:r>
    </w:p>
    <w:p w14:paraId="6E437045" w14:textId="77777777" w:rsidR="00495879" w:rsidRDefault="00000000">
      <w:pPr>
        <w:pStyle w:val="Listepuces"/>
      </w:pPr>
      <w:r>
        <w:t>[Stratégie Pricing Afrique](#stratégie-pricing-afrique)</w:t>
      </w:r>
    </w:p>
    <w:p w14:paraId="2C370939" w14:textId="77777777" w:rsidR="00495879" w:rsidRDefault="00000000">
      <w:pPr>
        <w:pStyle w:val="Listepuces"/>
      </w:pPr>
      <w:r>
        <w:t>[Timeline Expansion](#timeline-expansion)</w:t>
      </w:r>
    </w:p>
    <w:p w14:paraId="56698761" w14:textId="77777777" w:rsidR="00495879" w:rsidRDefault="00000000">
      <w:pPr>
        <w:pStyle w:val="Listepuces"/>
      </w:pPr>
      <w:r>
        <w:t>[Stratégie Go-to-Market Afrique](#stratégie-go-to-market-afrique)</w:t>
      </w:r>
    </w:p>
    <w:p w14:paraId="297B6C81" w14:textId="77777777" w:rsidR="00495879" w:rsidRDefault="00000000">
      <w:pPr>
        <w:pStyle w:val="Listepuces"/>
      </w:pPr>
      <w:r>
        <w:t>[Partenariat Lions Dev Abidjan](#partenariat-lions-dev-abidjan)</w:t>
      </w:r>
    </w:p>
    <w:p w14:paraId="7EFE69A6" w14:textId="77777777" w:rsidR="00495879" w:rsidRDefault="00000000">
      <w:r>
        <w:t>________________________________________________________________________________</w:t>
      </w:r>
    </w:p>
    <w:p w14:paraId="01280EE1" w14:textId="77777777" w:rsidR="00495879" w:rsidRDefault="00000000">
      <w:pPr>
        <w:pStyle w:val="Titre2"/>
      </w:pPr>
      <w:r>
        <w:t>🌍 VUE D'ENSEMBLE MARCHÉ AFRICAIN</w:t>
      </w:r>
    </w:p>
    <w:p w14:paraId="78CF6DBB" w14:textId="77777777" w:rsidR="00495879" w:rsidRDefault="00000000">
      <w:pPr>
        <w:pStyle w:val="Titre3"/>
      </w:pPr>
      <w:r>
        <w:t>Opportunité Stratégique</w:t>
      </w:r>
    </w:p>
    <w:p w14:paraId="48B18E47" w14:textId="77777777" w:rsidR="00495879" w:rsidRDefault="00000000">
      <w:r>
        <w:t xml:space="preserve">GBCM vise une présence </w:t>
      </w:r>
      <w:r>
        <w:rPr>
          <w:b/>
        </w:rPr>
        <w:t>bi-continentale</w:t>
      </w:r>
      <w:r>
        <w:t xml:space="preserve"> dès les premières années:</w:t>
      </w:r>
    </w:p>
    <w:p w14:paraId="5EAC1C06" w14:textId="77777777" w:rsidR="00495879" w:rsidRDefault="00000000">
      <w:pPr>
        <w:pStyle w:val="Listepuces"/>
      </w:pPr>
      <w:r>
        <w:t>**US Market**: Foundation et validation modèle (An 1)</w:t>
      </w:r>
    </w:p>
    <w:p w14:paraId="0BBBF10B" w14:textId="77777777" w:rsidR="00495879" w:rsidRDefault="00000000">
      <w:pPr>
        <w:pStyle w:val="Listepuces"/>
      </w:pPr>
      <w:r>
        <w:t>**Africa Market**: Expansion stratégique (soft launch An 1, full scale An 2-3)</w:t>
      </w:r>
    </w:p>
    <w:p w14:paraId="441AE4D3" w14:textId="77777777" w:rsidR="00495879" w:rsidRDefault="00000000">
      <w:pPr>
        <w:pStyle w:val="Titre3"/>
      </w:pPr>
      <w:r>
        <w:t>Rationale Expansion Africaine</w:t>
      </w:r>
    </w:p>
    <w:p w14:paraId="56C94479" w14:textId="77777777" w:rsidR="00495879" w:rsidRDefault="00000000">
      <w:r>
        <w:rPr>
          <w:b/>
        </w:rPr>
        <w:t>1. Marché en Forte Croissance</w:t>
      </w:r>
    </w:p>
    <w:p w14:paraId="0254BD4A" w14:textId="77777777" w:rsidR="00495879" w:rsidRDefault="00000000">
      <w:pPr>
        <w:pStyle w:val="Listepuces"/>
      </w:pPr>
      <w:r>
        <w:t>Management Consulting Africa: **$10.75B (2025) → $13.30B (2030)**</w:t>
      </w:r>
    </w:p>
    <w:p w14:paraId="07EE5F82" w14:textId="77777777" w:rsidR="00495879" w:rsidRDefault="00000000">
      <w:pPr>
        <w:pStyle w:val="Listepuces"/>
      </w:pPr>
      <w:r>
        <w:t>CAGR: **4.34%** global, **6.3% CAGR pour segment PME**</w:t>
      </w:r>
    </w:p>
    <w:p w14:paraId="5ED2A45E" w14:textId="77777777" w:rsidR="00495879" w:rsidRDefault="00000000">
      <w:pPr>
        <w:pStyle w:val="Listepuces"/>
      </w:pPr>
      <w:r>
        <w:t>Transformation digitale Afrique: **$26B (2025) → $52.6B (2030), CAGR 15%**</w:t>
      </w:r>
    </w:p>
    <w:p w14:paraId="51F88613" w14:textId="77777777" w:rsidR="00495879" w:rsidRDefault="00000000">
      <w:r>
        <w:rPr>
          <w:b/>
        </w:rPr>
        <w:t>2. Avantage Compétitif Unique</w:t>
      </w:r>
    </w:p>
    <w:p w14:paraId="463C72F3" w14:textId="77777777" w:rsidR="00495879" w:rsidRDefault="00000000">
      <w:pPr>
        <w:pStyle w:val="Listepuces"/>
      </w:pPr>
      <w:r>
        <w:t>Lions Dev présence Abidjan (Côte d'Ivoire)</w:t>
      </w:r>
    </w:p>
    <w:p w14:paraId="1812AB46" w14:textId="77777777" w:rsidR="00495879" w:rsidRDefault="00000000">
      <w:pPr>
        <w:pStyle w:val="Listepuces"/>
      </w:pPr>
      <w:r>
        <w:t>Fondateur bilingue français/anglais</w:t>
      </w:r>
    </w:p>
    <w:p w14:paraId="1F414B7D" w14:textId="77777777" w:rsidR="00495879" w:rsidRDefault="00000000">
      <w:pPr>
        <w:pStyle w:val="Listepuces"/>
      </w:pPr>
      <w:r>
        <w:t>Méthodologies adaptables contexte africain</w:t>
      </w:r>
    </w:p>
    <w:p w14:paraId="26F9B096" w14:textId="77777777" w:rsidR="00495879" w:rsidRDefault="00000000">
      <w:pPr>
        <w:pStyle w:val="Listepuces"/>
      </w:pPr>
      <w:r>
        <w:t>Moins de concurrence sophistiquée qu'aux US</w:t>
      </w:r>
    </w:p>
    <w:p w14:paraId="53F82A7B" w14:textId="77777777" w:rsidR="00495879" w:rsidRDefault="00000000">
      <w:r>
        <w:rPr>
          <w:b/>
        </w:rPr>
        <w:t>3. Impact Social &amp; Mission</w:t>
      </w:r>
    </w:p>
    <w:p w14:paraId="72828F2A" w14:textId="77777777" w:rsidR="00495879" w:rsidRDefault="00000000">
      <w:pPr>
        <w:pStyle w:val="Listepuces"/>
      </w:pPr>
      <w:r>
        <w:t>Contribution développement économique africain</w:t>
      </w:r>
    </w:p>
    <w:p w14:paraId="15BB4056" w14:textId="77777777" w:rsidR="00495879" w:rsidRDefault="00000000">
      <w:pPr>
        <w:pStyle w:val="Listepuces"/>
      </w:pPr>
      <w:r>
        <w:t>Formation entrepreneurs/leaders locaux</w:t>
      </w:r>
    </w:p>
    <w:p w14:paraId="4B9FE34E" w14:textId="77777777" w:rsidR="00495879" w:rsidRDefault="00000000">
      <w:pPr>
        <w:pStyle w:val="Listepuces"/>
      </w:pPr>
      <w:r>
        <w:t>Création emplois indirects (via croissance clients)</w:t>
      </w:r>
    </w:p>
    <w:p w14:paraId="4FE00CCA" w14:textId="77777777" w:rsidR="00495879" w:rsidRDefault="00000000">
      <w:r>
        <w:rPr>
          <w:b/>
        </w:rPr>
        <w:t>4. Diversification Géographique</w:t>
      </w:r>
    </w:p>
    <w:p w14:paraId="615778F9" w14:textId="77777777" w:rsidR="00495879" w:rsidRDefault="00000000">
      <w:pPr>
        <w:pStyle w:val="Listepuces"/>
      </w:pPr>
      <w:r>
        <w:lastRenderedPageBreak/>
        <w:t>Réduction risque concentration US</w:t>
      </w:r>
    </w:p>
    <w:p w14:paraId="73C8CF41" w14:textId="77777777" w:rsidR="00495879" w:rsidRDefault="00000000">
      <w:pPr>
        <w:pStyle w:val="Listepuces"/>
      </w:pPr>
      <w:r>
        <w:t>Hedge contre cycles économiques régionaux</w:t>
      </w:r>
    </w:p>
    <w:p w14:paraId="79C3F8E8" w14:textId="77777777" w:rsidR="00495879" w:rsidRDefault="00000000">
      <w:pPr>
        <w:pStyle w:val="Listepuces"/>
      </w:pPr>
      <w:r>
        <w:t>Accès diaspora africaine (US ↔ Africa flows)</w:t>
      </w:r>
    </w:p>
    <w:p w14:paraId="6E30C5B4" w14:textId="77777777" w:rsidR="00495879" w:rsidRDefault="00000000">
      <w:r>
        <w:t>________________________________________________________________________________</w:t>
      </w:r>
    </w:p>
    <w:p w14:paraId="601D7A1B" w14:textId="77777777" w:rsidR="00495879" w:rsidRDefault="00000000">
      <w:pPr>
        <w:pStyle w:val="Titre2"/>
      </w:pPr>
      <w:r>
        <w:t>📊 TAM/SAM/SOM AFRIQUE</w:t>
      </w:r>
    </w:p>
    <w:p w14:paraId="65E2576A" w14:textId="77777777" w:rsidR="00495879" w:rsidRDefault="00000000">
      <w:pPr>
        <w:pStyle w:val="Titre3"/>
      </w:pPr>
      <w:r>
        <w:t>TAM: Total Addressable Market</w:t>
      </w:r>
    </w:p>
    <w:p w14:paraId="37407625" w14:textId="77777777" w:rsidR="00495879" w:rsidRDefault="00000000">
      <w:r>
        <w:rPr>
          <w:b/>
        </w:rPr>
        <w:t>Consulting &amp; Coaching Market Afrique (2025)</w:t>
      </w:r>
      <w:r>
        <w:t>:</w:t>
      </w:r>
    </w:p>
    <w:p w14:paraId="3F012DDA" w14:textId="77777777" w:rsidR="00495879" w:rsidRDefault="00000000">
      <w:pPr>
        <w:pStyle w:val="Listepuces"/>
      </w:pPr>
      <w:r>
        <w:t>Management Consulting: **$10.75B**</w:t>
      </w:r>
    </w:p>
    <w:p w14:paraId="2B48D7D1" w14:textId="77777777" w:rsidR="00495879" w:rsidRDefault="00000000">
      <w:pPr>
        <w:pStyle w:val="Listepuces"/>
      </w:pPr>
      <w:r>
        <w:t>Digital Transformation: **$26B** (croissance 15% CAGR)</w:t>
      </w:r>
    </w:p>
    <w:p w14:paraId="248C3BAD" w14:textId="77777777" w:rsidR="00495879" w:rsidRDefault="00000000">
      <w:pPr>
        <w:pStyle w:val="Listepuces"/>
      </w:pPr>
      <w:r>
        <w:t>Business Coaching estimé: **$2-3B** (moins mature qu'Occident)</w:t>
      </w:r>
    </w:p>
    <w:p w14:paraId="32DA3204" w14:textId="77777777" w:rsidR="00495879" w:rsidRDefault="00000000">
      <w:pPr>
        <w:pStyle w:val="Listepuces"/>
      </w:pPr>
      <w:r>
        <w:t>**Combined TAM Africa**: **~$15-20B**</w:t>
      </w:r>
    </w:p>
    <w:p w14:paraId="77BD98F1" w14:textId="77777777" w:rsidR="00495879" w:rsidRDefault="00000000">
      <w:pPr>
        <w:pStyle w:val="Titre3"/>
      </w:pPr>
      <w:r>
        <w:t>SAM: Serviceable Addressable Market</w:t>
      </w:r>
    </w:p>
    <w:p w14:paraId="3FA15F6B" w14:textId="77777777" w:rsidR="00495879" w:rsidRDefault="00000000">
      <w:r>
        <w:rPr>
          <w:b/>
        </w:rPr>
        <w:t>PME Africaines Segment GBCM (6 pays prioritaires)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56FB2303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CD66E1B" w14:textId="77777777" w:rsidR="00495879" w:rsidRDefault="00000000">
            <w:r>
              <w:rPr>
                <w:sz w:val="20"/>
              </w:rPr>
              <w:t>Pays</w:t>
            </w:r>
          </w:p>
        </w:tc>
        <w:tc>
          <w:tcPr>
            <w:tcW w:w="1728" w:type="dxa"/>
          </w:tcPr>
          <w:p w14:paraId="394ABA4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PME ($250K-$5M)</w:t>
            </w:r>
          </w:p>
        </w:tc>
        <w:tc>
          <w:tcPr>
            <w:tcW w:w="1728" w:type="dxa"/>
          </w:tcPr>
          <w:p w14:paraId="02DA1A8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Adoption Rate</w:t>
            </w:r>
          </w:p>
        </w:tc>
        <w:tc>
          <w:tcPr>
            <w:tcW w:w="1728" w:type="dxa"/>
          </w:tcPr>
          <w:p w14:paraId="04387ED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Spend Moyen</w:t>
            </w:r>
          </w:p>
        </w:tc>
        <w:tc>
          <w:tcPr>
            <w:tcW w:w="1728" w:type="dxa"/>
          </w:tcPr>
          <w:p w14:paraId="0667CB9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SAM</w:t>
            </w:r>
          </w:p>
        </w:tc>
      </w:tr>
      <w:tr w:rsidR="00495879" w14:paraId="0D10CEE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B7B04A1" w14:textId="77777777" w:rsidR="00495879" w:rsidRDefault="00000000">
            <w:r>
              <w:t>**Côte d'Ivoire**</w:t>
            </w:r>
          </w:p>
        </w:tc>
        <w:tc>
          <w:tcPr>
            <w:tcW w:w="1728" w:type="dxa"/>
          </w:tcPr>
          <w:p w14:paraId="396D85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~15,000</w:t>
            </w:r>
          </w:p>
        </w:tc>
        <w:tc>
          <w:tcPr>
            <w:tcW w:w="1728" w:type="dxa"/>
          </w:tcPr>
          <w:p w14:paraId="39B7D59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1728" w:type="dxa"/>
          </w:tcPr>
          <w:p w14:paraId="5C8A3C2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$8,000/an</w:t>
            </w:r>
          </w:p>
        </w:tc>
        <w:tc>
          <w:tcPr>
            <w:tcW w:w="1728" w:type="dxa"/>
          </w:tcPr>
          <w:p w14:paraId="3E3186E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$9.6M</w:t>
            </w:r>
          </w:p>
        </w:tc>
      </w:tr>
      <w:tr w:rsidR="00495879" w14:paraId="4A4BCF1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8DECB09" w14:textId="77777777" w:rsidR="00495879" w:rsidRDefault="00000000">
            <w:r>
              <w:t>**Sénégal**</w:t>
            </w:r>
          </w:p>
        </w:tc>
        <w:tc>
          <w:tcPr>
            <w:tcW w:w="1728" w:type="dxa"/>
          </w:tcPr>
          <w:p w14:paraId="762004E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~12,000</w:t>
            </w:r>
          </w:p>
        </w:tc>
        <w:tc>
          <w:tcPr>
            <w:tcW w:w="1728" w:type="dxa"/>
          </w:tcPr>
          <w:p w14:paraId="45696D6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10%</w:t>
            </w:r>
          </w:p>
        </w:tc>
        <w:tc>
          <w:tcPr>
            <w:tcW w:w="1728" w:type="dxa"/>
          </w:tcPr>
          <w:p w14:paraId="7896237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$8,000/an</w:t>
            </w:r>
          </w:p>
        </w:tc>
        <w:tc>
          <w:tcPr>
            <w:tcW w:w="1728" w:type="dxa"/>
          </w:tcPr>
          <w:p w14:paraId="32DC58E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$9.6M</w:t>
            </w:r>
          </w:p>
        </w:tc>
      </w:tr>
      <w:tr w:rsidR="00495879" w14:paraId="6EE356A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95392A5" w14:textId="77777777" w:rsidR="00495879" w:rsidRDefault="00000000">
            <w:r>
              <w:t>**Cameroun**</w:t>
            </w:r>
          </w:p>
        </w:tc>
        <w:tc>
          <w:tcPr>
            <w:tcW w:w="1728" w:type="dxa"/>
          </w:tcPr>
          <w:p w14:paraId="762DAB1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~18,000</w:t>
            </w:r>
          </w:p>
        </w:tc>
        <w:tc>
          <w:tcPr>
            <w:tcW w:w="1728" w:type="dxa"/>
          </w:tcPr>
          <w:p w14:paraId="510A7C4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7%</w:t>
            </w:r>
          </w:p>
        </w:tc>
        <w:tc>
          <w:tcPr>
            <w:tcW w:w="1728" w:type="dxa"/>
          </w:tcPr>
          <w:p w14:paraId="1A4FB77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$7,000/an</w:t>
            </w:r>
          </w:p>
        </w:tc>
        <w:tc>
          <w:tcPr>
            <w:tcW w:w="1728" w:type="dxa"/>
          </w:tcPr>
          <w:p w14:paraId="7F3D549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$8.8M</w:t>
            </w:r>
          </w:p>
        </w:tc>
      </w:tr>
      <w:tr w:rsidR="00495879" w14:paraId="5998D73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2806C96" w14:textId="77777777" w:rsidR="00495879" w:rsidRDefault="00000000">
            <w:r>
              <w:t>**Nigeria**</w:t>
            </w:r>
          </w:p>
        </w:tc>
        <w:tc>
          <w:tcPr>
            <w:tcW w:w="1728" w:type="dxa"/>
          </w:tcPr>
          <w:p w14:paraId="33D26C3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~80,000</w:t>
            </w:r>
          </w:p>
        </w:tc>
        <w:tc>
          <w:tcPr>
            <w:tcW w:w="1728" w:type="dxa"/>
          </w:tcPr>
          <w:p w14:paraId="2A8E5CE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5%</w:t>
            </w:r>
          </w:p>
        </w:tc>
        <w:tc>
          <w:tcPr>
            <w:tcW w:w="1728" w:type="dxa"/>
          </w:tcPr>
          <w:p w14:paraId="328E415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$10,000/an</w:t>
            </w:r>
          </w:p>
        </w:tc>
        <w:tc>
          <w:tcPr>
            <w:tcW w:w="1728" w:type="dxa"/>
          </w:tcPr>
          <w:p w14:paraId="166C738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$40M</w:t>
            </w:r>
          </w:p>
        </w:tc>
      </w:tr>
      <w:tr w:rsidR="00495879" w14:paraId="23CB97B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78606CA" w14:textId="77777777" w:rsidR="00495879" w:rsidRDefault="00000000">
            <w:r>
              <w:t>**Kenya**</w:t>
            </w:r>
          </w:p>
        </w:tc>
        <w:tc>
          <w:tcPr>
            <w:tcW w:w="1728" w:type="dxa"/>
          </w:tcPr>
          <w:p w14:paraId="4BBF661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~35,000</w:t>
            </w:r>
          </w:p>
        </w:tc>
        <w:tc>
          <w:tcPr>
            <w:tcW w:w="1728" w:type="dxa"/>
          </w:tcPr>
          <w:p w14:paraId="08BCAA7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12%</w:t>
            </w:r>
          </w:p>
        </w:tc>
        <w:tc>
          <w:tcPr>
            <w:tcW w:w="1728" w:type="dxa"/>
          </w:tcPr>
          <w:p w14:paraId="48E3975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$12,000/an</w:t>
            </w:r>
          </w:p>
        </w:tc>
        <w:tc>
          <w:tcPr>
            <w:tcW w:w="1728" w:type="dxa"/>
          </w:tcPr>
          <w:p w14:paraId="5E31490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$50.4M</w:t>
            </w:r>
          </w:p>
        </w:tc>
      </w:tr>
      <w:tr w:rsidR="00495879" w14:paraId="73D6804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48913B6" w14:textId="77777777" w:rsidR="00495879" w:rsidRDefault="00000000">
            <w:r>
              <w:t>**Ghana**</w:t>
            </w:r>
          </w:p>
        </w:tc>
        <w:tc>
          <w:tcPr>
            <w:tcW w:w="1728" w:type="dxa"/>
          </w:tcPr>
          <w:p w14:paraId="29C6161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~20,000</w:t>
            </w:r>
          </w:p>
        </w:tc>
        <w:tc>
          <w:tcPr>
            <w:tcW w:w="1728" w:type="dxa"/>
          </w:tcPr>
          <w:p w14:paraId="2F4A5C8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1728" w:type="dxa"/>
          </w:tcPr>
          <w:p w14:paraId="52CD722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$9,000/an</w:t>
            </w:r>
          </w:p>
        </w:tc>
        <w:tc>
          <w:tcPr>
            <w:tcW w:w="1728" w:type="dxa"/>
          </w:tcPr>
          <w:p w14:paraId="2EA10F5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$14.4M</w:t>
            </w:r>
          </w:p>
        </w:tc>
      </w:tr>
      <w:tr w:rsidR="00495879" w14:paraId="2A72EF9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7031CED" w14:textId="77777777" w:rsidR="00495879" w:rsidRDefault="00000000">
            <w:r>
              <w:t>**TOTAL**</w:t>
            </w:r>
          </w:p>
        </w:tc>
        <w:tc>
          <w:tcPr>
            <w:tcW w:w="1728" w:type="dxa"/>
          </w:tcPr>
          <w:p w14:paraId="1D79656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**~180,000**</w:t>
            </w:r>
          </w:p>
        </w:tc>
        <w:tc>
          <w:tcPr>
            <w:tcW w:w="1728" w:type="dxa"/>
          </w:tcPr>
          <w:p w14:paraId="5532CCF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**8% avg**</w:t>
            </w:r>
          </w:p>
        </w:tc>
        <w:tc>
          <w:tcPr>
            <w:tcW w:w="1728" w:type="dxa"/>
          </w:tcPr>
          <w:p w14:paraId="18EE2FA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**$9,000**</w:t>
            </w:r>
          </w:p>
        </w:tc>
        <w:tc>
          <w:tcPr>
            <w:tcW w:w="1728" w:type="dxa"/>
          </w:tcPr>
          <w:p w14:paraId="04A78A5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**$132.8M**</w:t>
            </w:r>
          </w:p>
        </w:tc>
      </w:tr>
    </w:tbl>
    <w:p w14:paraId="165D5DDA" w14:textId="77777777" w:rsidR="00495879" w:rsidRDefault="00495879"/>
    <w:p w14:paraId="16E63550" w14:textId="77777777" w:rsidR="00495879" w:rsidRDefault="00000000">
      <w:r>
        <w:rPr>
          <w:b/>
        </w:rPr>
        <w:t>Source</w:t>
      </w:r>
      <w:r>
        <w:t>: Estimations basées sur World Bank SME data, Mordor Intelligence Africa Consulting Market 2025</w:t>
      </w:r>
    </w:p>
    <w:p w14:paraId="1897EB9F" w14:textId="77777777" w:rsidR="00495879" w:rsidRDefault="00000000">
      <w:r>
        <w:rPr>
          <w:b/>
        </w:rPr>
        <w:t>Note</w:t>
      </w:r>
      <w:r>
        <w:t>: Adoption rates plus basses qu'US (15%) reflètent maturité marché coaching encore émergente</w:t>
      </w:r>
    </w:p>
    <w:p w14:paraId="1736F706" w14:textId="77777777" w:rsidR="00495879" w:rsidRDefault="00000000">
      <w:pPr>
        <w:pStyle w:val="Titre3"/>
      </w:pPr>
      <w:r>
        <w:t>SOM: Serviceable Obtainable Market</w:t>
      </w:r>
    </w:p>
    <w:p w14:paraId="32AF66DD" w14:textId="77777777" w:rsidR="00495879" w:rsidRDefault="00000000">
      <w:r>
        <w:rPr>
          <w:b/>
        </w:rPr>
        <w:t>GBCM Pénétration Réaliste Afrique (Years 1-3)</w:t>
      </w:r>
      <w:r>
        <w:t>:</w:t>
      </w:r>
    </w:p>
    <w:p w14:paraId="0E0A0348" w14:textId="77777777" w:rsidR="00495879" w:rsidRDefault="00000000">
      <w:pPr>
        <w:pStyle w:val="Titre4"/>
      </w:pPr>
      <w:r>
        <w:t>Year 1 (2026): Soft Launch Côte d'Ivoire + Sénégal</w:t>
      </w:r>
    </w:p>
    <w:p w14:paraId="312C9036" w14:textId="77777777" w:rsidR="00495879" w:rsidRDefault="00000000">
      <w:pPr>
        <w:pStyle w:val="Listepuces"/>
      </w:pPr>
      <w:r>
        <w:t>**Target**: 27,000 PME (CI + Sénégal)</w:t>
      </w:r>
    </w:p>
    <w:p w14:paraId="15A54428" w14:textId="77777777" w:rsidR="00495879" w:rsidRDefault="00000000">
      <w:pPr>
        <w:pStyle w:val="Listepuces"/>
      </w:pPr>
      <w:r>
        <w:t>**Realistic penetration**: 0.025%</w:t>
      </w:r>
    </w:p>
    <w:p w14:paraId="00347286" w14:textId="77777777" w:rsidR="00495879" w:rsidRDefault="00000000">
      <w:pPr>
        <w:pStyle w:val="Listepuces"/>
      </w:pPr>
      <w:r>
        <w:t>**# Clients**: 6-8 clients africains</w:t>
      </w:r>
    </w:p>
    <w:p w14:paraId="771A36CC" w14:textId="77777777" w:rsidR="00495879" w:rsidRDefault="00000000">
      <w:pPr>
        <w:pStyle w:val="Listepuces"/>
      </w:pPr>
      <w:r>
        <w:t>**Revenue**: **$50,000**</w:t>
      </w:r>
    </w:p>
    <w:p w14:paraId="43B53230" w14:textId="77777777" w:rsidR="00495879" w:rsidRDefault="00000000">
      <w:pPr>
        <w:pStyle w:val="Titre4"/>
      </w:pPr>
      <w:r>
        <w:lastRenderedPageBreak/>
        <w:t>Year 2 (2027): Full Launch Francophone (CI, SN, CM)</w:t>
      </w:r>
    </w:p>
    <w:p w14:paraId="195329E4" w14:textId="77777777" w:rsidR="00495879" w:rsidRDefault="00000000">
      <w:pPr>
        <w:pStyle w:val="Listepuces"/>
      </w:pPr>
      <w:r>
        <w:t>**Target**: 45,000 PME (3 pays francophones)</w:t>
      </w:r>
    </w:p>
    <w:p w14:paraId="267ACA20" w14:textId="77777777" w:rsidR="00495879" w:rsidRDefault="00000000">
      <w:pPr>
        <w:pStyle w:val="Listepuces"/>
      </w:pPr>
      <w:r>
        <w:t>**Realistic penetration**: 0.04%</w:t>
      </w:r>
    </w:p>
    <w:p w14:paraId="4FA8ED3D" w14:textId="77777777" w:rsidR="00495879" w:rsidRDefault="00000000">
      <w:pPr>
        <w:pStyle w:val="Listepuces"/>
      </w:pPr>
      <w:r>
        <w:t>**# Clients**: 18-20 clients africains</w:t>
      </w:r>
    </w:p>
    <w:p w14:paraId="1EA21F2B" w14:textId="77777777" w:rsidR="00495879" w:rsidRDefault="00000000">
      <w:pPr>
        <w:pStyle w:val="Listepuces"/>
      </w:pPr>
      <w:r>
        <w:t>**Revenue**: **$150,000**</w:t>
      </w:r>
    </w:p>
    <w:p w14:paraId="4C927E93" w14:textId="77777777" w:rsidR="00495879" w:rsidRDefault="00000000">
      <w:pPr>
        <w:pStyle w:val="Titre4"/>
      </w:pPr>
      <w:r>
        <w:t>Year 3 (2028): Expansion Anglophone (NG, KE, GH)</w:t>
      </w:r>
    </w:p>
    <w:p w14:paraId="2B0EB1F5" w14:textId="77777777" w:rsidR="00495879" w:rsidRDefault="00000000">
      <w:pPr>
        <w:pStyle w:val="Listepuces"/>
      </w:pPr>
      <w:r>
        <w:t>**Target**: 180,000 PME (tous 6 pays)</w:t>
      </w:r>
    </w:p>
    <w:p w14:paraId="6DCDD4B3" w14:textId="77777777" w:rsidR="00495879" w:rsidRDefault="00000000">
      <w:pPr>
        <w:pStyle w:val="Listepuces"/>
      </w:pPr>
      <w:r>
        <w:t>**Realistic penetration**: 0.019%</w:t>
      </w:r>
    </w:p>
    <w:p w14:paraId="0C65C8EC" w14:textId="77777777" w:rsidR="00495879" w:rsidRDefault="00000000">
      <w:pPr>
        <w:pStyle w:val="Listepuces"/>
      </w:pPr>
      <w:r>
        <w:t>**# Clients**: 35-40 clients africains</w:t>
      </w:r>
    </w:p>
    <w:p w14:paraId="37D9BCCF" w14:textId="77777777" w:rsidR="00495879" w:rsidRDefault="00000000">
      <w:pPr>
        <w:pStyle w:val="Listepuces"/>
      </w:pPr>
      <w:r>
        <w:t>**Revenue**: **$350,000**</w:t>
      </w:r>
    </w:p>
    <w:p w14:paraId="372D1815" w14:textId="77777777" w:rsidR="00495879" w:rsidRDefault="00000000">
      <w:r>
        <w:rPr>
          <w:b/>
        </w:rPr>
        <w:t>Note</w:t>
      </w:r>
      <w:r>
        <w:t>: Même à &lt;0.05% market share, objectifs atteints. Projections délibérément conservatrices.</w:t>
      </w:r>
    </w:p>
    <w:p w14:paraId="5801B106" w14:textId="77777777" w:rsidR="00495879" w:rsidRDefault="00000000">
      <w:r>
        <w:t>________________________________________________________________________________</w:t>
      </w:r>
    </w:p>
    <w:p w14:paraId="53F11363" w14:textId="77777777" w:rsidR="00495879" w:rsidRDefault="00000000">
      <w:pPr>
        <w:pStyle w:val="Titre2"/>
      </w:pPr>
      <w:r>
        <w:t>🎯 SEGMENTATION CLIENTS AFRICAINS</w:t>
      </w:r>
    </w:p>
    <w:p w14:paraId="62819F7E" w14:textId="77777777" w:rsidR="00495879" w:rsidRDefault="00000000">
      <w:pPr>
        <w:pStyle w:val="Titre3"/>
      </w:pPr>
      <w:r>
        <w:t>Mix Optimal Segments (Basé sur Recherches)</w:t>
      </w:r>
    </w:p>
    <w:p w14:paraId="21D09F82" w14:textId="77777777" w:rsidR="00495879" w:rsidRDefault="00000000">
      <w:r>
        <w:rPr>
          <w:b/>
        </w:rPr>
        <w:t>40% - PME Locales Africaines</w:t>
      </w:r>
      <w:r>
        <w:t xml:space="preserve"> (Priorité #1)</w:t>
      </w:r>
    </w:p>
    <w:p w14:paraId="5B8405EE" w14:textId="77777777" w:rsidR="00495879" w:rsidRDefault="00000000">
      <w:pPr>
        <w:pStyle w:val="Listepuces"/>
      </w:pPr>
      <w:r>
        <w:t>Entreprises 100% africaines, opérant localement</w:t>
      </w:r>
    </w:p>
    <w:p w14:paraId="72E47524" w14:textId="77777777" w:rsidR="00495879" w:rsidRDefault="00000000">
      <w:pPr>
        <w:pStyle w:val="Listepuces"/>
      </w:pPr>
      <w:r>
        <w:t>Revenue: $250K-$5M annual</w:t>
      </w:r>
    </w:p>
    <w:p w14:paraId="416EE5AE" w14:textId="77777777" w:rsidR="00495879" w:rsidRDefault="00000000">
      <w:pPr>
        <w:pStyle w:val="Listepuces"/>
      </w:pPr>
      <w:r>
        <w:t>Besoin: Structuration, digitalisation, scale-up</w:t>
      </w:r>
    </w:p>
    <w:p w14:paraId="566E2AF0" w14:textId="77777777" w:rsidR="00495879" w:rsidRDefault="00000000">
      <w:pPr>
        <w:pStyle w:val="Listepuces"/>
      </w:pPr>
      <w:r>
        <w:t>**Volume élevé, pricing adapté**</w:t>
      </w:r>
    </w:p>
    <w:p w14:paraId="5B721426" w14:textId="77777777" w:rsidR="00495879" w:rsidRDefault="00000000">
      <w:r>
        <w:rPr>
          <w:b/>
        </w:rPr>
        <w:t>30% - Diaspora Africaine US/Europe</w:t>
      </w:r>
      <w:r>
        <w:t xml:space="preserve"> (Priorité #2)</w:t>
      </w:r>
    </w:p>
    <w:p w14:paraId="427BE346" w14:textId="77777777" w:rsidR="00495879" w:rsidRDefault="00000000">
      <w:pPr>
        <w:pStyle w:val="Listepuces"/>
      </w:pPr>
      <w:r>
        <w:t>Entrepreneurs africains basés Occident avec projets Afrique</w:t>
      </w:r>
    </w:p>
    <w:p w14:paraId="25CADCBB" w14:textId="77777777" w:rsidR="00495879" w:rsidRDefault="00000000">
      <w:pPr>
        <w:pStyle w:val="Listepuces"/>
      </w:pPr>
      <w:r>
        <w:t>Revenue: $500K-$10M</w:t>
      </w:r>
    </w:p>
    <w:p w14:paraId="7282C5C7" w14:textId="77777777" w:rsidR="00495879" w:rsidRDefault="00000000">
      <w:pPr>
        <w:pStyle w:val="Listepuces"/>
      </w:pPr>
      <w:r>
        <w:t>Besoin: Bridge culturel, expansion bi-continentale</w:t>
      </w:r>
    </w:p>
    <w:p w14:paraId="1DEA46F3" w14:textId="77777777" w:rsidR="00495879" w:rsidRDefault="00000000">
      <w:pPr>
        <w:pStyle w:val="Listepuces"/>
      </w:pPr>
      <w:r>
        <w:t>**Pricing US mais lien émotionnel Afrique**</w:t>
      </w:r>
    </w:p>
    <w:p w14:paraId="3FB0A23B" w14:textId="77777777" w:rsidR="00495879" w:rsidRDefault="00000000">
      <w:r>
        <w:rPr>
          <w:b/>
        </w:rPr>
        <w:t>30% - Filiales Multinationales en Afrique</w:t>
      </w:r>
      <w:r>
        <w:t xml:space="preserve"> (Priorité #3)</w:t>
      </w:r>
    </w:p>
    <w:p w14:paraId="764C95FC" w14:textId="77777777" w:rsidR="00495879" w:rsidRDefault="00000000">
      <w:pPr>
        <w:pStyle w:val="Listepuces"/>
      </w:pPr>
      <w:r>
        <w:t>Branches africaines de companies internationales</w:t>
      </w:r>
    </w:p>
    <w:p w14:paraId="7322DB9B" w14:textId="77777777" w:rsidR="00495879" w:rsidRDefault="00000000">
      <w:pPr>
        <w:pStyle w:val="Listepuces"/>
      </w:pPr>
      <w:r>
        <w:t>Revenue: $1M-$20M</w:t>
      </w:r>
    </w:p>
    <w:p w14:paraId="1B4FBB47" w14:textId="77777777" w:rsidR="00495879" w:rsidRDefault="00000000">
      <w:pPr>
        <w:pStyle w:val="Listepuces"/>
      </w:pPr>
      <w:r>
        <w:t>Besoin: Adaptation locale, leadership africain</w:t>
      </w:r>
    </w:p>
    <w:p w14:paraId="5CD050E8" w14:textId="77777777" w:rsidR="00495879" w:rsidRDefault="00000000">
      <w:pPr>
        <w:pStyle w:val="Listepuces"/>
      </w:pPr>
      <w:r>
        <w:t>**Pricing premium, cycles plus longs**</w:t>
      </w:r>
    </w:p>
    <w:p w14:paraId="3EBCC460" w14:textId="77777777" w:rsidR="00495879" w:rsidRDefault="00000000">
      <w:pPr>
        <w:pStyle w:val="Titre3"/>
      </w:pPr>
      <w:r>
        <w:t>Rationale Mix</w:t>
      </w:r>
    </w:p>
    <w:p w14:paraId="6AC66686" w14:textId="77777777" w:rsidR="00495879" w:rsidRDefault="00000000">
      <w:r>
        <w:rPr>
          <w:b/>
        </w:rPr>
        <w:t>Pourquoi 40% PME Locales?</w:t>
      </w:r>
    </w:p>
    <w:p w14:paraId="5857FFBD" w14:textId="77777777" w:rsidR="00495879" w:rsidRDefault="00000000">
      <w:pPr>
        <w:pStyle w:val="Listepuces"/>
      </w:pPr>
      <w:r>
        <w:t>90% des business africains = PME (volume maximum)</w:t>
      </w:r>
    </w:p>
    <w:p w14:paraId="42FAE694" w14:textId="77777777" w:rsidR="00495879" w:rsidRDefault="00000000">
      <w:pPr>
        <w:pStyle w:val="Listepuces"/>
      </w:pPr>
      <w:r>
        <w:t>Impact social le plus élevé</w:t>
      </w:r>
    </w:p>
    <w:p w14:paraId="2E6C8B57" w14:textId="77777777" w:rsidR="00495879" w:rsidRDefault="00000000">
      <w:pPr>
        <w:pStyle w:val="Listepuces"/>
      </w:pPr>
      <w:r>
        <w:lastRenderedPageBreak/>
        <w:t>Lions Dev Abidjan bien positionnée pour servir</w:t>
      </w:r>
    </w:p>
    <w:p w14:paraId="152A5EB3" w14:textId="77777777" w:rsidR="00495879" w:rsidRDefault="00000000">
      <w:pPr>
        <w:pStyle w:val="Listepuces"/>
      </w:pPr>
      <w:r>
        <w:t>Croissance segment PME = **6.3% CAGR** (la plus rapide)</w:t>
      </w:r>
    </w:p>
    <w:p w14:paraId="157FC78E" w14:textId="77777777" w:rsidR="00495879" w:rsidRDefault="00000000">
      <w:r>
        <w:rPr>
          <w:b/>
        </w:rPr>
        <w:t>Pourquoi 30% Diaspora?</w:t>
      </w:r>
    </w:p>
    <w:p w14:paraId="621753D9" w14:textId="77777777" w:rsidR="00495879" w:rsidRDefault="00000000">
      <w:pPr>
        <w:pStyle w:val="Listepuces"/>
      </w:pPr>
      <w:r>
        <w:t>Gouvernement US investit dans diaspora africaine (PAC-ADE, Prosper Africa)</w:t>
      </w:r>
    </w:p>
    <w:p w14:paraId="33F88DB0" w14:textId="77777777" w:rsidR="00495879" w:rsidRDefault="00000000">
      <w:pPr>
        <w:pStyle w:val="Listepuces"/>
      </w:pPr>
      <w:r>
        <w:t>$800M+ contrats facilitées (Prosper Africa 2024)</w:t>
      </w:r>
    </w:p>
    <w:p w14:paraId="61607B51" w14:textId="77777777" w:rsidR="00495879" w:rsidRDefault="00000000">
      <w:pPr>
        <w:pStyle w:val="Listepuces"/>
      </w:pPr>
      <w:r>
        <w:t>Pricing power (US rates) + connexion Afrique</w:t>
      </w:r>
    </w:p>
    <w:p w14:paraId="4D67BF39" w14:textId="77777777" w:rsidR="00495879" w:rsidRDefault="00000000">
      <w:pPr>
        <w:pStyle w:val="Listepuces"/>
      </w:pPr>
      <w:r>
        <w:t>Network effect (diaspora réfère à diaspora)</w:t>
      </w:r>
    </w:p>
    <w:p w14:paraId="201FBDA8" w14:textId="77777777" w:rsidR="00495879" w:rsidRDefault="00000000">
      <w:r>
        <w:rPr>
          <w:b/>
        </w:rPr>
        <w:t>Pourquoi 30% Multinationales?</w:t>
      </w:r>
    </w:p>
    <w:p w14:paraId="7CBBA899" w14:textId="77777777" w:rsidR="00495879" w:rsidRDefault="00000000">
      <w:pPr>
        <w:pStyle w:val="Listepuces"/>
      </w:pPr>
      <w:r>
        <w:t>Stabilité revenus, budgets plus élevés</w:t>
      </w:r>
    </w:p>
    <w:p w14:paraId="463FFC3A" w14:textId="77777777" w:rsidR="00495879" w:rsidRDefault="00000000">
      <w:pPr>
        <w:pStyle w:val="Listepuces"/>
      </w:pPr>
      <w:r>
        <w:t>Références crédibles pour PME locales</w:t>
      </w:r>
    </w:p>
    <w:p w14:paraId="1FBC26A6" w14:textId="77777777" w:rsidR="00495879" w:rsidRDefault="00000000">
      <w:pPr>
        <w:pStyle w:val="Listepuces"/>
      </w:pPr>
      <w:r>
        <w:t>Cycles vente plus longs mais LTV élevé</w:t>
      </w:r>
    </w:p>
    <w:p w14:paraId="10235F29" w14:textId="77777777" w:rsidR="00495879" w:rsidRDefault="00000000">
      <w:r>
        <w:t>________________________________________________________________________________</w:t>
      </w:r>
    </w:p>
    <w:p w14:paraId="38066BDB" w14:textId="77777777" w:rsidR="00495879" w:rsidRDefault="00000000">
      <w:pPr>
        <w:pStyle w:val="Titre2"/>
      </w:pPr>
      <w:r>
        <w:t>👥 PERSONAS CLIENTS AFRICAINS</w:t>
      </w:r>
    </w:p>
    <w:p w14:paraId="696480BB" w14:textId="77777777" w:rsidR="00495879" w:rsidRDefault="00000000">
      <w:pPr>
        <w:pStyle w:val="Titre3"/>
      </w:pPr>
      <w:r>
        <w:t>Persona Africa 1: "Amara l'Entrepreneure Ivoirienne"</w:t>
      </w:r>
    </w:p>
    <w:p w14:paraId="4FAB6D69" w14:textId="77777777" w:rsidR="00495879" w:rsidRDefault="00000000">
      <w:r>
        <w:rPr>
          <w:b/>
        </w:rPr>
        <w:t>Demographics</w:t>
      </w:r>
      <w:r>
        <w:t>:</w:t>
      </w:r>
    </w:p>
    <w:p w14:paraId="7E912910" w14:textId="77777777" w:rsidR="00495879" w:rsidRDefault="00000000">
      <w:pPr>
        <w:pStyle w:val="Listepuces"/>
      </w:pPr>
      <w:r>
        <w:t>Âge: 35-45</w:t>
      </w:r>
    </w:p>
    <w:p w14:paraId="21E13570" w14:textId="77777777" w:rsidR="00495879" w:rsidRDefault="00000000">
      <w:pPr>
        <w:pStyle w:val="Listepuces"/>
      </w:pPr>
      <w:r>
        <w:t>Rôle: Fondatrice &amp; PDG</w:t>
      </w:r>
    </w:p>
    <w:p w14:paraId="57CBCF72" w14:textId="77777777" w:rsidR="00495879" w:rsidRDefault="00000000">
      <w:pPr>
        <w:pStyle w:val="Listepuces"/>
      </w:pPr>
      <w:r>
        <w:t>Entreprise: E-commerce/Distribution, $800K revenue, 15 employés</w:t>
      </w:r>
    </w:p>
    <w:p w14:paraId="40E22660" w14:textId="77777777" w:rsidR="00495879" w:rsidRDefault="00000000">
      <w:pPr>
        <w:pStyle w:val="Listepuces"/>
      </w:pPr>
      <w:r>
        <w:t>Localisation: Abidjan, Côte d'Ivoire</w:t>
      </w:r>
    </w:p>
    <w:p w14:paraId="3EE7022C" w14:textId="77777777" w:rsidR="00495879" w:rsidRDefault="00000000">
      <w:r>
        <w:rPr>
          <w:b/>
        </w:rPr>
        <w:t>Psychographics</w:t>
      </w:r>
      <w:r>
        <w:t>:</w:t>
      </w:r>
    </w:p>
    <w:p w14:paraId="3F4B2EE5" w14:textId="77777777" w:rsidR="00495879" w:rsidRDefault="00000000">
      <w:pPr>
        <w:pStyle w:val="Listepuces"/>
      </w:pPr>
      <w:r>
        <w:t>**Ambitieuse**: Veut devenir leader régional West Africa</w:t>
      </w:r>
    </w:p>
    <w:p w14:paraId="4252EA06" w14:textId="77777777" w:rsidR="00495879" w:rsidRDefault="00000000">
      <w:pPr>
        <w:pStyle w:val="Listepuces"/>
      </w:pPr>
      <w:r>
        <w:t>**Pragmatique**: Focus cash flow et profitabilité (capital limité)</w:t>
      </w:r>
    </w:p>
    <w:p w14:paraId="01E8B210" w14:textId="77777777" w:rsidR="00495879" w:rsidRDefault="00000000">
      <w:pPr>
        <w:pStyle w:val="Listepuces"/>
      </w:pPr>
      <w:r>
        <w:t>**Réseautée**: Forte dans communauté business locale</w:t>
      </w:r>
    </w:p>
    <w:p w14:paraId="5703C709" w14:textId="77777777" w:rsidR="00495879" w:rsidRDefault="00000000">
      <w:pPr>
        <w:pStyle w:val="Listepuces"/>
      </w:pPr>
      <w:r>
        <w:t>**Tech-curious**: Sait que digital est clé mais besoin guidance</w:t>
      </w:r>
    </w:p>
    <w:p w14:paraId="46F77917" w14:textId="77777777" w:rsidR="00495879" w:rsidRDefault="00000000">
      <w:r>
        <w:rPr>
          <w:b/>
        </w:rPr>
        <w:t>Pain Points</w:t>
      </w:r>
      <w:r>
        <w:t>:</w:t>
      </w:r>
    </w:p>
    <w:p w14:paraId="1EED4984" w14:textId="77777777" w:rsidR="00495879" w:rsidRDefault="00000000">
      <w:pPr>
        <w:pStyle w:val="Listepuces"/>
      </w:pPr>
      <w:r>
        <w:t>"Je veux scaler mais manque de capital limite options"</w:t>
      </w:r>
    </w:p>
    <w:p w14:paraId="1029FE7C" w14:textId="77777777" w:rsidR="00495879" w:rsidRDefault="00000000">
      <w:pPr>
        <w:pStyle w:val="Listepuces"/>
      </w:pPr>
      <w:r>
        <w:t>"Processus chaotiques, tout dépend de moi"</w:t>
      </w:r>
    </w:p>
    <w:p w14:paraId="361490FF" w14:textId="77777777" w:rsidR="00495879" w:rsidRDefault="00000000">
      <w:pPr>
        <w:pStyle w:val="Listepuces"/>
      </w:pPr>
      <w:r>
        <w:t>"Difficile trouver talents qualifiés localement"</w:t>
      </w:r>
    </w:p>
    <w:p w14:paraId="4E0B5815" w14:textId="77777777" w:rsidR="00495879" w:rsidRDefault="00000000">
      <w:pPr>
        <w:pStyle w:val="Listepuces"/>
      </w:pPr>
      <w:r>
        <w:t>"Transformation digitale nécessaire mais par où commencer?"</w:t>
      </w:r>
    </w:p>
    <w:p w14:paraId="243F087B" w14:textId="77777777" w:rsidR="00495879" w:rsidRDefault="00000000">
      <w:r>
        <w:rPr>
          <w:b/>
        </w:rPr>
        <w:t>Goals</w:t>
      </w:r>
      <w:r>
        <w:t>:</w:t>
      </w:r>
    </w:p>
    <w:p w14:paraId="21350AE9" w14:textId="77777777" w:rsidR="00495879" w:rsidRDefault="00000000">
      <w:pPr>
        <w:pStyle w:val="Listepuces"/>
      </w:pPr>
      <w:r>
        <w:t>Atteindre $2M revenue en 3 ans</w:t>
      </w:r>
    </w:p>
    <w:p w14:paraId="0AF05747" w14:textId="77777777" w:rsidR="00495879" w:rsidRDefault="00000000">
      <w:pPr>
        <w:pStyle w:val="Listepuces"/>
      </w:pPr>
      <w:r>
        <w:t>Expansion 3 autres pays CEDEAO</w:t>
      </w:r>
    </w:p>
    <w:p w14:paraId="4150EEF9" w14:textId="77777777" w:rsidR="00495879" w:rsidRDefault="00000000">
      <w:pPr>
        <w:pStyle w:val="Listepuces"/>
      </w:pPr>
      <w:r>
        <w:lastRenderedPageBreak/>
        <w:t>Digitaliser opérations (inventory, accounting, CRM)</w:t>
      </w:r>
    </w:p>
    <w:p w14:paraId="58EC986D" w14:textId="77777777" w:rsidR="00495879" w:rsidRDefault="00000000">
      <w:pPr>
        <w:pStyle w:val="Listepuces"/>
      </w:pPr>
      <w:r>
        <w:t>Lever fonds si nécessaire (impact investors)</w:t>
      </w:r>
    </w:p>
    <w:p w14:paraId="07A082DD" w14:textId="77777777" w:rsidR="00495879" w:rsidRDefault="00000000">
      <w:r>
        <w:rPr>
          <w:b/>
        </w:rPr>
        <w:t>Buying Behavior</w:t>
      </w:r>
      <w:r>
        <w:t>:</w:t>
      </w:r>
    </w:p>
    <w:p w14:paraId="33C91607" w14:textId="77777777" w:rsidR="00495879" w:rsidRDefault="00000000">
      <w:pPr>
        <w:pStyle w:val="Listepuces"/>
      </w:pPr>
      <w:r>
        <w:t>Budget: $5K-12K/an (significant pour contexte local)</w:t>
      </w:r>
    </w:p>
    <w:p w14:paraId="445ED7CB" w14:textId="77777777" w:rsidR="00495879" w:rsidRDefault="00000000">
      <w:pPr>
        <w:pStyle w:val="Listepuces"/>
      </w:pPr>
      <w:r>
        <w:t>Decision speed: Medium (2-3 semaines, consulte partenaires/époux)</w:t>
      </w:r>
    </w:p>
    <w:p w14:paraId="05896B01" w14:textId="77777777" w:rsidR="00495879" w:rsidRDefault="00000000">
      <w:pPr>
        <w:pStyle w:val="Listepuces"/>
      </w:pPr>
      <w:r>
        <w:t>Referral-driven + local events</w:t>
      </w:r>
    </w:p>
    <w:p w14:paraId="03DABA31" w14:textId="77777777" w:rsidR="00495879" w:rsidRDefault="00000000">
      <w:pPr>
        <w:pStyle w:val="Listepuces"/>
      </w:pPr>
      <w:r>
        <w:t>Values: ROI tangible, coach qui comprend réalité africaine</w:t>
      </w:r>
    </w:p>
    <w:p w14:paraId="79259F72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TRANSFORM Growth Africa</w:t>
      </w:r>
      <w:r>
        <w:t xml:space="preserve"> ($4,997/an) + Projets tech Lions Dev</w:t>
      </w:r>
    </w:p>
    <w:p w14:paraId="3362DAB7" w14:textId="77777777" w:rsidR="00495879" w:rsidRDefault="00000000">
      <w:r>
        <w:t>________________________________________________________________________________</w:t>
      </w:r>
    </w:p>
    <w:p w14:paraId="726D7385" w14:textId="77777777" w:rsidR="00495879" w:rsidRDefault="00000000">
      <w:pPr>
        <w:pStyle w:val="Titre3"/>
      </w:pPr>
      <w:r>
        <w:t>Persona Africa 2: "Kwame le Scale-Up CEO Kényan"</w:t>
      </w:r>
    </w:p>
    <w:p w14:paraId="6BF5BBBC" w14:textId="77777777" w:rsidR="00495879" w:rsidRDefault="00000000">
      <w:r>
        <w:rPr>
          <w:b/>
        </w:rPr>
        <w:t>Demographics</w:t>
      </w:r>
      <w:r>
        <w:t>:</w:t>
      </w:r>
    </w:p>
    <w:p w14:paraId="4D301667" w14:textId="77777777" w:rsidR="00495879" w:rsidRDefault="00000000">
      <w:pPr>
        <w:pStyle w:val="Listepuces"/>
      </w:pPr>
      <w:r>
        <w:t>Âge: 38-48</w:t>
      </w:r>
    </w:p>
    <w:p w14:paraId="48D8580A" w14:textId="77777777" w:rsidR="00495879" w:rsidRDefault="00000000">
      <w:pPr>
        <w:pStyle w:val="Listepuces"/>
      </w:pPr>
      <w:r>
        <w:t>Rôle: CEO (entreprise familiale héritée ou fondée)</w:t>
      </w:r>
    </w:p>
    <w:p w14:paraId="2EB663AE" w14:textId="77777777" w:rsidR="00495879" w:rsidRDefault="00000000">
      <w:pPr>
        <w:pStyle w:val="Listepuces"/>
      </w:pPr>
      <w:r>
        <w:t>Entreprise: Manufacturing/Agribusiness, $3.5M revenue, 45 employés</w:t>
      </w:r>
    </w:p>
    <w:p w14:paraId="261AE134" w14:textId="77777777" w:rsidR="00495879" w:rsidRDefault="00000000">
      <w:pPr>
        <w:pStyle w:val="Listepuces"/>
      </w:pPr>
      <w:r>
        <w:t>Localisation: Nairobi, Kenya</w:t>
      </w:r>
    </w:p>
    <w:p w14:paraId="703E5D4E" w14:textId="77777777" w:rsidR="00495879" w:rsidRDefault="00000000">
      <w:r>
        <w:rPr>
          <w:b/>
        </w:rPr>
        <w:t>Psychographics</w:t>
      </w:r>
      <w:r>
        <w:t>:</w:t>
      </w:r>
    </w:p>
    <w:p w14:paraId="238E7C3D" w14:textId="77777777" w:rsidR="00495879" w:rsidRDefault="00000000">
      <w:pPr>
        <w:pStyle w:val="Listepuces"/>
      </w:pPr>
      <w:r>
        <w:t>**Visionnaire**: Veut moderniser industrie traditionnelle</w:t>
      </w:r>
    </w:p>
    <w:p w14:paraId="2C40F03A" w14:textId="77777777" w:rsidR="00495879" w:rsidRDefault="00000000">
      <w:pPr>
        <w:pStyle w:val="Listepuces"/>
      </w:pPr>
      <w:r>
        <w:t>**Éduqué**: MBA ou formation internationale</w:t>
      </w:r>
    </w:p>
    <w:p w14:paraId="524CA029" w14:textId="77777777" w:rsidR="00495879" w:rsidRDefault="00000000">
      <w:pPr>
        <w:pStyle w:val="Listepuces"/>
      </w:pPr>
      <w:r>
        <w:t>**Connected**: Network avec autres CEOs East Africa</w:t>
      </w:r>
    </w:p>
    <w:p w14:paraId="60A91C7C" w14:textId="77777777" w:rsidR="00495879" w:rsidRDefault="00000000">
      <w:pPr>
        <w:pStyle w:val="Listepuces"/>
      </w:pPr>
      <w:r>
        <w:t>**Quality-focused**: Prêt payer premium pour expertise</w:t>
      </w:r>
    </w:p>
    <w:p w14:paraId="52B6A7D9" w14:textId="77777777" w:rsidR="00495879" w:rsidRDefault="00000000">
      <w:r>
        <w:rPr>
          <w:b/>
        </w:rPr>
        <w:t>Pain Points</w:t>
      </w:r>
      <w:r>
        <w:t>:</w:t>
      </w:r>
    </w:p>
    <w:p w14:paraId="445211C3" w14:textId="77777777" w:rsidR="00495879" w:rsidRDefault="00000000">
      <w:pPr>
        <w:pStyle w:val="Listepuces"/>
      </w:pPr>
      <w:r>
        <w:t>"Entreprise fonctionne old-school, besoin modernisation"</w:t>
      </w:r>
    </w:p>
    <w:p w14:paraId="1B804F31" w14:textId="77777777" w:rsidR="00495879" w:rsidRDefault="00000000">
      <w:pPr>
        <w:pStyle w:val="Listepuces"/>
      </w:pPr>
      <w:r>
        <w:t>"Équipe résiste changement, culture difficile à transformer"</w:t>
      </w:r>
    </w:p>
    <w:p w14:paraId="246ACD1D" w14:textId="77777777" w:rsidR="00495879" w:rsidRDefault="00000000">
      <w:pPr>
        <w:pStyle w:val="Listepuces"/>
      </w:pPr>
      <w:r>
        <w:t>"Accès limité à advisory de qualité localement"</w:t>
      </w:r>
    </w:p>
    <w:p w14:paraId="304BA1DC" w14:textId="77777777" w:rsidR="00495879" w:rsidRDefault="00000000">
      <w:pPr>
        <w:pStyle w:val="Listepuces"/>
      </w:pPr>
      <w:r>
        <w:t>"Veux préparer entreprise pour investisseur ou acquisition"</w:t>
      </w:r>
    </w:p>
    <w:p w14:paraId="608D43F8" w14:textId="77777777" w:rsidR="00495879" w:rsidRDefault="00000000">
      <w:r>
        <w:rPr>
          <w:b/>
        </w:rPr>
        <w:t>Goals</w:t>
      </w:r>
      <w:r>
        <w:t>:</w:t>
      </w:r>
    </w:p>
    <w:p w14:paraId="26757323" w14:textId="77777777" w:rsidR="00495879" w:rsidRDefault="00000000">
      <w:pPr>
        <w:pStyle w:val="Listepuces"/>
      </w:pPr>
      <w:r>
        <w:t>Doubler revenue à $7M en 2-3 ans</w:t>
      </w:r>
    </w:p>
    <w:p w14:paraId="02CECABA" w14:textId="77777777" w:rsidR="00495879" w:rsidRDefault="00000000">
      <w:pPr>
        <w:pStyle w:val="Listepuces"/>
      </w:pPr>
      <w:r>
        <w:t>Implémenter ERP et systèmes modernes</w:t>
      </w:r>
    </w:p>
    <w:p w14:paraId="52440036" w14:textId="77777777" w:rsidR="00495879" w:rsidRDefault="00000000">
      <w:pPr>
        <w:pStyle w:val="Listepuces"/>
      </w:pPr>
      <w:r>
        <w:t>Professionnaliser management team</w:t>
      </w:r>
    </w:p>
    <w:p w14:paraId="15C8EBC4" w14:textId="77777777" w:rsidR="00495879" w:rsidRDefault="00000000">
      <w:pPr>
        <w:pStyle w:val="Listepuces"/>
      </w:pPr>
      <w:r>
        <w:t>Obtenir certification internationale (ISO, etc.)</w:t>
      </w:r>
    </w:p>
    <w:p w14:paraId="58098802" w14:textId="77777777" w:rsidR="00495879" w:rsidRDefault="00000000">
      <w:r>
        <w:rPr>
          <w:b/>
        </w:rPr>
        <w:t>Buying Behavior</w:t>
      </w:r>
      <w:r>
        <w:t>:</w:t>
      </w:r>
    </w:p>
    <w:p w14:paraId="00B38B59" w14:textId="77777777" w:rsidR="00495879" w:rsidRDefault="00000000">
      <w:pPr>
        <w:pStyle w:val="Listepuces"/>
      </w:pPr>
      <w:r>
        <w:t>Budget: $10K-20K/an</w:t>
      </w:r>
    </w:p>
    <w:p w14:paraId="02F587EA" w14:textId="77777777" w:rsidR="00495879" w:rsidRDefault="00000000">
      <w:pPr>
        <w:pStyle w:val="Listepuces"/>
      </w:pPr>
      <w:r>
        <w:t>Decision speed: Fast si chemistry (1-2 calls)</w:t>
      </w:r>
    </w:p>
    <w:p w14:paraId="206BC06D" w14:textId="77777777" w:rsidR="00495879" w:rsidRDefault="00000000">
      <w:pPr>
        <w:pStyle w:val="Listepuces"/>
      </w:pPr>
      <w:r>
        <w:lastRenderedPageBreak/>
        <w:t>Content + diaspora referrals</w:t>
      </w:r>
    </w:p>
    <w:p w14:paraId="60C1DF36" w14:textId="77777777" w:rsidR="00495879" w:rsidRDefault="00000000">
      <w:pPr>
        <w:pStyle w:val="Listepuces"/>
      </w:pPr>
      <w:r>
        <w:t>Values: Expertise internationale, compréhension locale</w:t>
      </w:r>
    </w:p>
    <w:p w14:paraId="089D025C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TRANSFORM Scale Africa</w:t>
      </w:r>
      <w:r>
        <w:t xml:space="preserve"> ($11,997/an) + ADVISORY option</w:t>
      </w:r>
    </w:p>
    <w:p w14:paraId="0A70363A" w14:textId="77777777" w:rsidR="00495879" w:rsidRDefault="00000000">
      <w:r>
        <w:t>________________________________________________________________________________</w:t>
      </w:r>
    </w:p>
    <w:p w14:paraId="0DDD0865" w14:textId="77777777" w:rsidR="00495879" w:rsidRDefault="00000000">
      <w:pPr>
        <w:pStyle w:val="Titre3"/>
      </w:pPr>
      <w:r>
        <w:t>Persona Africa 3: "Chidi le Diaspora Entrepreneur"</w:t>
      </w:r>
    </w:p>
    <w:p w14:paraId="7397BC71" w14:textId="77777777" w:rsidR="00495879" w:rsidRDefault="00000000">
      <w:r>
        <w:rPr>
          <w:b/>
        </w:rPr>
        <w:t>Demographics</w:t>
      </w:r>
      <w:r>
        <w:t>:</w:t>
      </w:r>
    </w:p>
    <w:p w14:paraId="1F252C45" w14:textId="77777777" w:rsidR="00495879" w:rsidRDefault="00000000">
      <w:pPr>
        <w:pStyle w:val="Listepuces"/>
      </w:pPr>
      <w:r>
        <w:t>Âge: 32-42</w:t>
      </w:r>
    </w:p>
    <w:p w14:paraId="70201839" w14:textId="77777777" w:rsidR="00495879" w:rsidRDefault="00000000">
      <w:pPr>
        <w:pStyle w:val="Listepuces"/>
      </w:pPr>
      <w:r>
        <w:t>Rôle: Founder &amp; CEO</w:t>
      </w:r>
    </w:p>
    <w:p w14:paraId="1A4E35A6" w14:textId="77777777" w:rsidR="00495879" w:rsidRDefault="00000000">
      <w:pPr>
        <w:pStyle w:val="Listepuces"/>
      </w:pPr>
      <w:r>
        <w:t>Entreprise: Tech/Services, $1.2M revenue, 8 employés (4 US, 4 Nigeria)</w:t>
      </w:r>
    </w:p>
    <w:p w14:paraId="456CED5B" w14:textId="77777777" w:rsidR="00495879" w:rsidRDefault="00000000">
      <w:pPr>
        <w:pStyle w:val="Listepuces"/>
      </w:pPr>
      <w:r>
        <w:t>Localisation: Houston, TX (origine Nigeria)</w:t>
      </w:r>
    </w:p>
    <w:p w14:paraId="7EDAA3E8" w14:textId="77777777" w:rsidR="00495879" w:rsidRDefault="00000000">
      <w:r>
        <w:rPr>
          <w:b/>
        </w:rPr>
        <w:t>Psychographics</w:t>
      </w:r>
      <w:r>
        <w:t>:</w:t>
      </w:r>
    </w:p>
    <w:p w14:paraId="24CEF20B" w14:textId="77777777" w:rsidR="00495879" w:rsidRDefault="00000000">
      <w:pPr>
        <w:pStyle w:val="Listepuces"/>
      </w:pPr>
      <w:r>
        <w:t>**Bi-culturel**: Navigue aisément US et Afrique</w:t>
      </w:r>
    </w:p>
    <w:p w14:paraId="32286617" w14:textId="77777777" w:rsidR="00495879" w:rsidRDefault="00000000">
      <w:pPr>
        <w:pStyle w:val="Listepuces"/>
      </w:pPr>
      <w:r>
        <w:t>**Mission-driven**: Veut avoir impact économique Afrique</w:t>
      </w:r>
    </w:p>
    <w:p w14:paraId="52E14EE1" w14:textId="77777777" w:rsidR="00495879" w:rsidRDefault="00000000">
      <w:pPr>
        <w:pStyle w:val="Listepuces"/>
      </w:pPr>
      <w:r>
        <w:t>**Réseau diaspora**: Connected à communauté africaine US</w:t>
      </w:r>
    </w:p>
    <w:p w14:paraId="289BF55E" w14:textId="77777777" w:rsidR="00495879" w:rsidRDefault="00000000">
      <w:pPr>
        <w:pStyle w:val="Listepuces"/>
      </w:pPr>
      <w:r>
        <w:t>**Sophisticated buyer**: Expérience avec coaches/consultants US</w:t>
      </w:r>
    </w:p>
    <w:p w14:paraId="0220D2A5" w14:textId="77777777" w:rsidR="00495879" w:rsidRDefault="00000000">
      <w:r>
        <w:rPr>
          <w:b/>
        </w:rPr>
        <w:t>Pain Points</w:t>
      </w:r>
      <w:r>
        <w:t>:</w:t>
      </w:r>
    </w:p>
    <w:p w14:paraId="403DBFF6" w14:textId="77777777" w:rsidR="00495879" w:rsidRDefault="00000000">
      <w:pPr>
        <w:pStyle w:val="Listepuces"/>
      </w:pPr>
      <w:r>
        <w:t>"Difficile gérer équipe split US/Africa (timezone, culture)"</w:t>
      </w:r>
    </w:p>
    <w:p w14:paraId="1BFA06CE" w14:textId="77777777" w:rsidR="00495879" w:rsidRDefault="00000000">
      <w:pPr>
        <w:pStyle w:val="Listepuces"/>
      </w:pPr>
      <w:r>
        <w:t>"Modèle business doit marcher des deux côtés"</w:t>
      </w:r>
    </w:p>
    <w:p w14:paraId="61E3CD6C" w14:textId="77777777" w:rsidR="00495879" w:rsidRDefault="00000000">
      <w:pPr>
        <w:pStyle w:val="Listepuces"/>
      </w:pPr>
      <w:r>
        <w:t>"Besoin advisor qui comprend les DEUX réalités"</w:t>
      </w:r>
    </w:p>
    <w:p w14:paraId="7B4C9819" w14:textId="77777777" w:rsidR="00495879" w:rsidRDefault="00000000">
      <w:pPr>
        <w:pStyle w:val="Listepuces"/>
      </w:pPr>
      <w:r>
        <w:t>"Famille/community pense je devrais juste faire US ou Africa, pas les deux"</w:t>
      </w:r>
    </w:p>
    <w:p w14:paraId="4473FE8D" w14:textId="77777777" w:rsidR="00495879" w:rsidRDefault="00000000">
      <w:r>
        <w:rPr>
          <w:b/>
        </w:rPr>
        <w:t>Goals</w:t>
      </w:r>
      <w:r>
        <w:t>:</w:t>
      </w:r>
    </w:p>
    <w:p w14:paraId="30F950A6" w14:textId="77777777" w:rsidR="00495879" w:rsidRDefault="00000000">
      <w:pPr>
        <w:pStyle w:val="Listepuces"/>
      </w:pPr>
      <w:r>
        <w:t>Scale à $5M avec model bi-continental validé</w:t>
      </w:r>
    </w:p>
    <w:p w14:paraId="6797B995" w14:textId="77777777" w:rsidR="00495879" w:rsidRDefault="00000000">
      <w:pPr>
        <w:pStyle w:val="Listepuces"/>
      </w:pPr>
      <w:r>
        <w:t>Lever Series A ($2-3M)</w:t>
      </w:r>
    </w:p>
    <w:p w14:paraId="42B77BB2" w14:textId="77777777" w:rsidR="00495879" w:rsidRDefault="00000000">
      <w:pPr>
        <w:pStyle w:val="Listepuces"/>
      </w:pPr>
      <w:r>
        <w:t>Devenir référence diaspora entrepreneurship</w:t>
      </w:r>
    </w:p>
    <w:p w14:paraId="14112B17" w14:textId="77777777" w:rsidR="00495879" w:rsidRDefault="00000000">
      <w:pPr>
        <w:pStyle w:val="Listepuces"/>
      </w:pPr>
      <w:r>
        <w:t>Créer emplois qualifiés en Afrique</w:t>
      </w:r>
    </w:p>
    <w:p w14:paraId="71AED982" w14:textId="77777777" w:rsidR="00495879" w:rsidRDefault="00000000">
      <w:r>
        <w:rPr>
          <w:b/>
        </w:rPr>
        <w:t>Buying Behavior</w:t>
      </w:r>
      <w:r>
        <w:t>:</w:t>
      </w:r>
    </w:p>
    <w:p w14:paraId="5BDB4D5B" w14:textId="77777777" w:rsidR="00495879" w:rsidRDefault="00000000">
      <w:pPr>
        <w:pStyle w:val="Listepuces"/>
      </w:pPr>
      <w:r>
        <w:t>Budget: $15K-30K/an (pricing US acceptable)</w:t>
      </w:r>
    </w:p>
    <w:p w14:paraId="07338317" w14:textId="77777777" w:rsidR="00495879" w:rsidRDefault="00000000">
      <w:pPr>
        <w:pStyle w:val="Listepuces"/>
      </w:pPr>
      <w:r>
        <w:t>Decision speed: Fast (networked, gets referrals)</w:t>
      </w:r>
    </w:p>
    <w:p w14:paraId="5E38B377" w14:textId="77777777" w:rsidR="00495879" w:rsidRDefault="00000000">
      <w:pPr>
        <w:pStyle w:val="Listepuces"/>
      </w:pPr>
      <w:r>
        <w:t>Diaspora community + US channels</w:t>
      </w:r>
    </w:p>
    <w:p w14:paraId="4049B937" w14:textId="77777777" w:rsidR="00495879" w:rsidRDefault="00000000">
      <w:pPr>
        <w:pStyle w:val="Listepuces"/>
      </w:pPr>
      <w:r>
        <w:t>Values: Bi-cultural expertise, network access</w:t>
      </w:r>
    </w:p>
    <w:p w14:paraId="67535CC7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US Pricing</w:t>
      </w:r>
      <w:r>
        <w:t xml:space="preserve"> (TRANSFORM Scale $23,997) mais with Africa focus</w:t>
      </w:r>
    </w:p>
    <w:p w14:paraId="041B2A6B" w14:textId="77777777" w:rsidR="00495879" w:rsidRDefault="00000000">
      <w:r>
        <w:t>________________________________________________________________________________</w:t>
      </w:r>
    </w:p>
    <w:p w14:paraId="21370278" w14:textId="77777777" w:rsidR="00495879" w:rsidRDefault="00000000">
      <w:pPr>
        <w:pStyle w:val="Titre3"/>
      </w:pPr>
      <w:r>
        <w:lastRenderedPageBreak/>
        <w:t>Persona Africa 4: "Marie la Multinationale Manager"</w:t>
      </w:r>
    </w:p>
    <w:p w14:paraId="566686E4" w14:textId="77777777" w:rsidR="00495879" w:rsidRDefault="00000000">
      <w:r>
        <w:rPr>
          <w:b/>
        </w:rPr>
        <w:t>Demographics</w:t>
      </w:r>
      <w:r>
        <w:t>:</w:t>
      </w:r>
    </w:p>
    <w:p w14:paraId="3651B5BD" w14:textId="77777777" w:rsidR="00495879" w:rsidRDefault="00000000">
      <w:pPr>
        <w:pStyle w:val="Listepuces"/>
      </w:pPr>
      <w:r>
        <w:t>Âge: 40-50</w:t>
      </w:r>
    </w:p>
    <w:p w14:paraId="77B5F67D" w14:textId="77777777" w:rsidR="00495879" w:rsidRDefault="00000000">
      <w:pPr>
        <w:pStyle w:val="Listepuces"/>
      </w:pPr>
      <w:r>
        <w:t>Rôle: Country Manager / Regional Director</w:t>
      </w:r>
    </w:p>
    <w:p w14:paraId="1ABE09A8" w14:textId="77777777" w:rsidR="00495879" w:rsidRDefault="00000000">
      <w:pPr>
        <w:pStyle w:val="Listepuces"/>
      </w:pPr>
      <w:r>
        <w:t>Entreprise: Filiale africaine multinationale, $8M revenue local, 60 employés</w:t>
      </w:r>
    </w:p>
    <w:p w14:paraId="07852968" w14:textId="77777777" w:rsidR="00495879" w:rsidRDefault="00000000">
      <w:pPr>
        <w:pStyle w:val="Listepuces"/>
      </w:pPr>
      <w:r>
        <w:t>Localisation: Dakar, Sénégal (company HQ Europe/US)</w:t>
      </w:r>
    </w:p>
    <w:p w14:paraId="1A92372D" w14:textId="77777777" w:rsidR="00495879" w:rsidRDefault="00000000">
      <w:r>
        <w:rPr>
          <w:b/>
        </w:rPr>
        <w:t>Psychographics</w:t>
      </w:r>
      <w:r>
        <w:t>:</w:t>
      </w:r>
    </w:p>
    <w:p w14:paraId="765B7C41" w14:textId="77777777" w:rsidR="00495879" w:rsidRDefault="00000000">
      <w:pPr>
        <w:pStyle w:val="Listepuces"/>
      </w:pPr>
      <w:r>
        <w:t>**Corporate-trained**: Expérience grandes entreprises</w:t>
      </w:r>
    </w:p>
    <w:p w14:paraId="2EBAD1AF" w14:textId="77777777" w:rsidR="00495879" w:rsidRDefault="00000000">
      <w:pPr>
        <w:pStyle w:val="Listepuces"/>
      </w:pPr>
      <w:r>
        <w:t>**Accountable**: Doit deliver résultats à HQ</w:t>
      </w:r>
    </w:p>
    <w:p w14:paraId="500AFB05" w14:textId="77777777" w:rsidR="00495879" w:rsidRDefault="00000000">
      <w:pPr>
        <w:pStyle w:val="Listepuces"/>
      </w:pPr>
      <w:r>
        <w:t>**Pragmatique**: Budget existe mais doit justifier ROI</w:t>
      </w:r>
    </w:p>
    <w:p w14:paraId="504CBD7E" w14:textId="77777777" w:rsidR="00495879" w:rsidRDefault="00000000">
      <w:pPr>
        <w:pStyle w:val="Listepuces"/>
      </w:pPr>
      <w:r>
        <w:t>**Pressure**: Jongle entre directives HQ et réalité locale</w:t>
      </w:r>
    </w:p>
    <w:p w14:paraId="2B0E59F9" w14:textId="77777777" w:rsidR="00495879" w:rsidRDefault="00000000">
      <w:r>
        <w:rPr>
          <w:b/>
        </w:rPr>
        <w:t>Pain Points</w:t>
      </w:r>
      <w:r>
        <w:t>:</w:t>
      </w:r>
    </w:p>
    <w:p w14:paraId="609E7F12" w14:textId="77777777" w:rsidR="00495879" w:rsidRDefault="00000000">
      <w:pPr>
        <w:pStyle w:val="Listepuces"/>
      </w:pPr>
      <w:r>
        <w:t>"HQ demande croissance 30%/an mais ne comprend pas challenges locaux"</w:t>
      </w:r>
    </w:p>
    <w:p w14:paraId="3B7DB8AB" w14:textId="77777777" w:rsidR="00495879" w:rsidRDefault="00000000">
      <w:pPr>
        <w:pStyle w:val="Listepuces"/>
      </w:pPr>
      <w:r>
        <w:t>"Équipe locale manque skills corporate standards"</w:t>
      </w:r>
    </w:p>
    <w:p w14:paraId="61225DDF" w14:textId="77777777" w:rsidR="00495879" w:rsidRDefault="00000000">
      <w:pPr>
        <w:pStyle w:val="Listepuces"/>
      </w:pPr>
      <w:r>
        <w:t>"Turnover élevé, difficile retenir talents"</w:t>
      </w:r>
    </w:p>
    <w:p w14:paraId="7E782779" w14:textId="77777777" w:rsidR="00495879" w:rsidRDefault="00000000">
      <w:pPr>
        <w:pStyle w:val="Listepuces"/>
      </w:pPr>
      <w:r>
        <w:t>"Besoin coach/advisor externe confidentiel"</w:t>
      </w:r>
    </w:p>
    <w:p w14:paraId="628F49A3" w14:textId="77777777" w:rsidR="00495879" w:rsidRDefault="00000000">
      <w:r>
        <w:rPr>
          <w:b/>
        </w:rPr>
        <w:t>Goals</w:t>
      </w:r>
      <w:r>
        <w:t>:</w:t>
      </w:r>
    </w:p>
    <w:p w14:paraId="2E08D5A5" w14:textId="77777777" w:rsidR="00495879" w:rsidRDefault="00000000">
      <w:pPr>
        <w:pStyle w:val="Listepuces"/>
      </w:pPr>
      <w:r>
        <w:t>Hit targets HQ (revenue, profitability)</w:t>
      </w:r>
    </w:p>
    <w:p w14:paraId="23F8F635" w14:textId="77777777" w:rsidR="00495879" w:rsidRDefault="00000000">
      <w:pPr>
        <w:pStyle w:val="Listepuces"/>
      </w:pPr>
      <w:r>
        <w:t>Développer leadership team local</w:t>
      </w:r>
    </w:p>
    <w:p w14:paraId="210A0BE0" w14:textId="77777777" w:rsidR="00495879" w:rsidRDefault="00000000">
      <w:pPr>
        <w:pStyle w:val="Listepuces"/>
      </w:pPr>
      <w:r>
        <w:t>Réduire dépendance sur expats</w:t>
      </w:r>
    </w:p>
    <w:p w14:paraId="197641D5" w14:textId="77777777" w:rsidR="00495879" w:rsidRDefault="00000000">
      <w:pPr>
        <w:pStyle w:val="Listepuces"/>
      </w:pPr>
      <w:r>
        <w:t>Éventuellement spin-off ou buy-out</w:t>
      </w:r>
    </w:p>
    <w:p w14:paraId="68C8375B" w14:textId="77777777" w:rsidR="00495879" w:rsidRDefault="00000000">
      <w:r>
        <w:rPr>
          <w:b/>
        </w:rPr>
        <w:t>Buying Behavior</w:t>
      </w:r>
      <w:r>
        <w:t>:</w:t>
      </w:r>
    </w:p>
    <w:p w14:paraId="640099FD" w14:textId="77777777" w:rsidR="00495879" w:rsidRDefault="00000000">
      <w:pPr>
        <w:pStyle w:val="Listepuces"/>
      </w:pPr>
      <w:r>
        <w:t>Budget: $20K-40K/an (company pays)</w:t>
      </w:r>
    </w:p>
    <w:p w14:paraId="06206963" w14:textId="77777777" w:rsidR="00495879" w:rsidRDefault="00000000">
      <w:pPr>
        <w:pStyle w:val="Listepuces"/>
      </w:pPr>
      <w:r>
        <w:t>Decision speed: Medium-slow (procurement process)</w:t>
      </w:r>
    </w:p>
    <w:p w14:paraId="2477B2B7" w14:textId="77777777" w:rsidR="00495879" w:rsidRDefault="00000000">
      <w:pPr>
        <w:pStyle w:val="Listepuces"/>
      </w:pPr>
      <w:r>
        <w:t>LinkedIn + professional networks</w:t>
      </w:r>
    </w:p>
    <w:p w14:paraId="1F0FCF5A" w14:textId="77777777" w:rsidR="00495879" w:rsidRDefault="00000000">
      <w:pPr>
        <w:pStyle w:val="Listepuces"/>
      </w:pPr>
      <w:r>
        <w:t>Values: Confidentialité, expertise internationale, discrétion</w:t>
      </w:r>
    </w:p>
    <w:p w14:paraId="3C92845D" w14:textId="77777777" w:rsidR="00495879" w:rsidRDefault="00000000">
      <w:r>
        <w:rPr>
          <w:b/>
        </w:rPr>
        <w:t>GBCM Fit</w:t>
      </w:r>
      <w:r>
        <w:t xml:space="preserve">: </w:t>
      </w:r>
      <w:r>
        <w:rPr>
          <w:b/>
        </w:rPr>
        <w:t>ADVISORY Africa</w:t>
      </w:r>
      <w:r>
        <w:t xml:space="preserve"> ($3,500-$7,000/mois) retainer</w:t>
      </w:r>
    </w:p>
    <w:p w14:paraId="5BECC75D" w14:textId="77777777" w:rsidR="00495879" w:rsidRDefault="00000000">
      <w:r>
        <w:t>________________________________________________________________________________</w:t>
      </w:r>
    </w:p>
    <w:p w14:paraId="25A923FD" w14:textId="77777777" w:rsidR="00495879" w:rsidRDefault="00000000">
      <w:pPr>
        <w:pStyle w:val="Titre2"/>
      </w:pPr>
      <w:r>
        <w:t>💰 STRATÉGIE PRICING AFRIQUE</w:t>
      </w:r>
    </w:p>
    <w:p w14:paraId="64D65548" w14:textId="77777777" w:rsidR="00495879" w:rsidRDefault="00000000">
      <w:pPr>
        <w:pStyle w:val="Titre3"/>
      </w:pPr>
      <w:r>
        <w:t>Modèle: "PPP-Adjusted Tiering"</w:t>
      </w:r>
    </w:p>
    <w:p w14:paraId="0D92AA17" w14:textId="77777777" w:rsidR="00495879" w:rsidRDefault="00000000">
      <w:r>
        <w:rPr>
          <w:b/>
        </w:rPr>
        <w:t>Rationale</w:t>
      </w:r>
      <w:r>
        <w:t>:</w:t>
      </w:r>
    </w:p>
    <w:p w14:paraId="4E93DC4B" w14:textId="77777777" w:rsidR="00495879" w:rsidRDefault="00000000">
      <w:pPr>
        <w:pStyle w:val="Listepuces"/>
      </w:pPr>
      <w:r>
        <w:t>Research shows **4.7x higher conversion** with PPP-adjusted pricing</w:t>
      </w:r>
    </w:p>
    <w:p w14:paraId="1976FBF8" w14:textId="77777777" w:rsidR="00495879" w:rsidRDefault="00000000">
      <w:pPr>
        <w:pStyle w:val="Listepuces"/>
      </w:pPr>
      <w:r>
        <w:lastRenderedPageBreak/>
        <w:t>GDP per capita PPP Afrique ≈ 15-20% US</w:t>
      </w:r>
    </w:p>
    <w:p w14:paraId="04AD20F4" w14:textId="77777777" w:rsidR="00495879" w:rsidRDefault="00000000">
      <w:pPr>
        <w:pStyle w:val="Listepuces"/>
      </w:pPr>
      <w:r>
        <w:t>Pricing à 50-60% permet accessibilité tout en restant premium localement</w:t>
      </w:r>
    </w:p>
    <w:p w14:paraId="00D5EB8A" w14:textId="77777777" w:rsidR="00495879" w:rsidRDefault="00000000">
      <w:pPr>
        <w:pStyle w:val="Listepuces"/>
      </w:pPr>
      <w:r>
        <w:t>73% nouveaux customers plateformes globales viennent marchés émergents</w:t>
      </w:r>
    </w:p>
    <w:p w14:paraId="29B9B7C5" w14:textId="77777777" w:rsidR="00495879" w:rsidRDefault="00000000">
      <w:pPr>
        <w:pStyle w:val="Titre3"/>
      </w:pPr>
      <w:r>
        <w:t>Grille Tarifaire Comparative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00104A8A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4CBC19B" w14:textId="77777777" w:rsidR="00495879" w:rsidRDefault="00000000">
            <w:r>
              <w:rPr>
                <w:sz w:val="20"/>
              </w:rPr>
              <w:t>Offre</w:t>
            </w:r>
          </w:p>
        </w:tc>
        <w:tc>
          <w:tcPr>
            <w:tcW w:w="2160" w:type="dxa"/>
          </w:tcPr>
          <w:p w14:paraId="27CF2FC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 Pricing</w:t>
            </w:r>
          </w:p>
        </w:tc>
        <w:tc>
          <w:tcPr>
            <w:tcW w:w="2160" w:type="dxa"/>
          </w:tcPr>
          <w:p w14:paraId="526822E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 Pricing</w:t>
            </w:r>
          </w:p>
        </w:tc>
        <w:tc>
          <w:tcPr>
            <w:tcW w:w="2160" w:type="dxa"/>
          </w:tcPr>
          <w:p w14:paraId="000FFAA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Réduction</w:t>
            </w:r>
          </w:p>
        </w:tc>
      </w:tr>
      <w:tr w:rsidR="00495879" w14:paraId="501C00C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C085080" w14:textId="77777777" w:rsidR="00495879" w:rsidRDefault="00000000">
            <w:r>
              <w:t>**TRANSFORM Growth**</w:t>
            </w:r>
          </w:p>
        </w:tc>
        <w:tc>
          <w:tcPr>
            <w:tcW w:w="2160" w:type="dxa"/>
          </w:tcPr>
          <w:p w14:paraId="360500C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$9,997/an</w:t>
            </w:r>
          </w:p>
        </w:tc>
        <w:tc>
          <w:tcPr>
            <w:tcW w:w="2160" w:type="dxa"/>
          </w:tcPr>
          <w:p w14:paraId="78FACFA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**$4,997/an**</w:t>
            </w:r>
          </w:p>
        </w:tc>
        <w:tc>
          <w:tcPr>
            <w:tcW w:w="2160" w:type="dxa"/>
          </w:tcPr>
          <w:p w14:paraId="48FDEA8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-50%</w:t>
            </w:r>
          </w:p>
        </w:tc>
      </w:tr>
      <w:tr w:rsidR="00495879" w14:paraId="49F60E2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D57DA04" w14:textId="77777777" w:rsidR="00495879" w:rsidRDefault="00000000">
            <w:r>
              <w:t>**TRANSFORM Scale**</w:t>
            </w:r>
          </w:p>
        </w:tc>
        <w:tc>
          <w:tcPr>
            <w:tcW w:w="2160" w:type="dxa"/>
          </w:tcPr>
          <w:p w14:paraId="0E53BCF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$23,997/an</w:t>
            </w:r>
          </w:p>
        </w:tc>
        <w:tc>
          <w:tcPr>
            <w:tcW w:w="2160" w:type="dxa"/>
          </w:tcPr>
          <w:p w14:paraId="3D85570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**$11,997/an**</w:t>
            </w:r>
          </w:p>
        </w:tc>
        <w:tc>
          <w:tcPr>
            <w:tcW w:w="2160" w:type="dxa"/>
          </w:tcPr>
          <w:p w14:paraId="3F69693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-50%</w:t>
            </w:r>
          </w:p>
        </w:tc>
      </w:tr>
      <w:tr w:rsidR="00495879" w14:paraId="7F687C7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F894687" w14:textId="77777777" w:rsidR="00495879" w:rsidRDefault="00000000">
            <w:r>
              <w:t>**TRANSFORM Premier**</w:t>
            </w:r>
          </w:p>
        </w:tc>
        <w:tc>
          <w:tcPr>
            <w:tcW w:w="2160" w:type="dxa"/>
          </w:tcPr>
          <w:p w14:paraId="5063A5D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$59,997/an</w:t>
            </w:r>
          </w:p>
        </w:tc>
        <w:tc>
          <w:tcPr>
            <w:tcW w:w="2160" w:type="dxa"/>
          </w:tcPr>
          <w:p w14:paraId="19DF4D8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**$29,997/an**</w:t>
            </w:r>
          </w:p>
        </w:tc>
        <w:tc>
          <w:tcPr>
            <w:tcW w:w="2160" w:type="dxa"/>
          </w:tcPr>
          <w:p w14:paraId="26AE150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-50%</w:t>
            </w:r>
          </w:p>
        </w:tc>
      </w:tr>
      <w:tr w:rsidR="00495879" w14:paraId="593751F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67C98EE" w14:textId="77777777" w:rsidR="00495879" w:rsidRDefault="00000000">
            <w:r>
              <w:t>**ADVISORY Standard**</w:t>
            </w:r>
          </w:p>
        </w:tc>
        <w:tc>
          <w:tcPr>
            <w:tcW w:w="2160" w:type="dxa"/>
          </w:tcPr>
          <w:p w14:paraId="5503D44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$7,500/mo</w:t>
            </w:r>
          </w:p>
        </w:tc>
        <w:tc>
          <w:tcPr>
            <w:tcW w:w="2160" w:type="dxa"/>
          </w:tcPr>
          <w:p w14:paraId="0EF37E4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**$3,500/mo**</w:t>
            </w:r>
          </w:p>
        </w:tc>
        <w:tc>
          <w:tcPr>
            <w:tcW w:w="2160" w:type="dxa"/>
          </w:tcPr>
          <w:p w14:paraId="2E3F9B5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-53%</w:t>
            </w:r>
          </w:p>
        </w:tc>
      </w:tr>
      <w:tr w:rsidR="00495879" w14:paraId="4A29682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A513AA4" w14:textId="77777777" w:rsidR="00495879" w:rsidRDefault="00000000">
            <w:r>
              <w:t>**ADVISORY Premium**</w:t>
            </w:r>
          </w:p>
        </w:tc>
        <w:tc>
          <w:tcPr>
            <w:tcW w:w="2160" w:type="dxa"/>
          </w:tcPr>
          <w:p w14:paraId="5943765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$15,000/mo</w:t>
            </w:r>
          </w:p>
        </w:tc>
        <w:tc>
          <w:tcPr>
            <w:tcW w:w="2160" w:type="dxa"/>
          </w:tcPr>
          <w:p w14:paraId="0C202D3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**$7,000/mo**</w:t>
            </w:r>
          </w:p>
        </w:tc>
        <w:tc>
          <w:tcPr>
            <w:tcW w:w="2160" w:type="dxa"/>
          </w:tcPr>
          <w:p w14:paraId="49728A1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-53%</w:t>
            </w:r>
          </w:p>
        </w:tc>
      </w:tr>
      <w:tr w:rsidR="00495879" w14:paraId="424A912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18D9668" w14:textId="77777777" w:rsidR="00495879" w:rsidRDefault="00000000">
            <w:r>
              <w:t>**ACCELERATOR 90-Day**</w:t>
            </w:r>
          </w:p>
        </w:tc>
        <w:tc>
          <w:tcPr>
            <w:tcW w:w="2160" w:type="dxa"/>
          </w:tcPr>
          <w:p w14:paraId="1FCFDF6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2160" w:type="dxa"/>
          </w:tcPr>
          <w:p w14:paraId="04B9970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**$12,000**</w:t>
            </w:r>
          </w:p>
        </w:tc>
        <w:tc>
          <w:tcPr>
            <w:tcW w:w="2160" w:type="dxa"/>
          </w:tcPr>
          <w:p w14:paraId="5EE2EA7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-52%</w:t>
            </w:r>
          </w:p>
        </w:tc>
      </w:tr>
      <w:tr w:rsidR="00495879" w14:paraId="28A1CFD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1B06E66" w14:textId="77777777" w:rsidR="00495879" w:rsidRDefault="00000000">
            <w:r>
              <w:t>**PLATFORM Membership**</w:t>
            </w:r>
          </w:p>
        </w:tc>
        <w:tc>
          <w:tcPr>
            <w:tcW w:w="2160" w:type="dxa"/>
          </w:tcPr>
          <w:p w14:paraId="28880CF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$2,997/an</w:t>
            </w:r>
          </w:p>
        </w:tc>
        <w:tc>
          <w:tcPr>
            <w:tcW w:w="2160" w:type="dxa"/>
          </w:tcPr>
          <w:p w14:paraId="0666CF6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**$1,497/an**</w:t>
            </w:r>
          </w:p>
        </w:tc>
        <w:tc>
          <w:tcPr>
            <w:tcW w:w="2160" w:type="dxa"/>
          </w:tcPr>
          <w:p w14:paraId="3130650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-50%</w:t>
            </w:r>
          </w:p>
        </w:tc>
      </w:tr>
    </w:tbl>
    <w:p w14:paraId="62AF00FC" w14:textId="77777777" w:rsidR="00495879" w:rsidRDefault="00495879"/>
    <w:p w14:paraId="6EC59EE2" w14:textId="77777777" w:rsidR="00495879" w:rsidRDefault="00000000">
      <w:pPr>
        <w:pStyle w:val="Titre3"/>
      </w:pPr>
      <w:r>
        <w:t>Pricing Diaspora (Hybride)</w:t>
      </w:r>
    </w:p>
    <w:p w14:paraId="2E6D2E0D" w14:textId="77777777" w:rsidR="00495879" w:rsidRDefault="00000000">
      <w:r>
        <w:rPr>
          <w:b/>
        </w:rPr>
        <w:t>Règle</w:t>
      </w:r>
      <w:r>
        <w:t>: Pricing basé sur localisation business primary operations</w:t>
      </w:r>
    </w:p>
    <w:p w14:paraId="2D8C7C92" w14:textId="77777777" w:rsidR="00495879" w:rsidRDefault="00000000">
      <w:r>
        <w:rPr>
          <w:b/>
        </w:rPr>
        <w:t>Exemples</w:t>
      </w:r>
      <w:r>
        <w:t>:</w:t>
      </w:r>
    </w:p>
    <w:p w14:paraId="0193AA56" w14:textId="77777777" w:rsidR="00495879" w:rsidRDefault="00000000">
      <w:pPr>
        <w:pStyle w:val="Listepuces"/>
      </w:pPr>
      <w:r>
        <w:t>**Diaspora avec 100% operations US**: US pricing</w:t>
      </w:r>
    </w:p>
    <w:p w14:paraId="18FA48B0" w14:textId="77777777" w:rsidR="00495879" w:rsidRDefault="00000000">
      <w:pPr>
        <w:pStyle w:val="Listepuces"/>
      </w:pPr>
      <w:r>
        <w:t>**Diaspora avec 100% operations Africa**: Africa pricing</w:t>
      </w:r>
    </w:p>
    <w:p w14:paraId="54C33831" w14:textId="77777777" w:rsidR="00495879" w:rsidRDefault="00000000">
      <w:pPr>
        <w:pStyle w:val="Listepuces"/>
      </w:pPr>
      <w:r>
        <w:t>**Diaspora 50/50 US-Africa**: **US pricing avec 20% discount** ($19,197 vs $23,997)</w:t>
      </w:r>
    </w:p>
    <w:p w14:paraId="604F943E" w14:textId="77777777" w:rsidR="00495879" w:rsidRDefault="00000000">
      <w:r>
        <w:rPr>
          <w:b/>
        </w:rPr>
        <w:t>Rationale</w:t>
      </w:r>
      <w:r>
        <w:t>:</w:t>
      </w:r>
    </w:p>
    <w:p w14:paraId="67F6E7FC" w14:textId="77777777" w:rsidR="00495879" w:rsidRDefault="00000000">
      <w:pPr>
        <w:pStyle w:val="Listepuces"/>
      </w:pPr>
      <w:r>
        <w:t>Diaspora a revenus/budgets US mais veut supporter Afrique</w:t>
      </w:r>
    </w:p>
    <w:p w14:paraId="062EAA1C" w14:textId="77777777" w:rsidR="00495879" w:rsidRDefault="00000000">
      <w:pPr>
        <w:pStyle w:val="Listepuces"/>
      </w:pPr>
      <w:r>
        <w:t>Discount léger reconnaît dual complexity</w:t>
      </w:r>
    </w:p>
    <w:p w14:paraId="47409571" w14:textId="77777777" w:rsidR="00495879" w:rsidRDefault="00000000">
      <w:pPr>
        <w:pStyle w:val="Listepuces"/>
      </w:pPr>
      <w:r>
        <w:t>Encourage expansion bi-continentale</w:t>
      </w:r>
    </w:p>
    <w:p w14:paraId="13B1DC68" w14:textId="77777777" w:rsidR="00495879" w:rsidRDefault="00000000">
      <w:pPr>
        <w:pStyle w:val="Titre3"/>
      </w:pPr>
      <w:r>
        <w:t>Justification Différentiel Pricing</w:t>
      </w:r>
    </w:p>
    <w:p w14:paraId="296138C8" w14:textId="77777777" w:rsidR="00495879" w:rsidRDefault="00000000">
      <w:r>
        <w:rPr>
          <w:b/>
        </w:rPr>
        <w:t>N'est PAS du dumping, mais de l'adaptation locale</w:t>
      </w:r>
      <w:r>
        <w:t>:</w:t>
      </w:r>
    </w:p>
    <w:p w14:paraId="11CC1093" w14:textId="77777777" w:rsidR="00495879" w:rsidRDefault="00000000">
      <w:pPr>
        <w:pStyle w:val="Listenumros"/>
      </w:pPr>
      <w:r>
        <w:t>**Coût de vie**: Salaire moyen Abidjan = 15-20% salaire moyen Atlanta</w:t>
      </w:r>
    </w:p>
    <w:p w14:paraId="5CA4888E" w14:textId="77777777" w:rsidR="00495879" w:rsidRDefault="00000000">
      <w:pPr>
        <w:pStyle w:val="Listenumros"/>
      </w:pPr>
      <w:r>
        <w:t>**Purchasing power**: $5K en Côte d'Ivoire ≈ $25-30K pouvoir achat US</w:t>
      </w:r>
    </w:p>
    <w:p w14:paraId="2F178F6C" w14:textId="77777777" w:rsidR="00495879" w:rsidRDefault="00000000">
      <w:pPr>
        <w:pStyle w:val="Listenumros"/>
      </w:pPr>
      <w:r>
        <w:t>**Market conditions**: Concurrence locale price beaucoup plus bas</w:t>
      </w:r>
    </w:p>
    <w:p w14:paraId="35E5E1ED" w14:textId="77777777" w:rsidR="00495879" w:rsidRDefault="00000000">
      <w:pPr>
        <w:pStyle w:val="Listenumros"/>
      </w:pPr>
      <w:r>
        <w:t>**Value delivery identique**: Même qualité coaching, même méthodologies</w:t>
      </w:r>
    </w:p>
    <w:p w14:paraId="4F1903B5" w14:textId="77777777" w:rsidR="00495879" w:rsidRDefault="00000000">
      <w:pPr>
        <w:pStyle w:val="Listenumros"/>
      </w:pPr>
      <w:r>
        <w:t>**Economic development**: Pricing accessible permet impact scale</w:t>
      </w:r>
    </w:p>
    <w:p w14:paraId="0DB022F4" w14:textId="77777777" w:rsidR="00495879" w:rsidRDefault="00000000">
      <w:r>
        <w:rPr>
          <w:b/>
        </w:rPr>
        <w:lastRenderedPageBreak/>
        <w:t>Comparaison Locale</w:t>
      </w:r>
      <w:r>
        <w:t xml:space="preserve"> (Côte d'Ivoire exemple):</w:t>
      </w:r>
    </w:p>
    <w:p w14:paraId="3939A935" w14:textId="77777777" w:rsidR="00495879" w:rsidRDefault="00000000">
      <w:pPr>
        <w:pStyle w:val="Listepuces"/>
      </w:pPr>
      <w:r>
        <w:t>Coach local moyen: $50-100/session ($2,000-$4,000/an)</w:t>
      </w:r>
    </w:p>
    <w:p w14:paraId="741D236D" w14:textId="77777777" w:rsidR="00495879" w:rsidRDefault="00000000">
      <w:pPr>
        <w:pStyle w:val="Listepuces"/>
      </w:pPr>
      <w:r>
        <w:t>Consultant international visiting: $200-300/hour (inaccessible PME)</w:t>
      </w:r>
    </w:p>
    <w:p w14:paraId="1CE51040" w14:textId="77777777" w:rsidR="00495879" w:rsidRDefault="00000000">
      <w:pPr>
        <w:pStyle w:val="Listepuces"/>
      </w:pPr>
      <w:r>
        <w:t>**GBCM Africa**: $4,997/an = positioning **premium local** mais accessible</w:t>
      </w:r>
    </w:p>
    <w:p w14:paraId="1AAD2046" w14:textId="77777777" w:rsidR="00495879" w:rsidRDefault="00000000">
      <w:r>
        <w:t>________________________________________________________________________________</w:t>
      </w:r>
    </w:p>
    <w:p w14:paraId="7EBBD9AB" w14:textId="77777777" w:rsidR="00495879" w:rsidRDefault="00000000">
      <w:pPr>
        <w:pStyle w:val="Titre2"/>
      </w:pPr>
      <w:r>
        <w:t>📅 TIMELINE EXPANSION</w:t>
      </w:r>
    </w:p>
    <w:p w14:paraId="079A76D3" w14:textId="77777777" w:rsidR="00495879" w:rsidRDefault="00000000">
      <w:pPr>
        <w:pStyle w:val="Titre3"/>
      </w:pPr>
      <w:r>
        <w:t>Phase 1: Soft Launch (2026 - An 1)</w:t>
      </w:r>
    </w:p>
    <w:p w14:paraId="4BCD4050" w14:textId="77777777" w:rsidR="00495879" w:rsidRDefault="00000000">
      <w:r>
        <w:rPr>
          <w:b/>
        </w:rPr>
        <w:t>Q1-Q2 2026: Focus US + Préparation Afrique</w:t>
      </w:r>
    </w:p>
    <w:p w14:paraId="1C2917BA" w14:textId="77777777" w:rsidR="00495879" w:rsidRDefault="00000000">
      <w:pPr>
        <w:pStyle w:val="Listepuces"/>
      </w:pPr>
      <w:r>
        <w:t>Lancement US, 10-15 premiers clients</w:t>
      </w:r>
    </w:p>
    <w:p w14:paraId="6F800C2A" w14:textId="77777777" w:rsidR="00495879" w:rsidRDefault="00000000">
      <w:pPr>
        <w:pStyle w:val="Listepuces"/>
      </w:pPr>
      <w:r>
        <w:t>Validation product-market fit US</w:t>
      </w:r>
    </w:p>
    <w:p w14:paraId="1E5FA00B" w14:textId="77777777" w:rsidR="00495879" w:rsidRDefault="00000000">
      <w:pPr>
        <w:pStyle w:val="Listepuces"/>
      </w:pPr>
      <w:r>
        <w:t>Traduction contenu core en français (20-30%)</w:t>
      </w:r>
    </w:p>
    <w:p w14:paraId="558B9857" w14:textId="77777777" w:rsidR="00495879" w:rsidRDefault="00000000">
      <w:pPr>
        <w:pStyle w:val="Listepuces"/>
      </w:pPr>
      <w:r>
        <w:t>Lions Dev Abidjan: Préparation infrastructure</w:t>
      </w:r>
    </w:p>
    <w:p w14:paraId="67603358" w14:textId="77777777" w:rsidR="00495879" w:rsidRDefault="00000000">
      <w:r>
        <w:rPr>
          <w:b/>
        </w:rPr>
        <w:t>Q3 2026: Soft Launch Côte d'Ivoire</w:t>
      </w:r>
    </w:p>
    <w:p w14:paraId="709EACD4" w14:textId="77777777" w:rsidR="00495879" w:rsidRDefault="00000000">
      <w:pPr>
        <w:pStyle w:val="Listepuces"/>
      </w:pPr>
      <w:r>
        <w:t>**Target**: 3-5 clients pilotes Abidjan</w:t>
      </w:r>
    </w:p>
    <w:p w14:paraId="12593682" w14:textId="77777777" w:rsidR="00495879" w:rsidRDefault="00000000">
      <w:pPr>
        <w:pStyle w:val="Listepuces"/>
      </w:pPr>
      <w:r>
        <w:t>**Channel**: Réseau Lions Dev + bouche-à-oreille</w:t>
      </w:r>
    </w:p>
    <w:p w14:paraId="038CC583" w14:textId="77777777" w:rsidR="00495879" w:rsidRDefault="00000000">
      <w:pPr>
        <w:pStyle w:val="Listepuces"/>
      </w:pPr>
      <w:r>
        <w:t>**Pricing**: Africa tier (-50%)</w:t>
      </w:r>
    </w:p>
    <w:p w14:paraId="4A81F37A" w14:textId="77777777" w:rsidR="00495879" w:rsidRDefault="00000000">
      <w:pPr>
        <w:pStyle w:val="Listepuces"/>
      </w:pPr>
      <w:r>
        <w:t>**Support**: Abdoul Karim bilingue + Lions Dev local</w:t>
      </w:r>
    </w:p>
    <w:p w14:paraId="766674B2" w14:textId="77777777" w:rsidR="00495879" w:rsidRDefault="00000000">
      <w:r>
        <w:rPr>
          <w:b/>
        </w:rPr>
        <w:t>Q4 2026: Extension Sénégal</w:t>
      </w:r>
    </w:p>
    <w:p w14:paraId="5397C7A6" w14:textId="77777777" w:rsidR="00495879" w:rsidRDefault="00000000">
      <w:pPr>
        <w:pStyle w:val="Listepuces"/>
      </w:pPr>
      <w:r>
        <w:t>Si succès CI (3+ clients signés, NPS &gt;70)</w:t>
      </w:r>
    </w:p>
    <w:p w14:paraId="00D3163B" w14:textId="77777777" w:rsidR="00495879" w:rsidRDefault="00000000">
      <w:pPr>
        <w:pStyle w:val="Listepuces"/>
      </w:pPr>
      <w:r>
        <w:t>**Target**: 2-3 clients Dakar</w:t>
      </w:r>
    </w:p>
    <w:p w14:paraId="3D0890A1" w14:textId="77777777" w:rsidR="00495879" w:rsidRDefault="00000000">
      <w:pPr>
        <w:pStyle w:val="Listepuces"/>
      </w:pPr>
      <w:r>
        <w:t>**Learning**: Affiner offre/pricing basé sur feedback CI</w:t>
      </w:r>
    </w:p>
    <w:p w14:paraId="0CA13700" w14:textId="77777777" w:rsidR="00495879" w:rsidRDefault="00000000">
      <w:r>
        <w:rPr>
          <w:b/>
        </w:rPr>
        <w:t>Objectifs An 1 Africa</w:t>
      </w:r>
      <w:r>
        <w:t>:</w:t>
      </w:r>
    </w:p>
    <w:p w14:paraId="1FC7B705" w14:textId="77777777" w:rsidR="00495879" w:rsidRDefault="00000000">
      <w:pPr>
        <w:pStyle w:val="Listepuces"/>
      </w:pPr>
      <w:r>
        <w:t>6-8 clients africains total</w:t>
      </w:r>
    </w:p>
    <w:p w14:paraId="4BC50140" w14:textId="77777777" w:rsidR="00495879" w:rsidRDefault="00000000">
      <w:pPr>
        <w:pStyle w:val="Listepuces"/>
      </w:pPr>
      <w:r>
        <w:t>$40-60K revenue Africa</w:t>
      </w:r>
    </w:p>
    <w:p w14:paraId="5FCDC432" w14:textId="77777777" w:rsidR="00495879" w:rsidRDefault="00000000">
      <w:pPr>
        <w:pStyle w:val="Listepuces"/>
      </w:pPr>
      <w:r>
        <w:t>NPS &gt;70 (product-market fit validated)</w:t>
      </w:r>
    </w:p>
    <w:p w14:paraId="73ECAB18" w14:textId="77777777" w:rsidR="00495879" w:rsidRDefault="00000000">
      <w:pPr>
        <w:pStyle w:val="Listepuces"/>
      </w:pPr>
      <w:r>
        <w:t>3-5 case studies africains</w:t>
      </w:r>
    </w:p>
    <w:p w14:paraId="596CBE5D" w14:textId="77777777" w:rsidR="00495879" w:rsidRDefault="00000000">
      <w:pPr>
        <w:pStyle w:val="Titre3"/>
      </w:pPr>
      <w:r>
        <w:t>Phase 2: Full Scale Francophone (2027 - An 2)</w:t>
      </w:r>
    </w:p>
    <w:p w14:paraId="3BCFDF5C" w14:textId="77777777" w:rsidR="00495879" w:rsidRDefault="00000000">
      <w:r>
        <w:rPr>
          <w:b/>
        </w:rPr>
        <w:t>Q1-Q2 2027: Marketing Actif 3 Pays</w:t>
      </w:r>
    </w:p>
    <w:p w14:paraId="30B8A3A4" w14:textId="77777777" w:rsidR="00495879" w:rsidRDefault="00000000">
      <w:pPr>
        <w:pStyle w:val="Listepuces"/>
      </w:pPr>
      <w:r>
        <w:t>Côte d'Ivoire, Sénégal, Cameroun</w:t>
      </w:r>
    </w:p>
    <w:p w14:paraId="366A8E8A" w14:textId="77777777" w:rsidR="00495879" w:rsidRDefault="00000000">
      <w:pPr>
        <w:pStyle w:val="Listepuces"/>
      </w:pPr>
      <w:r>
        <w:t>Content marketing français (blog, LinkedIn, YouTube)</w:t>
      </w:r>
    </w:p>
    <w:p w14:paraId="30EB144F" w14:textId="77777777" w:rsidR="00495879" w:rsidRDefault="00000000">
      <w:pPr>
        <w:pStyle w:val="Listepuces"/>
      </w:pPr>
      <w:r>
        <w:t>Partenariats locaux (chambres commerce, associations)</w:t>
      </w:r>
    </w:p>
    <w:p w14:paraId="4576DBD0" w14:textId="77777777" w:rsidR="00495879" w:rsidRDefault="00000000">
      <w:pPr>
        <w:pStyle w:val="Listepuces"/>
      </w:pPr>
      <w:r>
        <w:t>Events/workshops en présentiel (1-2 par pays)</w:t>
      </w:r>
    </w:p>
    <w:p w14:paraId="7BDB8E7B" w14:textId="77777777" w:rsidR="00495879" w:rsidRDefault="00000000">
      <w:r>
        <w:rPr>
          <w:b/>
        </w:rPr>
        <w:lastRenderedPageBreak/>
        <w:t>Q3-Q4 2027: Équipe Locale</w:t>
      </w:r>
    </w:p>
    <w:p w14:paraId="30F5EF4F" w14:textId="77777777" w:rsidR="00495879" w:rsidRDefault="00000000">
      <w:pPr>
        <w:pStyle w:val="Listepuces"/>
      </w:pPr>
      <w:r>
        <w:t>Embauche 1er coach basé Abidjan (francophone)</w:t>
      </w:r>
    </w:p>
    <w:p w14:paraId="65EA6F75" w14:textId="77777777" w:rsidR="00495879" w:rsidRDefault="00000000">
      <w:pPr>
        <w:pStyle w:val="Listepuces"/>
      </w:pPr>
      <w:r>
        <w:t>Possibilité coach Dakar selon volume</w:t>
      </w:r>
    </w:p>
    <w:p w14:paraId="6DC2B976" w14:textId="77777777" w:rsidR="00495879" w:rsidRDefault="00000000">
      <w:pPr>
        <w:pStyle w:val="Listepuces"/>
      </w:pPr>
      <w:r>
        <w:t>Lions Dev: 2-3 tech consultants dédiés projets GBCM clients</w:t>
      </w:r>
    </w:p>
    <w:p w14:paraId="6251DB87" w14:textId="77777777" w:rsidR="00495879" w:rsidRDefault="00000000">
      <w:r>
        <w:rPr>
          <w:b/>
        </w:rPr>
        <w:t>Objectifs An 2 Africa</w:t>
      </w:r>
      <w:r>
        <w:t>:</w:t>
      </w:r>
    </w:p>
    <w:p w14:paraId="795FA707" w14:textId="77777777" w:rsidR="00495879" w:rsidRDefault="00000000">
      <w:pPr>
        <w:pStyle w:val="Listepuces"/>
      </w:pPr>
      <w:r>
        <w:t>18-22 clients africains (+12-14 net adds)</w:t>
      </w:r>
    </w:p>
    <w:p w14:paraId="6597A157" w14:textId="77777777" w:rsidR="00495879" w:rsidRDefault="00000000">
      <w:pPr>
        <w:pStyle w:val="Listepuces"/>
      </w:pPr>
      <w:r>
        <w:t>$140-180K revenue Africa</w:t>
      </w:r>
    </w:p>
    <w:p w14:paraId="051572BB" w14:textId="77777777" w:rsidR="00495879" w:rsidRDefault="00000000">
      <w:pPr>
        <w:pStyle w:val="Listepuces"/>
      </w:pPr>
      <w:r>
        <w:t>Marque établie West Africa francophone</w:t>
      </w:r>
    </w:p>
    <w:p w14:paraId="22DF2788" w14:textId="77777777" w:rsidR="00495879" w:rsidRDefault="00000000">
      <w:pPr>
        <w:pStyle w:val="Listepuces"/>
      </w:pPr>
      <w:r>
        <w:t>10+ case studies publiés</w:t>
      </w:r>
    </w:p>
    <w:p w14:paraId="65FC5DB4" w14:textId="77777777" w:rsidR="00495879" w:rsidRDefault="00000000">
      <w:pPr>
        <w:pStyle w:val="Titre3"/>
      </w:pPr>
      <w:r>
        <w:t>Phase 3: Expansion Anglophone (2028 - An 3)</w:t>
      </w:r>
    </w:p>
    <w:p w14:paraId="1DA39F4E" w14:textId="77777777" w:rsidR="00495879" w:rsidRDefault="00000000">
      <w:r>
        <w:rPr>
          <w:b/>
        </w:rPr>
        <w:t>Q1-Q2 2028: Lancement Nigeria, Kenya, Ghana</w:t>
      </w:r>
    </w:p>
    <w:p w14:paraId="29232FCE" w14:textId="77777777" w:rsidR="00495879" w:rsidRDefault="00000000">
      <w:pPr>
        <w:pStyle w:val="Listepuces"/>
      </w:pPr>
      <w:r>
        <w:t>Adaptation marketing anglophone</w:t>
      </w:r>
    </w:p>
    <w:p w14:paraId="45EDBBB7" w14:textId="77777777" w:rsidR="00495879" w:rsidRDefault="00000000">
      <w:pPr>
        <w:pStyle w:val="Listepuces"/>
      </w:pPr>
      <w:r>
        <w:t>Partenariats locaux (Lagos, Nairobi, Accra)</w:t>
      </w:r>
    </w:p>
    <w:p w14:paraId="4C473911" w14:textId="77777777" w:rsidR="00495879" w:rsidRDefault="00000000">
      <w:pPr>
        <w:pStyle w:val="Listepuces"/>
      </w:pPr>
      <w:r>
        <w:t>Possibilité coaches locaux (freelance d'abord)</w:t>
      </w:r>
    </w:p>
    <w:p w14:paraId="636515FE" w14:textId="77777777" w:rsidR="00495879" w:rsidRDefault="00000000">
      <w:r>
        <w:rPr>
          <w:b/>
        </w:rPr>
        <w:t>Q3-Q4 2028: Consolidation Pan-Africaine</w:t>
      </w:r>
    </w:p>
    <w:p w14:paraId="3809A2CA" w14:textId="77777777" w:rsidR="00495879" w:rsidRDefault="00000000">
      <w:pPr>
        <w:pStyle w:val="Listepuces"/>
      </w:pPr>
      <w:r>
        <w:t>Présence établie 6 pays</w:t>
      </w:r>
    </w:p>
    <w:p w14:paraId="64B70057" w14:textId="77777777" w:rsidR="00495879" w:rsidRDefault="00000000">
      <w:pPr>
        <w:pStyle w:val="Listepuces"/>
      </w:pPr>
      <w:r>
        <w:t>Team: 2-3 coaches Africa-based</w:t>
      </w:r>
    </w:p>
    <w:p w14:paraId="5B94E517" w14:textId="77777777" w:rsidR="00495879" w:rsidRDefault="00000000">
      <w:pPr>
        <w:pStyle w:val="Listepuces"/>
      </w:pPr>
      <w:r>
        <w:t>Lions Dev: 5+ tech team Abidjan</w:t>
      </w:r>
    </w:p>
    <w:p w14:paraId="7A259B3D" w14:textId="77777777" w:rsidR="00495879" w:rsidRDefault="00000000">
      <w:r>
        <w:rPr>
          <w:b/>
        </w:rPr>
        <w:t>Objectifs An 3 Africa</w:t>
      </w:r>
      <w:r>
        <w:t>:</w:t>
      </w:r>
    </w:p>
    <w:p w14:paraId="0FC164FB" w14:textId="77777777" w:rsidR="00495879" w:rsidRDefault="00000000">
      <w:pPr>
        <w:pStyle w:val="Listepuces"/>
      </w:pPr>
      <w:r>
        <w:t>35-40 clients africains (+15-18 net adds)</w:t>
      </w:r>
    </w:p>
    <w:p w14:paraId="094BA15E" w14:textId="77777777" w:rsidR="00495879" w:rsidRDefault="00000000">
      <w:pPr>
        <w:pStyle w:val="Listepuces"/>
      </w:pPr>
      <w:r>
        <w:t>$320-380K revenue Africa</w:t>
      </w:r>
    </w:p>
    <w:p w14:paraId="357A3EC2" w14:textId="77777777" w:rsidR="00495879" w:rsidRDefault="00000000">
      <w:pPr>
        <w:pStyle w:val="Listepuces"/>
      </w:pPr>
      <w:r>
        <w:t>Recognition Pan-Africa (francophone + anglophone)</w:t>
      </w:r>
    </w:p>
    <w:p w14:paraId="2DC66761" w14:textId="77777777" w:rsidR="00495879" w:rsidRDefault="00000000">
      <w:pPr>
        <w:pStyle w:val="Listepuces"/>
      </w:pPr>
      <w:r>
        <w:t>Préparation expansion additional pays (An 4+)</w:t>
      </w:r>
    </w:p>
    <w:p w14:paraId="2F78B1FB" w14:textId="77777777" w:rsidR="00495879" w:rsidRDefault="00000000">
      <w:r>
        <w:t>________________________________________________________________________________</w:t>
      </w:r>
    </w:p>
    <w:p w14:paraId="4450B76F" w14:textId="77777777" w:rsidR="00495879" w:rsidRDefault="00000000">
      <w:pPr>
        <w:pStyle w:val="Titre2"/>
      </w:pPr>
      <w:r>
        <w:t>🚀 STRATÉGIE GO-TO-MARKET AFRIQUE</w:t>
      </w:r>
    </w:p>
    <w:p w14:paraId="679A0194" w14:textId="77777777" w:rsidR="00495879" w:rsidRDefault="00000000">
      <w:pPr>
        <w:pStyle w:val="Titre3"/>
      </w:pPr>
      <w:r>
        <w:t>Canaux Acquisition Prioritaires</w:t>
      </w:r>
    </w:p>
    <w:p w14:paraId="1A3B65F5" w14:textId="77777777" w:rsidR="00495879" w:rsidRDefault="00000000">
      <w:pPr>
        <w:pStyle w:val="Titre4"/>
      </w:pPr>
      <w:r>
        <w:t>Canal 1: Partenariat Lions Dev (Highest Priority)</w:t>
      </w:r>
    </w:p>
    <w:p w14:paraId="73C31DA6" w14:textId="77777777" w:rsidR="00495879" w:rsidRDefault="00000000">
      <w:r>
        <w:rPr>
          <w:b/>
        </w:rPr>
        <w:t>Leverage</w:t>
      </w:r>
      <w:r>
        <w:t>:</w:t>
      </w:r>
    </w:p>
    <w:p w14:paraId="1F556B9B" w14:textId="77777777" w:rsidR="00495879" w:rsidRDefault="00000000">
      <w:pPr>
        <w:pStyle w:val="Listepuces"/>
      </w:pPr>
      <w:r>
        <w:t>Lions Dev Abidjan a déjà réseau clients tech</w:t>
      </w:r>
    </w:p>
    <w:p w14:paraId="2B0DEE5B" w14:textId="77777777" w:rsidR="00495879" w:rsidRDefault="00000000">
      <w:pPr>
        <w:pStyle w:val="Listepuces"/>
      </w:pPr>
      <w:r>
        <w:t>Clients Lions Dev = prospects naturels GBCM (besoin stratégie + tech)</w:t>
      </w:r>
    </w:p>
    <w:p w14:paraId="507DD2C1" w14:textId="77777777" w:rsidR="00495879" w:rsidRDefault="00000000">
      <w:pPr>
        <w:pStyle w:val="Listepuces"/>
      </w:pPr>
      <w:r>
        <w:t>Co-marketing GBCM + Lions Dev events</w:t>
      </w:r>
    </w:p>
    <w:p w14:paraId="060B0AB6" w14:textId="77777777" w:rsidR="00495879" w:rsidRDefault="00000000">
      <w:r>
        <w:rPr>
          <w:b/>
        </w:rPr>
        <w:t>Tactique</w:t>
      </w:r>
      <w:r>
        <w:t>:</w:t>
      </w:r>
    </w:p>
    <w:p w14:paraId="70A69E5D" w14:textId="77777777" w:rsidR="00495879" w:rsidRDefault="00000000">
      <w:pPr>
        <w:pStyle w:val="Listepuces"/>
      </w:pPr>
      <w:r>
        <w:lastRenderedPageBreak/>
        <w:t>Lions Dev réfère clients actuels/prospects à GBCM (commission 10%)</w:t>
      </w:r>
    </w:p>
    <w:p w14:paraId="4316431B" w14:textId="77777777" w:rsidR="00495879" w:rsidRDefault="00000000">
      <w:pPr>
        <w:pStyle w:val="Listepuces"/>
      </w:pPr>
      <w:r>
        <w:t>Packages bundled "Strategy + Tech" vendus ensemble</w:t>
      </w:r>
    </w:p>
    <w:p w14:paraId="48193D3F" w14:textId="77777777" w:rsidR="00495879" w:rsidRDefault="00000000">
      <w:pPr>
        <w:pStyle w:val="Listepuces"/>
      </w:pPr>
      <w:r>
        <w:t>Workshop co-animés Abidjan (quarterly)</w:t>
      </w:r>
    </w:p>
    <w:p w14:paraId="0B4F7CF2" w14:textId="77777777" w:rsidR="00495879" w:rsidRDefault="00000000">
      <w:r>
        <w:rPr>
          <w:b/>
        </w:rPr>
        <w:t>Target</w:t>
      </w:r>
      <w:r>
        <w:t>: 40% des clients Africa An 1-2 via ce canal</w:t>
      </w:r>
    </w:p>
    <w:p w14:paraId="03790857" w14:textId="77777777" w:rsidR="00495879" w:rsidRDefault="00000000">
      <w:pPr>
        <w:pStyle w:val="Titre4"/>
      </w:pPr>
      <w:r>
        <w:t>Canal 2: Réseau Diaspora Africaine US</w:t>
      </w:r>
    </w:p>
    <w:p w14:paraId="55419C77" w14:textId="77777777" w:rsidR="00495879" w:rsidRDefault="00000000">
      <w:r>
        <w:rPr>
          <w:b/>
        </w:rPr>
        <w:t>Leverage</w:t>
      </w:r>
      <w:r>
        <w:t>:</w:t>
      </w:r>
    </w:p>
    <w:p w14:paraId="511C572C" w14:textId="77777777" w:rsidR="00495879" w:rsidRDefault="00000000">
      <w:pPr>
        <w:pStyle w:val="Listepuces"/>
      </w:pPr>
      <w:r>
        <w:t>Abdoul Karim connections diaspora</w:t>
      </w:r>
    </w:p>
    <w:p w14:paraId="474919F0" w14:textId="77777777" w:rsidR="00495879" w:rsidRDefault="00000000">
      <w:pPr>
        <w:pStyle w:val="Listepuces"/>
      </w:pPr>
      <w:r>
        <w:t>PAC-ADE, African Diaspora Network, Prosper Africa events</w:t>
      </w:r>
    </w:p>
    <w:p w14:paraId="5A74D5B1" w14:textId="77777777" w:rsidR="00495879" w:rsidRDefault="00000000">
      <w:pPr>
        <w:pStyle w:val="Listepuces"/>
      </w:pPr>
      <w:r>
        <w:t>Communautés LinkedIn/Facebook diaspora entrepreneurs</w:t>
      </w:r>
    </w:p>
    <w:p w14:paraId="4F36C868" w14:textId="77777777" w:rsidR="00495879" w:rsidRDefault="00000000">
      <w:r>
        <w:rPr>
          <w:b/>
        </w:rPr>
        <w:t>Tactique</w:t>
      </w:r>
      <w:r>
        <w:t>:</w:t>
      </w:r>
    </w:p>
    <w:p w14:paraId="03B32736" w14:textId="77777777" w:rsidR="00495879" w:rsidRDefault="00000000">
      <w:pPr>
        <w:pStyle w:val="Listepuces"/>
      </w:pPr>
      <w:r>
        <w:t>Speaking engagements diaspora events US</w:t>
      </w:r>
    </w:p>
    <w:p w14:paraId="0AF3E58A" w14:textId="77777777" w:rsidR="00495879" w:rsidRDefault="00000000">
      <w:pPr>
        <w:pStyle w:val="Listepuces"/>
      </w:pPr>
      <w:r>
        <w:t>Content marketing ciblé diaspora (success stories)</w:t>
      </w:r>
    </w:p>
    <w:p w14:paraId="49B984F9" w14:textId="77777777" w:rsidR="00495879" w:rsidRDefault="00000000">
      <w:pPr>
        <w:pStyle w:val="Listepuces"/>
      </w:pPr>
      <w:r>
        <w:t>Referral program diaspora (réfère entrepreneur Africa = discount)</w:t>
      </w:r>
    </w:p>
    <w:p w14:paraId="6D2F13E1" w14:textId="77777777" w:rsidR="00495879" w:rsidRDefault="00000000">
      <w:r>
        <w:rPr>
          <w:b/>
        </w:rPr>
        <w:t>Target</w:t>
      </w:r>
      <w:r>
        <w:t>: 30% des clients Africa An 1-2 via diaspora</w:t>
      </w:r>
    </w:p>
    <w:p w14:paraId="421A8D42" w14:textId="77777777" w:rsidR="00495879" w:rsidRDefault="00000000">
      <w:pPr>
        <w:pStyle w:val="Titre4"/>
      </w:pPr>
      <w:r>
        <w:t>Canal 3: Partenariats Locaux Afrique</w:t>
      </w:r>
    </w:p>
    <w:p w14:paraId="0FA9F3D2" w14:textId="77777777" w:rsidR="00495879" w:rsidRDefault="00000000">
      <w:r>
        <w:rPr>
          <w:b/>
        </w:rPr>
        <w:t>Targets Partenaires</w:t>
      </w:r>
      <w:r>
        <w:t>:</w:t>
      </w:r>
    </w:p>
    <w:p w14:paraId="05FB86C6" w14:textId="77777777" w:rsidR="00495879" w:rsidRDefault="00000000">
      <w:pPr>
        <w:pStyle w:val="Listepuces"/>
      </w:pPr>
      <w:r>
        <w:t>Chambres de commerce (AmCham, EuroCham Abidjan/Dakar)</w:t>
      </w:r>
    </w:p>
    <w:p w14:paraId="1D6E1859" w14:textId="77777777" w:rsidR="00495879" w:rsidRDefault="00000000">
      <w:pPr>
        <w:pStyle w:val="Listepuces"/>
      </w:pPr>
      <w:r>
        <w:t>Associations entrepreneurs locales (CI-Telligent, CIAN, etc.)</w:t>
      </w:r>
    </w:p>
    <w:p w14:paraId="23A8CD93" w14:textId="77777777" w:rsidR="00495879" w:rsidRDefault="00000000">
      <w:pPr>
        <w:pStyle w:val="Listepuces"/>
      </w:pPr>
      <w:r>
        <w:t>Banques SMB divisions (Ecobank, UBA, etc.)</w:t>
      </w:r>
    </w:p>
    <w:p w14:paraId="1DE33F92" w14:textId="77777777" w:rsidR="00495879" w:rsidRDefault="00000000">
      <w:pPr>
        <w:pStyle w:val="Listepuces"/>
      </w:pPr>
      <w:r>
        <w:t>Cabinets comptables (PwC, Deloitte Africa arms)</w:t>
      </w:r>
    </w:p>
    <w:p w14:paraId="320A7C3D" w14:textId="77777777" w:rsidR="00495879" w:rsidRDefault="00000000">
      <w:r>
        <w:rPr>
          <w:b/>
        </w:rPr>
        <w:t>Tactique</w:t>
      </w:r>
      <w:r>
        <w:t>:</w:t>
      </w:r>
    </w:p>
    <w:p w14:paraId="574CEC7A" w14:textId="77777777" w:rsidR="00495879" w:rsidRDefault="00000000">
      <w:pPr>
        <w:pStyle w:val="Listepuces"/>
      </w:pPr>
      <w:r>
        <w:t>Workshops gratuits co-organisés (lead gen)</w:t>
      </w:r>
    </w:p>
    <w:p w14:paraId="3D18E6A0" w14:textId="77777777" w:rsidR="00495879" w:rsidRDefault="00000000">
      <w:pPr>
        <w:pStyle w:val="Listepuces"/>
      </w:pPr>
      <w:r>
        <w:t>Referral agreements (10-15% commission)</w:t>
      </w:r>
    </w:p>
    <w:p w14:paraId="7F546DF3" w14:textId="77777777" w:rsidR="00495879" w:rsidRDefault="00000000">
      <w:pPr>
        <w:pStyle w:val="Listepuces"/>
      </w:pPr>
      <w:r>
        <w:t>Co-marketing (logos, testimonials)</w:t>
      </w:r>
    </w:p>
    <w:p w14:paraId="650AFDB5" w14:textId="77777777" w:rsidR="00495879" w:rsidRDefault="00000000">
      <w:r>
        <w:rPr>
          <w:b/>
        </w:rPr>
        <w:t>Target</w:t>
      </w:r>
      <w:r>
        <w:t>: 20% des clients Africa An 2-3</w:t>
      </w:r>
    </w:p>
    <w:p w14:paraId="71B40176" w14:textId="77777777" w:rsidR="00495879" w:rsidRDefault="00000000">
      <w:pPr>
        <w:pStyle w:val="Titre4"/>
      </w:pPr>
      <w:r>
        <w:t>Canal 4: Content Marketing Digital</w:t>
      </w:r>
    </w:p>
    <w:p w14:paraId="21A8FD9C" w14:textId="77777777" w:rsidR="00495879" w:rsidRDefault="00000000">
      <w:r>
        <w:rPr>
          <w:b/>
        </w:rPr>
        <w:t>Focus Francophone</w:t>
      </w:r>
      <w:r>
        <w:t>:</w:t>
      </w:r>
    </w:p>
    <w:p w14:paraId="6B161951" w14:textId="77777777" w:rsidR="00495879" w:rsidRDefault="00000000">
      <w:pPr>
        <w:pStyle w:val="Listepuces"/>
      </w:pPr>
      <w:r>
        <w:t>Blog articles français (SEO: "coaching entreprise Abidjan", "consultant PME Sénégal")</w:t>
      </w:r>
    </w:p>
    <w:p w14:paraId="49D63BDA" w14:textId="77777777" w:rsidR="00495879" w:rsidRDefault="00000000">
      <w:pPr>
        <w:pStyle w:val="Listepuces"/>
      </w:pPr>
      <w:r>
        <w:t>YouTube channel français (short-form 3-5 min tips)</w:t>
      </w:r>
    </w:p>
    <w:p w14:paraId="3AC2E4C0" w14:textId="77777777" w:rsidR="00495879" w:rsidRDefault="00000000">
      <w:pPr>
        <w:pStyle w:val="Listepuces"/>
      </w:pPr>
      <w:r>
        <w:t>LinkedIn présence francophone active</w:t>
      </w:r>
    </w:p>
    <w:p w14:paraId="61CE6952" w14:textId="77777777" w:rsidR="00495879" w:rsidRDefault="00000000">
      <w:r>
        <w:rPr>
          <w:b/>
        </w:rPr>
        <w:t>Focus Anglophone</w:t>
      </w:r>
      <w:r>
        <w:t xml:space="preserve"> (An 3):</w:t>
      </w:r>
    </w:p>
    <w:p w14:paraId="46AB6B3F" w14:textId="77777777" w:rsidR="00495879" w:rsidRDefault="00000000">
      <w:pPr>
        <w:pStyle w:val="Listepuces"/>
      </w:pPr>
      <w:r>
        <w:t>Same strategy adapted English (Nigeria, Kenya, Ghana keywords)</w:t>
      </w:r>
    </w:p>
    <w:p w14:paraId="393E1E6A" w14:textId="77777777" w:rsidR="00495879" w:rsidRDefault="00000000">
      <w:r>
        <w:rPr>
          <w:b/>
        </w:rPr>
        <w:lastRenderedPageBreak/>
        <w:t>Target</w:t>
      </w:r>
      <w:r>
        <w:t>: 10% des clients An 2-3 (inbound organic)</w:t>
      </w:r>
    </w:p>
    <w:p w14:paraId="1F2189C6" w14:textId="77777777" w:rsidR="00495879" w:rsidRDefault="00000000">
      <w:pPr>
        <w:pStyle w:val="Titre3"/>
      </w:pPr>
      <w:r>
        <w:t>Marketing Budget Africa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64A7B753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4AF2C6C" w14:textId="77777777" w:rsidR="00495879" w:rsidRDefault="00000000">
            <w:r>
              <w:rPr>
                <w:sz w:val="20"/>
              </w:rPr>
              <w:t>Année</w:t>
            </w:r>
          </w:p>
        </w:tc>
        <w:tc>
          <w:tcPr>
            <w:tcW w:w="2880" w:type="dxa"/>
          </w:tcPr>
          <w:p w14:paraId="2F480D9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Budget</w:t>
            </w:r>
          </w:p>
        </w:tc>
        <w:tc>
          <w:tcPr>
            <w:tcW w:w="2880" w:type="dxa"/>
          </w:tcPr>
          <w:p w14:paraId="7A3F2CD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Allocation</w:t>
            </w:r>
          </w:p>
        </w:tc>
      </w:tr>
      <w:tr w:rsidR="00495879" w14:paraId="6763D8E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130E42A" w14:textId="77777777" w:rsidR="00495879" w:rsidRDefault="00000000">
            <w:r>
              <w:t>**An 1**</w:t>
            </w:r>
          </w:p>
        </w:tc>
        <w:tc>
          <w:tcPr>
            <w:tcW w:w="2880" w:type="dxa"/>
          </w:tcPr>
          <w:p w14:paraId="1BADE02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$8,000</w:t>
            </w:r>
          </w:p>
        </w:tc>
        <w:tc>
          <w:tcPr>
            <w:tcW w:w="2880" w:type="dxa"/>
          </w:tcPr>
          <w:p w14:paraId="787CD0D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Events (40%), Content (30%), Partnerships (30%)</w:t>
            </w:r>
          </w:p>
        </w:tc>
      </w:tr>
      <w:tr w:rsidR="00495879" w14:paraId="763977F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C854D90" w14:textId="77777777" w:rsidR="00495879" w:rsidRDefault="00000000">
            <w:r>
              <w:t>**An 2**</w:t>
            </w:r>
          </w:p>
        </w:tc>
        <w:tc>
          <w:tcPr>
            <w:tcW w:w="2880" w:type="dxa"/>
          </w:tcPr>
          <w:p w14:paraId="20FD953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2880" w:type="dxa"/>
          </w:tcPr>
          <w:p w14:paraId="3B52E57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Team local (40%), Events (25%), Content (20%), Ads (15%)</w:t>
            </w:r>
          </w:p>
        </w:tc>
      </w:tr>
      <w:tr w:rsidR="00495879" w14:paraId="219159C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5BD37D9" w14:textId="77777777" w:rsidR="00495879" w:rsidRDefault="00000000">
            <w:r>
              <w:t>**An 3**</w:t>
            </w:r>
          </w:p>
        </w:tc>
        <w:tc>
          <w:tcPr>
            <w:tcW w:w="2880" w:type="dxa"/>
          </w:tcPr>
          <w:p w14:paraId="17143AF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$45,000</w:t>
            </w:r>
          </w:p>
        </w:tc>
        <w:tc>
          <w:tcPr>
            <w:tcW w:w="2880" w:type="dxa"/>
          </w:tcPr>
          <w:p w14:paraId="7E26622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Team (50%), Events (20%), Content (15%), Ads (15%)</w:t>
            </w:r>
          </w:p>
        </w:tc>
      </w:tr>
    </w:tbl>
    <w:p w14:paraId="602CE8E6" w14:textId="77777777" w:rsidR="00495879" w:rsidRDefault="00495879"/>
    <w:p w14:paraId="35EFAAB4" w14:textId="77777777" w:rsidR="00495879" w:rsidRDefault="00000000">
      <w:r>
        <w:t>________________________________________________________________________________</w:t>
      </w:r>
    </w:p>
    <w:p w14:paraId="46748B7D" w14:textId="77777777" w:rsidR="00495879" w:rsidRDefault="00000000">
      <w:pPr>
        <w:pStyle w:val="Titre2"/>
      </w:pPr>
      <w:r>
        <w:t>🦁 PARTENARIAT LIONS DEV ABIDJAN</w:t>
      </w:r>
    </w:p>
    <w:p w14:paraId="00181AEC" w14:textId="77777777" w:rsidR="00495879" w:rsidRDefault="00000000">
      <w:pPr>
        <w:pStyle w:val="Titre3"/>
      </w:pPr>
      <w:r>
        <w:t>Rôle Stratégique Lions Dev</w:t>
      </w:r>
    </w:p>
    <w:p w14:paraId="37CD816A" w14:textId="77777777" w:rsidR="00495879" w:rsidRDefault="00000000">
      <w:r>
        <w:rPr>
          <w:b/>
        </w:rPr>
        <w:t>Lions Dev Abidjan = Asset Clé Expansion Afrique</w:t>
      </w:r>
    </w:p>
    <w:p w14:paraId="61EA8364" w14:textId="77777777" w:rsidR="00495879" w:rsidRDefault="00000000">
      <w:r>
        <w:rPr>
          <w:b/>
        </w:rPr>
        <w:t>Avantages</w:t>
      </w:r>
      <w:r>
        <w:t>:</w:t>
      </w:r>
    </w:p>
    <w:p w14:paraId="7CBF9088" w14:textId="77777777" w:rsidR="00495879" w:rsidRDefault="00000000">
      <w:pPr>
        <w:pStyle w:val="Listenumros"/>
      </w:pPr>
      <w:r>
        <w:t>**Infrastructure locale ready**: Bureau, team, réputation</w:t>
      </w:r>
    </w:p>
    <w:p w14:paraId="5C189F40" w14:textId="77777777" w:rsidR="00495879" w:rsidRDefault="00000000">
      <w:pPr>
        <w:pStyle w:val="Listenumros"/>
      </w:pPr>
      <w:r>
        <w:t>**Network existant**: Clients, partenaires, connaissance marché</w:t>
      </w:r>
    </w:p>
    <w:p w14:paraId="37A23F2E" w14:textId="77777777" w:rsidR="00495879" w:rsidRDefault="00000000">
      <w:pPr>
        <w:pStyle w:val="Listenumros"/>
      </w:pPr>
      <w:r>
        <w:t>**Cultural fluency**: Équipe locale comprend nuances business CI/West Africa</w:t>
      </w:r>
    </w:p>
    <w:p w14:paraId="665E94E3" w14:textId="77777777" w:rsidR="00495879" w:rsidRDefault="00000000">
      <w:pPr>
        <w:pStyle w:val="Listenumros"/>
      </w:pPr>
      <w:r>
        <w:t>**Tech delivery**: Peut exécuter projets transformation digitale sur place</w:t>
      </w:r>
    </w:p>
    <w:p w14:paraId="5582A5C0" w14:textId="77777777" w:rsidR="00495879" w:rsidRDefault="00000000">
      <w:pPr>
        <w:pStyle w:val="Listenumros"/>
      </w:pPr>
      <w:r>
        <w:t>**Trust factor**: Entreprise établie localement (pas "parachutés")</w:t>
      </w:r>
    </w:p>
    <w:p w14:paraId="101D9610" w14:textId="77777777" w:rsidR="00495879" w:rsidRDefault="00000000">
      <w:pPr>
        <w:pStyle w:val="Titre3"/>
      </w:pPr>
      <w:r>
        <w:t>Modèle Opérationnel Afrique</w:t>
      </w:r>
    </w:p>
    <w:p w14:paraId="5A129916" w14:textId="77777777" w:rsidR="00495879" w:rsidRDefault="00000000">
      <w:r>
        <w:rPr>
          <w:b/>
        </w:rPr>
        <w:t>Setup An 1-2</w:t>
      </w:r>
      <w:r>
        <w:t>:</w:t>
      </w:r>
    </w:p>
    <w:p w14:paraId="1687C074" w14:textId="77777777" w:rsidR="00495879" w:rsidRDefault="00000000">
      <w:pPr>
        <w:pStyle w:val="Listepuces"/>
      </w:pPr>
      <w:r>
        <w:t>Lions Dev Abidjan = "bras technique" GBCM Africa</w:t>
      </w:r>
    </w:p>
    <w:p w14:paraId="70EEE559" w14:textId="77777777" w:rsidR="00495879" w:rsidRDefault="00000000">
      <w:pPr>
        <w:pStyle w:val="Listepuces"/>
      </w:pPr>
      <w:r>
        <w:t>GBCM = stratégie/coaching</w:t>
      </w:r>
    </w:p>
    <w:p w14:paraId="17E184EA" w14:textId="77777777" w:rsidR="00495879" w:rsidRDefault="00000000">
      <w:pPr>
        <w:pStyle w:val="Listepuces"/>
      </w:pPr>
      <w:r>
        <w:t>Lions Dev = implémentation technique</w:t>
      </w:r>
    </w:p>
    <w:p w14:paraId="41B4C8F8" w14:textId="77777777" w:rsidR="00495879" w:rsidRDefault="00000000">
      <w:r>
        <w:rPr>
          <w:b/>
        </w:rPr>
        <w:t>Workflow Projet Client Africain Typique</w:t>
      </w:r>
      <w:r>
        <w:t>:</w:t>
      </w:r>
    </w:p>
    <w:p w14:paraId="4F8EA244" w14:textId="77777777" w:rsidR="00495879" w:rsidRDefault="00000000">
      <w:pPr>
        <w:pStyle w:val="Listenumros"/>
      </w:pPr>
      <w:r>
        <w:t>Client signe TRANSFORM program avec GBCM ($5K-12K)</w:t>
      </w:r>
    </w:p>
    <w:p w14:paraId="2DF3F22E" w14:textId="77777777" w:rsidR="00495879" w:rsidRDefault="00000000">
      <w:pPr>
        <w:pStyle w:val="Listenumros"/>
      </w:pPr>
      <w:r>
        <w:t>Diagnostic révèle besoins tech (CRM, website, automation)</w:t>
      </w:r>
    </w:p>
    <w:p w14:paraId="029EA2A2" w14:textId="77777777" w:rsidR="00495879" w:rsidRDefault="00000000">
      <w:pPr>
        <w:pStyle w:val="Listenumros"/>
      </w:pPr>
      <w:r>
        <w:t>GBCM réfère à Lions Dev pour volet tech ($8K-20K projet)</w:t>
      </w:r>
    </w:p>
    <w:p w14:paraId="1AD1E51D" w14:textId="77777777" w:rsidR="00495879" w:rsidRDefault="00000000">
      <w:pPr>
        <w:pStyle w:val="Listenumros"/>
      </w:pPr>
      <w:r>
        <w:t>Lions Dev exécute, GBCM coach assure adoption</w:t>
      </w:r>
    </w:p>
    <w:p w14:paraId="014F4F3A" w14:textId="77777777" w:rsidR="00495879" w:rsidRDefault="00000000">
      <w:pPr>
        <w:pStyle w:val="Listenumros"/>
      </w:pPr>
      <w:r>
        <w:t>GBCM reçoit commission 10% sur projet Lions Dev ($800-2K)</w:t>
      </w:r>
    </w:p>
    <w:p w14:paraId="5A9F0556" w14:textId="77777777" w:rsidR="00495879" w:rsidRDefault="00000000">
      <w:pPr>
        <w:pStyle w:val="Listenumros"/>
      </w:pPr>
      <w:r>
        <w:t>Client = transformation complète (stratégie + tech)</w:t>
      </w:r>
    </w:p>
    <w:p w14:paraId="219CA6F6" w14:textId="77777777" w:rsidR="00495879" w:rsidRDefault="00000000">
      <w:r>
        <w:rPr>
          <w:b/>
        </w:rPr>
        <w:t>Win-Win-Win</w:t>
      </w:r>
      <w:r>
        <w:t>:</w:t>
      </w:r>
    </w:p>
    <w:p w14:paraId="11BDEDD5" w14:textId="77777777" w:rsidR="00495879" w:rsidRDefault="00000000">
      <w:pPr>
        <w:pStyle w:val="Listepuces"/>
      </w:pPr>
      <w:r>
        <w:t>**Client**: Solution complète bout-en-bout</w:t>
      </w:r>
    </w:p>
    <w:p w14:paraId="3E59BC47" w14:textId="77777777" w:rsidR="00495879" w:rsidRDefault="00000000">
      <w:pPr>
        <w:pStyle w:val="Listepuces"/>
      </w:pPr>
      <w:r>
        <w:lastRenderedPageBreak/>
        <w:t>**GBCM**: Commission tech + meilleure rétention client (value delivered)</w:t>
      </w:r>
    </w:p>
    <w:p w14:paraId="1398B69A" w14:textId="77777777" w:rsidR="00495879" w:rsidRDefault="00000000">
      <w:pPr>
        <w:pStyle w:val="Listepuces"/>
      </w:pPr>
      <w:r>
        <w:t>**Lions Dev**: Pipeline clients qualifiés, projets plus stratégiques</w:t>
      </w:r>
    </w:p>
    <w:p w14:paraId="64A1FE5F" w14:textId="77777777" w:rsidR="00495879" w:rsidRDefault="00000000">
      <w:pPr>
        <w:pStyle w:val="Titre3"/>
      </w:pPr>
      <w:r>
        <w:t>Projections Revenus Croisés Africa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6524233A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5A866D7" w14:textId="77777777" w:rsidR="00495879" w:rsidRDefault="00000000">
            <w:r>
              <w:rPr>
                <w:sz w:val="20"/>
              </w:rPr>
              <w:t>Année</w:t>
            </w:r>
          </w:p>
        </w:tc>
        <w:tc>
          <w:tcPr>
            <w:tcW w:w="1728" w:type="dxa"/>
          </w:tcPr>
          <w:p w14:paraId="187E284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Clients GBCM Africa</w:t>
            </w:r>
          </w:p>
        </w:tc>
        <w:tc>
          <w:tcPr>
            <w:tcW w:w="1728" w:type="dxa"/>
          </w:tcPr>
          <w:p w14:paraId="3ADB6A3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Projets Tech (50% prennent)</w:t>
            </w:r>
          </w:p>
        </w:tc>
        <w:tc>
          <w:tcPr>
            <w:tcW w:w="1728" w:type="dxa"/>
          </w:tcPr>
          <w:p w14:paraId="0E8735C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 Lions Dev</w:t>
            </w:r>
          </w:p>
        </w:tc>
        <w:tc>
          <w:tcPr>
            <w:tcW w:w="1728" w:type="dxa"/>
          </w:tcPr>
          <w:p w14:paraId="7425B1D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Commission GBCM</w:t>
            </w:r>
          </w:p>
        </w:tc>
      </w:tr>
      <w:tr w:rsidR="00495879" w14:paraId="2671389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66842CF" w14:textId="77777777" w:rsidR="00495879" w:rsidRDefault="00000000">
            <w:r>
              <w:t>An 1</w:t>
            </w:r>
          </w:p>
        </w:tc>
        <w:tc>
          <w:tcPr>
            <w:tcW w:w="1728" w:type="dxa"/>
          </w:tcPr>
          <w:p w14:paraId="58D7D7C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6-8</w:t>
            </w:r>
          </w:p>
        </w:tc>
        <w:tc>
          <w:tcPr>
            <w:tcW w:w="1728" w:type="dxa"/>
          </w:tcPr>
          <w:p w14:paraId="6B7D488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3-4 × $8K</w:t>
            </w:r>
          </w:p>
        </w:tc>
        <w:tc>
          <w:tcPr>
            <w:tcW w:w="1728" w:type="dxa"/>
          </w:tcPr>
          <w:p w14:paraId="40534F9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$24-32K</w:t>
            </w:r>
          </w:p>
        </w:tc>
        <w:tc>
          <w:tcPr>
            <w:tcW w:w="1728" w:type="dxa"/>
          </w:tcPr>
          <w:p w14:paraId="5720F55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$2.4-3.2K</w:t>
            </w:r>
          </w:p>
        </w:tc>
      </w:tr>
      <w:tr w:rsidR="00495879" w14:paraId="19B6E4E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094C9DA" w14:textId="77777777" w:rsidR="00495879" w:rsidRDefault="00000000">
            <w:r>
              <w:t>An 2</w:t>
            </w:r>
          </w:p>
        </w:tc>
        <w:tc>
          <w:tcPr>
            <w:tcW w:w="1728" w:type="dxa"/>
          </w:tcPr>
          <w:p w14:paraId="4710979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18-20</w:t>
            </w:r>
          </w:p>
        </w:tc>
        <w:tc>
          <w:tcPr>
            <w:tcW w:w="1728" w:type="dxa"/>
          </w:tcPr>
          <w:p w14:paraId="6294958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9-10 × $12K</w:t>
            </w:r>
          </w:p>
        </w:tc>
        <w:tc>
          <w:tcPr>
            <w:tcW w:w="1728" w:type="dxa"/>
          </w:tcPr>
          <w:p w14:paraId="7939712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$108-120K</w:t>
            </w:r>
          </w:p>
        </w:tc>
        <w:tc>
          <w:tcPr>
            <w:tcW w:w="1728" w:type="dxa"/>
          </w:tcPr>
          <w:p w14:paraId="2BB6AA7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$10.8-12K</w:t>
            </w:r>
          </w:p>
        </w:tc>
      </w:tr>
      <w:tr w:rsidR="00495879" w14:paraId="4C2D21C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8788947" w14:textId="77777777" w:rsidR="00495879" w:rsidRDefault="00000000">
            <w:r>
              <w:t>An 3</w:t>
            </w:r>
          </w:p>
        </w:tc>
        <w:tc>
          <w:tcPr>
            <w:tcW w:w="1728" w:type="dxa"/>
          </w:tcPr>
          <w:p w14:paraId="633718F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35-40</w:t>
            </w:r>
          </w:p>
        </w:tc>
        <w:tc>
          <w:tcPr>
            <w:tcW w:w="1728" w:type="dxa"/>
          </w:tcPr>
          <w:p w14:paraId="53C5DA6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18-20 × $15K</w:t>
            </w:r>
          </w:p>
        </w:tc>
        <w:tc>
          <w:tcPr>
            <w:tcW w:w="1728" w:type="dxa"/>
          </w:tcPr>
          <w:p w14:paraId="68597CD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$270-300K</w:t>
            </w:r>
          </w:p>
        </w:tc>
        <w:tc>
          <w:tcPr>
            <w:tcW w:w="1728" w:type="dxa"/>
          </w:tcPr>
          <w:p w14:paraId="4C17E80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$27-30K</w:t>
            </w:r>
          </w:p>
        </w:tc>
      </w:tr>
    </w:tbl>
    <w:p w14:paraId="7A764CFF" w14:textId="77777777" w:rsidR="00495879" w:rsidRDefault="00495879"/>
    <w:p w14:paraId="2774D431" w14:textId="77777777" w:rsidR="00495879" w:rsidRDefault="00000000">
      <w:r>
        <w:rPr>
          <w:b/>
        </w:rPr>
        <w:t>Total 3 ans</w:t>
      </w:r>
      <w:r>
        <w:t>: Lions Dev ~$400-450K revenue additionnel via GBCM Africa</w:t>
      </w:r>
    </w:p>
    <w:p w14:paraId="47FD1186" w14:textId="77777777" w:rsidR="00495879" w:rsidRDefault="00000000">
      <w:r>
        <w:t>________________________________________________________________________________</w:t>
      </w:r>
    </w:p>
    <w:p w14:paraId="52962496" w14:textId="77777777" w:rsidR="00495879" w:rsidRDefault="00000000">
      <w:pPr>
        <w:pStyle w:val="Titre2"/>
      </w:pPr>
      <w:r>
        <w:t>📌 CONCLUSION STRATÉGIE AFRIQUE</w:t>
      </w:r>
    </w:p>
    <w:p w14:paraId="65065F56" w14:textId="77777777" w:rsidR="00495879" w:rsidRDefault="00000000">
      <w:pPr>
        <w:pStyle w:val="Titre3"/>
      </w:pPr>
      <w:r>
        <w:t>Points Clés</w:t>
      </w:r>
    </w:p>
    <w:p w14:paraId="40846612" w14:textId="77777777" w:rsidR="00495879" w:rsidRDefault="00000000">
      <w:r>
        <w:t xml:space="preserve">✅ </w:t>
      </w:r>
      <w:r>
        <w:rPr>
          <w:b/>
        </w:rPr>
        <w:t>Opportunité Massive</w:t>
      </w:r>
      <w:r>
        <w:t>: $132M SAM sur 6 pays, croissance 6.3% CAGR segment PME</w:t>
      </w:r>
    </w:p>
    <w:p w14:paraId="324C95BC" w14:textId="77777777" w:rsidR="00495879" w:rsidRDefault="00000000">
      <w:r>
        <w:t xml:space="preserve">✅ </w:t>
      </w:r>
      <w:r>
        <w:rPr>
          <w:b/>
        </w:rPr>
        <w:t>Timing Optimal</w:t>
      </w:r>
      <w:r>
        <w:t>: Soft launch An 1 permet test, full scale An 2 avec learnings</w:t>
      </w:r>
    </w:p>
    <w:p w14:paraId="3F1914EE" w14:textId="77777777" w:rsidR="00495879" w:rsidRDefault="00000000">
      <w:r>
        <w:t xml:space="preserve">✅ </w:t>
      </w:r>
      <w:r>
        <w:rPr>
          <w:b/>
        </w:rPr>
        <w:t>Pricing Adapté</w:t>
      </w:r>
      <w:r>
        <w:t>: PPP-adjusted (-50%) rend accessible tout en restant premium local</w:t>
      </w:r>
    </w:p>
    <w:p w14:paraId="4044BAD0" w14:textId="77777777" w:rsidR="00495879" w:rsidRDefault="00000000">
      <w:r>
        <w:t xml:space="preserve">✅ </w:t>
      </w:r>
      <w:r>
        <w:rPr>
          <w:b/>
        </w:rPr>
        <w:t>Avantage Concurrentiel</w:t>
      </w:r>
      <w:r>
        <w:t>: Lions Dev Abidjan + Fondateur bilingue = differentiation</w:t>
      </w:r>
    </w:p>
    <w:p w14:paraId="27BF9AED" w14:textId="77777777" w:rsidR="00495879" w:rsidRDefault="00000000">
      <w:r>
        <w:t xml:space="preserve">✅ </w:t>
      </w:r>
      <w:r>
        <w:rPr>
          <w:b/>
        </w:rPr>
        <w:t>Impact Social</w:t>
      </w:r>
      <w:r>
        <w:t>: Contribution développement économique africain aligné avec mission</w:t>
      </w:r>
    </w:p>
    <w:p w14:paraId="7CA73602" w14:textId="77777777" w:rsidR="00495879" w:rsidRDefault="00000000">
      <w:r>
        <w:t xml:space="preserve">✅ </w:t>
      </w:r>
      <w:r>
        <w:rPr>
          <w:b/>
        </w:rPr>
        <w:t>Diversification</w:t>
      </w:r>
      <w:r>
        <w:t>: Réduction risque géographique, hedge cycles économiques</w:t>
      </w:r>
    </w:p>
    <w:p w14:paraId="35CFE89B" w14:textId="77777777" w:rsidR="00495879" w:rsidRDefault="00000000">
      <w:pPr>
        <w:pStyle w:val="Titre3"/>
      </w:pPr>
      <w:r>
        <w:t>Projections Afrique (Récap)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2A2514B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41B6225" w14:textId="77777777" w:rsidR="00495879" w:rsidRDefault="00000000">
            <w:r>
              <w:rPr>
                <w:sz w:val="20"/>
              </w:rPr>
              <w:t>Métrique</w:t>
            </w:r>
          </w:p>
        </w:tc>
        <w:tc>
          <w:tcPr>
            <w:tcW w:w="1728" w:type="dxa"/>
          </w:tcPr>
          <w:p w14:paraId="2990E52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An 1</w:t>
            </w:r>
          </w:p>
        </w:tc>
        <w:tc>
          <w:tcPr>
            <w:tcW w:w="1728" w:type="dxa"/>
          </w:tcPr>
          <w:p w14:paraId="36B30BF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An 2</w:t>
            </w:r>
          </w:p>
        </w:tc>
        <w:tc>
          <w:tcPr>
            <w:tcW w:w="1728" w:type="dxa"/>
          </w:tcPr>
          <w:p w14:paraId="0DDEC89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An 3</w:t>
            </w:r>
          </w:p>
        </w:tc>
        <w:tc>
          <w:tcPr>
            <w:tcW w:w="1728" w:type="dxa"/>
          </w:tcPr>
          <w:p w14:paraId="36C1213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</w:t>
            </w:r>
          </w:p>
        </w:tc>
      </w:tr>
      <w:tr w:rsidR="00495879" w14:paraId="252D003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B97F450" w14:textId="77777777" w:rsidR="00495879" w:rsidRDefault="00000000">
            <w:r>
              <w:t>**Clients**</w:t>
            </w:r>
          </w:p>
        </w:tc>
        <w:tc>
          <w:tcPr>
            <w:tcW w:w="1728" w:type="dxa"/>
          </w:tcPr>
          <w:p w14:paraId="3F84805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6-8</w:t>
            </w:r>
          </w:p>
        </w:tc>
        <w:tc>
          <w:tcPr>
            <w:tcW w:w="1728" w:type="dxa"/>
          </w:tcPr>
          <w:p w14:paraId="593D982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18-20</w:t>
            </w:r>
          </w:p>
        </w:tc>
        <w:tc>
          <w:tcPr>
            <w:tcW w:w="1728" w:type="dxa"/>
          </w:tcPr>
          <w:p w14:paraId="2B02C94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35-40</w:t>
            </w:r>
          </w:p>
        </w:tc>
        <w:tc>
          <w:tcPr>
            <w:tcW w:w="1728" w:type="dxa"/>
          </w:tcPr>
          <w:p w14:paraId="24EFF8E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59-68</w:t>
            </w:r>
          </w:p>
        </w:tc>
      </w:tr>
      <w:tr w:rsidR="00495879" w14:paraId="726F5A0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A6E7508" w14:textId="77777777" w:rsidR="00495879" w:rsidRDefault="00000000">
            <w:r>
              <w:t>**Revenue**</w:t>
            </w:r>
          </w:p>
        </w:tc>
        <w:tc>
          <w:tcPr>
            <w:tcW w:w="1728" w:type="dxa"/>
          </w:tcPr>
          <w:p w14:paraId="0A8C841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$50K</w:t>
            </w:r>
          </w:p>
        </w:tc>
        <w:tc>
          <w:tcPr>
            <w:tcW w:w="1728" w:type="dxa"/>
          </w:tcPr>
          <w:p w14:paraId="4BB3DAB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$150K</w:t>
            </w:r>
          </w:p>
        </w:tc>
        <w:tc>
          <w:tcPr>
            <w:tcW w:w="1728" w:type="dxa"/>
          </w:tcPr>
          <w:p w14:paraId="4DDB7EF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$350K</w:t>
            </w:r>
          </w:p>
        </w:tc>
        <w:tc>
          <w:tcPr>
            <w:tcW w:w="1728" w:type="dxa"/>
          </w:tcPr>
          <w:p w14:paraId="78A1CE2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$550K</w:t>
            </w:r>
          </w:p>
        </w:tc>
      </w:tr>
      <w:tr w:rsidR="00495879" w14:paraId="23CB3E9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4DDBC0D" w14:textId="77777777" w:rsidR="00495879" w:rsidRDefault="00000000">
            <w:r>
              <w:t>**% Total GBCM**</w:t>
            </w:r>
          </w:p>
        </w:tc>
        <w:tc>
          <w:tcPr>
            <w:tcW w:w="1728" w:type="dxa"/>
          </w:tcPr>
          <w:p w14:paraId="3983FBC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28%</w:t>
            </w:r>
          </w:p>
        </w:tc>
        <w:tc>
          <w:tcPr>
            <w:tcW w:w="1728" w:type="dxa"/>
          </w:tcPr>
          <w:p w14:paraId="175F4FA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33%</w:t>
            </w:r>
          </w:p>
        </w:tc>
        <w:tc>
          <w:tcPr>
            <w:tcW w:w="1728" w:type="dxa"/>
          </w:tcPr>
          <w:p w14:paraId="3E7F4FE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36%</w:t>
            </w:r>
          </w:p>
        </w:tc>
        <w:tc>
          <w:tcPr>
            <w:tcW w:w="1728" w:type="dxa"/>
          </w:tcPr>
          <w:p w14:paraId="3529E88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</w:tbl>
    <w:p w14:paraId="472C163E" w14:textId="77777777" w:rsidR="00495879" w:rsidRDefault="00495879"/>
    <w:p w14:paraId="015E3300" w14:textId="77777777" w:rsidR="00495879" w:rsidRDefault="00000000">
      <w:r>
        <w:rPr>
          <w:b/>
        </w:rPr>
        <w:t>Contribution croissance</w:t>
      </w:r>
      <w:r>
        <w:t xml:space="preserve">: Africa représentera </w:t>
      </w:r>
      <w:r>
        <w:rPr>
          <w:b/>
        </w:rPr>
        <w:t>36% des revenus An 3</w:t>
      </w:r>
      <w:r>
        <w:t>, prouvant stratégie bi-continentale viable</w:t>
      </w:r>
    </w:p>
    <w:p w14:paraId="15D73EC0" w14:textId="77777777" w:rsidR="00495879" w:rsidRDefault="00000000">
      <w:r>
        <w:t>________________________________________________________________________________</w:t>
      </w:r>
    </w:p>
    <w:p w14:paraId="7D8F049E" w14:textId="77777777" w:rsidR="00495879" w:rsidRDefault="00000000">
      <w:r>
        <w:rPr>
          <w:b/>
        </w:rPr>
        <w:t>NEXT</w:t>
      </w:r>
      <w:r>
        <w:t>: Section 04 - Competitive Analysis</w:t>
      </w:r>
    </w:p>
    <w:p w14:paraId="72B127EE" w14:textId="77777777" w:rsidR="00495879" w:rsidRDefault="00000000">
      <w:r>
        <w:t>© 2026 GBCM LLC - Business Plan v2.1 | African Market Expansion Strategy</w:t>
      </w:r>
    </w:p>
    <w:p w14:paraId="1155C7BB" w14:textId="77777777" w:rsidR="00495879" w:rsidRDefault="00000000">
      <w:r>
        <w:lastRenderedPageBreak/>
        <w:br w:type="page"/>
      </w:r>
    </w:p>
    <w:p w14:paraId="22DC0490" w14:textId="77777777" w:rsidR="00495879" w:rsidRDefault="00000000">
      <w:pPr>
        <w:pStyle w:val="Titre1"/>
      </w:pPr>
      <w:r>
        <w:lastRenderedPageBreak/>
        <w:t>4. COMPETITIVE ANALYSIS</w:t>
      </w:r>
    </w:p>
    <w:p w14:paraId="6DA7C18E" w14:textId="77777777" w:rsidR="00495879" w:rsidRDefault="00000000">
      <w:pPr>
        <w:pStyle w:val="Titre2"/>
      </w:pPr>
      <w:r>
        <w:t>4.1 Competitive Landscape Overview</w:t>
      </w:r>
    </w:p>
    <w:p w14:paraId="57B95C18" w14:textId="77777777" w:rsidR="00495879" w:rsidRDefault="00000000">
      <w:pPr>
        <w:pStyle w:val="Titre3"/>
      </w:pPr>
      <w:r>
        <w:t>Market Structure</w:t>
      </w:r>
    </w:p>
    <w:p w14:paraId="7D0EFA21" w14:textId="77777777" w:rsidR="00495879" w:rsidRDefault="00000000">
      <w:r>
        <w:t xml:space="preserve">Le marché du coaching et consulting pour SMBs est </w:t>
      </w:r>
      <w:r>
        <w:rPr>
          <w:b/>
        </w:rPr>
        <w:t>hautement fragmenté</w:t>
      </w:r>
      <w:r>
        <w:t xml:space="preserve"> avec plusieurs tiers de compétiteurs:</w:t>
      </w:r>
    </w:p>
    <w:p w14:paraId="429EB60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Market Share Distribution (SMB Coaching &amp; Consulting)</w:t>
      </w:r>
    </w:p>
    <w:p w14:paraId="5DBA1610" w14:textId="77777777" w:rsidR="00495879" w:rsidRDefault="00495879">
      <w:pPr>
        <w:pStyle w:val="Sansinterligne"/>
      </w:pPr>
    </w:p>
    <w:p w14:paraId="46ED56C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Tier 1: Big Consulting (15%) ──────────────────────────────┐</w:t>
      </w:r>
    </w:p>
    <w:p w14:paraId="1A25F60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McKinsey, BCG, Bain, Deloitte                            │</w:t>
      </w:r>
    </w:p>
    <w:p w14:paraId="3D5BD15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Avg Project: $500K-$5M+                                  │</w:t>
      </w:r>
    </w:p>
    <w:p w14:paraId="067BDBC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Focus: Large enterprises (&gt;$100M revenue)                │</w:t>
      </w:r>
    </w:p>
    <w:p w14:paraId="58ABA9A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└──────────────────────────────────────────────────────────┘</w:t>
      </w:r>
    </w:p>
    <w:p w14:paraId="4C983A44" w14:textId="77777777" w:rsidR="00495879" w:rsidRDefault="00495879">
      <w:pPr>
        <w:pStyle w:val="Sansinterligne"/>
      </w:pPr>
    </w:p>
    <w:p w14:paraId="0700314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Tier 2: Boutique Firms (25%) ─────────────────────────────┐</w:t>
      </w:r>
    </w:p>
    <w:p w14:paraId="2D700E5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Regional strategy firms, niche consultants              │</w:t>
      </w:r>
    </w:p>
    <w:p w14:paraId="3EE328B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Avg Project: $50K-$200K                                 │</w:t>
      </w:r>
    </w:p>
    <w:p w14:paraId="2B9E2A7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Focus: Mid-market &amp; upper SMB                           │</w:t>
      </w:r>
    </w:p>
    <w:p w14:paraId="6DD0926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└──────────────────────────────────────────────────────────┘</w:t>
      </w:r>
    </w:p>
    <w:p w14:paraId="758CDAC5" w14:textId="77777777" w:rsidR="00495879" w:rsidRDefault="00495879">
      <w:pPr>
        <w:pStyle w:val="Sansinterligne"/>
      </w:pPr>
    </w:p>
    <w:p w14:paraId="37B1ACA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Tier 3: Individual Coaches (45%) ─────────────────────────┐</w:t>
      </w:r>
    </w:p>
    <w:p w14:paraId="363A657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ICF-certified coaches, former executives                │  ← GBCM competes here</w:t>
      </w:r>
    </w:p>
    <w:p w14:paraId="7952EF9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Avg Engagement: $5K-$30K/year                           │</w:t>
      </w:r>
    </w:p>
    <w:p w14:paraId="7DBEC65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Focus: Small business owners &amp; entrepreneurs            │</w:t>
      </w:r>
    </w:p>
    <w:p w14:paraId="1ACB673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└──────────────────────────────────────────────────────────┘</w:t>
      </w:r>
    </w:p>
    <w:p w14:paraId="0842CB8C" w14:textId="77777777" w:rsidR="00495879" w:rsidRDefault="00495879">
      <w:pPr>
        <w:pStyle w:val="Sansinterligne"/>
      </w:pPr>
    </w:p>
    <w:p w14:paraId="0587804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Tier 4: Digital Platforms (10%) ──────────────────────────┐</w:t>
      </w:r>
    </w:p>
    <w:p w14:paraId="3A518D3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BetterUp, CoachHub, Torch, Sounding Board              │  ← GBCM differentiates here</w:t>
      </w:r>
    </w:p>
    <w:p w14:paraId="65A289B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Avg Spend: $200-$1,000/month                            │</w:t>
      </w:r>
    </w:p>
    <w:p w14:paraId="278AD19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Focus: Enterprise employee coaching programs           │</w:t>
      </w:r>
    </w:p>
    <w:p w14:paraId="1397044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└──────────────────────────────────────────────────────────┘</w:t>
      </w:r>
    </w:p>
    <w:p w14:paraId="238B74F4" w14:textId="77777777" w:rsidR="00495879" w:rsidRDefault="00495879">
      <w:pPr>
        <w:pStyle w:val="Sansinterligne"/>
      </w:pPr>
    </w:p>
    <w:p w14:paraId="38127CB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Tier 5: Online Courses/Communities (5%) ──────────────────┐</w:t>
      </w:r>
    </w:p>
    <w:p w14:paraId="3847950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EOS, Scaling Up, Strategic Coach                       │</w:t>
      </w:r>
    </w:p>
    <w:p w14:paraId="2D2C325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Avg Spend: $2K-$10K/year                                │</w:t>
      </w:r>
    </w:p>
    <w:p w14:paraId="1394DBF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Focus: Group programs, methodology licensing            │</w:t>
      </w:r>
    </w:p>
    <w:p w14:paraId="50C6BBA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└──────────────────────────────────────────────────────────┘</w:t>
      </w:r>
    </w:p>
    <w:p w14:paraId="731A400C" w14:textId="77777777" w:rsidR="00495879" w:rsidRDefault="00000000">
      <w:r>
        <w:rPr>
          <w:b/>
        </w:rPr>
        <w:t>GBCM Positioning</w:t>
      </w:r>
      <w:r>
        <w:t>: Hybrid unique entre Tiers 2-4</w:t>
      </w:r>
    </w:p>
    <w:p w14:paraId="5117FDA6" w14:textId="77777777" w:rsidR="00495879" w:rsidRDefault="00000000">
      <w:pPr>
        <w:pStyle w:val="Listepuces"/>
      </w:pPr>
      <w:r>
        <w:t>Quality de Tier 2 (boutique consulting)</w:t>
      </w:r>
    </w:p>
    <w:p w14:paraId="206ABBB9" w14:textId="77777777" w:rsidR="00495879" w:rsidRDefault="00000000">
      <w:pPr>
        <w:pStyle w:val="Listepuces"/>
      </w:pPr>
      <w:r>
        <w:t>Technology de Tier 4 (digital platforms)</w:t>
      </w:r>
    </w:p>
    <w:p w14:paraId="39B069B2" w14:textId="77777777" w:rsidR="00495879" w:rsidRDefault="00000000">
      <w:pPr>
        <w:pStyle w:val="Listepuces"/>
      </w:pPr>
      <w:r>
        <w:t>Personalization de Tier 3 (individual coaching)</w:t>
      </w:r>
    </w:p>
    <w:p w14:paraId="3FD3A210" w14:textId="77777777" w:rsidR="00495879" w:rsidRDefault="00000000">
      <w:pPr>
        <w:pStyle w:val="Listepuces"/>
      </w:pPr>
      <w:r>
        <w:t>Pricing accessible vs Tier 1-2</w:t>
      </w:r>
    </w:p>
    <w:p w14:paraId="34FD15D5" w14:textId="77777777" w:rsidR="00495879" w:rsidRDefault="00000000">
      <w:r>
        <w:t>________________________________________________________________________________</w:t>
      </w:r>
    </w:p>
    <w:p w14:paraId="6C3B53EF" w14:textId="77777777" w:rsidR="00495879" w:rsidRDefault="00000000">
      <w:pPr>
        <w:pStyle w:val="Titre2"/>
      </w:pPr>
      <w:r>
        <w:lastRenderedPageBreak/>
        <w:t>4.2 Direct Competitors Analysis</w:t>
      </w:r>
    </w:p>
    <w:p w14:paraId="3B0FE392" w14:textId="77777777" w:rsidR="00495879" w:rsidRDefault="00000000">
      <w:pPr>
        <w:pStyle w:val="Titre3"/>
      </w:pPr>
      <w:r>
        <w:t>Competitor 1: Vistage (Largest SMB Peer Advisory)</w:t>
      </w:r>
    </w:p>
    <w:p w14:paraId="6B9A39AB" w14:textId="77777777" w:rsidR="00495879" w:rsidRDefault="00000000">
      <w:r>
        <w:rPr>
          <w:b/>
        </w:rPr>
        <w:t>Overview</w:t>
      </w:r>
      <w:r>
        <w:t>:</w:t>
      </w:r>
    </w:p>
    <w:p w14:paraId="16A348F7" w14:textId="77777777" w:rsidR="00495879" w:rsidRDefault="00000000">
      <w:pPr>
        <w:pStyle w:val="Listepuces"/>
      </w:pPr>
      <w:r>
        <w:t>Founded: 1957 (67 years d'existence)</w:t>
      </w:r>
    </w:p>
    <w:p w14:paraId="1132D851" w14:textId="77777777" w:rsidR="00495879" w:rsidRDefault="00000000">
      <w:pPr>
        <w:pStyle w:val="Listepuces"/>
      </w:pPr>
      <w:r>
        <w:t>Model: Peer advisory groups (12-15 CEOs/group) + 1-on-1 coaching</w:t>
      </w:r>
    </w:p>
    <w:p w14:paraId="66A151D2" w14:textId="77777777" w:rsidR="00495879" w:rsidRDefault="00000000">
      <w:pPr>
        <w:pStyle w:val="Listepuces"/>
      </w:pPr>
      <w:r>
        <w:t>Members: 45,000+ globally, 20,000+ US</w:t>
      </w:r>
    </w:p>
    <w:p w14:paraId="55CCE08C" w14:textId="77777777" w:rsidR="00495879" w:rsidRDefault="00000000">
      <w:pPr>
        <w:pStyle w:val="Listepuces"/>
      </w:pPr>
      <w:r>
        <w:t>Revenue: ~$200M+ (estimated)</w:t>
      </w:r>
    </w:p>
    <w:p w14:paraId="2FCF2CFB" w14:textId="77777777" w:rsidR="00495879" w:rsidRDefault="00000000">
      <w:r>
        <w:rPr>
          <w:b/>
        </w:rPr>
        <w:t>Strengths</w:t>
      </w:r>
      <w:r>
        <w:t>:</w:t>
      </w:r>
    </w:p>
    <w:p w14:paraId="39FD7605" w14:textId="77777777" w:rsidR="00495879" w:rsidRDefault="00000000">
      <w:pPr>
        <w:pStyle w:val="Listepuces"/>
      </w:pPr>
      <w:r>
        <w:t>✅ Brand recognition massive (leader historique)</w:t>
      </w:r>
    </w:p>
    <w:p w14:paraId="4BA579AE" w14:textId="77777777" w:rsidR="00495879" w:rsidRDefault="00000000">
      <w:pPr>
        <w:pStyle w:val="Listepuces"/>
      </w:pPr>
      <w:r>
        <w:t>✅ Network effects (45K CEOs = unmatched peer connections)</w:t>
      </w:r>
    </w:p>
    <w:p w14:paraId="2639D637" w14:textId="77777777" w:rsidR="00495879" w:rsidRDefault="00000000">
      <w:pPr>
        <w:pStyle w:val="Listepuces"/>
      </w:pPr>
      <w:r>
        <w:t>✅ Proven methodology (67 ans d'affinement)</w:t>
      </w:r>
    </w:p>
    <w:p w14:paraId="13DBB2D5" w14:textId="77777777" w:rsidR="00495879" w:rsidRDefault="00000000">
      <w:pPr>
        <w:pStyle w:val="Listepuces"/>
      </w:pPr>
      <w:r>
        <w:t>✅ Chair quality (experienced executives)</w:t>
      </w:r>
    </w:p>
    <w:p w14:paraId="6E68475B" w14:textId="77777777" w:rsidR="00495879" w:rsidRDefault="00000000">
      <w:r>
        <w:rPr>
          <w:b/>
        </w:rPr>
        <w:t>Weaknesses</w:t>
      </w:r>
      <w:r>
        <w:t>:</w:t>
      </w:r>
    </w:p>
    <w:p w14:paraId="31864DD1" w14:textId="77777777" w:rsidR="00495879" w:rsidRDefault="00000000">
      <w:pPr>
        <w:pStyle w:val="Listepuces"/>
      </w:pPr>
      <w:r>
        <w:t>❌ Expensive ($15K-$25K/year membership)</w:t>
      </w:r>
    </w:p>
    <w:p w14:paraId="08642A2A" w14:textId="77777777" w:rsidR="00495879" w:rsidRDefault="00000000">
      <w:pPr>
        <w:pStyle w:val="Listepuces"/>
      </w:pPr>
      <w:r>
        <w:t>❌ Old-school model (monthly in-person meetings = time commitment)</w:t>
      </w:r>
    </w:p>
    <w:p w14:paraId="05B23B91" w14:textId="77777777" w:rsidR="00495879" w:rsidRDefault="00000000">
      <w:pPr>
        <w:pStyle w:val="Listepuces"/>
      </w:pPr>
      <w:r>
        <w:t>❌ Low tech (basic online platform, no AI)</w:t>
      </w:r>
    </w:p>
    <w:p w14:paraId="21A3E6E5" w14:textId="77777777" w:rsidR="00495879" w:rsidRDefault="00000000">
      <w:pPr>
        <w:pStyle w:val="Listepuces"/>
      </w:pPr>
      <w:r>
        <w:t>❌ Rigid structure (1 group, 1 chair, limited flexibility)</w:t>
      </w:r>
    </w:p>
    <w:p w14:paraId="27DDA207" w14:textId="77777777" w:rsidR="00495879" w:rsidRDefault="00000000">
      <w:pPr>
        <w:pStyle w:val="Listepuces"/>
      </w:pPr>
      <w:r>
        <w:t>❌ Slow innovation (legacy business model)</w:t>
      </w:r>
    </w:p>
    <w:p w14:paraId="7C9DC147" w14:textId="77777777" w:rsidR="00495879" w:rsidRDefault="00000000">
      <w:r>
        <w:rPr>
          <w:b/>
        </w:rPr>
        <w:t>GBCM Differentiation</w:t>
      </w:r>
      <w:r>
        <w:t>:</w:t>
      </w:r>
    </w:p>
    <w:p w14:paraId="4B0CBFB9" w14:textId="77777777" w:rsidR="00495879" w:rsidRDefault="00000000">
      <w:pPr>
        <w:pStyle w:val="Listepuces"/>
      </w:pPr>
      <w:r>
        <w:t>🎯 **40-60% less expensive** ($9K-$15K vs $15K-$25K)</w:t>
      </w:r>
    </w:p>
    <w:p w14:paraId="4323EAA8" w14:textId="77777777" w:rsidR="00495879" w:rsidRDefault="00000000">
      <w:pPr>
        <w:pStyle w:val="Listepuces"/>
      </w:pPr>
      <w:r>
        <w:t>🎯 **Hybrid flexible** (80% virtual, attend from anywhere)</w:t>
      </w:r>
    </w:p>
    <w:p w14:paraId="53EE0FB0" w14:textId="77777777" w:rsidR="00495879" w:rsidRDefault="00000000">
      <w:pPr>
        <w:pStyle w:val="Listepuces"/>
      </w:pPr>
      <w:r>
        <w:t>🎯 **AI-powered** platform (24/7 access vs monthly meetings)</w:t>
      </w:r>
    </w:p>
    <w:p w14:paraId="6EDCB8EA" w14:textId="77777777" w:rsidR="00495879" w:rsidRDefault="00000000">
      <w:pPr>
        <w:pStyle w:val="Listepuces"/>
      </w:pPr>
      <w:r>
        <w:t>🎯 **Specialized niches** (digital transformation focus vs general)</w:t>
      </w:r>
    </w:p>
    <w:p w14:paraId="24AECB04" w14:textId="77777777" w:rsidR="00495879" w:rsidRDefault="00000000">
      <w:pPr>
        <w:pStyle w:val="Listepuces"/>
      </w:pPr>
      <w:r>
        <w:t>🎯 **Faster iteration** (startup agility vs corporate bureaucracy)</w:t>
      </w:r>
    </w:p>
    <w:p w14:paraId="60AF2268" w14:textId="77777777" w:rsidR="00495879" w:rsidRDefault="00000000">
      <w:r>
        <w:rPr>
          <w:b/>
        </w:rPr>
        <w:t>Market Opportunity</w:t>
      </w:r>
      <w:r>
        <w:t>: Vistage serves ~0.04% of TAM. Plenty of room for alternative models.</w:t>
      </w:r>
    </w:p>
    <w:p w14:paraId="39C7D456" w14:textId="77777777" w:rsidR="00495879" w:rsidRDefault="00000000">
      <w:r>
        <w:t>________________________________________________________________________________</w:t>
      </w:r>
    </w:p>
    <w:p w14:paraId="4229B7F1" w14:textId="77777777" w:rsidR="00495879" w:rsidRDefault="00000000">
      <w:pPr>
        <w:pStyle w:val="Titre3"/>
      </w:pPr>
      <w:r>
        <w:t>Competitor 2: EO (Entrepreneurs' Organization)</w:t>
      </w:r>
    </w:p>
    <w:p w14:paraId="55826414" w14:textId="77777777" w:rsidR="00495879" w:rsidRDefault="00000000">
      <w:r>
        <w:rPr>
          <w:b/>
        </w:rPr>
        <w:t>Overview</w:t>
      </w:r>
      <w:r>
        <w:t>:</w:t>
      </w:r>
    </w:p>
    <w:p w14:paraId="064630B4" w14:textId="77777777" w:rsidR="00495879" w:rsidRDefault="00000000">
      <w:pPr>
        <w:pStyle w:val="Listepuces"/>
      </w:pPr>
      <w:r>
        <w:t>Founded: 1987</w:t>
      </w:r>
    </w:p>
    <w:p w14:paraId="4DC73046" w14:textId="77777777" w:rsidR="00495879" w:rsidRDefault="00000000">
      <w:pPr>
        <w:pStyle w:val="Listepuces"/>
      </w:pPr>
      <w:r>
        <w:t>Model: Peer learning forums + events + university programs</w:t>
      </w:r>
    </w:p>
    <w:p w14:paraId="6D93C0D3" w14:textId="77777777" w:rsidR="00495879" w:rsidRDefault="00000000">
      <w:pPr>
        <w:pStyle w:val="Listepuces"/>
      </w:pPr>
      <w:r>
        <w:t>Members: 18,000+ in 200+ chapters, 60+ countries</w:t>
      </w:r>
    </w:p>
    <w:p w14:paraId="58593EDC" w14:textId="77777777" w:rsidR="00495879" w:rsidRDefault="00000000">
      <w:pPr>
        <w:pStyle w:val="Listepuces"/>
      </w:pPr>
      <w:r>
        <w:lastRenderedPageBreak/>
        <w:t>Requirements: $1M+ revenue to join</w:t>
      </w:r>
    </w:p>
    <w:p w14:paraId="72CD6073" w14:textId="77777777" w:rsidR="00495879" w:rsidRDefault="00000000">
      <w:pPr>
        <w:pStyle w:val="Listepuces"/>
      </w:pPr>
      <w:r>
        <w:t>Cost: $5K-$8K/year chapter dues</w:t>
      </w:r>
    </w:p>
    <w:p w14:paraId="4BFA1682" w14:textId="77777777" w:rsidR="00495879" w:rsidRDefault="00000000">
      <w:r>
        <w:rPr>
          <w:b/>
        </w:rPr>
        <w:t>Strengths</w:t>
      </w:r>
      <w:r>
        <w:t>:</w:t>
      </w:r>
    </w:p>
    <w:p w14:paraId="543E6772" w14:textId="77777777" w:rsidR="00495879" w:rsidRDefault="00000000">
      <w:pPr>
        <w:pStyle w:val="Listepuces"/>
      </w:pPr>
      <w:r>
        <w:t>✅ Global network (international connections)</w:t>
      </w:r>
    </w:p>
    <w:p w14:paraId="791361AB" w14:textId="77777777" w:rsidR="00495879" w:rsidRDefault="00000000">
      <w:pPr>
        <w:pStyle w:val="Listepuces"/>
      </w:pPr>
      <w:r>
        <w:t>✅ Peer-driven (members help members)</w:t>
      </w:r>
    </w:p>
    <w:p w14:paraId="7796D47B" w14:textId="77777777" w:rsidR="00495879" w:rsidRDefault="00000000">
      <w:pPr>
        <w:pStyle w:val="Listepuces"/>
      </w:pPr>
      <w:r>
        <w:t>✅ Events/conferences (learning + networking)</w:t>
      </w:r>
    </w:p>
    <w:p w14:paraId="70625A28" w14:textId="77777777" w:rsidR="00495879" w:rsidRDefault="00000000">
      <w:pPr>
        <w:pStyle w:val="Listepuces"/>
      </w:pPr>
      <w:r>
        <w:t>✅ Prestigious brand (successful entrepreneurs)</w:t>
      </w:r>
    </w:p>
    <w:p w14:paraId="0829AAE5" w14:textId="77777777" w:rsidR="00495879" w:rsidRDefault="00000000">
      <w:r>
        <w:rPr>
          <w:b/>
        </w:rPr>
        <w:t>Weaknesses</w:t>
      </w:r>
      <w:r>
        <w:t>:</w:t>
      </w:r>
    </w:p>
    <w:p w14:paraId="418DB822" w14:textId="77777777" w:rsidR="00495879" w:rsidRDefault="00000000">
      <w:pPr>
        <w:pStyle w:val="Listepuces"/>
      </w:pPr>
      <w:r>
        <w:t>❌ Membership-only (must qualify with $1M+ revenue)</w:t>
      </w:r>
    </w:p>
    <w:p w14:paraId="74DDB8E1" w14:textId="77777777" w:rsidR="00495879" w:rsidRDefault="00000000">
      <w:pPr>
        <w:pStyle w:val="Listepuces"/>
      </w:pPr>
      <w:r>
        <w:t>❌ Peer-led (quality varies by forum, no professional coaches)</w:t>
      </w:r>
    </w:p>
    <w:p w14:paraId="790A8958" w14:textId="77777777" w:rsidR="00495879" w:rsidRDefault="00000000">
      <w:pPr>
        <w:pStyle w:val="Listepuces"/>
      </w:pPr>
      <w:r>
        <w:t>❌ Limited structure (more networking than systematic transformation)</w:t>
      </w:r>
    </w:p>
    <w:p w14:paraId="2443EDAE" w14:textId="77777777" w:rsidR="00495879" w:rsidRDefault="00000000">
      <w:pPr>
        <w:pStyle w:val="Listepuces"/>
      </w:pPr>
      <w:r>
        <w:t>❌ Geographic dependency (chapters vary widely in quality)</w:t>
      </w:r>
    </w:p>
    <w:p w14:paraId="5D01F7AA" w14:textId="77777777" w:rsidR="00495879" w:rsidRDefault="00000000">
      <w:pPr>
        <w:pStyle w:val="Listepuces"/>
      </w:pPr>
      <w:r>
        <w:t>❌ No tech platform (mostly offline experiences)</w:t>
      </w:r>
    </w:p>
    <w:p w14:paraId="2F870B3A" w14:textId="77777777" w:rsidR="00495879" w:rsidRDefault="00000000">
      <w:r>
        <w:rPr>
          <w:b/>
        </w:rPr>
        <w:t>GBCM Differentiation</w:t>
      </w:r>
      <w:r>
        <w:t>:</w:t>
      </w:r>
    </w:p>
    <w:p w14:paraId="6AC67B12" w14:textId="77777777" w:rsidR="00495879" w:rsidRDefault="00000000">
      <w:pPr>
        <w:pStyle w:val="Listepuces"/>
      </w:pPr>
      <w:r>
        <w:t>🎯 **Open to all growth stages** (not just $1M+ qualified)</w:t>
      </w:r>
    </w:p>
    <w:p w14:paraId="5B6C5AEC" w14:textId="77777777" w:rsidR="00495879" w:rsidRDefault="00000000">
      <w:pPr>
        <w:pStyle w:val="Listepuces"/>
      </w:pPr>
      <w:r>
        <w:t>🎯 **Professional coaching** (expert-led vs pure peer)</w:t>
      </w:r>
    </w:p>
    <w:p w14:paraId="66E8F376" w14:textId="77777777" w:rsidR="00495879" w:rsidRDefault="00000000">
      <w:pPr>
        <w:pStyle w:val="Listepuces"/>
      </w:pPr>
      <w:r>
        <w:t>🎯 **Structured methodologies** (frameworks vs ad-hoc discussions)</w:t>
      </w:r>
    </w:p>
    <w:p w14:paraId="11D0ED02" w14:textId="77777777" w:rsidR="00495879" w:rsidRDefault="00000000">
      <w:pPr>
        <w:pStyle w:val="Listepuces"/>
      </w:pPr>
      <w:r>
        <w:t>🎯 **Virtual-first** (no geographic limitations)</w:t>
      </w:r>
    </w:p>
    <w:p w14:paraId="172111DD" w14:textId="77777777" w:rsidR="00495879" w:rsidRDefault="00000000">
      <w:pPr>
        <w:pStyle w:val="Listepuces"/>
      </w:pPr>
      <w:r>
        <w:t>🎯 **Tech-enabled** transformation tracking</w:t>
      </w:r>
    </w:p>
    <w:p w14:paraId="6AB6FE3C" w14:textId="77777777" w:rsidR="00495879" w:rsidRDefault="00000000">
      <w:r>
        <w:t>________________________________________________________________________________</w:t>
      </w:r>
    </w:p>
    <w:p w14:paraId="0944316C" w14:textId="77777777" w:rsidR="00495879" w:rsidRDefault="00000000">
      <w:pPr>
        <w:pStyle w:val="Titre3"/>
      </w:pPr>
      <w:r>
        <w:t>Competitor 3: Strategic Coach (Dan Sullivan's Program)</w:t>
      </w:r>
    </w:p>
    <w:p w14:paraId="1828A5BF" w14:textId="77777777" w:rsidR="00495879" w:rsidRDefault="00000000">
      <w:r>
        <w:rPr>
          <w:b/>
        </w:rPr>
        <w:t>Overview</w:t>
      </w:r>
      <w:r>
        <w:t>:</w:t>
      </w:r>
    </w:p>
    <w:p w14:paraId="6A6B5BFD" w14:textId="77777777" w:rsidR="00495879" w:rsidRDefault="00000000">
      <w:pPr>
        <w:pStyle w:val="Listepuces"/>
      </w:pPr>
      <w:r>
        <w:t>Founded: 1988 by Dan Sullivan</w:t>
      </w:r>
    </w:p>
    <w:p w14:paraId="33B4DD51" w14:textId="77777777" w:rsidR="00495879" w:rsidRDefault="00000000">
      <w:pPr>
        <w:pStyle w:val="Listepuces"/>
      </w:pPr>
      <w:r>
        <w:t>Model: Quarterly workshops (2 days) + self-study tools</w:t>
      </w:r>
    </w:p>
    <w:p w14:paraId="3C9B2F30" w14:textId="77777777" w:rsidR="00495879" w:rsidRDefault="00000000">
      <w:pPr>
        <w:pStyle w:val="Listepuces"/>
      </w:pPr>
      <w:r>
        <w:t>Members: 5,000+ entrepreneurs</w:t>
      </w:r>
    </w:p>
    <w:p w14:paraId="286E1836" w14:textId="77777777" w:rsidR="00495879" w:rsidRDefault="00000000">
      <w:pPr>
        <w:pStyle w:val="Listepuces"/>
      </w:pPr>
      <w:r>
        <w:t>Cost: $10K-$25K/year (3 tiers: Signature, 10x Ambition, Free Zone Frontier)</w:t>
      </w:r>
    </w:p>
    <w:p w14:paraId="22A385F1" w14:textId="77777777" w:rsidR="00495879" w:rsidRDefault="00000000">
      <w:pPr>
        <w:pStyle w:val="Listepuces"/>
      </w:pPr>
      <w:r>
        <w:t>Focus: Entrepreneurial mindset &amp; life design</w:t>
      </w:r>
    </w:p>
    <w:p w14:paraId="76563C79" w14:textId="77777777" w:rsidR="00495879" w:rsidRDefault="00000000">
      <w:r>
        <w:rPr>
          <w:b/>
        </w:rPr>
        <w:t>Strengths</w:t>
      </w:r>
      <w:r>
        <w:t>:</w:t>
      </w:r>
    </w:p>
    <w:p w14:paraId="655AEA90" w14:textId="77777777" w:rsidR="00495879" w:rsidRDefault="00000000">
      <w:pPr>
        <w:pStyle w:val="Listepuces"/>
      </w:pPr>
      <w:r>
        <w:t>✅ Thought leadership (Dan Sullivan</w:t>
      </w:r>
      <w:r>
        <w:t>著名</w:t>
      </w:r>
      <w:r>
        <w:t>author)</w:t>
      </w:r>
    </w:p>
    <w:p w14:paraId="6BE572D9" w14:textId="77777777" w:rsidR="00495879" w:rsidRDefault="00000000">
      <w:pPr>
        <w:pStyle w:val="Listepuces"/>
      </w:pPr>
      <w:r>
        <w:t>✅ Proven frameworks (Unique Ability, 10x thinking, Free Days)</w:t>
      </w:r>
    </w:p>
    <w:p w14:paraId="5C73D52F" w14:textId="77777777" w:rsidR="00495879" w:rsidRDefault="00000000">
      <w:pPr>
        <w:pStyle w:val="Listepuces"/>
      </w:pPr>
      <w:r>
        <w:t>✅ Community culture (strong member engagement)</w:t>
      </w:r>
    </w:p>
    <w:p w14:paraId="62C64AB5" w14:textId="77777777" w:rsidR="00495879" w:rsidRDefault="00000000">
      <w:pPr>
        <w:pStyle w:val="Listepuces"/>
      </w:pPr>
      <w:r>
        <w:t>✅ Long-term focus (members stay 10+ years)</w:t>
      </w:r>
    </w:p>
    <w:p w14:paraId="6C2CEB67" w14:textId="77777777" w:rsidR="00495879" w:rsidRDefault="00000000">
      <w:r>
        <w:rPr>
          <w:b/>
        </w:rPr>
        <w:lastRenderedPageBreak/>
        <w:t>Weaknesses</w:t>
      </w:r>
      <w:r>
        <w:t>:</w:t>
      </w:r>
    </w:p>
    <w:p w14:paraId="124FAC9B" w14:textId="77777777" w:rsidR="00495879" w:rsidRDefault="00000000">
      <w:pPr>
        <w:pStyle w:val="Listepuces"/>
      </w:pPr>
      <w:r>
        <w:t>❌ Limited 1-on-1 coaching (mostly group workshops)</w:t>
      </w:r>
    </w:p>
    <w:p w14:paraId="159D763A" w14:textId="77777777" w:rsidR="00495879" w:rsidRDefault="00000000">
      <w:pPr>
        <w:pStyle w:val="Listepuces"/>
      </w:pPr>
      <w:r>
        <w:t>❌ Generic content (not industry/niche specific)</w:t>
      </w:r>
    </w:p>
    <w:p w14:paraId="54CD4039" w14:textId="77777777" w:rsidR="00495879" w:rsidRDefault="00000000">
      <w:pPr>
        <w:pStyle w:val="Listepuces"/>
      </w:pPr>
      <w:r>
        <w:t>❌ In-person intensive (travel to Chicago/Toronto)</w:t>
      </w:r>
    </w:p>
    <w:p w14:paraId="6125AA8A" w14:textId="77777777" w:rsidR="00495879" w:rsidRDefault="00000000">
      <w:pPr>
        <w:pStyle w:val="Listepuces"/>
      </w:pPr>
      <w:r>
        <w:t>❌ Mindset-heavy (less tactical business strategy)</w:t>
      </w:r>
    </w:p>
    <w:p w14:paraId="7D0C562F" w14:textId="77777777" w:rsidR="00495879" w:rsidRDefault="00000000">
      <w:pPr>
        <w:pStyle w:val="Listepuces"/>
      </w:pPr>
      <w:r>
        <w:t>❌ Aging platform (not cutting-edge tech)</w:t>
      </w:r>
    </w:p>
    <w:p w14:paraId="5D53320C" w14:textId="77777777" w:rsidR="00495879" w:rsidRDefault="00000000">
      <w:r>
        <w:rPr>
          <w:b/>
        </w:rPr>
        <w:t>GBCM Differentiation</w:t>
      </w:r>
      <w:r>
        <w:t>:</w:t>
      </w:r>
    </w:p>
    <w:p w14:paraId="5BB3E2A1" w14:textId="77777777" w:rsidR="00495879" w:rsidRDefault="00000000">
      <w:pPr>
        <w:pStyle w:val="Listepuces"/>
      </w:pPr>
      <w:r>
        <w:t>🎯 **More 1-on-1 coaching** (personalized vs group-only)</w:t>
      </w:r>
    </w:p>
    <w:p w14:paraId="1F0A2663" w14:textId="77777777" w:rsidR="00495879" w:rsidRDefault="00000000">
      <w:pPr>
        <w:pStyle w:val="Listepuces"/>
      </w:pPr>
      <w:r>
        <w:t>🎯 **Niche expertise** (digital transformation, scale strategy)</w:t>
      </w:r>
    </w:p>
    <w:p w14:paraId="636F6D05" w14:textId="77777777" w:rsidR="00495879" w:rsidRDefault="00000000">
      <w:pPr>
        <w:pStyle w:val="Listepuces"/>
      </w:pPr>
      <w:r>
        <w:t>🎯 **Virtual-first** (no travel required for 80% of program)</w:t>
      </w:r>
    </w:p>
    <w:p w14:paraId="44B6367A" w14:textId="77777777" w:rsidR="00495879" w:rsidRDefault="00000000">
      <w:pPr>
        <w:pStyle w:val="Listepuces"/>
      </w:pPr>
      <w:r>
        <w:t>🎯 **Tactical + Mindset** (implementation focus, not just philosophy)</w:t>
      </w:r>
    </w:p>
    <w:p w14:paraId="1D54C21C" w14:textId="77777777" w:rsidR="00495879" w:rsidRDefault="00000000">
      <w:pPr>
        <w:pStyle w:val="Listepuces"/>
      </w:pPr>
      <w:r>
        <w:t>🎯 **Modern AI platform** (vs legacy tools)</w:t>
      </w:r>
    </w:p>
    <w:p w14:paraId="57A77334" w14:textId="77777777" w:rsidR="00495879" w:rsidRDefault="00000000">
      <w:r>
        <w:t>________________________________________________________________________________</w:t>
      </w:r>
    </w:p>
    <w:p w14:paraId="4DFB7339" w14:textId="77777777" w:rsidR="00495879" w:rsidRDefault="00000000">
      <w:pPr>
        <w:pStyle w:val="Titre3"/>
      </w:pPr>
      <w:r>
        <w:t>Competitor 4: BetterUp (Digital Coaching Platform)</w:t>
      </w:r>
    </w:p>
    <w:p w14:paraId="428029AC" w14:textId="77777777" w:rsidR="00495879" w:rsidRDefault="00000000">
      <w:r>
        <w:rPr>
          <w:b/>
        </w:rPr>
        <w:t>Overview</w:t>
      </w:r>
      <w:r>
        <w:t>:</w:t>
      </w:r>
    </w:p>
    <w:p w14:paraId="49CB8EC4" w14:textId="77777777" w:rsidR="00495879" w:rsidRDefault="00000000">
      <w:pPr>
        <w:pStyle w:val="Listepuces"/>
      </w:pPr>
      <w:r>
        <w:t>Founded: 2013</w:t>
      </w:r>
    </w:p>
    <w:p w14:paraId="2130C288" w14:textId="77777777" w:rsidR="00495879" w:rsidRDefault="00000000">
      <w:pPr>
        <w:pStyle w:val="Listepuces"/>
      </w:pPr>
      <w:r>
        <w:t>Model: Enterprise employee coaching platform (B2B2C)</w:t>
      </w:r>
    </w:p>
    <w:p w14:paraId="66A3A043" w14:textId="77777777" w:rsidR="00495879" w:rsidRDefault="00000000">
      <w:pPr>
        <w:pStyle w:val="Listepuces"/>
      </w:pPr>
      <w:r>
        <w:t>Funding: $600M+ raised, $4.7B valuation (2021)</w:t>
      </w:r>
    </w:p>
    <w:p w14:paraId="2E4827C5" w14:textId="77777777" w:rsidR="00495879" w:rsidRDefault="00000000">
      <w:pPr>
        <w:pStyle w:val="Listepuces"/>
      </w:pPr>
      <w:r>
        <w:t>Customers: 600+ enterprises (Salesforce, NASA, Chevron)</w:t>
      </w:r>
    </w:p>
    <w:p w14:paraId="212A8CF5" w14:textId="77777777" w:rsidR="00495879" w:rsidRDefault="00000000">
      <w:pPr>
        <w:pStyle w:val="Listepuces"/>
      </w:pPr>
      <w:r>
        <w:t>Cost: $200-$400/employee/month (enterprise contracts)</w:t>
      </w:r>
    </w:p>
    <w:p w14:paraId="786E450E" w14:textId="77777777" w:rsidR="00495879" w:rsidRDefault="00000000">
      <w:r>
        <w:rPr>
          <w:b/>
        </w:rPr>
        <w:t>Strengths</w:t>
      </w:r>
      <w:r>
        <w:t>:</w:t>
      </w:r>
    </w:p>
    <w:p w14:paraId="395C10D0" w14:textId="77777777" w:rsidR="00495879" w:rsidRDefault="00000000">
      <w:pPr>
        <w:pStyle w:val="Listepuces"/>
      </w:pPr>
      <w:r>
        <w:t>✅ Massive funding &amp; brand (unicorn status)</w:t>
      </w:r>
    </w:p>
    <w:p w14:paraId="1BFDD69A" w14:textId="77777777" w:rsidR="00495879" w:rsidRDefault="00000000">
      <w:pPr>
        <w:pStyle w:val="Listepuces"/>
      </w:pPr>
      <w:r>
        <w:t>✅ Technology-first (AI matching, analytics, mobile app)</w:t>
      </w:r>
    </w:p>
    <w:p w14:paraId="741EA005" w14:textId="77777777" w:rsidR="00495879" w:rsidRDefault="00000000">
      <w:pPr>
        <w:pStyle w:val="Listepuces"/>
      </w:pPr>
      <w:r>
        <w:t>✅ Coach network (2,000+ certified coaches)</w:t>
      </w:r>
    </w:p>
    <w:p w14:paraId="55EDC3FF" w14:textId="77777777" w:rsidR="00495879" w:rsidRDefault="00000000">
      <w:pPr>
        <w:pStyle w:val="Listepuces"/>
      </w:pPr>
      <w:r>
        <w:t>✅ Enterprise sales muscle (Fortune 500 customers)</w:t>
      </w:r>
    </w:p>
    <w:p w14:paraId="1D84E1EF" w14:textId="77777777" w:rsidR="00495879" w:rsidRDefault="00000000">
      <w:pPr>
        <w:pStyle w:val="Listepuces"/>
      </w:pPr>
      <w:r>
        <w:t>✅ Scientific approach (research-backed methodologies)</w:t>
      </w:r>
    </w:p>
    <w:p w14:paraId="0DDC4E91" w14:textId="77777777" w:rsidR="00495879" w:rsidRDefault="00000000">
      <w:r>
        <w:rPr>
          <w:b/>
        </w:rPr>
        <w:t>Weaknesses</w:t>
      </w:r>
      <w:r>
        <w:t>:</w:t>
      </w:r>
    </w:p>
    <w:p w14:paraId="57BEC1C1" w14:textId="77777777" w:rsidR="00495879" w:rsidRDefault="00000000">
      <w:pPr>
        <w:pStyle w:val="Listepuces"/>
      </w:pPr>
      <w:r>
        <w:t>❌ Enterprise-only focus (not accessible to SMBs)</w:t>
      </w:r>
    </w:p>
    <w:p w14:paraId="4C1BE1FA" w14:textId="77777777" w:rsidR="00495879" w:rsidRDefault="00000000">
      <w:pPr>
        <w:pStyle w:val="Listepuces"/>
      </w:pPr>
      <w:r>
        <w:t>❌ Generalist coaching (personal development, not business strategy)</w:t>
      </w:r>
    </w:p>
    <w:p w14:paraId="64B91DFE" w14:textId="77777777" w:rsidR="00495879" w:rsidRDefault="00000000">
      <w:pPr>
        <w:pStyle w:val="Listepuces"/>
      </w:pPr>
      <w:r>
        <w:t>❌ Expensive (SMB can't afford $200-$400/employee/month)</w:t>
      </w:r>
    </w:p>
    <w:p w14:paraId="2CC081E0" w14:textId="77777777" w:rsidR="00495879" w:rsidRDefault="00000000">
      <w:pPr>
        <w:pStyle w:val="Listepuces"/>
      </w:pPr>
      <w:r>
        <w:t>❌ No business consulting (pure coaching, no strategy consulting)</w:t>
      </w:r>
    </w:p>
    <w:p w14:paraId="704337BA" w14:textId="77777777" w:rsidR="00495879" w:rsidRDefault="00000000">
      <w:pPr>
        <w:pStyle w:val="Listepuces"/>
      </w:pPr>
      <w:r>
        <w:t>❌ Complex procurement (long enterprise sales cycles)</w:t>
      </w:r>
    </w:p>
    <w:p w14:paraId="5DBDD41A" w14:textId="77777777" w:rsidR="00495879" w:rsidRDefault="00000000">
      <w:r>
        <w:rPr>
          <w:b/>
        </w:rPr>
        <w:t>GBCM Differentiation</w:t>
      </w:r>
      <w:r>
        <w:t>:</w:t>
      </w:r>
    </w:p>
    <w:p w14:paraId="567EDB43" w14:textId="77777777" w:rsidR="00495879" w:rsidRDefault="00000000">
      <w:pPr>
        <w:pStyle w:val="Listepuces"/>
      </w:pPr>
      <w:r>
        <w:lastRenderedPageBreak/>
        <w:t>🎯 **SMB-focused** (vs enterprise-only)</w:t>
      </w:r>
    </w:p>
    <w:p w14:paraId="5BAE6FCE" w14:textId="77777777" w:rsidR="00495879" w:rsidRDefault="00000000">
      <w:pPr>
        <w:pStyle w:val="Listepuces"/>
      </w:pPr>
      <w:r>
        <w:t>🎯 **Business strategy** (vs personal development coaching)</w:t>
      </w:r>
    </w:p>
    <w:p w14:paraId="4E042334" w14:textId="77777777" w:rsidR="00495879" w:rsidRDefault="00000000">
      <w:pPr>
        <w:pStyle w:val="Listepuces"/>
      </w:pPr>
      <w:r>
        <w:t>🎯 **Affordable** ($297/mo membership vs $200-400/employee)</w:t>
      </w:r>
    </w:p>
    <w:p w14:paraId="0FC754EA" w14:textId="77777777" w:rsidR="00495879" w:rsidRDefault="00000000">
      <w:pPr>
        <w:pStyle w:val="Listepuces"/>
      </w:pPr>
      <w:r>
        <w:t>🎯 **Fast sales** (owner decision vs procurement process)</w:t>
      </w:r>
    </w:p>
    <w:p w14:paraId="6D11525F" w14:textId="77777777" w:rsidR="00495879" w:rsidRDefault="00000000">
      <w:pPr>
        <w:pStyle w:val="Listepuces"/>
      </w:pPr>
      <w:r>
        <w:t>🎯 **Consulting hybrid** (strategy + coaching vs coaching-only)</w:t>
      </w:r>
    </w:p>
    <w:p w14:paraId="4C91FDA6" w14:textId="77777777" w:rsidR="00495879" w:rsidRDefault="00000000">
      <w:r>
        <w:rPr>
          <w:b/>
        </w:rPr>
        <w:t>Note</w:t>
      </w:r>
      <w:r>
        <w:t>: BetterUp is NOT a direct competitor (different market), but validates digital coaching model.</w:t>
      </w:r>
    </w:p>
    <w:p w14:paraId="17BC9BF4" w14:textId="77777777" w:rsidR="00495879" w:rsidRDefault="00000000">
      <w:r>
        <w:t>________________________________________________________________________________</w:t>
      </w:r>
    </w:p>
    <w:p w14:paraId="39B7A087" w14:textId="77777777" w:rsidR="00495879" w:rsidRDefault="00000000">
      <w:pPr>
        <w:pStyle w:val="Titre3"/>
      </w:pPr>
      <w:r>
        <w:t>Competitor 5: Scaling Up (Verne Harnish)</w:t>
      </w:r>
    </w:p>
    <w:p w14:paraId="5496406C" w14:textId="77777777" w:rsidR="00495879" w:rsidRDefault="00000000">
      <w:r>
        <w:rPr>
          <w:b/>
        </w:rPr>
        <w:t>Overview</w:t>
      </w:r>
      <w:r>
        <w:t>:</w:t>
      </w:r>
    </w:p>
    <w:p w14:paraId="23323FDC" w14:textId="77777777" w:rsidR="00495879" w:rsidRDefault="00000000">
      <w:pPr>
        <w:pStyle w:val="Listepuces"/>
      </w:pPr>
      <w:r>
        <w:t>Founded: ~2002 (book 2014)</w:t>
      </w:r>
    </w:p>
    <w:p w14:paraId="59C89F7B" w14:textId="77777777" w:rsidR="00495879" w:rsidRDefault="00000000">
      <w:pPr>
        <w:pStyle w:val="Listepuces"/>
      </w:pPr>
      <w:r>
        <w:t>Model: Methodology licensing + certified coaches network</w:t>
      </w:r>
    </w:p>
    <w:p w14:paraId="009B133F" w14:textId="77777777" w:rsidR="00495879" w:rsidRDefault="00000000">
      <w:pPr>
        <w:pStyle w:val="Listepuces"/>
      </w:pPr>
      <w:r>
        <w:t>Members: 70,000+ companies using framework</w:t>
      </w:r>
    </w:p>
    <w:p w14:paraId="583DF808" w14:textId="77777777" w:rsidR="00495879" w:rsidRDefault="00000000">
      <w:pPr>
        <w:pStyle w:val="Listepuces"/>
      </w:pPr>
      <w:r>
        <w:t>Certified Coaches: 1,000+ globally</w:t>
      </w:r>
    </w:p>
    <w:p w14:paraId="5C6121D3" w14:textId="77777777" w:rsidR="00495879" w:rsidRDefault="00000000">
      <w:pPr>
        <w:pStyle w:val="Listepuces"/>
      </w:pPr>
      <w:r>
        <w:t>Cost: Varies by coach ($10K-$50K/year typical)</w:t>
      </w:r>
    </w:p>
    <w:p w14:paraId="155B7592" w14:textId="77777777" w:rsidR="00495879" w:rsidRDefault="00000000">
      <w:r>
        <w:rPr>
          <w:b/>
        </w:rPr>
        <w:t>Strengths</w:t>
      </w:r>
      <w:r>
        <w:t>:</w:t>
      </w:r>
    </w:p>
    <w:p w14:paraId="70BA1450" w14:textId="77777777" w:rsidR="00495879" w:rsidRDefault="00000000">
      <w:pPr>
        <w:pStyle w:val="Listepuces"/>
      </w:pPr>
      <w:r>
        <w:t>✅ Proven framework (Rockefeller Habits 2.0)</w:t>
      </w:r>
    </w:p>
    <w:p w14:paraId="2DAA3CB2" w14:textId="77777777" w:rsidR="00495879" w:rsidRDefault="00000000">
      <w:pPr>
        <w:pStyle w:val="Listepuces"/>
      </w:pPr>
      <w:r>
        <w:t>✅ Book popularity (bestseller, credibility)</w:t>
      </w:r>
    </w:p>
    <w:p w14:paraId="76E74769" w14:textId="77777777" w:rsidR="00495879" w:rsidRDefault="00000000">
      <w:pPr>
        <w:pStyle w:val="Listepuces"/>
      </w:pPr>
      <w:r>
        <w:t>✅ One-Page Strategic Plan (practical tool)</w:t>
      </w:r>
    </w:p>
    <w:p w14:paraId="21AB83AD" w14:textId="77777777" w:rsidR="00495879" w:rsidRDefault="00000000">
      <w:pPr>
        <w:pStyle w:val="Listepuces"/>
      </w:pPr>
      <w:r>
        <w:t>✅ Coach certification program (quality standards)</w:t>
      </w:r>
    </w:p>
    <w:p w14:paraId="4BE7597E" w14:textId="77777777" w:rsidR="00495879" w:rsidRDefault="00000000">
      <w:pPr>
        <w:pStyle w:val="Listepuces"/>
      </w:pPr>
      <w:r>
        <w:t>✅ Events &amp; conferences (annual Scaling Up Summit)</w:t>
      </w:r>
    </w:p>
    <w:p w14:paraId="056101DB" w14:textId="77777777" w:rsidR="00495879" w:rsidRDefault="00000000">
      <w:r>
        <w:rPr>
          <w:b/>
        </w:rPr>
        <w:t>Weaknesses</w:t>
      </w:r>
      <w:r>
        <w:t>:</w:t>
      </w:r>
    </w:p>
    <w:p w14:paraId="7590E22E" w14:textId="77777777" w:rsidR="00495879" w:rsidRDefault="00000000">
      <w:pPr>
        <w:pStyle w:val="Listepuces"/>
      </w:pPr>
      <w:r>
        <w:t>❌ Franchise model (coaches buy certification, quality varies)</w:t>
      </w:r>
    </w:p>
    <w:p w14:paraId="524204AF" w14:textId="77777777" w:rsidR="00495879" w:rsidRDefault="00000000">
      <w:pPr>
        <w:pStyle w:val="Listepuces"/>
      </w:pPr>
      <w:r>
        <w:t>❌ One-size-fits-all framework (not niche-specific)</w:t>
      </w:r>
    </w:p>
    <w:p w14:paraId="49BA7EB9" w14:textId="77777777" w:rsidR="00495879" w:rsidRDefault="00000000">
      <w:pPr>
        <w:pStyle w:val="Listepuces"/>
      </w:pPr>
      <w:r>
        <w:t>❌ Old methodology (2002 framework, pre-digital transformation era)</w:t>
      </w:r>
    </w:p>
    <w:p w14:paraId="129C4E2F" w14:textId="77777777" w:rsidR="00495879" w:rsidRDefault="00000000">
      <w:pPr>
        <w:pStyle w:val="Listepuces"/>
      </w:pPr>
      <w:r>
        <w:t>❌ No tech platform (coaches use own tools)</w:t>
      </w:r>
    </w:p>
    <w:p w14:paraId="117025C9" w14:textId="77777777" w:rsidR="00495879" w:rsidRDefault="00000000">
      <w:pPr>
        <w:pStyle w:val="Listepuces"/>
      </w:pPr>
      <w:r>
        <w:t>❌ High variance (experience depends on which coach you get)</w:t>
      </w:r>
    </w:p>
    <w:p w14:paraId="16665927" w14:textId="77777777" w:rsidR="00495879" w:rsidRDefault="00000000">
      <w:r>
        <w:rPr>
          <w:b/>
        </w:rPr>
        <w:t>GBCM Differentiation</w:t>
      </w:r>
      <w:r>
        <w:t>:</w:t>
      </w:r>
    </w:p>
    <w:p w14:paraId="6F76EB6E" w14:textId="77777777" w:rsidR="00495879" w:rsidRDefault="00000000">
      <w:pPr>
        <w:pStyle w:val="Listepuces"/>
      </w:pPr>
      <w:r>
        <w:t>🎯 **Proprietary platform** (unified experience vs fragmented coaches)</w:t>
      </w:r>
    </w:p>
    <w:p w14:paraId="4032D8FE" w14:textId="77777777" w:rsidR="00495879" w:rsidRDefault="00000000">
      <w:pPr>
        <w:pStyle w:val="Listepuces"/>
      </w:pPr>
      <w:r>
        <w:t>🎯 **Modern frameworks** (2025 digital transformation focus)</w:t>
      </w:r>
    </w:p>
    <w:p w14:paraId="79BB4FD4" w14:textId="77777777" w:rsidR="00495879" w:rsidRDefault="00000000">
      <w:pPr>
        <w:pStyle w:val="Listepuces"/>
      </w:pPr>
      <w:r>
        <w:t>🎯 **Consistent quality** (GBCM-employed coaches vs independent franchisees)</w:t>
      </w:r>
    </w:p>
    <w:p w14:paraId="21F263C4" w14:textId="77777777" w:rsidR="00495879" w:rsidRDefault="00000000">
      <w:pPr>
        <w:pStyle w:val="Listepuces"/>
      </w:pPr>
      <w:r>
        <w:t>🎯 **Tech-enabled** (AI assistant, analytics vs manual)</w:t>
      </w:r>
    </w:p>
    <w:p w14:paraId="6AEA1178" w14:textId="77777777" w:rsidR="00495879" w:rsidRDefault="00000000">
      <w:pPr>
        <w:pStyle w:val="Listepuces"/>
      </w:pPr>
      <w:r>
        <w:t>🎯 **Niche expertise** (vs general framework for all)</w:t>
      </w:r>
    </w:p>
    <w:p w14:paraId="30AD1C6F" w14:textId="77777777" w:rsidR="00495879" w:rsidRDefault="00000000">
      <w:r>
        <w:lastRenderedPageBreak/>
        <w:t>________________________________________________________________________________</w:t>
      </w:r>
    </w:p>
    <w:p w14:paraId="7C28A144" w14:textId="77777777" w:rsidR="00495879" w:rsidRDefault="00000000">
      <w:pPr>
        <w:pStyle w:val="Titre3"/>
      </w:pPr>
      <w:r>
        <w:t>Competitor 6: Cultivate Advisors (Boutique Strategy Firm)</w:t>
      </w:r>
    </w:p>
    <w:p w14:paraId="3DBFB0D4" w14:textId="77777777" w:rsidR="00495879" w:rsidRDefault="00000000">
      <w:r>
        <w:rPr>
          <w:b/>
        </w:rPr>
        <w:t>Overview</w:t>
      </w:r>
      <w:r>
        <w:t>:</w:t>
      </w:r>
    </w:p>
    <w:p w14:paraId="7DEF8A0E" w14:textId="77777777" w:rsidR="00495879" w:rsidRDefault="00000000">
      <w:pPr>
        <w:pStyle w:val="Listepuces"/>
      </w:pPr>
      <w:r>
        <w:t>Type: Boutique strategy consulting firm</w:t>
      </w:r>
    </w:p>
    <w:p w14:paraId="69904181" w14:textId="77777777" w:rsidR="00495879" w:rsidRDefault="00000000">
      <w:pPr>
        <w:pStyle w:val="Listepuces"/>
      </w:pPr>
      <w:r>
        <w:t>Focus: SMB growth strategy ($5M-$50M companies)</w:t>
      </w:r>
    </w:p>
    <w:p w14:paraId="5E2DECF8" w14:textId="77777777" w:rsidR="00495879" w:rsidRDefault="00000000">
      <w:pPr>
        <w:pStyle w:val="Listepuces"/>
      </w:pPr>
      <w:r>
        <w:t>Model: Project-based + retainer consulting</w:t>
      </w:r>
    </w:p>
    <w:p w14:paraId="22E8D0A5" w14:textId="77777777" w:rsidR="00495879" w:rsidRDefault="00000000">
      <w:pPr>
        <w:pStyle w:val="Listepuces"/>
      </w:pPr>
      <w:r>
        <w:t>Cost: $50K-$150K per engagement</w:t>
      </w:r>
    </w:p>
    <w:p w14:paraId="589908A8" w14:textId="77777777" w:rsidR="00495879" w:rsidRDefault="00000000">
      <w:pPr>
        <w:pStyle w:val="Listepuces"/>
      </w:pPr>
      <w:r>
        <w:t>Team: 10-20 consultants</w:t>
      </w:r>
    </w:p>
    <w:p w14:paraId="01EDF026" w14:textId="77777777" w:rsidR="00495879" w:rsidRDefault="00000000">
      <w:r>
        <w:rPr>
          <w:b/>
        </w:rPr>
        <w:t>Strengths</w:t>
      </w:r>
      <w:r>
        <w:t>:</w:t>
      </w:r>
    </w:p>
    <w:p w14:paraId="2022907D" w14:textId="77777777" w:rsidR="00495879" w:rsidRDefault="00000000">
      <w:pPr>
        <w:pStyle w:val="Listepuces"/>
      </w:pPr>
      <w:r>
        <w:t>✅ Deep expertise (ex-McKinsey/BCG consultants)</w:t>
      </w:r>
    </w:p>
    <w:p w14:paraId="690DC51B" w14:textId="77777777" w:rsidR="00495879" w:rsidRDefault="00000000">
      <w:pPr>
        <w:pStyle w:val="Listepuces"/>
      </w:pPr>
      <w:r>
        <w:t>✅ Customized strategies (tailored to each client)</w:t>
      </w:r>
    </w:p>
    <w:p w14:paraId="504F8868" w14:textId="77777777" w:rsidR="00495879" w:rsidRDefault="00000000">
      <w:pPr>
        <w:pStyle w:val="Listepuces"/>
      </w:pPr>
      <w:r>
        <w:t>✅ High-touch service (partner-led engagements)</w:t>
      </w:r>
    </w:p>
    <w:p w14:paraId="1630D154" w14:textId="77777777" w:rsidR="00495879" w:rsidRDefault="00000000">
      <w:pPr>
        <w:pStyle w:val="Listepuces"/>
      </w:pPr>
      <w:r>
        <w:t>✅ Strong deliverables (detailed reports, roadmaps)</w:t>
      </w:r>
    </w:p>
    <w:p w14:paraId="69DB4B4B" w14:textId="77777777" w:rsidR="00495879" w:rsidRDefault="00000000">
      <w:r>
        <w:rPr>
          <w:b/>
        </w:rPr>
        <w:t>Weaknesses</w:t>
      </w:r>
      <w:r>
        <w:t>:</w:t>
      </w:r>
    </w:p>
    <w:p w14:paraId="1CE47CE7" w14:textId="77777777" w:rsidR="00495879" w:rsidRDefault="00000000">
      <w:pPr>
        <w:pStyle w:val="Listepuces"/>
      </w:pPr>
      <w:r>
        <w:t>❌ Very expensive ($50K-$150K = out of reach for most SMBs)</w:t>
      </w:r>
    </w:p>
    <w:p w14:paraId="049858AD" w14:textId="77777777" w:rsidR="00495879" w:rsidRDefault="00000000">
      <w:pPr>
        <w:pStyle w:val="Listepuces"/>
      </w:pPr>
      <w:r>
        <w:t>❌ Short-term projects (3-6 months, then you're on your own)</w:t>
      </w:r>
    </w:p>
    <w:p w14:paraId="638EA582" w14:textId="77777777" w:rsidR="00495879" w:rsidRDefault="00000000">
      <w:pPr>
        <w:pStyle w:val="Listepuces"/>
      </w:pPr>
      <w:r>
        <w:t>❌ Implementation gap (strategy delivered, but who executes?)</w:t>
      </w:r>
    </w:p>
    <w:p w14:paraId="7270630F" w14:textId="77777777" w:rsidR="00495879" w:rsidRDefault="00000000">
      <w:pPr>
        <w:pStyle w:val="Listepuces"/>
      </w:pPr>
      <w:r>
        <w:t>❌ Limited accountability (no ongoing coaching post-project)</w:t>
      </w:r>
    </w:p>
    <w:p w14:paraId="5C9539CC" w14:textId="77777777" w:rsidR="00495879" w:rsidRDefault="00000000">
      <w:pPr>
        <w:pStyle w:val="Listepuces"/>
      </w:pPr>
      <w:r>
        <w:t>❌ No tech platform (PowerPoints, not software)</w:t>
      </w:r>
    </w:p>
    <w:p w14:paraId="63D730FB" w14:textId="77777777" w:rsidR="00495879" w:rsidRDefault="00000000">
      <w:r>
        <w:rPr>
          <w:b/>
        </w:rPr>
        <w:t>GBCM Differentiation</w:t>
      </w:r>
      <w:r>
        <w:t>:</w:t>
      </w:r>
    </w:p>
    <w:p w14:paraId="517F0046" w14:textId="77777777" w:rsidR="00495879" w:rsidRDefault="00000000">
      <w:pPr>
        <w:pStyle w:val="Listepuces"/>
      </w:pPr>
      <w:r>
        <w:t>🎯 **70-85% less expensive** ($9K-$60K vs $50K-$150K)</w:t>
      </w:r>
    </w:p>
    <w:p w14:paraId="103A5746" w14:textId="77777777" w:rsidR="00495879" w:rsidRDefault="00000000">
      <w:pPr>
        <w:pStyle w:val="Listepuces"/>
      </w:pPr>
      <w:r>
        <w:t>🎯 **Long-term partnership** (12-month programs + renewal)</w:t>
      </w:r>
    </w:p>
    <w:p w14:paraId="2932C3BD" w14:textId="77777777" w:rsidR="00495879" w:rsidRDefault="00000000">
      <w:pPr>
        <w:pStyle w:val="Listepuces"/>
      </w:pPr>
      <w:r>
        <w:t>🎯 **Implementation support** (coaching through execution)</w:t>
      </w:r>
    </w:p>
    <w:p w14:paraId="1B8C030D" w14:textId="77777777" w:rsidR="00495879" w:rsidRDefault="00000000">
      <w:pPr>
        <w:pStyle w:val="Listepuces"/>
      </w:pPr>
      <w:r>
        <w:t>🎯 **Ongoing accountability** (AI + human check-ins)</w:t>
      </w:r>
    </w:p>
    <w:p w14:paraId="655DD7F2" w14:textId="77777777" w:rsidR="00495879" w:rsidRDefault="00000000">
      <w:pPr>
        <w:pStyle w:val="Listepuces"/>
      </w:pPr>
      <w:r>
        <w:t>🎯 **Platform access** (tools beyond just reports)</w:t>
      </w:r>
    </w:p>
    <w:p w14:paraId="5C325107" w14:textId="77777777" w:rsidR="00495879" w:rsidRDefault="00000000">
      <w:r>
        <w:t>________________________________________________________________________________</w:t>
      </w:r>
    </w:p>
    <w:p w14:paraId="115B6BE3" w14:textId="77777777" w:rsidR="00495879" w:rsidRDefault="00000000">
      <w:pPr>
        <w:pStyle w:val="Titre3"/>
      </w:pPr>
      <w:r>
        <w:t>Competitor 7: Individual Executive Coaches (Fragmented)</w:t>
      </w:r>
    </w:p>
    <w:p w14:paraId="7B469DFB" w14:textId="77777777" w:rsidR="00495879" w:rsidRDefault="00000000">
      <w:r>
        <w:rPr>
          <w:b/>
        </w:rPr>
        <w:t>Overview</w:t>
      </w:r>
      <w:r>
        <w:t>:</w:t>
      </w:r>
    </w:p>
    <w:p w14:paraId="5F27A110" w14:textId="77777777" w:rsidR="00495879" w:rsidRDefault="00000000">
      <w:pPr>
        <w:pStyle w:val="Listepuces"/>
      </w:pPr>
      <w:r>
        <w:t>Type: Solo practitioners (ICF-certified coaches)</w:t>
      </w:r>
    </w:p>
    <w:p w14:paraId="0E5ADED2" w14:textId="77777777" w:rsidR="00495879" w:rsidRDefault="00000000">
      <w:pPr>
        <w:pStyle w:val="Listepuces"/>
      </w:pPr>
      <w:r>
        <w:t>Number: ~145,000 coaches globally, ~60,000 US</w:t>
      </w:r>
    </w:p>
    <w:p w14:paraId="4F22E95E" w14:textId="77777777" w:rsidR="00495879" w:rsidRDefault="00000000">
      <w:pPr>
        <w:pStyle w:val="Listepuces"/>
      </w:pPr>
      <w:r>
        <w:t>Model: 1-on-1 sessions (typically 2x/month)</w:t>
      </w:r>
    </w:p>
    <w:p w14:paraId="095F9524" w14:textId="77777777" w:rsidR="00495879" w:rsidRDefault="00000000">
      <w:pPr>
        <w:pStyle w:val="Listepuces"/>
      </w:pPr>
      <w:r>
        <w:t>Cost: $200-$500/hour, $2K-$5K/month typical</w:t>
      </w:r>
    </w:p>
    <w:p w14:paraId="32E93F53" w14:textId="77777777" w:rsidR="00495879" w:rsidRDefault="00000000">
      <w:pPr>
        <w:pStyle w:val="Listepuces"/>
      </w:pPr>
      <w:r>
        <w:t>Focus: Executive coaching, leadership development</w:t>
      </w:r>
    </w:p>
    <w:p w14:paraId="392F244D" w14:textId="77777777" w:rsidR="00495879" w:rsidRDefault="00000000">
      <w:r>
        <w:rPr>
          <w:b/>
        </w:rPr>
        <w:lastRenderedPageBreak/>
        <w:t>Strengths</w:t>
      </w:r>
      <w:r>
        <w:t>:</w:t>
      </w:r>
    </w:p>
    <w:p w14:paraId="60906CF2" w14:textId="77777777" w:rsidR="00495879" w:rsidRDefault="00000000">
      <w:pPr>
        <w:pStyle w:val="Listepuces"/>
      </w:pPr>
      <w:r>
        <w:t>✅ Personal relationship (deep 1-on-1 connection)</w:t>
      </w:r>
    </w:p>
    <w:p w14:paraId="1FB06AFD" w14:textId="77777777" w:rsidR="00495879" w:rsidRDefault="00000000">
      <w:pPr>
        <w:pStyle w:val="Listepuces"/>
      </w:pPr>
      <w:r>
        <w:t>✅ Flexible (customized to individual needs)</w:t>
      </w:r>
    </w:p>
    <w:p w14:paraId="4E05350A" w14:textId="77777777" w:rsidR="00495879" w:rsidRDefault="00000000">
      <w:pPr>
        <w:pStyle w:val="Listepuces"/>
      </w:pPr>
      <w:r>
        <w:t>✅ Affordable entry ($200-300/hour accessible)</w:t>
      </w:r>
    </w:p>
    <w:p w14:paraId="38D0A543" w14:textId="77777777" w:rsidR="00495879" w:rsidRDefault="00000000">
      <w:pPr>
        <w:pStyle w:val="Listepuces"/>
      </w:pPr>
      <w:r>
        <w:t>✅ Certification (many ICF PCC/MCC certified)</w:t>
      </w:r>
    </w:p>
    <w:p w14:paraId="3760D302" w14:textId="77777777" w:rsidR="00495879" w:rsidRDefault="00000000">
      <w:r>
        <w:rPr>
          <w:b/>
        </w:rPr>
        <w:t>Weaknesses</w:t>
      </w:r>
      <w:r>
        <w:t>:</w:t>
      </w:r>
    </w:p>
    <w:p w14:paraId="188BBB23" w14:textId="77777777" w:rsidR="00495879" w:rsidRDefault="00000000">
      <w:pPr>
        <w:pStyle w:val="Listepuces"/>
      </w:pPr>
      <w:r>
        <w:t>❌ Limited business expertise (coaches, not business strategists)</w:t>
      </w:r>
    </w:p>
    <w:p w14:paraId="4396E529" w14:textId="77777777" w:rsidR="00495879" w:rsidRDefault="00000000">
      <w:pPr>
        <w:pStyle w:val="Listepuces"/>
      </w:pPr>
      <w:r>
        <w:t>❌ No methodology (ad-hoc vs structured framework)</w:t>
      </w:r>
    </w:p>
    <w:p w14:paraId="0EE23F9F" w14:textId="77777777" w:rsidR="00495879" w:rsidRDefault="00000000">
      <w:pPr>
        <w:pStyle w:val="Listepuces"/>
      </w:pPr>
      <w:r>
        <w:t>❌ Doesn't scale (time-for-money model)</w:t>
      </w:r>
    </w:p>
    <w:p w14:paraId="18AF758E" w14:textId="77777777" w:rsidR="00495879" w:rsidRDefault="00000000">
      <w:pPr>
        <w:pStyle w:val="Listepuces"/>
      </w:pPr>
      <w:r>
        <w:t>❌ No tech (mostly phone/Zoom calls, manual notes)</w:t>
      </w:r>
    </w:p>
    <w:p w14:paraId="1E3D844E" w14:textId="77777777" w:rsidR="00495879" w:rsidRDefault="00000000">
      <w:pPr>
        <w:pStyle w:val="Listepuces"/>
      </w:pPr>
      <w:r>
        <w:t>❌ No community (isolated 1-on-1, no peer learning)</w:t>
      </w:r>
    </w:p>
    <w:p w14:paraId="39097542" w14:textId="77777777" w:rsidR="00495879" w:rsidRDefault="00000000">
      <w:pPr>
        <w:pStyle w:val="Listepuces"/>
      </w:pPr>
      <w:r>
        <w:t>❌ Variable quality (huge range, hard to vet)</w:t>
      </w:r>
    </w:p>
    <w:p w14:paraId="3AE44569" w14:textId="77777777" w:rsidR="00495879" w:rsidRDefault="00000000">
      <w:r>
        <w:rPr>
          <w:b/>
        </w:rPr>
        <w:t>GBCM Differentiation</w:t>
      </w:r>
      <w:r>
        <w:t>:</w:t>
      </w:r>
    </w:p>
    <w:p w14:paraId="62479E37" w14:textId="77777777" w:rsidR="00495879" w:rsidRDefault="00000000">
      <w:pPr>
        <w:pStyle w:val="Listepuces"/>
      </w:pPr>
      <w:r>
        <w:t>🎯 **Business strategy expertise** (vs pure coaching)</w:t>
      </w:r>
    </w:p>
    <w:p w14:paraId="708D9259" w14:textId="77777777" w:rsidR="00495879" w:rsidRDefault="00000000">
      <w:pPr>
        <w:pStyle w:val="Listepuces"/>
      </w:pPr>
      <w:r>
        <w:t>🎯 **Proven methodologies** (GBCM frameworks vs ad-hoc)</w:t>
      </w:r>
    </w:p>
    <w:p w14:paraId="02344F88" w14:textId="77777777" w:rsidR="00495879" w:rsidRDefault="00000000">
      <w:pPr>
        <w:pStyle w:val="Listepuces"/>
      </w:pPr>
      <w:r>
        <w:t>🎯 **Tech platform** (AI, resources, tracking vs manual)</w:t>
      </w:r>
    </w:p>
    <w:p w14:paraId="2BDBB6CD" w14:textId="77777777" w:rsidR="00495879" w:rsidRDefault="00000000">
      <w:pPr>
        <w:pStyle w:val="Listepuces"/>
      </w:pPr>
      <w:r>
        <w:t>🎯 **Community** (peer learning + expert coaching)</w:t>
      </w:r>
    </w:p>
    <w:p w14:paraId="27009844" w14:textId="77777777" w:rsidR="00495879" w:rsidRDefault="00000000">
      <w:pPr>
        <w:pStyle w:val="Listepuces"/>
      </w:pPr>
      <w:r>
        <w:t>🎯 **Consistent quality** (GBCM standards vs individual variance)</w:t>
      </w:r>
    </w:p>
    <w:p w14:paraId="5CDE1F40" w14:textId="77777777" w:rsidR="00495879" w:rsidRDefault="00000000">
      <w:r>
        <w:t>________________________________________________________________________________</w:t>
      </w:r>
    </w:p>
    <w:p w14:paraId="5061BD14" w14:textId="77777777" w:rsidR="00495879" w:rsidRDefault="00000000">
      <w:pPr>
        <w:pStyle w:val="Titre2"/>
      </w:pPr>
      <w:r>
        <w:t>4.3 Indirect Competitors</w:t>
      </w:r>
    </w:p>
    <w:p w14:paraId="509F9882" w14:textId="77777777" w:rsidR="00495879" w:rsidRDefault="00000000">
      <w:pPr>
        <w:pStyle w:val="Titre3"/>
      </w:pPr>
      <w:r>
        <w:t>Business Schools Executive Education</w:t>
      </w:r>
    </w:p>
    <w:p w14:paraId="15AA90D1" w14:textId="77777777" w:rsidR="00495879" w:rsidRDefault="00000000">
      <w:r>
        <w:rPr>
          <w:b/>
        </w:rPr>
        <w:t>Examples</w:t>
      </w:r>
      <w:r>
        <w:t>: Harvard Business School Executive Education, Wharton, Stanford GSB</w:t>
      </w:r>
    </w:p>
    <w:p w14:paraId="4B825062" w14:textId="77777777" w:rsidR="00495879" w:rsidRDefault="00000000">
      <w:r>
        <w:rPr>
          <w:b/>
        </w:rPr>
        <w:t>Strengths</w:t>
      </w:r>
      <w:r>
        <w:t>:</w:t>
      </w:r>
    </w:p>
    <w:p w14:paraId="61528AC1" w14:textId="77777777" w:rsidR="00495879" w:rsidRDefault="00000000">
      <w:pPr>
        <w:pStyle w:val="Listepuces"/>
      </w:pPr>
      <w:r>
        <w:t>Prestigious brand &amp; credentials</w:t>
      </w:r>
    </w:p>
    <w:p w14:paraId="36A1EF12" w14:textId="77777777" w:rsidR="00495879" w:rsidRDefault="00000000">
      <w:pPr>
        <w:pStyle w:val="Listepuces"/>
      </w:pPr>
      <w:r>
        <w:t>World-class faculty</w:t>
      </w:r>
    </w:p>
    <w:p w14:paraId="7D5D6106" w14:textId="77777777" w:rsidR="00495879" w:rsidRDefault="00000000">
      <w:pPr>
        <w:pStyle w:val="Listepuces"/>
      </w:pPr>
      <w:r>
        <w:t>Powerful alumni networks</w:t>
      </w:r>
    </w:p>
    <w:p w14:paraId="02601B12" w14:textId="77777777" w:rsidR="00495879" w:rsidRDefault="00000000">
      <w:r>
        <w:rPr>
          <w:b/>
        </w:rPr>
        <w:t>Weaknesses</w:t>
      </w:r>
      <w:r>
        <w:t>:</w:t>
      </w:r>
    </w:p>
    <w:p w14:paraId="3BFB26A1" w14:textId="77777777" w:rsidR="00495879" w:rsidRDefault="00000000">
      <w:pPr>
        <w:pStyle w:val="Listepuces"/>
      </w:pPr>
      <w:r>
        <w:t>Extremely expensive ($10K-$150K per program)</w:t>
      </w:r>
    </w:p>
    <w:p w14:paraId="2D05C4F6" w14:textId="77777777" w:rsidR="00495879" w:rsidRDefault="00000000">
      <w:pPr>
        <w:pStyle w:val="Listepuces"/>
      </w:pPr>
      <w:r>
        <w:t>Time-intensive (on-campus weeks/months)</w:t>
      </w:r>
    </w:p>
    <w:p w14:paraId="5161CD02" w14:textId="77777777" w:rsidR="00495879" w:rsidRDefault="00000000">
      <w:pPr>
        <w:pStyle w:val="Listepuces"/>
      </w:pPr>
      <w:r>
        <w:t>Academic vs practical (theory-heavy)</w:t>
      </w:r>
    </w:p>
    <w:p w14:paraId="3002B60C" w14:textId="77777777" w:rsidR="00495879" w:rsidRDefault="00000000">
      <w:pPr>
        <w:pStyle w:val="Listepuces"/>
      </w:pPr>
      <w:r>
        <w:t>Not personalized (cohort-based standard curriculum)</w:t>
      </w:r>
    </w:p>
    <w:p w14:paraId="730EA88C" w14:textId="77777777" w:rsidR="00495879" w:rsidRDefault="00000000">
      <w:r>
        <w:rPr>
          <w:b/>
        </w:rPr>
        <w:t>Why Clients Choose GBCM Instead</w:t>
      </w:r>
      <w:r>
        <w:t>:</w:t>
      </w:r>
    </w:p>
    <w:p w14:paraId="1464F9EC" w14:textId="77777777" w:rsidR="00495879" w:rsidRDefault="00000000">
      <w:pPr>
        <w:pStyle w:val="Listepuces"/>
      </w:pPr>
      <w:r>
        <w:lastRenderedPageBreak/>
        <w:t>10-20x less expensive</w:t>
      </w:r>
    </w:p>
    <w:p w14:paraId="00D49E57" w14:textId="77777777" w:rsidR="00495879" w:rsidRDefault="00000000">
      <w:pPr>
        <w:pStyle w:val="Listepuces"/>
      </w:pPr>
      <w:r>
        <w:t>Virtual/flexible (no time away from business)</w:t>
      </w:r>
    </w:p>
    <w:p w14:paraId="77CB2DA5" w14:textId="77777777" w:rsidR="00495879" w:rsidRDefault="00000000">
      <w:pPr>
        <w:pStyle w:val="Listepuces"/>
      </w:pPr>
      <w:r>
        <w:t>Practical implementation focus</w:t>
      </w:r>
    </w:p>
    <w:p w14:paraId="48A2FC11" w14:textId="77777777" w:rsidR="00495879" w:rsidRDefault="00000000">
      <w:pPr>
        <w:pStyle w:val="Listepuces"/>
      </w:pPr>
      <w:r>
        <w:t>Personalized to their business</w:t>
      </w:r>
    </w:p>
    <w:p w14:paraId="2FACF790" w14:textId="77777777" w:rsidR="00495879" w:rsidRDefault="00000000">
      <w:r>
        <w:t>________________________________________________________________________________</w:t>
      </w:r>
    </w:p>
    <w:p w14:paraId="19A20B8F" w14:textId="77777777" w:rsidR="00495879" w:rsidRDefault="00000000">
      <w:pPr>
        <w:pStyle w:val="Titre3"/>
      </w:pPr>
      <w:r>
        <w:t>Management Consulting Firms (Mid-tier)</w:t>
      </w:r>
    </w:p>
    <w:p w14:paraId="78A221EC" w14:textId="77777777" w:rsidR="00495879" w:rsidRDefault="00000000">
      <w:r>
        <w:rPr>
          <w:b/>
        </w:rPr>
        <w:t>Examples</w:t>
      </w:r>
      <w:r>
        <w:t>: Oliver Wyman, LEK Consulting, Strategy&amp;</w:t>
      </w:r>
    </w:p>
    <w:p w14:paraId="7EFC44AE" w14:textId="77777777" w:rsidR="00495879" w:rsidRDefault="00000000">
      <w:r>
        <w:rPr>
          <w:b/>
        </w:rPr>
        <w:t>Strengths</w:t>
      </w:r>
      <w:r>
        <w:t>:</w:t>
      </w:r>
    </w:p>
    <w:p w14:paraId="2EE3C16C" w14:textId="77777777" w:rsidR="00495879" w:rsidRDefault="00000000">
      <w:pPr>
        <w:pStyle w:val="Listepuces"/>
      </w:pPr>
      <w:r>
        <w:t>Brand recognition</w:t>
      </w:r>
    </w:p>
    <w:p w14:paraId="72800999" w14:textId="77777777" w:rsidR="00495879" w:rsidRDefault="00000000">
      <w:pPr>
        <w:pStyle w:val="Listepuces"/>
      </w:pPr>
      <w:r>
        <w:t>Deep analytical capabilities</w:t>
      </w:r>
    </w:p>
    <w:p w14:paraId="34FD29B8" w14:textId="77777777" w:rsidR="00495879" w:rsidRDefault="00000000">
      <w:pPr>
        <w:pStyle w:val="Listepuces"/>
      </w:pPr>
      <w:r>
        <w:t>Industry expertise</w:t>
      </w:r>
    </w:p>
    <w:p w14:paraId="6F364A7D" w14:textId="77777777" w:rsidR="00495879" w:rsidRDefault="00000000">
      <w:r>
        <w:rPr>
          <w:b/>
        </w:rPr>
        <w:t>Weaknesses</w:t>
      </w:r>
      <w:r>
        <w:t>:</w:t>
      </w:r>
    </w:p>
    <w:p w14:paraId="10D484AA" w14:textId="77777777" w:rsidR="00495879" w:rsidRDefault="00000000">
      <w:pPr>
        <w:pStyle w:val="Listepuces"/>
      </w:pPr>
      <w:r>
        <w:t>Still expensive for SMBs ($100K-$500K projects)</w:t>
      </w:r>
    </w:p>
    <w:p w14:paraId="43F22CEC" w14:textId="77777777" w:rsidR="00495879" w:rsidRDefault="00000000">
      <w:pPr>
        <w:pStyle w:val="Listepuces"/>
      </w:pPr>
      <w:r>
        <w:t>Project-based (no long-term relationship)</w:t>
      </w:r>
    </w:p>
    <w:p w14:paraId="3CB2384B" w14:textId="77777777" w:rsidR="00495879" w:rsidRDefault="00000000">
      <w:pPr>
        <w:pStyle w:val="Listepuces"/>
      </w:pPr>
      <w:r>
        <w:t>Junior consultant-heavy (partners sell, analysts deliver)</w:t>
      </w:r>
    </w:p>
    <w:p w14:paraId="1C2677EE" w14:textId="77777777" w:rsidR="00495879" w:rsidRDefault="00000000">
      <w:pPr>
        <w:pStyle w:val="Listepuces"/>
      </w:pPr>
      <w:r>
        <w:t>No coaching/accountability</w:t>
      </w:r>
    </w:p>
    <w:p w14:paraId="0AD3A168" w14:textId="77777777" w:rsidR="00495879" w:rsidRDefault="00000000">
      <w:r>
        <w:rPr>
          <w:b/>
        </w:rPr>
        <w:t>Why Clients Choose GBCM Instead</w:t>
      </w:r>
      <w:r>
        <w:t>:</w:t>
      </w:r>
    </w:p>
    <w:p w14:paraId="73E3D23E" w14:textId="77777777" w:rsidR="00495879" w:rsidRDefault="00000000">
      <w:pPr>
        <w:pStyle w:val="Listepuces"/>
      </w:pPr>
      <w:r>
        <w:t>Affordable retainers</w:t>
      </w:r>
    </w:p>
    <w:p w14:paraId="06058EF6" w14:textId="77777777" w:rsidR="00495879" w:rsidRDefault="00000000">
      <w:pPr>
        <w:pStyle w:val="Listepuces"/>
      </w:pPr>
      <w:r>
        <w:t>Ongoing partnership</w:t>
      </w:r>
    </w:p>
    <w:p w14:paraId="1E4A1F5A" w14:textId="77777777" w:rsidR="00495879" w:rsidRDefault="00000000">
      <w:pPr>
        <w:pStyle w:val="Listepuces"/>
      </w:pPr>
      <w:r>
        <w:t>Partner-level attention throughout</w:t>
      </w:r>
    </w:p>
    <w:p w14:paraId="1CA18B13" w14:textId="77777777" w:rsidR="00495879" w:rsidRDefault="00000000">
      <w:pPr>
        <w:pStyle w:val="Listepuces"/>
      </w:pPr>
      <w:r>
        <w:t>Coaching + strategy hybrid</w:t>
      </w:r>
    </w:p>
    <w:p w14:paraId="7C612766" w14:textId="77777777" w:rsidR="00495879" w:rsidRDefault="00000000">
      <w:r>
        <w:t>________________________________________________________________________________</w:t>
      </w:r>
    </w:p>
    <w:p w14:paraId="3631698B" w14:textId="77777777" w:rsidR="00495879" w:rsidRDefault="00000000">
      <w:pPr>
        <w:pStyle w:val="Titre3"/>
      </w:pPr>
      <w:r>
        <w:t>Online Course Platforms</w:t>
      </w:r>
    </w:p>
    <w:p w14:paraId="20AACC25" w14:textId="77777777" w:rsidR="00495879" w:rsidRDefault="00000000">
      <w:r>
        <w:rPr>
          <w:b/>
        </w:rPr>
        <w:t>Examples</w:t>
      </w:r>
      <w:r>
        <w:t>: MasterClass, Udemy for Business, Coursera for Business</w:t>
      </w:r>
    </w:p>
    <w:p w14:paraId="53666854" w14:textId="77777777" w:rsidR="00495879" w:rsidRDefault="00000000">
      <w:r>
        <w:rPr>
          <w:b/>
        </w:rPr>
        <w:t>Strengths</w:t>
      </w:r>
      <w:r>
        <w:t>:</w:t>
      </w:r>
    </w:p>
    <w:p w14:paraId="1ABD43E5" w14:textId="77777777" w:rsidR="00495879" w:rsidRDefault="00000000">
      <w:pPr>
        <w:pStyle w:val="Listepuces"/>
      </w:pPr>
      <w:r>
        <w:t>Very affordable ($20-$500/course)</w:t>
      </w:r>
    </w:p>
    <w:p w14:paraId="69E278D0" w14:textId="77777777" w:rsidR="00495879" w:rsidRDefault="00000000">
      <w:pPr>
        <w:pStyle w:val="Listepuces"/>
      </w:pPr>
      <w:r>
        <w:t>Celebrity instructors</w:t>
      </w:r>
    </w:p>
    <w:p w14:paraId="3041AE7D" w14:textId="77777777" w:rsidR="00495879" w:rsidRDefault="00000000">
      <w:pPr>
        <w:pStyle w:val="Listepuces"/>
      </w:pPr>
      <w:r>
        <w:t>Scalable delivery</w:t>
      </w:r>
    </w:p>
    <w:p w14:paraId="62CFAC9A" w14:textId="77777777" w:rsidR="00495879" w:rsidRDefault="00000000">
      <w:r>
        <w:rPr>
          <w:b/>
        </w:rPr>
        <w:t>Weaknesses</w:t>
      </w:r>
      <w:r>
        <w:t>:</w:t>
      </w:r>
    </w:p>
    <w:p w14:paraId="541D7CD1" w14:textId="77777777" w:rsidR="00495879" w:rsidRDefault="00000000">
      <w:pPr>
        <w:pStyle w:val="Listepuces"/>
      </w:pPr>
      <w:r>
        <w:t>Zero personalization</w:t>
      </w:r>
    </w:p>
    <w:p w14:paraId="0A4A34D9" w14:textId="77777777" w:rsidR="00495879" w:rsidRDefault="00000000">
      <w:pPr>
        <w:pStyle w:val="Listepuces"/>
      </w:pPr>
      <w:r>
        <w:t>Low completion rates (5-15%)</w:t>
      </w:r>
    </w:p>
    <w:p w14:paraId="5BDA10EB" w14:textId="77777777" w:rsidR="00495879" w:rsidRDefault="00000000">
      <w:pPr>
        <w:pStyle w:val="Listepuces"/>
      </w:pPr>
      <w:r>
        <w:t>No accountability</w:t>
      </w:r>
    </w:p>
    <w:p w14:paraId="57C7E807" w14:textId="77777777" w:rsidR="00495879" w:rsidRDefault="00000000">
      <w:pPr>
        <w:pStyle w:val="Listepuces"/>
      </w:pPr>
      <w:r>
        <w:t>Generic content</w:t>
      </w:r>
    </w:p>
    <w:p w14:paraId="2B1D3A86" w14:textId="77777777" w:rsidR="00495879" w:rsidRDefault="00000000">
      <w:r>
        <w:rPr>
          <w:b/>
        </w:rPr>
        <w:lastRenderedPageBreak/>
        <w:t>Why Clients Choose GBCM Instead</w:t>
      </w:r>
      <w:r>
        <w:t>:</w:t>
      </w:r>
    </w:p>
    <w:p w14:paraId="1B5AE253" w14:textId="77777777" w:rsidR="00495879" w:rsidRDefault="00000000">
      <w:pPr>
        <w:pStyle w:val="Listepuces"/>
      </w:pPr>
      <w:r>
        <w:t>Personalized coaching</w:t>
      </w:r>
    </w:p>
    <w:p w14:paraId="08A9541C" w14:textId="77777777" w:rsidR="00495879" w:rsidRDefault="00000000">
      <w:pPr>
        <w:pStyle w:val="Listepuces"/>
      </w:pPr>
      <w:r>
        <w:t>Accountability &amp; implementation</w:t>
      </w:r>
    </w:p>
    <w:p w14:paraId="630C745C" w14:textId="77777777" w:rsidR="00495879" w:rsidRDefault="00000000">
      <w:pPr>
        <w:pStyle w:val="Listepuces"/>
      </w:pPr>
      <w:r>
        <w:t>Business-specific vs generic</w:t>
      </w:r>
    </w:p>
    <w:p w14:paraId="6FD8E47B" w14:textId="77777777" w:rsidR="00495879" w:rsidRDefault="00000000">
      <w:pPr>
        <w:pStyle w:val="Listepuces"/>
      </w:pPr>
      <w:r>
        <w:t>Human connection &amp; community</w:t>
      </w:r>
    </w:p>
    <w:p w14:paraId="6EC23492" w14:textId="77777777" w:rsidR="00495879" w:rsidRDefault="00000000">
      <w:r>
        <w:t>________________________________________________________________________________</w:t>
      </w:r>
    </w:p>
    <w:p w14:paraId="2B67C8D7" w14:textId="77777777" w:rsidR="00495879" w:rsidRDefault="00000000">
      <w:pPr>
        <w:pStyle w:val="Titre2"/>
      </w:pPr>
      <w:r>
        <w:t>4.4 Competitive Positioning Matrix</w:t>
      </w:r>
    </w:p>
    <w:p w14:paraId="4790A710" w14:textId="77777777" w:rsidR="00495879" w:rsidRDefault="00000000">
      <w:pPr>
        <w:pStyle w:val="Titre3"/>
      </w:pPr>
      <w:r>
        <w:t>Price vs. Value Delivered Matrix</w:t>
      </w:r>
    </w:p>
    <w:p w14:paraId="1365EB2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High Value</w:t>
      </w:r>
    </w:p>
    <w:p w14:paraId="47FBF96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289CFA3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                      ┌──────────────┐</w:t>
      </w:r>
    </w:p>
    <w:p w14:paraId="29387A4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                      │ Big Consulting│</w:t>
      </w:r>
    </w:p>
    <w:p w14:paraId="76B7F59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                      │ (McKinsey)   │</w:t>
      </w:r>
    </w:p>
    <w:p w14:paraId="0A56A9F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                      └──────────────┘</w:t>
      </w:r>
    </w:p>
    <w:p w14:paraId="39C2E3B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04A6907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┌──────────────┐      ┌──────────────┐</w:t>
      </w:r>
    </w:p>
    <w:p w14:paraId="04FFF1E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│   GBCM LLC   │      │ Boutique     │</w:t>
      </w:r>
    </w:p>
    <w:p w14:paraId="69F0F7B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│ Premium Hybrid│      │ Firms        │</w:t>
      </w:r>
    </w:p>
    <w:p w14:paraId="5C5D54B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└──────────────┘      └──────────────┘</w:t>
      </w:r>
    </w:p>
    <w:p w14:paraId="0388EE9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3736E4F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┌────────────┐         ┌──────────┐</w:t>
      </w:r>
    </w:p>
    <w:p w14:paraId="4FFA88B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 Strategic  │         │ Vistage  │</w:t>
      </w:r>
    </w:p>
    <w:p w14:paraId="595C663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 Coach      │         │ EO, EOS  │</w:t>
      </w:r>
    </w:p>
    <w:p w14:paraId="48C9541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└────────────┘         └──────────┘</w:t>
      </w:r>
    </w:p>
    <w:p w14:paraId="6EAC04F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584684C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┌──────────┐     ┌─────────────┐</w:t>
      </w:r>
    </w:p>
    <w:p w14:paraId="2461214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│Individual│     │ Online      │</w:t>
      </w:r>
    </w:p>
    <w:p w14:paraId="3D47AB1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│Coaches   │     │ Courses     │</w:t>
      </w:r>
    </w:p>
    <w:p w14:paraId="017A7D1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└──────────┘     └─────────────┘</w:t>
      </w:r>
    </w:p>
    <w:p w14:paraId="531D09D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1C0F189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Low Value ────────────────────────────────────────</w:t>
      </w:r>
    </w:p>
    <w:p w14:paraId="0A2FCAA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Low Price                    High Price</w:t>
      </w:r>
    </w:p>
    <w:p w14:paraId="667E2210" w14:textId="77777777" w:rsidR="00495879" w:rsidRDefault="00495879">
      <w:pPr>
        <w:pStyle w:val="Sansinterligne"/>
      </w:pPr>
    </w:p>
    <w:p w14:paraId="0FED9EE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GBCM Sweet Spot: High value, Mid-to-premium price</w:t>
      </w:r>
    </w:p>
    <w:p w14:paraId="29F5A44A" w14:textId="77777777" w:rsidR="00495879" w:rsidRDefault="00000000">
      <w:pPr>
        <w:pStyle w:val="Titre3"/>
      </w:pPr>
      <w:r>
        <w:t>Personalization vs. Scalability Matrix</w:t>
      </w:r>
    </w:p>
    <w:p w14:paraId="4FAC705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High Personalization</w:t>
      </w:r>
    </w:p>
    <w:p w14:paraId="255EA20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3A7BD4D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┌──────────────┐</w:t>
      </w:r>
    </w:p>
    <w:p w14:paraId="3BA2241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 Individual   │</w:t>
      </w:r>
    </w:p>
    <w:p w14:paraId="564E445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 Coaches      │</w:t>
      </w:r>
    </w:p>
    <w:p w14:paraId="13A199B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└──────────────┘</w:t>
      </w:r>
    </w:p>
    <w:p w14:paraId="3993244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5CE46C7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┌──────────────┐     ┌──────────────┐</w:t>
      </w:r>
    </w:p>
    <w:p w14:paraId="42232BC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 Boutique     │     │   GBCM LLC   │  ← Unique position</w:t>
      </w:r>
    </w:p>
    <w:p w14:paraId="5A52B9B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 Consulting   │     │              │</w:t>
      </w:r>
    </w:p>
    <w:p w14:paraId="32AAC40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└──────────────┘     └──────────────┘</w:t>
      </w:r>
    </w:p>
    <w:p w14:paraId="5C2FC6C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2FEA29B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┌──────────┐</w:t>
      </w:r>
    </w:p>
    <w:p w14:paraId="454E643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│ Vistage  │</w:t>
      </w:r>
    </w:p>
    <w:p w14:paraId="6B68321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│ Strategic│</w:t>
      </w:r>
    </w:p>
    <w:p w14:paraId="175612C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│ Coach    │</w:t>
      </w:r>
    </w:p>
    <w:p w14:paraId="5C1AB97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└──────────┘</w:t>
      </w:r>
    </w:p>
    <w:p w14:paraId="08495F3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┌──────────────┐         ┌──────────┐</w:t>
      </w:r>
    </w:p>
    <w:p w14:paraId="01D6DD8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lastRenderedPageBreak/>
        <w:t xml:space="preserve">    │   │ BetterUp     │         │ Online   │</w:t>
      </w:r>
    </w:p>
    <w:p w14:paraId="2AFC88D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│ (Enterprise) │         │ Courses  │</w:t>
      </w:r>
    </w:p>
    <w:p w14:paraId="351B487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└──────────────┘         └──────────┘</w:t>
      </w:r>
    </w:p>
    <w:p w14:paraId="72B73D2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</w:t>
      </w:r>
    </w:p>
    <w:p w14:paraId="7AB268D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Low Personalization ────────────────────────────────</w:t>
      </w:r>
    </w:p>
    <w:p w14:paraId="296D189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Low Scalability        High Scalability</w:t>
      </w:r>
    </w:p>
    <w:p w14:paraId="5954FE8B" w14:textId="77777777" w:rsidR="00495879" w:rsidRDefault="00495879">
      <w:pPr>
        <w:pStyle w:val="Sansinterligne"/>
      </w:pPr>
    </w:p>
    <w:p w14:paraId="2CB6025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GBCM Advantage: High personalization + high scalability (via tech)</w:t>
      </w:r>
    </w:p>
    <w:p w14:paraId="5D84E0BB" w14:textId="77777777" w:rsidR="00495879" w:rsidRDefault="00000000">
      <w:r>
        <w:t>________________________________________________________________________________</w:t>
      </w:r>
    </w:p>
    <w:p w14:paraId="4DAE3BF3" w14:textId="77777777" w:rsidR="00495879" w:rsidRDefault="00000000">
      <w:pPr>
        <w:pStyle w:val="Titre2"/>
      </w:pPr>
      <w:r>
        <w:t>4.5 Competitive Advantages Summary</w:t>
      </w:r>
    </w:p>
    <w:p w14:paraId="303EC733" w14:textId="77777777" w:rsidR="00495879" w:rsidRDefault="00000000">
      <w:pPr>
        <w:pStyle w:val="Titre3"/>
      </w:pPr>
      <w:r>
        <w:t>1. Technology Differentiation</w:t>
      </w:r>
    </w:p>
    <w:p w14:paraId="736CB4E8" w14:textId="77777777" w:rsidR="00495879" w:rsidRDefault="00000000">
      <w:r>
        <w:rPr>
          <w:b/>
        </w:rPr>
        <w:t>GBCM Leads in Tech</w:t>
      </w:r>
      <w:r>
        <w:t>:</w:t>
      </w:r>
    </w:p>
    <w:p w14:paraId="2C653021" w14:textId="77777777" w:rsidR="00495879" w:rsidRDefault="00000000">
      <w:pPr>
        <w:pStyle w:val="Listepuces"/>
      </w:pPr>
      <w:r>
        <w:t>✅ AI Success Coach™ (24/7 support) - Most coaches have ZERO AI</w:t>
      </w:r>
    </w:p>
    <w:p w14:paraId="40F4219A" w14:textId="77777777" w:rsidR="00495879" w:rsidRDefault="00000000">
      <w:pPr>
        <w:pStyle w:val="Listepuces"/>
      </w:pPr>
      <w:r>
        <w:t>✅ Predictive analytics (client success probability) - Unique in SMB space</w:t>
      </w:r>
    </w:p>
    <w:p w14:paraId="70B9F2F3" w14:textId="77777777" w:rsidR="00495879" w:rsidRDefault="00000000">
      <w:pPr>
        <w:pStyle w:val="Listepuces"/>
      </w:pPr>
      <w:r>
        <w:t>✅ Automated accountability (smart reminders, tracking) - Mostly manual elsewhere</w:t>
      </w:r>
    </w:p>
    <w:p w14:paraId="28AA4499" w14:textId="77777777" w:rsidR="00495879" w:rsidRDefault="00000000">
      <w:pPr>
        <w:pStyle w:val="Listepuces"/>
      </w:pPr>
      <w:r>
        <w:t>✅ Unified platform (all tools in one place) - Competitors use scattered tools</w:t>
      </w:r>
    </w:p>
    <w:p w14:paraId="27165FD9" w14:textId="77777777" w:rsidR="00495879" w:rsidRDefault="00000000">
      <w:r>
        <w:rPr>
          <w:b/>
        </w:rPr>
        <w:t>Competitive Moat</w:t>
      </w:r>
      <w:r>
        <w:t>: 12-18 month lead if executed well (first-mover advantage)</w:t>
      </w:r>
    </w:p>
    <w:p w14:paraId="2067DF80" w14:textId="77777777" w:rsidR="00495879" w:rsidRDefault="00000000">
      <w:r>
        <w:t>________________________________________________________________________________</w:t>
      </w:r>
    </w:p>
    <w:p w14:paraId="4BF5F8E8" w14:textId="77777777" w:rsidR="00495879" w:rsidRDefault="00000000">
      <w:pPr>
        <w:pStyle w:val="Titre3"/>
      </w:pPr>
      <w:r>
        <w:t>2. Hybrid Business Model</w:t>
      </w:r>
    </w:p>
    <w:p w14:paraId="365ABA18" w14:textId="77777777" w:rsidR="00495879" w:rsidRDefault="00000000">
      <w:r>
        <w:rPr>
          <w:b/>
        </w:rPr>
        <w:t>Best of Multiple Worlds</w:t>
      </w:r>
      <w:r>
        <w:t>:</w:t>
      </w:r>
    </w:p>
    <w:p w14:paraId="51A1EE14" w14:textId="77777777" w:rsidR="00495879" w:rsidRDefault="00000000">
      <w:pPr>
        <w:pStyle w:val="Listepuces"/>
      </w:pPr>
      <w:r>
        <w:t>Boutique consulting quality (deep expertise, custom strategies)</w:t>
      </w:r>
    </w:p>
    <w:p w14:paraId="4C375A6B" w14:textId="77777777" w:rsidR="00495879" w:rsidRDefault="00000000">
      <w:pPr>
        <w:pStyle w:val="Listepuces"/>
      </w:pPr>
      <w:r>
        <w:t>Digital platform scalability (serve 100+ clients without 100 employees)</w:t>
      </w:r>
    </w:p>
    <w:p w14:paraId="02949CF5" w14:textId="77777777" w:rsidR="00495879" w:rsidRDefault="00000000">
      <w:pPr>
        <w:pStyle w:val="Listepuces"/>
      </w:pPr>
      <w:r>
        <w:t>Executive coaching personalization (1-on-1 relationships)</w:t>
      </w:r>
    </w:p>
    <w:p w14:paraId="1A560D91" w14:textId="77777777" w:rsidR="00495879" w:rsidRDefault="00000000">
      <w:pPr>
        <w:pStyle w:val="Listepuces"/>
      </w:pPr>
      <w:r>
        <w:t>Community learning (peer insights, networking)</w:t>
      </w:r>
    </w:p>
    <w:p w14:paraId="72532DBF" w14:textId="77777777" w:rsidR="00495879" w:rsidRDefault="00000000">
      <w:r>
        <w:rPr>
          <w:b/>
        </w:rPr>
        <w:t>No Competitor Has This Exact Mix</w:t>
      </w:r>
      <w:r>
        <w:t>: They're either high-touch expensive OR scalable cheap, not both.</w:t>
      </w:r>
    </w:p>
    <w:p w14:paraId="7C0EE075" w14:textId="77777777" w:rsidR="00495879" w:rsidRDefault="00000000">
      <w:r>
        <w:t>________________________________________________________________________________</w:t>
      </w:r>
    </w:p>
    <w:p w14:paraId="61C5F43E" w14:textId="77777777" w:rsidR="00495879" w:rsidRDefault="00000000">
      <w:pPr>
        <w:pStyle w:val="Titre3"/>
      </w:pPr>
      <w:r>
        <w:t>3. Niche Specialization</w:t>
      </w:r>
    </w:p>
    <w:p w14:paraId="0237E597" w14:textId="77777777" w:rsidR="00495879" w:rsidRDefault="00000000">
      <w:r>
        <w:rPr>
          <w:b/>
        </w:rPr>
        <w:t>While Most Generalize, GBCM Specializes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7016DFD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56F7705" w14:textId="77777777" w:rsidR="00495879" w:rsidRDefault="00000000">
            <w:r>
              <w:rPr>
                <w:sz w:val="20"/>
              </w:rPr>
              <w:t>Competitor</w:t>
            </w:r>
          </w:p>
        </w:tc>
        <w:tc>
          <w:tcPr>
            <w:tcW w:w="2880" w:type="dxa"/>
          </w:tcPr>
          <w:p w14:paraId="1035D84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Focus</w:t>
            </w:r>
          </w:p>
        </w:tc>
        <w:tc>
          <w:tcPr>
            <w:tcW w:w="2880" w:type="dxa"/>
          </w:tcPr>
          <w:p w14:paraId="7CB6137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GBCM Focus</w:t>
            </w:r>
          </w:p>
        </w:tc>
      </w:tr>
      <w:tr w:rsidR="00495879" w14:paraId="2DF1FA3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895A90C" w14:textId="77777777" w:rsidR="00495879" w:rsidRDefault="00000000">
            <w:r>
              <w:t>Vistage</w:t>
            </w:r>
          </w:p>
        </w:tc>
        <w:tc>
          <w:tcPr>
            <w:tcW w:w="2880" w:type="dxa"/>
          </w:tcPr>
          <w:p w14:paraId="608313E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 industries, general business</w:t>
            </w:r>
          </w:p>
        </w:tc>
        <w:tc>
          <w:tcPr>
            <w:tcW w:w="2880" w:type="dxa"/>
          </w:tcPr>
          <w:p w14:paraId="1F9EE63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niches: Digital transformation, Scale-up, Leadership</w:t>
            </w:r>
          </w:p>
        </w:tc>
      </w:tr>
      <w:tr w:rsidR="00495879" w14:paraId="4C9EA24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719A31E" w14:textId="77777777" w:rsidR="00495879" w:rsidRDefault="00000000">
            <w:r>
              <w:t>Strategic Coach</w:t>
            </w:r>
          </w:p>
        </w:tc>
        <w:tc>
          <w:tcPr>
            <w:tcW w:w="2880" w:type="dxa"/>
          </w:tcPr>
          <w:p w14:paraId="6D938F2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Entrepreneur mindset (generic)</w:t>
            </w:r>
          </w:p>
        </w:tc>
        <w:tc>
          <w:tcPr>
            <w:tcW w:w="2880" w:type="dxa"/>
          </w:tcPr>
          <w:p w14:paraId="50E7185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Tactical business strategy (specific)</w:t>
            </w:r>
          </w:p>
        </w:tc>
      </w:tr>
      <w:tr w:rsidR="00495879" w14:paraId="41D52F1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CC4F068" w14:textId="77777777" w:rsidR="00495879" w:rsidRDefault="00000000">
            <w:r>
              <w:t>Individual Coaches</w:t>
            </w:r>
          </w:p>
        </w:tc>
        <w:tc>
          <w:tcPr>
            <w:tcW w:w="2880" w:type="dxa"/>
          </w:tcPr>
          <w:p w14:paraId="2A47CBD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Varies widely, often broad</w:t>
            </w:r>
          </w:p>
        </w:tc>
        <w:tc>
          <w:tcPr>
            <w:tcW w:w="2880" w:type="dxa"/>
          </w:tcPr>
          <w:p w14:paraId="1F635C3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Deep expertise in chosen verticals</w:t>
            </w:r>
          </w:p>
        </w:tc>
      </w:tr>
      <w:tr w:rsidR="00495879" w14:paraId="1256ECE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A7BD33B" w14:textId="77777777" w:rsidR="00495879" w:rsidRDefault="00000000">
            <w:r>
              <w:lastRenderedPageBreak/>
              <w:t>BetterUp</w:t>
            </w:r>
          </w:p>
        </w:tc>
        <w:tc>
          <w:tcPr>
            <w:tcW w:w="2880" w:type="dxa"/>
          </w:tcPr>
          <w:p w14:paraId="6B63446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Personal development, wellbeing</w:t>
            </w:r>
          </w:p>
        </w:tc>
        <w:tc>
          <w:tcPr>
            <w:tcW w:w="2880" w:type="dxa"/>
          </w:tcPr>
          <w:p w14:paraId="5A44895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Business outcomes, revenue growth</w:t>
            </w:r>
          </w:p>
        </w:tc>
      </w:tr>
    </w:tbl>
    <w:p w14:paraId="2BCA7F1B" w14:textId="77777777" w:rsidR="00495879" w:rsidRDefault="00495879"/>
    <w:p w14:paraId="127B02F5" w14:textId="77777777" w:rsidR="00495879" w:rsidRDefault="00000000">
      <w:r>
        <w:rPr>
          <w:b/>
        </w:rPr>
        <w:t>Premium Pricing Justified</w:t>
      </w:r>
      <w:r>
        <w:t>: Clients pay 2-3x for niche expert vs generalist (market data confirms).</w:t>
      </w:r>
    </w:p>
    <w:p w14:paraId="142D23CF" w14:textId="77777777" w:rsidR="00495879" w:rsidRDefault="00000000">
      <w:r>
        <w:t>________________________________________________________________________________</w:t>
      </w:r>
    </w:p>
    <w:p w14:paraId="22C37585" w14:textId="77777777" w:rsidR="00495879" w:rsidRDefault="00000000">
      <w:pPr>
        <w:pStyle w:val="Titre3"/>
      </w:pPr>
      <w:r>
        <w:t>4. Outcome Alignment</w:t>
      </w:r>
    </w:p>
    <w:p w14:paraId="3F80476F" w14:textId="77777777" w:rsidR="00495879" w:rsidRDefault="00000000">
      <w:r>
        <w:rPr>
          <w:b/>
        </w:rPr>
        <w:t>GBCM Offers, Competitors Don't</w:t>
      </w:r>
      <w:r>
        <w:t>:</w:t>
      </w:r>
    </w:p>
    <w:p w14:paraId="3741382E" w14:textId="77777777" w:rsidR="00495879" w:rsidRDefault="00000000">
      <w:pPr>
        <w:pStyle w:val="Listepuces"/>
      </w:pPr>
      <w:r>
        <w:t>Success-fee pricing options (share risk &amp; upside)</w:t>
      </w:r>
    </w:p>
    <w:p w14:paraId="5C1501CB" w14:textId="77777777" w:rsidR="00495879" w:rsidRDefault="00000000">
      <w:pPr>
        <w:pStyle w:val="Listepuces"/>
      </w:pPr>
      <w:r>
        <w:t>Performance guarantees (NPS 60+, results or partial refund)</w:t>
      </w:r>
    </w:p>
    <w:p w14:paraId="2CF2B4B8" w14:textId="77777777" w:rsidR="00495879" w:rsidRDefault="00000000">
      <w:pPr>
        <w:pStyle w:val="Listepuces"/>
      </w:pPr>
      <w:r>
        <w:t>Transparent ROI tracking (dashboard shows value delivered)</w:t>
      </w:r>
    </w:p>
    <w:p w14:paraId="760BC6DD" w14:textId="77777777" w:rsidR="00495879" w:rsidRDefault="00000000">
      <w:r>
        <w:rPr>
          <w:b/>
        </w:rPr>
        <w:t>Trust Signal</w:t>
      </w:r>
      <w:r>
        <w:t>: Confidence in methodology → willing to bet on client success.</w:t>
      </w:r>
    </w:p>
    <w:p w14:paraId="3CD90C30" w14:textId="77777777" w:rsidR="00495879" w:rsidRDefault="00000000">
      <w:r>
        <w:t>________________________________________________________________________________</w:t>
      </w:r>
    </w:p>
    <w:p w14:paraId="6DB569AC" w14:textId="77777777" w:rsidR="00495879" w:rsidRDefault="00000000">
      <w:pPr>
        <w:pStyle w:val="Titre3"/>
      </w:pPr>
      <w:r>
        <w:t>5. Proprietary Methodologies</w:t>
      </w:r>
    </w:p>
    <w:p w14:paraId="63A3DC53" w14:textId="77777777" w:rsidR="00495879" w:rsidRDefault="00000000">
      <w:r>
        <w:rPr>
          <w:b/>
        </w:rPr>
        <w:t>GBCM Scale Framework™</w:t>
      </w:r>
      <w:r>
        <w:t xml:space="preserve">, </w:t>
      </w:r>
      <w:r>
        <w:rPr>
          <w:b/>
        </w:rPr>
        <w:t>Digital Transformation Canvas™</w:t>
      </w:r>
      <w:r>
        <w:t xml:space="preserve">, </w:t>
      </w:r>
      <w:r>
        <w:rPr>
          <w:b/>
        </w:rPr>
        <w:t>Sustainable Leadership System™</w:t>
      </w:r>
      <w:r>
        <w:t>:</w:t>
      </w:r>
    </w:p>
    <w:p w14:paraId="20484B46" w14:textId="77777777" w:rsidR="00495879" w:rsidRDefault="00000000">
      <w:pPr>
        <w:pStyle w:val="Listepuces"/>
      </w:pPr>
      <w:r>
        <w:t>Trademarked IP (legal protection)</w:t>
      </w:r>
    </w:p>
    <w:p w14:paraId="107C7E38" w14:textId="77777777" w:rsidR="00495879" w:rsidRDefault="00000000">
      <w:pPr>
        <w:pStyle w:val="Listepuces"/>
      </w:pPr>
      <w:r>
        <w:t>Proven track record (case studies)</w:t>
      </w:r>
    </w:p>
    <w:p w14:paraId="1302F041" w14:textId="77777777" w:rsidR="00495879" w:rsidRDefault="00000000">
      <w:pPr>
        <w:pStyle w:val="Listepuces"/>
      </w:pPr>
      <w:r>
        <w:t>Teachable &amp; scalable (can train coaches to deliver)</w:t>
      </w:r>
    </w:p>
    <w:p w14:paraId="72C7B325" w14:textId="77777777" w:rsidR="00495879" w:rsidRDefault="00000000">
      <w:pPr>
        <w:pStyle w:val="Listepuces"/>
      </w:pPr>
      <w:r>
        <w:t>Differentiable in marketing (vs "I'm a great coach, trust me")</w:t>
      </w:r>
    </w:p>
    <w:p w14:paraId="723081DB" w14:textId="77777777" w:rsidR="00495879" w:rsidRDefault="00000000">
      <w:r>
        <w:rPr>
          <w:b/>
        </w:rPr>
        <w:t>Competitive Advantage</w:t>
      </w:r>
      <w:r>
        <w:t>: Hard to copy (trade secrets + trademarks).</w:t>
      </w:r>
    </w:p>
    <w:p w14:paraId="49F2B2A8" w14:textId="77777777" w:rsidR="00495879" w:rsidRDefault="00000000">
      <w:r>
        <w:t>________________________________________________________________________________</w:t>
      </w:r>
    </w:p>
    <w:p w14:paraId="7EBCB9DC" w14:textId="77777777" w:rsidR="00495879" w:rsidRDefault="00000000">
      <w:pPr>
        <w:pStyle w:val="Titre2"/>
      </w:pPr>
      <w:r>
        <w:t>4.6 SWOT Analysis - GBCM LLC</w:t>
      </w:r>
    </w:p>
    <w:p w14:paraId="29331D2B" w14:textId="77777777" w:rsidR="00495879" w:rsidRDefault="00000000">
      <w:pPr>
        <w:pStyle w:val="Titre3"/>
      </w:pPr>
      <w:r>
        <w:t>Strengths (Internal, Positive)</w:t>
      </w:r>
    </w:p>
    <w:p w14:paraId="28F2B1FF" w14:textId="77777777" w:rsidR="00495879" w:rsidRDefault="00000000">
      <w:pPr>
        <w:pStyle w:val="Listenumros"/>
      </w:pPr>
      <w:r>
        <w:t>**Modern Technology Stack**</w:t>
      </w:r>
    </w:p>
    <w:p w14:paraId="01A34008" w14:textId="77777777" w:rsidR="00495879" w:rsidRDefault="00000000">
      <w:pPr>
        <w:pStyle w:val="Listepuces"/>
      </w:pPr>
      <w:r>
        <w:t>AI-powered platform (cutting-edge)</w:t>
      </w:r>
    </w:p>
    <w:p w14:paraId="6EDC35D1" w14:textId="77777777" w:rsidR="00495879" w:rsidRDefault="00000000">
      <w:pPr>
        <w:pStyle w:val="Listepuces"/>
      </w:pPr>
      <w:r>
        <w:t>Cloud-based, scalable infrastructure</w:t>
      </w:r>
    </w:p>
    <w:p w14:paraId="110974A3" w14:textId="77777777" w:rsidR="00495879" w:rsidRDefault="00000000">
      <w:pPr>
        <w:pStyle w:val="Listepuces"/>
      </w:pPr>
      <w:r>
        <w:t>Mobile-first design</w:t>
      </w:r>
    </w:p>
    <w:p w14:paraId="32CC4AD6" w14:textId="77777777" w:rsidR="00495879" w:rsidRDefault="00000000">
      <w:pPr>
        <w:pStyle w:val="Listenumros"/>
      </w:pPr>
      <w:r>
        <w:t>**Founder Expertise**</w:t>
      </w:r>
    </w:p>
    <w:p w14:paraId="625FC15E" w14:textId="77777777" w:rsidR="00495879" w:rsidRDefault="00000000">
      <w:pPr>
        <w:pStyle w:val="Listepuces"/>
      </w:pPr>
      <w:r>
        <w:t>20+ years industry experience</w:t>
      </w:r>
    </w:p>
    <w:p w14:paraId="0E8A13E2" w14:textId="77777777" w:rsidR="00495879" w:rsidRDefault="00000000">
      <w:pPr>
        <w:pStyle w:val="Listepuces"/>
      </w:pPr>
      <w:r>
        <w:t>Track record transformation success</w:t>
      </w:r>
    </w:p>
    <w:p w14:paraId="62298BAF" w14:textId="77777777" w:rsidR="00495879" w:rsidRDefault="00000000">
      <w:pPr>
        <w:pStyle w:val="Listepuces"/>
      </w:pPr>
      <w:r>
        <w:t>Deep domain knowledge</w:t>
      </w:r>
    </w:p>
    <w:p w14:paraId="6EE09675" w14:textId="77777777" w:rsidR="00495879" w:rsidRDefault="00000000">
      <w:pPr>
        <w:pStyle w:val="Listenumros"/>
      </w:pPr>
      <w:r>
        <w:lastRenderedPageBreak/>
        <w:t>**Hybrid Delivery Model**</w:t>
      </w:r>
    </w:p>
    <w:p w14:paraId="38F8F732" w14:textId="77777777" w:rsidR="00495879" w:rsidRDefault="00000000">
      <w:pPr>
        <w:pStyle w:val="Listepuces"/>
      </w:pPr>
      <w:r>
        <w:t>Cost structure of digital (high margins)</w:t>
      </w:r>
    </w:p>
    <w:p w14:paraId="42301A32" w14:textId="77777777" w:rsidR="00495879" w:rsidRDefault="00000000">
      <w:pPr>
        <w:pStyle w:val="Listepuces"/>
      </w:pPr>
      <w:r>
        <w:t>Service quality of boutique (high NPS)</w:t>
      </w:r>
    </w:p>
    <w:p w14:paraId="4A69D29F" w14:textId="77777777" w:rsidR="00495879" w:rsidRDefault="00000000">
      <w:pPr>
        <w:pStyle w:val="Listepuces"/>
      </w:pPr>
      <w:r>
        <w:t>Flexibility for clients (virtual + in-person options)</w:t>
      </w:r>
    </w:p>
    <w:p w14:paraId="58C1EB29" w14:textId="77777777" w:rsidR="00495879" w:rsidRDefault="00000000">
      <w:pPr>
        <w:pStyle w:val="Listenumros"/>
      </w:pPr>
      <w:r>
        <w:t>**Proprietary Methodologies**</w:t>
      </w:r>
    </w:p>
    <w:p w14:paraId="22677616" w14:textId="77777777" w:rsidR="00495879" w:rsidRDefault="00000000">
      <w:pPr>
        <w:pStyle w:val="Listepuces"/>
      </w:pPr>
      <w:r>
        <w:t>IP-protected frameworks</w:t>
      </w:r>
    </w:p>
    <w:p w14:paraId="7629FCEF" w14:textId="77777777" w:rsidR="00495879" w:rsidRDefault="00000000">
      <w:pPr>
        <w:pStyle w:val="Listepuces"/>
      </w:pPr>
      <w:r>
        <w:t>Repeatable processes</w:t>
      </w:r>
    </w:p>
    <w:p w14:paraId="43D95FF3" w14:textId="77777777" w:rsidR="00495879" w:rsidRDefault="00000000">
      <w:pPr>
        <w:pStyle w:val="Listepuces"/>
      </w:pPr>
      <w:r>
        <w:t>Training materials for scaling team</w:t>
      </w:r>
    </w:p>
    <w:p w14:paraId="0542C253" w14:textId="77777777" w:rsidR="00495879" w:rsidRDefault="00000000">
      <w:pPr>
        <w:pStyle w:val="Listenumros"/>
      </w:pPr>
      <w:r>
        <w:t>**Niche Focus**</w:t>
      </w:r>
    </w:p>
    <w:p w14:paraId="6D25A3D8" w14:textId="77777777" w:rsidR="00495879" w:rsidRDefault="00000000">
      <w:pPr>
        <w:pStyle w:val="Listepuces"/>
      </w:pPr>
      <w:r>
        <w:t>Deep expertise vs broad generalist</w:t>
      </w:r>
    </w:p>
    <w:p w14:paraId="580B906D" w14:textId="77777777" w:rsidR="00495879" w:rsidRDefault="00000000">
      <w:pPr>
        <w:pStyle w:val="Listepuces"/>
      </w:pPr>
      <w:r>
        <w:t>Premium pricing power</w:t>
      </w:r>
    </w:p>
    <w:p w14:paraId="4EB08249" w14:textId="77777777" w:rsidR="00495879" w:rsidRDefault="00000000">
      <w:pPr>
        <w:pStyle w:val="Listepuces"/>
      </w:pPr>
      <w:r>
        <w:t>Easier marketing (clear positioning)</w:t>
      </w:r>
    </w:p>
    <w:p w14:paraId="6482F871" w14:textId="77777777" w:rsidR="00495879" w:rsidRDefault="00000000">
      <w:pPr>
        <w:pStyle w:val="Listenumros"/>
      </w:pPr>
      <w:r>
        <w:t>**Agile Startup**</w:t>
      </w:r>
    </w:p>
    <w:p w14:paraId="0F8203A9" w14:textId="77777777" w:rsidR="00495879" w:rsidRDefault="00000000">
      <w:pPr>
        <w:pStyle w:val="Listepuces"/>
      </w:pPr>
      <w:r>
        <w:t>Fast iteration &amp; innovation</w:t>
      </w:r>
    </w:p>
    <w:p w14:paraId="09D3207F" w14:textId="77777777" w:rsidR="00495879" w:rsidRDefault="00000000">
      <w:pPr>
        <w:pStyle w:val="Listepuces"/>
      </w:pPr>
      <w:r>
        <w:t>No legacy systems/processes</w:t>
      </w:r>
    </w:p>
    <w:p w14:paraId="03926129" w14:textId="77777777" w:rsidR="00495879" w:rsidRDefault="00000000">
      <w:pPr>
        <w:pStyle w:val="Listepuces"/>
      </w:pPr>
      <w:r>
        <w:t>Founder-led (direct client relationships)</w:t>
      </w:r>
    </w:p>
    <w:p w14:paraId="21A61E24" w14:textId="77777777" w:rsidR="00495879" w:rsidRDefault="00000000">
      <w:r>
        <w:t>________________________________________________________________________________</w:t>
      </w:r>
    </w:p>
    <w:p w14:paraId="7CDF000D" w14:textId="77777777" w:rsidR="00495879" w:rsidRDefault="00000000">
      <w:pPr>
        <w:pStyle w:val="Titre3"/>
      </w:pPr>
      <w:r>
        <w:t>Weaknesses (Internal, Negative)</w:t>
      </w:r>
    </w:p>
    <w:p w14:paraId="1211DCAD" w14:textId="77777777" w:rsidR="00495879" w:rsidRDefault="00000000">
      <w:pPr>
        <w:pStyle w:val="Listenumros"/>
      </w:pPr>
      <w:r>
        <w:t>**Brand Awareness**</w:t>
      </w:r>
    </w:p>
    <w:p w14:paraId="524B8654" w14:textId="77777777" w:rsidR="00495879" w:rsidRDefault="00000000">
      <w:pPr>
        <w:pStyle w:val="Listepuces"/>
      </w:pPr>
      <w:r>
        <w:t>New entrant (zero brand recognition)</w:t>
      </w:r>
    </w:p>
    <w:p w14:paraId="366D282C" w14:textId="77777777" w:rsidR="00495879" w:rsidRDefault="00000000">
      <w:pPr>
        <w:pStyle w:val="Listepuces"/>
      </w:pPr>
      <w:r>
        <w:t>No case studies yet (credibility gap)</w:t>
      </w:r>
    </w:p>
    <w:p w14:paraId="14AAE9CB" w14:textId="77777777" w:rsidR="00495879" w:rsidRDefault="00000000">
      <w:pPr>
        <w:pStyle w:val="Listepuces"/>
      </w:pPr>
      <w:r>
        <w:t>Unknown vs Vistage, Strategic Coach</w:t>
      </w:r>
    </w:p>
    <w:p w14:paraId="7BD7C0FF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1F13F5F1" w14:textId="77777777" w:rsidR="00495879" w:rsidRDefault="00000000">
      <w:pPr>
        <w:pStyle w:val="Listepuces"/>
      </w:pPr>
      <w:r>
        <w:t>Beta program with testimonials</w:t>
      </w:r>
    </w:p>
    <w:p w14:paraId="5BCEE967" w14:textId="77777777" w:rsidR="00495879" w:rsidRDefault="00000000">
      <w:pPr>
        <w:pStyle w:val="Listepuces"/>
      </w:pPr>
      <w:r>
        <w:t>Content marketing (build thought leadership)</w:t>
      </w:r>
    </w:p>
    <w:p w14:paraId="2BDCFFDE" w14:textId="77777777" w:rsidR="00495879" w:rsidRDefault="00000000">
      <w:pPr>
        <w:pStyle w:val="Listepuces"/>
      </w:pPr>
      <w:r>
        <w:t>Strategic partnerships (borrow credibility)</w:t>
      </w:r>
    </w:p>
    <w:p w14:paraId="5850AD41" w14:textId="77777777" w:rsidR="00495879" w:rsidRDefault="00000000">
      <w:pPr>
        <w:pStyle w:val="Listenumros"/>
      </w:pPr>
      <w:r>
        <w:t>**Limited Resources**</w:t>
      </w:r>
    </w:p>
    <w:p w14:paraId="2A138D00" w14:textId="77777777" w:rsidR="00495879" w:rsidRDefault="00000000">
      <w:pPr>
        <w:pStyle w:val="Listepuces"/>
      </w:pPr>
      <w:r>
        <w:t>Bootstrapped budget ($75K capital)</w:t>
      </w:r>
    </w:p>
    <w:p w14:paraId="4B15128A" w14:textId="77777777" w:rsidR="00495879" w:rsidRDefault="00000000">
      <w:pPr>
        <w:pStyle w:val="Listepuces"/>
      </w:pPr>
      <w:r>
        <w:t>Founder wears all hats early</w:t>
      </w:r>
    </w:p>
    <w:p w14:paraId="0275144C" w14:textId="77777777" w:rsidR="00495879" w:rsidRDefault="00000000">
      <w:pPr>
        <w:pStyle w:val="Listepuces"/>
      </w:pPr>
      <w:r>
        <w:t>Can't outspend established players in marketing</w:t>
      </w:r>
    </w:p>
    <w:p w14:paraId="60986B1E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525250FD" w14:textId="77777777" w:rsidR="00495879" w:rsidRDefault="00000000">
      <w:pPr>
        <w:pStyle w:val="Listepuces"/>
      </w:pPr>
      <w:r>
        <w:lastRenderedPageBreak/>
        <w:t>Focus on high-ROI channels (SEO, content, referrals)</w:t>
      </w:r>
    </w:p>
    <w:p w14:paraId="3AF9EAC1" w14:textId="77777777" w:rsidR="00495879" w:rsidRDefault="00000000">
      <w:pPr>
        <w:pStyle w:val="Listepuces"/>
      </w:pPr>
      <w:r>
        <w:t>Leverage free/cheap tools (open source, freemium tiers)</w:t>
      </w:r>
    </w:p>
    <w:p w14:paraId="20AFB6B9" w14:textId="77777777" w:rsidR="00495879" w:rsidRDefault="00000000">
      <w:pPr>
        <w:pStyle w:val="Listepuces"/>
      </w:pPr>
      <w:r>
        <w:t>Strategic hiring (1-2 key people An 1 vs team of 10)</w:t>
      </w:r>
    </w:p>
    <w:p w14:paraId="10018B10" w14:textId="77777777" w:rsidR="00495879" w:rsidRDefault="00000000">
      <w:pPr>
        <w:pStyle w:val="Listenumros"/>
      </w:pPr>
      <w:r>
        <w:t>**Single Founder Dependency**</w:t>
      </w:r>
    </w:p>
    <w:p w14:paraId="26408C9A" w14:textId="77777777" w:rsidR="00495879" w:rsidRDefault="00000000">
      <w:pPr>
        <w:pStyle w:val="Listepuces"/>
      </w:pPr>
      <w:r>
        <w:t>Delivery depends on founder initially</w:t>
      </w:r>
    </w:p>
    <w:p w14:paraId="155EB4BB" w14:textId="77777777" w:rsidR="00495879" w:rsidRDefault="00000000">
      <w:pPr>
        <w:pStyle w:val="Listepuces"/>
      </w:pPr>
      <w:r>
        <w:t>Illness/burnout = business stops</w:t>
      </w:r>
    </w:p>
    <w:p w14:paraId="6D483A08" w14:textId="77777777" w:rsidR="00495879" w:rsidRDefault="00000000">
      <w:pPr>
        <w:pStyle w:val="Listepuces"/>
      </w:pPr>
      <w:r>
        <w:t>Scaling limited by founder time</w:t>
      </w:r>
    </w:p>
    <w:p w14:paraId="06E7256B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6C932B8C" w14:textId="77777777" w:rsidR="00495879" w:rsidRDefault="00000000">
      <w:pPr>
        <w:pStyle w:val="Listepuces"/>
      </w:pPr>
      <w:r>
        <w:t>Hire 2nd coach/consultant by Q4 An 1</w:t>
      </w:r>
    </w:p>
    <w:p w14:paraId="64FA841B" w14:textId="77777777" w:rsidR="00495879" w:rsidRDefault="00000000">
      <w:pPr>
        <w:pStyle w:val="Listepuces"/>
      </w:pPr>
      <w:r>
        <w:t>Systematize methodologies (can be taught)</w:t>
      </w:r>
    </w:p>
    <w:p w14:paraId="79AAEF86" w14:textId="77777777" w:rsidR="00495879" w:rsidRDefault="00000000">
      <w:pPr>
        <w:pStyle w:val="Listepuces"/>
      </w:pPr>
      <w:r>
        <w:t>Insurance (disability, key person)</w:t>
      </w:r>
    </w:p>
    <w:p w14:paraId="2DB3E137" w14:textId="77777777" w:rsidR="00495879" w:rsidRDefault="00000000">
      <w:pPr>
        <w:pStyle w:val="Listenumros"/>
      </w:pPr>
      <w:r>
        <w:t>**Unproven Platform**</w:t>
      </w:r>
    </w:p>
    <w:p w14:paraId="68D3C66E" w14:textId="77777777" w:rsidR="00495879" w:rsidRDefault="00000000">
      <w:pPr>
        <w:pStyle w:val="Listepuces"/>
      </w:pPr>
      <w:r>
        <w:t>Tech not built yet (MVP in progress)</w:t>
      </w:r>
    </w:p>
    <w:p w14:paraId="1F7066CB" w14:textId="77777777" w:rsidR="00495879" w:rsidRDefault="00000000">
      <w:pPr>
        <w:pStyle w:val="Listepuces"/>
      </w:pPr>
      <w:r>
        <w:t>Risk of delays or tech issues</w:t>
      </w:r>
    </w:p>
    <w:p w14:paraId="362444C0" w14:textId="77777777" w:rsidR="00495879" w:rsidRDefault="00000000">
      <w:pPr>
        <w:pStyle w:val="Listepuces"/>
      </w:pPr>
      <w:r>
        <w:t>Dependency on dev partner</w:t>
      </w:r>
    </w:p>
    <w:p w14:paraId="286E4CC6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2A84054C" w14:textId="77777777" w:rsidR="00495879" w:rsidRDefault="00000000">
      <w:pPr>
        <w:pStyle w:val="Listepuces"/>
      </w:pPr>
      <w:r>
        <w:t>Lean MVP (core features only)</w:t>
      </w:r>
    </w:p>
    <w:p w14:paraId="25CC0562" w14:textId="77777777" w:rsidR="00495879" w:rsidRDefault="00000000">
      <w:pPr>
        <w:pStyle w:val="Listepuces"/>
      </w:pPr>
      <w:r>
        <w:t>Beta testing with tolerance for bugs</w:t>
      </w:r>
    </w:p>
    <w:p w14:paraId="1EF7531A" w14:textId="77777777" w:rsidR="00495879" w:rsidRDefault="00000000">
      <w:pPr>
        <w:pStyle w:val="Listepuces"/>
      </w:pPr>
      <w:r>
        <w:t>Backup plan (use existing tools if platform delayed)</w:t>
      </w:r>
    </w:p>
    <w:p w14:paraId="113BBF66" w14:textId="77777777" w:rsidR="00495879" w:rsidRDefault="00000000">
      <w:pPr>
        <w:pStyle w:val="Listenumros"/>
      </w:pPr>
      <w:r>
        <w:t>**No Existing Client Base**</w:t>
      </w:r>
    </w:p>
    <w:p w14:paraId="3C2A7350" w14:textId="77777777" w:rsidR="00495879" w:rsidRDefault="00000000">
      <w:pPr>
        <w:pStyle w:val="Listepuces"/>
      </w:pPr>
      <w:r>
        <w:t>Starting from zero (cold start problem)</w:t>
      </w:r>
    </w:p>
    <w:p w14:paraId="439693F0" w14:textId="77777777" w:rsidR="00495879" w:rsidRDefault="00000000">
      <w:pPr>
        <w:pStyle w:val="Listepuces"/>
      </w:pPr>
      <w:r>
        <w:t>Pipeline takes time to build</w:t>
      </w:r>
    </w:p>
    <w:p w14:paraId="02B629CB" w14:textId="77777777" w:rsidR="00495879" w:rsidRDefault="00000000">
      <w:pPr>
        <w:pStyle w:val="Listepuces"/>
      </w:pPr>
      <w:r>
        <w:t>Slow ramp vs established competitors with wait lists</w:t>
      </w:r>
    </w:p>
    <w:p w14:paraId="216E0ECA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163A1E26" w14:textId="77777777" w:rsidR="00495879" w:rsidRDefault="00000000">
      <w:pPr>
        <w:pStyle w:val="Listepuces"/>
      </w:pPr>
      <w:r>
        <w:t>Pre-launch marketing (6 months pipeline building)</w:t>
      </w:r>
    </w:p>
    <w:p w14:paraId="4EA35C37" w14:textId="77777777" w:rsidR="00495879" w:rsidRDefault="00000000">
      <w:pPr>
        <w:pStyle w:val="Listepuces"/>
      </w:pPr>
      <w:r>
        <w:t>Early adopter discounts (beta pricing)</w:t>
      </w:r>
    </w:p>
    <w:p w14:paraId="6C157D99" w14:textId="77777777" w:rsidR="00495879" w:rsidRDefault="00000000">
      <w:pPr>
        <w:pStyle w:val="Listepuces"/>
      </w:pPr>
      <w:r>
        <w:t>Founder network activation (warm outreach)</w:t>
      </w:r>
    </w:p>
    <w:p w14:paraId="0F804BB3" w14:textId="77777777" w:rsidR="00495879" w:rsidRDefault="00000000">
      <w:r>
        <w:t>________________________________________________________________________________</w:t>
      </w:r>
    </w:p>
    <w:p w14:paraId="47E4C1E8" w14:textId="77777777" w:rsidR="00495879" w:rsidRDefault="00000000">
      <w:pPr>
        <w:pStyle w:val="Titre3"/>
      </w:pPr>
      <w:r>
        <w:t>Opportunities (External, Positive)</w:t>
      </w:r>
    </w:p>
    <w:p w14:paraId="2DEFBDBF" w14:textId="77777777" w:rsidR="00495879" w:rsidRDefault="00000000">
      <w:pPr>
        <w:pStyle w:val="Listenumros"/>
      </w:pPr>
      <w:r>
        <w:t>**Massive Market Growth**</w:t>
      </w:r>
    </w:p>
    <w:p w14:paraId="614F0168" w14:textId="77777777" w:rsidR="00495879" w:rsidRDefault="00000000">
      <w:pPr>
        <w:pStyle w:val="Listepuces"/>
      </w:pPr>
      <w:r>
        <w:t>$20B+ market, 17% CAGR</w:t>
      </w:r>
    </w:p>
    <w:p w14:paraId="2EF5D563" w14:textId="77777777" w:rsidR="00495879" w:rsidRDefault="00000000">
      <w:pPr>
        <w:pStyle w:val="Listepuces"/>
      </w:pPr>
      <w:r>
        <w:t>933,000 target companies in US</w:t>
      </w:r>
    </w:p>
    <w:p w14:paraId="2808124E" w14:textId="77777777" w:rsidR="00495879" w:rsidRDefault="00000000">
      <w:pPr>
        <w:pStyle w:val="Listepuces"/>
      </w:pPr>
      <w:r>
        <w:lastRenderedPageBreak/>
        <w:t>Even 0.01% share = $2M revenue potential</w:t>
      </w:r>
    </w:p>
    <w:p w14:paraId="58B2FDEC" w14:textId="77777777" w:rsidR="00495879" w:rsidRDefault="00000000">
      <w:pPr>
        <w:pStyle w:val="Listenumros"/>
      </w:pPr>
      <w:r>
        <w:t>**Digital Transformation Demand**</w:t>
      </w:r>
    </w:p>
    <w:p w14:paraId="65C41A6D" w14:textId="77777777" w:rsidR="00495879" w:rsidRDefault="00000000">
      <w:pPr>
        <w:pStyle w:val="Listepuces"/>
      </w:pPr>
      <w:r>
        <w:t>$383B market → $896B by 2033</w:t>
      </w:r>
    </w:p>
    <w:p w14:paraId="2F36C3AE" w14:textId="77777777" w:rsidR="00495879" w:rsidRDefault="00000000">
      <w:pPr>
        <w:pStyle w:val="Listepuces"/>
      </w:pPr>
      <w:r>
        <w:t>75% of businesses planning transformation</w:t>
      </w:r>
    </w:p>
    <w:p w14:paraId="62FDBC41" w14:textId="77777777" w:rsidR="00495879" w:rsidRDefault="00000000">
      <w:pPr>
        <w:pStyle w:val="Listepuces"/>
      </w:pPr>
      <w:r>
        <w:t>Critical need, high willingness to pay</w:t>
      </w:r>
    </w:p>
    <w:p w14:paraId="3B2C05D8" w14:textId="77777777" w:rsidR="00495879" w:rsidRDefault="00000000">
      <w:pPr>
        <w:pStyle w:val="Listenumros"/>
      </w:pPr>
      <w:r>
        <w:t>**Virtual Coaching Acceptance**</w:t>
      </w:r>
    </w:p>
    <w:p w14:paraId="22E90F74" w14:textId="77777777" w:rsidR="00495879" w:rsidRDefault="00000000">
      <w:pPr>
        <w:pStyle w:val="Listepuces"/>
      </w:pPr>
      <w:r>
        <w:t>72% of coaching now virtual</w:t>
      </w:r>
    </w:p>
    <w:p w14:paraId="6202A2C4" w14:textId="77777777" w:rsidR="00495879" w:rsidRDefault="00000000">
      <w:pPr>
        <w:pStyle w:val="Listepuces"/>
      </w:pPr>
      <w:r>
        <w:t>Post-COVID normalization</w:t>
      </w:r>
    </w:p>
    <w:p w14:paraId="1A2B19F0" w14:textId="77777777" w:rsidR="00495879" w:rsidRDefault="00000000">
      <w:pPr>
        <w:pStyle w:val="Listepuces"/>
      </w:pPr>
      <w:r>
        <w:t>Removes geographic barriers</w:t>
      </w:r>
    </w:p>
    <w:p w14:paraId="028ED2C6" w14:textId="77777777" w:rsidR="00495879" w:rsidRDefault="00000000">
      <w:pPr>
        <w:pStyle w:val="Listenumros"/>
      </w:pPr>
      <w:r>
        <w:t>**SMB Underserved**</w:t>
      </w:r>
    </w:p>
    <w:p w14:paraId="3C38AD74" w14:textId="77777777" w:rsidR="00495879" w:rsidRDefault="00000000">
      <w:pPr>
        <w:pStyle w:val="Listepuces"/>
      </w:pPr>
      <w:r>
        <w:t>Big consulting focuses on enterprises</w:t>
      </w:r>
    </w:p>
    <w:p w14:paraId="65630578" w14:textId="77777777" w:rsidR="00495879" w:rsidRDefault="00000000">
      <w:pPr>
        <w:pStyle w:val="Listepuces"/>
      </w:pPr>
      <w:r>
        <w:t>Individual coaches lack business expertise</w:t>
      </w:r>
    </w:p>
    <w:p w14:paraId="22D5C4A2" w14:textId="77777777" w:rsidR="00495879" w:rsidRDefault="00000000">
      <w:pPr>
        <w:pStyle w:val="Listepuces"/>
      </w:pPr>
      <w:r>
        <w:t>Platforms focus on large enterprises</w:t>
      </w:r>
    </w:p>
    <w:p w14:paraId="7DE52DE0" w14:textId="77777777" w:rsidR="00495879" w:rsidRDefault="00000000">
      <w:pPr>
        <w:pStyle w:val="Listepuces"/>
      </w:pPr>
      <w:r>
        <w:t>**Gap**: Professional, affordable, business-focused for SMBs</w:t>
      </w:r>
    </w:p>
    <w:p w14:paraId="5C1DDEF6" w14:textId="77777777" w:rsidR="00495879" w:rsidRDefault="00000000">
      <w:pPr>
        <w:pStyle w:val="Listenumros"/>
      </w:pPr>
      <w:r>
        <w:t>**AI Integration Opportunity**</w:t>
      </w:r>
    </w:p>
    <w:p w14:paraId="00FF757D" w14:textId="77777777" w:rsidR="00495879" w:rsidRDefault="00000000">
      <w:pPr>
        <w:pStyle w:val="Listepuces"/>
      </w:pPr>
      <w:r>
        <w:t>Most coaches low-tech (competitive weakness)</w:t>
      </w:r>
    </w:p>
    <w:p w14:paraId="634AE206" w14:textId="77777777" w:rsidR="00495879" w:rsidRDefault="00000000">
      <w:pPr>
        <w:pStyle w:val="Listepuces"/>
      </w:pPr>
      <w:r>
        <w:t>Early AI adopters gain significant advantage</w:t>
      </w:r>
    </w:p>
    <w:p w14:paraId="4ACDE110" w14:textId="77777777" w:rsidR="00495879" w:rsidRDefault="00000000">
      <w:pPr>
        <w:pStyle w:val="Listepuces"/>
      </w:pPr>
      <w:r>
        <w:t>Technology learning curve deters competitors</w:t>
      </w:r>
    </w:p>
    <w:p w14:paraId="574002CB" w14:textId="77777777" w:rsidR="00495879" w:rsidRDefault="00000000">
      <w:pPr>
        <w:pStyle w:val="Listenumros"/>
      </w:pPr>
      <w:r>
        <w:t>**Partnership Ecosystem**</w:t>
      </w:r>
    </w:p>
    <w:p w14:paraId="4DB819BC" w14:textId="77777777" w:rsidR="00495879" w:rsidRDefault="00000000">
      <w:pPr>
        <w:pStyle w:val="Listepuces"/>
      </w:pPr>
      <w:r>
        <w:t>CPAs, lawyers, banks want to refer</w:t>
      </w:r>
    </w:p>
    <w:p w14:paraId="2AC02208" w14:textId="77777777" w:rsidR="00495879" w:rsidRDefault="00000000">
      <w:pPr>
        <w:pStyle w:val="Listepuces"/>
      </w:pPr>
      <w:r>
        <w:t>SaaS platforms need services partners</w:t>
      </w:r>
    </w:p>
    <w:p w14:paraId="27E6537E" w14:textId="77777777" w:rsidR="00495879" w:rsidRDefault="00000000">
      <w:pPr>
        <w:pStyle w:val="Listepuces"/>
      </w:pPr>
      <w:r>
        <w:t>Influencers/communities need solutions for members</w:t>
      </w:r>
    </w:p>
    <w:p w14:paraId="4A1DC04C" w14:textId="77777777" w:rsidR="00495879" w:rsidRDefault="00000000">
      <w:r>
        <w:t>________________________________________________________________________________</w:t>
      </w:r>
    </w:p>
    <w:p w14:paraId="7266EDEF" w14:textId="77777777" w:rsidR="00495879" w:rsidRDefault="00000000">
      <w:pPr>
        <w:pStyle w:val="Titre3"/>
      </w:pPr>
      <w:r>
        <w:t>Threats (External, Negative)</w:t>
      </w:r>
    </w:p>
    <w:p w14:paraId="71C2F138" w14:textId="77777777" w:rsidR="00495879" w:rsidRDefault="00000000">
      <w:pPr>
        <w:pStyle w:val="Listenumros"/>
      </w:pPr>
      <w:r>
        <w:t>**Intense Competition**</w:t>
      </w:r>
    </w:p>
    <w:p w14:paraId="5EACD3DF" w14:textId="77777777" w:rsidR="00495879" w:rsidRDefault="00000000">
      <w:pPr>
        <w:pStyle w:val="Listepuces"/>
      </w:pPr>
      <w:r>
        <w:t>145,000+ coaches globally</w:t>
      </w:r>
    </w:p>
    <w:p w14:paraId="27490CD2" w14:textId="77777777" w:rsidR="00495879" w:rsidRDefault="00000000">
      <w:pPr>
        <w:pStyle w:val="Listepuces"/>
      </w:pPr>
      <w:r>
        <w:t>New platforms launching regularly</w:t>
      </w:r>
    </w:p>
    <w:p w14:paraId="387DA2F7" w14:textId="77777777" w:rsidR="00495879" w:rsidRDefault="00000000">
      <w:pPr>
        <w:pStyle w:val="Listepuces"/>
      </w:pPr>
      <w:r>
        <w:t>Established players with resources</w:t>
      </w:r>
    </w:p>
    <w:p w14:paraId="46E1ACEE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5AB40013" w14:textId="77777777" w:rsidR="00495879" w:rsidRDefault="00000000">
      <w:pPr>
        <w:pStyle w:val="Listepuces"/>
      </w:pPr>
      <w:r>
        <w:t>Differentiation (tech + niches + methodologies)</w:t>
      </w:r>
    </w:p>
    <w:p w14:paraId="4673BC08" w14:textId="77777777" w:rsidR="00495879" w:rsidRDefault="00000000">
      <w:pPr>
        <w:pStyle w:val="Listepuces"/>
      </w:pPr>
      <w:r>
        <w:t>Not competing on all fronts (focus on sweet spot)</w:t>
      </w:r>
    </w:p>
    <w:p w14:paraId="610164A8" w14:textId="77777777" w:rsidR="00495879" w:rsidRDefault="00000000">
      <w:pPr>
        <w:pStyle w:val="Listepuces"/>
      </w:pPr>
      <w:r>
        <w:t>Build defensibility (IP, community, data moats)</w:t>
      </w:r>
    </w:p>
    <w:p w14:paraId="0D7F7480" w14:textId="77777777" w:rsidR="00495879" w:rsidRDefault="00000000">
      <w:pPr>
        <w:pStyle w:val="Listenumros"/>
      </w:pPr>
      <w:r>
        <w:lastRenderedPageBreak/>
        <w:t>**Economic Downturn**</w:t>
      </w:r>
    </w:p>
    <w:p w14:paraId="6DA50274" w14:textId="77777777" w:rsidR="00495879" w:rsidRDefault="00000000">
      <w:pPr>
        <w:pStyle w:val="Listepuces"/>
      </w:pPr>
      <w:r>
        <w:t>Coaching/consulting discretionary spend</w:t>
      </w:r>
    </w:p>
    <w:p w14:paraId="6E5BFF91" w14:textId="77777777" w:rsidR="00495879" w:rsidRDefault="00000000">
      <w:pPr>
        <w:pStyle w:val="Listepuces"/>
      </w:pPr>
      <w:r>
        <w:t>SMBs cut costs in recession</w:t>
      </w:r>
    </w:p>
    <w:p w14:paraId="5A685F60" w14:textId="77777777" w:rsidR="00495879" w:rsidRDefault="00000000">
      <w:pPr>
        <w:pStyle w:val="Listepuces"/>
      </w:pPr>
      <w:r>
        <w:t>Lengthened sales cycles</w:t>
      </w:r>
    </w:p>
    <w:p w14:paraId="711FCFE5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6C778537" w14:textId="77777777" w:rsidR="00495879" w:rsidRDefault="00000000">
      <w:pPr>
        <w:pStyle w:val="Listepuces"/>
      </w:pPr>
      <w:r>
        <w:t>ROI-focused positioning (prove value)</w:t>
      </w:r>
    </w:p>
    <w:p w14:paraId="403E8717" w14:textId="77777777" w:rsidR="00495879" w:rsidRDefault="00000000">
      <w:pPr>
        <w:pStyle w:val="Listepuces"/>
      </w:pPr>
      <w:r>
        <w:t>Flexible pricing (can downgrade vs cancel)</w:t>
      </w:r>
    </w:p>
    <w:p w14:paraId="39D15DCA" w14:textId="77777777" w:rsidR="00495879" w:rsidRDefault="00000000">
      <w:pPr>
        <w:pStyle w:val="Listepuces"/>
      </w:pPr>
      <w:r>
        <w:t>Diversified client base (not dependent on 1-2)</w:t>
      </w:r>
    </w:p>
    <w:p w14:paraId="3007DF75" w14:textId="77777777" w:rsidR="00495879" w:rsidRDefault="00000000">
      <w:pPr>
        <w:pStyle w:val="Listepuces"/>
      </w:pPr>
      <w:r>
        <w:t>3-month cash reserve minimum</w:t>
      </w:r>
    </w:p>
    <w:p w14:paraId="39145383" w14:textId="77777777" w:rsidR="00495879" w:rsidRDefault="00000000">
      <w:pPr>
        <w:pStyle w:val="Listenumros"/>
      </w:pPr>
      <w:r>
        <w:t>**Technology Disruption**</w:t>
      </w:r>
    </w:p>
    <w:p w14:paraId="5BD4916B" w14:textId="77777777" w:rsidR="00495879" w:rsidRDefault="00000000">
      <w:pPr>
        <w:pStyle w:val="Listepuces"/>
      </w:pPr>
      <w:r>
        <w:t>Pure AI coaches emerging (ChatGPT-based)</w:t>
      </w:r>
    </w:p>
    <w:p w14:paraId="04DBA4FE" w14:textId="77777777" w:rsidR="00495879" w:rsidRDefault="00000000">
      <w:pPr>
        <w:pStyle w:val="Listepuces"/>
      </w:pPr>
      <w:r>
        <w:t>Could commoditize basic coaching</w:t>
      </w:r>
    </w:p>
    <w:p w14:paraId="7955660F" w14:textId="77777777" w:rsidR="00495879" w:rsidRDefault="00000000">
      <w:pPr>
        <w:pStyle w:val="Listepuces"/>
      </w:pPr>
      <w:r>
        <w:t>Price pressure</w:t>
      </w:r>
    </w:p>
    <w:p w14:paraId="5C3939B8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1A6833D1" w14:textId="77777777" w:rsidR="00495879" w:rsidRDefault="00000000">
      <w:pPr>
        <w:pStyle w:val="Listepuces"/>
      </w:pPr>
      <w:r>
        <w:t>Embrace AI (integrate, don't fight)</w:t>
      </w:r>
    </w:p>
    <w:p w14:paraId="2A98A8F3" w14:textId="77777777" w:rsidR="00495879" w:rsidRDefault="00000000">
      <w:pPr>
        <w:pStyle w:val="Listepuces"/>
      </w:pPr>
      <w:r>
        <w:t>Focus on high-touch elements AI can't replace (relationships, custom strategy)</w:t>
      </w:r>
    </w:p>
    <w:p w14:paraId="3D964BD1" w14:textId="77777777" w:rsidR="00495879" w:rsidRDefault="00000000">
      <w:pPr>
        <w:pStyle w:val="Listepuces"/>
      </w:pPr>
      <w:r>
        <w:t>Hybrid = best of both worlds</w:t>
      </w:r>
    </w:p>
    <w:p w14:paraId="49E76D16" w14:textId="77777777" w:rsidR="00495879" w:rsidRDefault="00000000">
      <w:pPr>
        <w:pStyle w:val="Listenumros"/>
      </w:pPr>
      <w:r>
        <w:t>**Client Acquisition Costs Rising**</w:t>
      </w:r>
    </w:p>
    <w:p w14:paraId="4E50CEDE" w14:textId="77777777" w:rsidR="00495879" w:rsidRDefault="00000000">
      <w:pPr>
        <w:pStyle w:val="Listepuces"/>
      </w:pPr>
      <w:r>
        <w:t>Digital advertising expensive</w:t>
      </w:r>
    </w:p>
    <w:p w14:paraId="0D1CE761" w14:textId="77777777" w:rsidR="00495879" w:rsidRDefault="00000000">
      <w:pPr>
        <w:pStyle w:val="Listepuces"/>
      </w:pPr>
      <w:r>
        <w:t>CAC inflation 15-20%/year</w:t>
      </w:r>
    </w:p>
    <w:p w14:paraId="28E527B7" w14:textId="77777777" w:rsidR="00495879" w:rsidRDefault="00000000">
      <w:pPr>
        <w:pStyle w:val="Listepuces"/>
      </w:pPr>
      <w:r>
        <w:t>Harder to stand out</w:t>
      </w:r>
    </w:p>
    <w:p w14:paraId="7A316926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549BD68E" w14:textId="77777777" w:rsidR="00495879" w:rsidRDefault="00000000">
      <w:pPr>
        <w:pStyle w:val="Listepuces"/>
      </w:pPr>
      <w:r>
        <w:t>Organic channels (SEO, content, referrals)</w:t>
      </w:r>
    </w:p>
    <w:p w14:paraId="7982FA3F" w14:textId="77777777" w:rsidR="00495879" w:rsidRDefault="00000000">
      <w:pPr>
        <w:pStyle w:val="Listepuces"/>
      </w:pPr>
      <w:r>
        <w:t>Community-led growth</w:t>
      </w:r>
    </w:p>
    <w:p w14:paraId="30C73BF9" w14:textId="77777777" w:rsidR="00495879" w:rsidRDefault="00000000">
      <w:pPr>
        <w:pStyle w:val="Listepuces"/>
      </w:pPr>
      <w:r>
        <w:t>High LTV justifies higher CAC (20:1 ratio target)</w:t>
      </w:r>
    </w:p>
    <w:p w14:paraId="66548750" w14:textId="77777777" w:rsidR="00495879" w:rsidRDefault="00000000">
      <w:pPr>
        <w:pStyle w:val="Listenumros"/>
      </w:pPr>
      <w:r>
        <w:t>**Talent Shortage**</w:t>
      </w:r>
    </w:p>
    <w:p w14:paraId="53D7E952" w14:textId="77777777" w:rsidR="00495879" w:rsidRDefault="00000000">
      <w:pPr>
        <w:pStyle w:val="Listepuces"/>
      </w:pPr>
      <w:r>
        <w:t>Hard to find great coaches/consultants</w:t>
      </w:r>
    </w:p>
    <w:p w14:paraId="1D1EBFCA" w14:textId="77777777" w:rsidR="00495879" w:rsidRDefault="00000000">
      <w:pPr>
        <w:pStyle w:val="Listepuces"/>
      </w:pPr>
      <w:r>
        <w:t>Competition for talent with big firms</w:t>
      </w:r>
    </w:p>
    <w:p w14:paraId="3FB0696C" w14:textId="77777777" w:rsidR="00495879" w:rsidRDefault="00000000">
      <w:pPr>
        <w:pStyle w:val="Listepuces"/>
      </w:pPr>
      <w:r>
        <w:t>Remote work = national competition for hires</w:t>
      </w:r>
    </w:p>
    <w:p w14:paraId="6DC9212F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580AF6D1" w14:textId="77777777" w:rsidR="00495879" w:rsidRDefault="00000000">
      <w:pPr>
        <w:pStyle w:val="Listepuces"/>
      </w:pPr>
      <w:r>
        <w:t>Strong culture &amp; values (attract mission-driven)</w:t>
      </w:r>
    </w:p>
    <w:p w14:paraId="37AB9BC0" w14:textId="77777777" w:rsidR="00495879" w:rsidRDefault="00000000">
      <w:pPr>
        <w:pStyle w:val="Listepuces"/>
      </w:pPr>
      <w:r>
        <w:t>Competitive compensation (75th percentile)</w:t>
      </w:r>
    </w:p>
    <w:p w14:paraId="4D82D6D6" w14:textId="77777777" w:rsidR="00495879" w:rsidRDefault="00000000">
      <w:pPr>
        <w:pStyle w:val="Listepuces"/>
      </w:pPr>
      <w:r>
        <w:lastRenderedPageBreak/>
        <w:t>Flexibility &amp; autonomy (remote-first)</w:t>
      </w:r>
    </w:p>
    <w:p w14:paraId="2F78B186" w14:textId="77777777" w:rsidR="00495879" w:rsidRDefault="00000000">
      <w:pPr>
        <w:pStyle w:val="Listepuces"/>
      </w:pPr>
      <w:r>
        <w:t>Equity/profit-sharing</w:t>
      </w:r>
    </w:p>
    <w:p w14:paraId="443F3D18" w14:textId="77777777" w:rsidR="00495879" w:rsidRDefault="00000000">
      <w:pPr>
        <w:pStyle w:val="Listenumros"/>
      </w:pPr>
      <w:r>
        <w:t>**Platform Risk**</w:t>
      </w:r>
    </w:p>
    <w:p w14:paraId="49178C46" w14:textId="77777777" w:rsidR="00495879" w:rsidRDefault="00000000">
      <w:pPr>
        <w:pStyle w:val="Listepuces"/>
      </w:pPr>
      <w:r>
        <w:t>Dependency on tech vendors (AWS, HubSpot, etc.)</w:t>
      </w:r>
    </w:p>
    <w:p w14:paraId="276D2901" w14:textId="77777777" w:rsidR="00495879" w:rsidRDefault="00000000">
      <w:pPr>
        <w:pStyle w:val="Listepuces"/>
      </w:pPr>
      <w:r>
        <w:t>Price increases or terms changes</w:t>
      </w:r>
    </w:p>
    <w:p w14:paraId="21CAE175" w14:textId="77777777" w:rsidR="00495879" w:rsidRDefault="00000000">
      <w:pPr>
        <w:pStyle w:val="Listepuces"/>
      </w:pPr>
      <w:r>
        <w:t>Service outages</w:t>
      </w:r>
    </w:p>
    <w:p w14:paraId="7F381406" w14:textId="77777777" w:rsidR="00495879" w:rsidRDefault="00000000">
      <w:r>
        <w:t xml:space="preserve">   </w:t>
      </w:r>
      <w:r>
        <w:rPr>
          <w:b/>
        </w:rPr>
        <w:t>Mitigation</w:t>
      </w:r>
      <w:r>
        <w:t>:</w:t>
      </w:r>
    </w:p>
    <w:p w14:paraId="2565382C" w14:textId="77777777" w:rsidR="00495879" w:rsidRDefault="00000000">
      <w:pPr>
        <w:pStyle w:val="Listepuces"/>
      </w:pPr>
      <w:r>
        <w:t>Multi-cloud strategy (not locked to one vendor)</w:t>
      </w:r>
    </w:p>
    <w:p w14:paraId="3728AB8E" w14:textId="77777777" w:rsidR="00495879" w:rsidRDefault="00000000">
      <w:pPr>
        <w:pStyle w:val="Listepuces"/>
      </w:pPr>
      <w:r>
        <w:t>Annual contracts (price stability)</w:t>
      </w:r>
    </w:p>
    <w:p w14:paraId="2E4A2993" w14:textId="77777777" w:rsidR="00495879" w:rsidRDefault="00000000">
      <w:pPr>
        <w:pStyle w:val="Listepuces"/>
      </w:pPr>
      <w:r>
        <w:t>Backup systems (redundancy)</w:t>
      </w:r>
    </w:p>
    <w:p w14:paraId="6E29AEB6" w14:textId="77777777" w:rsidR="00495879" w:rsidRDefault="00000000">
      <w:r>
        <w:t>________________________________________________________________________________</w:t>
      </w:r>
    </w:p>
    <w:p w14:paraId="502072CE" w14:textId="77777777" w:rsidR="00495879" w:rsidRDefault="00000000">
      <w:pPr>
        <w:pStyle w:val="Titre2"/>
      </w:pPr>
      <w:r>
        <w:t>4.7 Competitive Strategy</w:t>
      </w:r>
    </w:p>
    <w:p w14:paraId="07E117E4" w14:textId="77777777" w:rsidR="00495879" w:rsidRDefault="00000000">
      <w:pPr>
        <w:pStyle w:val="Titre3"/>
      </w:pPr>
      <w:r>
        <w:t>Blue Ocean Strategy Elements</w:t>
      </w:r>
    </w:p>
    <w:p w14:paraId="615E2B24" w14:textId="77777777" w:rsidR="00495879" w:rsidRDefault="00000000">
      <w:r>
        <w:rPr>
          <w:b/>
        </w:rPr>
        <w:t>Eliminate</w:t>
      </w:r>
      <w:r>
        <w:t xml:space="preserve"> (vs industry norms):</w:t>
      </w:r>
    </w:p>
    <w:p w14:paraId="74A9EF73" w14:textId="77777777" w:rsidR="00495879" w:rsidRDefault="00000000">
      <w:pPr>
        <w:pStyle w:val="Listepuces"/>
      </w:pPr>
      <w:r>
        <w:t>❌ Expensive franchise fees (vs Scaling Up, Strategic Coach)</w:t>
      </w:r>
    </w:p>
    <w:p w14:paraId="3653F3C8" w14:textId="77777777" w:rsidR="00495879" w:rsidRDefault="00000000">
      <w:pPr>
        <w:pStyle w:val="Listepuces"/>
      </w:pPr>
      <w:r>
        <w:t>❌ Geographic limitations (vs local coaches)</w:t>
      </w:r>
    </w:p>
    <w:p w14:paraId="4DBC13CD" w14:textId="77777777" w:rsidR="00495879" w:rsidRDefault="00000000">
      <w:pPr>
        <w:pStyle w:val="Listepuces"/>
      </w:pPr>
      <w:r>
        <w:t>❌ One-size-fits-all programs (vs Vistage, EO)</w:t>
      </w:r>
    </w:p>
    <w:p w14:paraId="435078A3" w14:textId="77777777" w:rsidR="00495879" w:rsidRDefault="00000000">
      <w:pPr>
        <w:pStyle w:val="Listepuces"/>
      </w:pPr>
      <w:r>
        <w:t>❌ Long-term contracts lock-in (vs some consultants)</w:t>
      </w:r>
    </w:p>
    <w:p w14:paraId="0130E4E7" w14:textId="77777777" w:rsidR="00495879" w:rsidRDefault="00000000">
      <w:r>
        <w:rPr>
          <w:b/>
        </w:rPr>
        <w:t>Reduce</w:t>
      </w:r>
      <w:r>
        <w:t>:</w:t>
      </w:r>
    </w:p>
    <w:p w14:paraId="4BCA23AC" w14:textId="77777777" w:rsidR="00495879" w:rsidRDefault="00000000">
      <w:pPr>
        <w:pStyle w:val="Listepuces"/>
      </w:pPr>
      <w:r>
        <w:t>⬇️ Price point (40-60% below boutique consulting)</w:t>
      </w:r>
    </w:p>
    <w:p w14:paraId="24C74857" w14:textId="77777777" w:rsidR="00495879" w:rsidRDefault="00000000">
      <w:pPr>
        <w:pStyle w:val="Listepuces"/>
      </w:pPr>
      <w:r>
        <w:t>⬇️ In-person requirements (80% virtual vs 100%)</w:t>
      </w:r>
    </w:p>
    <w:p w14:paraId="0C2F0228" w14:textId="77777777" w:rsidR="00495879" w:rsidRDefault="00000000">
      <w:pPr>
        <w:pStyle w:val="Listepuces"/>
      </w:pPr>
      <w:r>
        <w:t>⬇️ Time commitment (flexible vs rigid meeting schedules)</w:t>
      </w:r>
    </w:p>
    <w:p w14:paraId="02727620" w14:textId="77777777" w:rsidR="00495879" w:rsidRDefault="00000000">
      <w:r>
        <w:rPr>
          <w:b/>
        </w:rPr>
        <w:t>Raise</w:t>
      </w:r>
      <w:r>
        <w:t>:</w:t>
      </w:r>
    </w:p>
    <w:p w14:paraId="7C2A68F0" w14:textId="77777777" w:rsidR="00495879" w:rsidRDefault="00000000">
      <w:pPr>
        <w:pStyle w:val="Listepuces"/>
      </w:pPr>
      <w:r>
        <w:t>⬆️ Technology sophistication (AI, analytics)</w:t>
      </w:r>
    </w:p>
    <w:p w14:paraId="0208ABB1" w14:textId="77777777" w:rsidR="00495879" w:rsidRDefault="00000000">
      <w:pPr>
        <w:pStyle w:val="Listepuces"/>
      </w:pPr>
      <w:r>
        <w:t>⬆️ Personalization (custom strategies vs generic)</w:t>
      </w:r>
    </w:p>
    <w:p w14:paraId="21AF4A18" w14:textId="77777777" w:rsidR="00495879" w:rsidRDefault="00000000">
      <w:pPr>
        <w:pStyle w:val="Listepuces"/>
      </w:pPr>
      <w:r>
        <w:t>⬆️ Accountability (automated tracking vs manual)</w:t>
      </w:r>
    </w:p>
    <w:p w14:paraId="5CBA3550" w14:textId="77777777" w:rsidR="00495879" w:rsidRDefault="00000000">
      <w:pPr>
        <w:pStyle w:val="Listepuces"/>
      </w:pPr>
      <w:r>
        <w:t>⬆️ Niche expertise depth</w:t>
      </w:r>
    </w:p>
    <w:p w14:paraId="6E9C308D" w14:textId="77777777" w:rsidR="00495879" w:rsidRDefault="00000000">
      <w:r>
        <w:rPr>
          <w:b/>
        </w:rPr>
        <w:t>Create</w:t>
      </w:r>
      <w:r>
        <w:t xml:space="preserve"> (new to industry):</w:t>
      </w:r>
    </w:p>
    <w:p w14:paraId="78FF800A" w14:textId="77777777" w:rsidR="00495879" w:rsidRDefault="00000000">
      <w:pPr>
        <w:pStyle w:val="Listepuces"/>
      </w:pPr>
      <w:r>
        <w:t>➕ AI Success Coach™ (24/7 assistant)</w:t>
      </w:r>
    </w:p>
    <w:p w14:paraId="7CDFF258" w14:textId="77777777" w:rsidR="00495879" w:rsidRDefault="00000000">
      <w:pPr>
        <w:pStyle w:val="Listepuces"/>
      </w:pPr>
      <w:r>
        <w:t>➕ Outcome-based pricing options</w:t>
      </w:r>
    </w:p>
    <w:p w14:paraId="36611DC5" w14:textId="77777777" w:rsidR="00495879" w:rsidRDefault="00000000">
      <w:pPr>
        <w:pStyle w:val="Listepuces"/>
      </w:pPr>
      <w:r>
        <w:t>➕ Unified digital platform (all-in-one)</w:t>
      </w:r>
    </w:p>
    <w:p w14:paraId="46BFD586" w14:textId="77777777" w:rsidR="00495879" w:rsidRDefault="00000000">
      <w:pPr>
        <w:pStyle w:val="Listepuces"/>
      </w:pPr>
      <w:r>
        <w:t>➕ Predictive client success analytics</w:t>
      </w:r>
    </w:p>
    <w:p w14:paraId="486F500B" w14:textId="77777777" w:rsidR="00495879" w:rsidRDefault="00000000">
      <w:r>
        <w:lastRenderedPageBreak/>
        <w:t>________________________________________________________________________________</w:t>
      </w:r>
    </w:p>
    <w:p w14:paraId="715E9215" w14:textId="77777777" w:rsidR="00495879" w:rsidRDefault="00000000">
      <w:pPr>
        <w:pStyle w:val="Titre3"/>
      </w:pPr>
      <w:r>
        <w:t>Differentiation Tactics</w:t>
      </w:r>
    </w:p>
    <w:p w14:paraId="54171289" w14:textId="77777777" w:rsidR="00495879" w:rsidRDefault="00000000">
      <w:pPr>
        <w:pStyle w:val="Titre4"/>
      </w:pPr>
      <w:r>
        <w:t>1. Marketing Messaging</w:t>
      </w:r>
    </w:p>
    <w:p w14:paraId="142EE29F" w14:textId="77777777" w:rsidR="00495879" w:rsidRDefault="00000000">
      <w:r>
        <w:rPr>
          <w:b/>
        </w:rPr>
        <w:t>Competitor Says</w:t>
      </w:r>
      <w:r>
        <w:t>: "We're experienced coaches who can help you grow"</w:t>
      </w:r>
    </w:p>
    <w:p w14:paraId="65B8A0DC" w14:textId="77777777" w:rsidR="00495879" w:rsidRDefault="00000000">
      <w:r>
        <w:rPr>
          <w:b/>
        </w:rPr>
        <w:t>GBCM Says</w:t>
      </w:r>
      <w:r>
        <w:t>: "We're the digital-first strategic partner that combines McKinsey-quality frameworks, executive coaching, and AI-powered accountability to help you scale from $1M to $10M+ without burning out."</w:t>
      </w:r>
    </w:p>
    <w:p w14:paraId="7700137A" w14:textId="77777777" w:rsidR="00495879" w:rsidRDefault="00000000">
      <w:r>
        <w:rPr>
          <w:b/>
        </w:rPr>
        <w:t>Key Differences</w:t>
      </w:r>
      <w:r>
        <w:t>:</w:t>
      </w:r>
    </w:p>
    <w:p w14:paraId="58F81D50" w14:textId="77777777" w:rsidR="00495879" w:rsidRDefault="00000000">
      <w:pPr>
        <w:pStyle w:val="Listepuces"/>
      </w:pPr>
      <w:r>
        <w:t>Specific outcome ($1M → $10M)</w:t>
      </w:r>
    </w:p>
    <w:p w14:paraId="418978C7" w14:textId="77777777" w:rsidR="00495879" w:rsidRDefault="00000000">
      <w:pPr>
        <w:pStyle w:val="Listepuces"/>
      </w:pPr>
      <w:r>
        <w:t>Methodology clarity (frameworks, coaching, AI)</w:t>
      </w:r>
    </w:p>
    <w:p w14:paraId="51EB47A7" w14:textId="77777777" w:rsidR="00495879" w:rsidRDefault="00000000">
      <w:pPr>
        <w:pStyle w:val="Listepuces"/>
      </w:pPr>
      <w:r>
        <w:t>Positioning (partner vs service provider)</w:t>
      </w:r>
    </w:p>
    <w:p w14:paraId="4A28B7F2" w14:textId="77777777" w:rsidR="00495879" w:rsidRDefault="00000000">
      <w:pPr>
        <w:pStyle w:val="Listepuces"/>
      </w:pPr>
      <w:r>
        <w:t>Benefit (scale without burnout)</w:t>
      </w:r>
    </w:p>
    <w:p w14:paraId="1725966F" w14:textId="77777777" w:rsidR="00495879" w:rsidRDefault="00000000">
      <w:pPr>
        <w:pStyle w:val="Titre4"/>
      </w:pPr>
      <w:r>
        <w:t>2. Sales Approach</w:t>
      </w:r>
    </w:p>
    <w:p w14:paraId="1808D9CC" w14:textId="77777777" w:rsidR="00495879" w:rsidRDefault="00000000">
      <w:r>
        <w:rPr>
          <w:b/>
        </w:rPr>
        <w:t>Competitor Approach</w:t>
      </w:r>
      <w:r>
        <w:t>: "Let me tell you about my coaching"</w:t>
      </w:r>
    </w:p>
    <w:p w14:paraId="269826CD" w14:textId="77777777" w:rsidR="00495879" w:rsidRDefault="00000000">
      <w:r>
        <w:rPr>
          <w:b/>
        </w:rPr>
        <w:t>GBCM Approach</w:t>
      </w:r>
      <w:r>
        <w:t>:</w:t>
      </w:r>
    </w:p>
    <w:p w14:paraId="36154916" w14:textId="77777777" w:rsidR="00495879" w:rsidRDefault="00000000">
      <w:pPr>
        <w:pStyle w:val="Listepuces"/>
      </w:pPr>
      <w:r>
        <w:t>Free Digital Maturity Assessment (lead magnet)</w:t>
      </w:r>
    </w:p>
    <w:p w14:paraId="69A196D3" w14:textId="77777777" w:rsidR="00495879" w:rsidRDefault="00000000">
      <w:pPr>
        <w:pStyle w:val="Listepuces"/>
      </w:pPr>
      <w:r>
        <w:t>Personalized insights report (value upfront)</w:t>
      </w:r>
    </w:p>
    <w:p w14:paraId="77240194" w14:textId="77777777" w:rsidR="00495879" w:rsidRDefault="00000000">
      <w:pPr>
        <w:pStyle w:val="Listepuces"/>
      </w:pPr>
      <w:r>
        <w:t>Chemistry call (fit assessment both ways)</w:t>
      </w:r>
    </w:p>
    <w:p w14:paraId="3B5D7E4E" w14:textId="77777777" w:rsidR="00495879" w:rsidRDefault="00000000">
      <w:pPr>
        <w:pStyle w:val="Listepuces"/>
      </w:pPr>
      <w:r>
        <w:t>Custom proposal (based on their specific needs)</w:t>
      </w:r>
    </w:p>
    <w:p w14:paraId="0CC353C6" w14:textId="77777777" w:rsidR="00495879" w:rsidRDefault="00000000">
      <w:pPr>
        <w:pStyle w:val="Listepuces"/>
      </w:pPr>
      <w:r>
        <w:t>Pilot option (90-day intensive to prove value)</w:t>
      </w:r>
    </w:p>
    <w:p w14:paraId="3C7199D0" w14:textId="77777777" w:rsidR="00495879" w:rsidRDefault="00000000">
      <w:r>
        <w:rPr>
          <w:b/>
        </w:rPr>
        <w:t>Result</w:t>
      </w:r>
      <w:r>
        <w:t>: Higher close rates, better client fit</w:t>
      </w:r>
    </w:p>
    <w:p w14:paraId="6D2693F5" w14:textId="77777777" w:rsidR="00495879" w:rsidRDefault="00000000">
      <w:pPr>
        <w:pStyle w:val="Titre4"/>
      </w:pPr>
      <w:r>
        <w:t>3. Service Delivery</w:t>
      </w:r>
    </w:p>
    <w:p w14:paraId="7C06FE35" w14:textId="77777777" w:rsidR="00495879" w:rsidRDefault="00000000">
      <w:r>
        <w:rPr>
          <w:b/>
        </w:rPr>
        <w:t>Competitor Delivery</w:t>
      </w:r>
      <w:r>
        <w:t>:</w:t>
      </w:r>
    </w:p>
    <w:p w14:paraId="33534026" w14:textId="77777777" w:rsidR="00495879" w:rsidRDefault="00000000">
      <w:pPr>
        <w:pStyle w:val="Listepuces"/>
      </w:pPr>
      <w:r>
        <w:t>Monthly calls (reactive)</w:t>
      </w:r>
    </w:p>
    <w:p w14:paraId="1BD0C640" w14:textId="77777777" w:rsidR="00495879" w:rsidRDefault="00000000">
      <w:pPr>
        <w:pStyle w:val="Listepuces"/>
      </w:pPr>
      <w:r>
        <w:t>Manual notes (low-tech)</w:t>
      </w:r>
    </w:p>
    <w:p w14:paraId="335253ED" w14:textId="77777777" w:rsidR="00495879" w:rsidRDefault="00000000">
      <w:pPr>
        <w:pStyle w:val="Listepuces"/>
      </w:pPr>
      <w:r>
        <w:t>Isolation (1-on-1 only)</w:t>
      </w:r>
    </w:p>
    <w:p w14:paraId="786A7A4B" w14:textId="77777777" w:rsidR="00495879" w:rsidRDefault="00000000">
      <w:r>
        <w:rPr>
          <w:b/>
        </w:rPr>
        <w:t>GBCM Delivery</w:t>
      </w:r>
      <w:r>
        <w:t>:</w:t>
      </w:r>
    </w:p>
    <w:p w14:paraId="27E28F3A" w14:textId="77777777" w:rsidR="00495879" w:rsidRDefault="00000000">
      <w:pPr>
        <w:pStyle w:val="Listepuces"/>
      </w:pPr>
      <w:r>
        <w:t>Structured program (proactive roadmap)</w:t>
      </w:r>
    </w:p>
    <w:p w14:paraId="399D60D6" w14:textId="77777777" w:rsidR="00495879" w:rsidRDefault="00000000">
      <w:pPr>
        <w:pStyle w:val="Listepuces"/>
      </w:pPr>
      <w:r>
        <w:t>AI platform (always-on support)</w:t>
      </w:r>
    </w:p>
    <w:p w14:paraId="6598D77E" w14:textId="77777777" w:rsidR="00495879" w:rsidRDefault="00000000">
      <w:pPr>
        <w:pStyle w:val="Listepuces"/>
      </w:pPr>
      <w:r>
        <w:t>Community access (peer learning)</w:t>
      </w:r>
    </w:p>
    <w:p w14:paraId="338FF03D" w14:textId="77777777" w:rsidR="00495879" w:rsidRDefault="00000000">
      <w:pPr>
        <w:pStyle w:val="Listepuces"/>
      </w:pPr>
      <w:r>
        <w:t>Quarterly in-person workshops (deep dives)</w:t>
      </w:r>
    </w:p>
    <w:p w14:paraId="34002A7B" w14:textId="77777777" w:rsidR="00495879" w:rsidRDefault="00000000">
      <w:pPr>
        <w:pStyle w:val="Listepuces"/>
      </w:pPr>
      <w:r>
        <w:t>Real-time progress tracking (transparency)</w:t>
      </w:r>
    </w:p>
    <w:p w14:paraId="056A6DC1" w14:textId="77777777" w:rsidR="00495879" w:rsidRDefault="00000000">
      <w:r>
        <w:rPr>
          <w:b/>
        </w:rPr>
        <w:t>Result</w:t>
      </w:r>
      <w:r>
        <w:t>: Higher NPS, lower churn, more referrals</w:t>
      </w:r>
    </w:p>
    <w:p w14:paraId="5F013A03" w14:textId="77777777" w:rsidR="00495879" w:rsidRDefault="00000000">
      <w:r>
        <w:lastRenderedPageBreak/>
        <w:t>________________________________________________________________________________</w:t>
      </w:r>
    </w:p>
    <w:p w14:paraId="4D1B6812" w14:textId="77777777" w:rsidR="00495879" w:rsidRDefault="00000000">
      <w:pPr>
        <w:pStyle w:val="Titre2"/>
      </w:pPr>
      <w:r>
        <w:t>4.8 Barriers to Entry (Our Defensibility)</w:t>
      </w:r>
    </w:p>
    <w:p w14:paraId="2F74525B" w14:textId="77777777" w:rsidR="00495879" w:rsidRDefault="00000000">
      <w:pPr>
        <w:pStyle w:val="Titre3"/>
      </w:pPr>
      <w:r>
        <w:t>What Makes GBCM Hard to Copy?</w:t>
      </w:r>
    </w:p>
    <w:p w14:paraId="1C884268" w14:textId="77777777" w:rsidR="00495879" w:rsidRDefault="00000000">
      <w:pPr>
        <w:pStyle w:val="Listenumros"/>
      </w:pPr>
      <w:r>
        <w:t>**Proprietary Technology** (12-18 months to build)</w:t>
      </w:r>
    </w:p>
    <w:p w14:paraId="32683EFD" w14:textId="77777777" w:rsidR="00495879" w:rsidRDefault="00000000">
      <w:pPr>
        <w:pStyle w:val="Listepuces"/>
      </w:pPr>
      <w:r>
        <w:t>Custom AI models trained on business coaching data</w:t>
      </w:r>
    </w:p>
    <w:p w14:paraId="64453405" w14:textId="77777777" w:rsidR="00495879" w:rsidRDefault="00000000">
      <w:pPr>
        <w:pStyle w:val="Listepuces"/>
      </w:pPr>
      <w:r>
        <w:t>Predictive algorithms for client success</w:t>
      </w:r>
    </w:p>
    <w:p w14:paraId="4DE981ED" w14:textId="77777777" w:rsidR="00495879" w:rsidRDefault="00000000">
      <w:pPr>
        <w:pStyle w:val="Listepuces"/>
      </w:pPr>
      <w:r>
        <w:t>Integrated platform (not just tool aggregation)</w:t>
      </w:r>
    </w:p>
    <w:p w14:paraId="122A4056" w14:textId="77777777" w:rsidR="00495879" w:rsidRDefault="00000000">
      <w:pPr>
        <w:pStyle w:val="Listenumros"/>
      </w:pPr>
      <w:r>
        <w:t>**Methodologies™** (Trademarked IP)</w:t>
      </w:r>
    </w:p>
    <w:p w14:paraId="79F2D18B" w14:textId="77777777" w:rsidR="00495879" w:rsidRDefault="00000000">
      <w:pPr>
        <w:pStyle w:val="Listepuces"/>
      </w:pPr>
      <w:r>
        <w:t>GBCM Scale Framework™</w:t>
      </w:r>
    </w:p>
    <w:p w14:paraId="735DCB70" w14:textId="77777777" w:rsidR="00495879" w:rsidRDefault="00000000">
      <w:pPr>
        <w:pStyle w:val="Listepuces"/>
      </w:pPr>
      <w:r>
        <w:t>Digital Transformation Canvas™</w:t>
      </w:r>
    </w:p>
    <w:p w14:paraId="705270F6" w14:textId="77777777" w:rsidR="00495879" w:rsidRDefault="00000000">
      <w:pPr>
        <w:pStyle w:val="Listepuces"/>
      </w:pPr>
      <w:r>
        <w:t>Sustainable Leadership System™</w:t>
      </w:r>
    </w:p>
    <w:p w14:paraId="25C46F27" w14:textId="77777777" w:rsidR="00495879" w:rsidRDefault="00000000">
      <w:pPr>
        <w:pStyle w:val="Listepuces"/>
      </w:pPr>
      <w:r>
        <w:t>Years to develop, test, refine</w:t>
      </w:r>
    </w:p>
    <w:p w14:paraId="7BE8E04A" w14:textId="77777777" w:rsidR="00495879" w:rsidRDefault="00000000">
      <w:pPr>
        <w:pStyle w:val="Listenumros"/>
      </w:pPr>
      <w:r>
        <w:t>**Data Moat** (Grows Over Time)</w:t>
      </w:r>
    </w:p>
    <w:p w14:paraId="2FF16EC5" w14:textId="77777777" w:rsidR="00495879" w:rsidRDefault="00000000">
      <w:pPr>
        <w:pStyle w:val="Listepuces"/>
      </w:pPr>
      <w:r>
        <w:t>Client transformation data</w:t>
      </w:r>
    </w:p>
    <w:p w14:paraId="5C334705" w14:textId="77777777" w:rsidR="00495879" w:rsidRDefault="00000000">
      <w:pPr>
        <w:pStyle w:val="Listepuces"/>
      </w:pPr>
      <w:r>
        <w:t>AI learning from patterns</w:t>
      </w:r>
    </w:p>
    <w:p w14:paraId="36386149" w14:textId="77777777" w:rsidR="00495879" w:rsidRDefault="00000000">
      <w:pPr>
        <w:pStyle w:val="Listepuces"/>
      </w:pPr>
      <w:r>
        <w:t>Benchmarks across industries</w:t>
      </w:r>
    </w:p>
    <w:p w14:paraId="2BF8F886" w14:textId="77777777" w:rsidR="00495879" w:rsidRDefault="00000000">
      <w:pPr>
        <w:pStyle w:val="Listepuces"/>
      </w:pPr>
      <w:r>
        <w:t>Competitive advantage compounds</w:t>
      </w:r>
    </w:p>
    <w:p w14:paraId="0962FFB4" w14:textId="77777777" w:rsidR="00495879" w:rsidRDefault="00000000">
      <w:pPr>
        <w:pStyle w:val="Listenumros"/>
      </w:pPr>
      <w:r>
        <w:t>**Community Network Effects**</w:t>
      </w:r>
    </w:p>
    <w:p w14:paraId="35F859C2" w14:textId="77777777" w:rsidR="00495879" w:rsidRDefault="00000000">
      <w:pPr>
        <w:pStyle w:val="Listepuces"/>
      </w:pPr>
      <w:r>
        <w:t>More clients = more valuable community</w:t>
      </w:r>
    </w:p>
    <w:p w14:paraId="13983841" w14:textId="77777777" w:rsidR="00495879" w:rsidRDefault="00000000">
      <w:pPr>
        <w:pStyle w:val="Listepuces"/>
      </w:pPr>
      <w:r>
        <w:t>Peer connections = stickiness</w:t>
      </w:r>
    </w:p>
    <w:p w14:paraId="51B2C1BF" w14:textId="77777777" w:rsidR="00495879" w:rsidRDefault="00000000">
      <w:pPr>
        <w:pStyle w:val="Listepuces"/>
      </w:pPr>
      <w:r>
        <w:t>Hard for new entrant to replicate</w:t>
      </w:r>
    </w:p>
    <w:p w14:paraId="51BF95B3" w14:textId="77777777" w:rsidR="00495879" w:rsidRDefault="00000000">
      <w:pPr>
        <w:pStyle w:val="Listenumros"/>
      </w:pPr>
      <w:r>
        <w:t>**Brand &amp; Reputation** (Built Over Years)</w:t>
      </w:r>
    </w:p>
    <w:p w14:paraId="3DDEE1A6" w14:textId="77777777" w:rsidR="00495879" w:rsidRDefault="00000000">
      <w:pPr>
        <w:pStyle w:val="Listepuces"/>
      </w:pPr>
      <w:r>
        <w:t>Case studies &amp; testimonials</w:t>
      </w:r>
    </w:p>
    <w:p w14:paraId="2A836D2E" w14:textId="77777777" w:rsidR="00495879" w:rsidRDefault="00000000">
      <w:pPr>
        <w:pStyle w:val="Listepuces"/>
      </w:pPr>
      <w:r>
        <w:t>Thought leadership (content, speaking)</w:t>
      </w:r>
    </w:p>
    <w:p w14:paraId="0F004951" w14:textId="77777777" w:rsidR="00495879" w:rsidRDefault="00000000">
      <w:pPr>
        <w:pStyle w:val="Listepuces"/>
      </w:pPr>
      <w:r>
        <w:t>Trust &amp; word-of-mouth</w:t>
      </w:r>
    </w:p>
    <w:p w14:paraId="19096678" w14:textId="77777777" w:rsidR="00495879" w:rsidRDefault="00000000">
      <w:pPr>
        <w:pStyle w:val="Listepuces"/>
      </w:pPr>
      <w:r>
        <w:t>Can't buy, must earn</w:t>
      </w:r>
    </w:p>
    <w:p w14:paraId="18ACCC5C" w14:textId="77777777" w:rsidR="00495879" w:rsidRDefault="00000000">
      <w:r>
        <w:t>________________________________________________________________________________</w:t>
      </w:r>
    </w:p>
    <w:p w14:paraId="382892D4" w14:textId="77777777" w:rsidR="00495879" w:rsidRDefault="00000000">
      <w:pPr>
        <w:pStyle w:val="Titre2"/>
      </w:pPr>
      <w:r>
        <w:t>4.9 Competitive Response Scenarios</w:t>
      </w:r>
    </w:p>
    <w:p w14:paraId="0795ABB5" w14:textId="77777777" w:rsidR="00495879" w:rsidRDefault="00000000">
      <w:pPr>
        <w:pStyle w:val="Titre3"/>
      </w:pPr>
      <w:r>
        <w:t>Scenario 1: Big Player Enters SMB Market</w:t>
      </w:r>
    </w:p>
    <w:p w14:paraId="13E8E652" w14:textId="77777777" w:rsidR="00495879" w:rsidRDefault="00000000">
      <w:r>
        <w:rPr>
          <w:b/>
        </w:rPr>
        <w:t>Example</w:t>
      </w:r>
      <w:r>
        <w:t>: BetterUp launches SMB offering at $300/month</w:t>
      </w:r>
    </w:p>
    <w:p w14:paraId="68D887AB" w14:textId="77777777" w:rsidR="00495879" w:rsidRDefault="00000000">
      <w:r>
        <w:rPr>
          <w:b/>
        </w:rPr>
        <w:t>GBCM Response</w:t>
      </w:r>
      <w:r>
        <w:t>:</w:t>
      </w:r>
    </w:p>
    <w:p w14:paraId="55D98795" w14:textId="77777777" w:rsidR="00495879" w:rsidRDefault="00000000">
      <w:pPr>
        <w:pStyle w:val="Listepuces"/>
      </w:pPr>
      <w:r>
        <w:lastRenderedPageBreak/>
        <w:t>**Emphasize**: Personalization (we're not one-size-fits-all)</w:t>
      </w:r>
    </w:p>
    <w:p w14:paraId="15333E84" w14:textId="77777777" w:rsidR="00495879" w:rsidRDefault="00000000">
      <w:pPr>
        <w:pStyle w:val="Listepuces"/>
      </w:pPr>
      <w:r>
        <w:t>**Leverage**: Niche expertise (we're business strategy, not personal development)</w:t>
      </w:r>
    </w:p>
    <w:p w14:paraId="69F20A31" w14:textId="77777777" w:rsidR="00495879" w:rsidRDefault="00000000">
      <w:pPr>
        <w:pStyle w:val="Listepuces"/>
      </w:pPr>
      <w:r>
        <w:t>**Highlight**: Founder-led vs corporate (relationship vs transaction)</w:t>
      </w:r>
    </w:p>
    <w:p w14:paraId="057DFB81" w14:textId="77777777" w:rsidR="00495879" w:rsidRDefault="00000000">
      <w:pPr>
        <w:pStyle w:val="Listepuces"/>
      </w:pPr>
      <w:r>
        <w:t>**Price**: Platform Membership at $297/mo competitive, but Transform programs are differentiated</w:t>
      </w:r>
    </w:p>
    <w:p w14:paraId="4D264773" w14:textId="77777777" w:rsidR="00495879" w:rsidRDefault="00000000">
      <w:r>
        <w:rPr>
          <w:b/>
        </w:rPr>
        <w:t>Likely Outcome</w:t>
      </w:r>
      <w:r>
        <w:t>: Coexistence (different positioning, different buyers)</w:t>
      </w:r>
    </w:p>
    <w:p w14:paraId="508FDA79" w14:textId="77777777" w:rsidR="00495879" w:rsidRDefault="00000000">
      <w:r>
        <w:t>________________________________________________________________________________</w:t>
      </w:r>
    </w:p>
    <w:p w14:paraId="39BD29AD" w14:textId="77777777" w:rsidR="00495879" w:rsidRDefault="00000000">
      <w:pPr>
        <w:pStyle w:val="Titre3"/>
      </w:pPr>
      <w:r>
        <w:t>Scenario 2: Individual Coach Copies GBCM Model</w:t>
      </w:r>
    </w:p>
    <w:p w14:paraId="28F4A3E5" w14:textId="77777777" w:rsidR="00495879" w:rsidRDefault="00000000">
      <w:r>
        <w:rPr>
          <w:b/>
        </w:rPr>
        <w:t>Example</w:t>
      </w:r>
      <w:r>
        <w:t>: Former GBCM client becomes competitor</w:t>
      </w:r>
    </w:p>
    <w:p w14:paraId="4C405E0F" w14:textId="77777777" w:rsidR="00495879" w:rsidRDefault="00000000">
      <w:r>
        <w:rPr>
          <w:b/>
        </w:rPr>
        <w:t>GBCM Response</w:t>
      </w:r>
      <w:r>
        <w:t>:</w:t>
      </w:r>
    </w:p>
    <w:p w14:paraId="5C65456E" w14:textId="77777777" w:rsidR="00495879" w:rsidRDefault="00000000">
      <w:pPr>
        <w:pStyle w:val="Listepuces"/>
      </w:pPr>
      <w:r>
        <w:t>**Legal**: Enforce IP protections (trademarks, trade secrets)</w:t>
      </w:r>
    </w:p>
    <w:p w14:paraId="342580F3" w14:textId="77777777" w:rsidR="00495879" w:rsidRDefault="00000000">
      <w:pPr>
        <w:pStyle w:val="Listepuces"/>
      </w:pPr>
      <w:r>
        <w:t>**Technical**: Platform is proprietary (can't replicate easily)</w:t>
      </w:r>
    </w:p>
    <w:p w14:paraId="1DD0CB03" w14:textId="77777777" w:rsidR="00495879" w:rsidRDefault="00000000">
      <w:pPr>
        <w:pStyle w:val="Listepuces"/>
      </w:pPr>
      <w:r>
        <w:t>**Operational**: They won't have team, processes, scale</w:t>
      </w:r>
    </w:p>
    <w:p w14:paraId="6E08F8AB" w14:textId="77777777" w:rsidR="00495879" w:rsidRDefault="00000000">
      <w:pPr>
        <w:pStyle w:val="Listepuces"/>
      </w:pPr>
      <w:r>
        <w:t>**Marketing**: Our brand &amp; case studies stronger</w:t>
      </w:r>
    </w:p>
    <w:p w14:paraId="6938BC5E" w14:textId="77777777" w:rsidR="00495879" w:rsidRDefault="00000000">
      <w:pPr>
        <w:pStyle w:val="Listepuces"/>
      </w:pPr>
      <w:r>
        <w:t>**Price**: We can compete on price if needed (economy of scale)</w:t>
      </w:r>
    </w:p>
    <w:p w14:paraId="409F52EA" w14:textId="77777777" w:rsidR="00495879" w:rsidRDefault="00000000">
      <w:r>
        <w:rPr>
          <w:b/>
        </w:rPr>
        <w:t>Likely Outcome</w:t>
      </w:r>
      <w:r>
        <w:t>: Minor threat (one coach can't match full offering)</w:t>
      </w:r>
    </w:p>
    <w:p w14:paraId="3B3CC302" w14:textId="77777777" w:rsidR="00495879" w:rsidRDefault="00000000">
      <w:r>
        <w:t>________________________________________________________________________________</w:t>
      </w:r>
    </w:p>
    <w:p w14:paraId="25120210" w14:textId="77777777" w:rsidR="00495879" w:rsidRDefault="00000000">
      <w:pPr>
        <w:pStyle w:val="Titre3"/>
      </w:pPr>
      <w:r>
        <w:t>Scenario 3: Economic Recession Reduces Demand</w:t>
      </w:r>
    </w:p>
    <w:p w14:paraId="3EE5ED97" w14:textId="77777777" w:rsidR="00495879" w:rsidRDefault="00000000">
      <w:r>
        <w:rPr>
          <w:b/>
        </w:rPr>
        <w:t>Example</w:t>
      </w:r>
      <w:r>
        <w:t>: 2026 recession, SMBs cut budgets</w:t>
      </w:r>
    </w:p>
    <w:p w14:paraId="15D8822A" w14:textId="77777777" w:rsidR="00495879" w:rsidRDefault="00000000">
      <w:r>
        <w:rPr>
          <w:b/>
        </w:rPr>
        <w:t>GBCM Response</w:t>
      </w:r>
      <w:r>
        <w:t>:</w:t>
      </w:r>
    </w:p>
    <w:p w14:paraId="2E064399" w14:textId="77777777" w:rsidR="00495879" w:rsidRDefault="00000000">
      <w:pPr>
        <w:pStyle w:val="Listepuces"/>
      </w:pPr>
      <w:r>
        <w:t>**Pivot Messaging**: ROI focus (we save/make you more than we cost)</w:t>
      </w:r>
    </w:p>
    <w:p w14:paraId="415C2337" w14:textId="77777777" w:rsidR="00495879" w:rsidRDefault="00000000">
      <w:pPr>
        <w:pStyle w:val="Listepuces"/>
      </w:pPr>
      <w:r>
        <w:t>**Pricing Flex**: Offer payment plans, temporary discounts</w:t>
      </w:r>
    </w:p>
    <w:p w14:paraId="06BFDEA2" w14:textId="77777777" w:rsidR="00495879" w:rsidRDefault="00000000">
      <w:pPr>
        <w:pStyle w:val="Listepuces"/>
      </w:pPr>
      <w:r>
        <w:t>**Product Mix**: Push Platform Membership ($297/mo more affordable)</w:t>
      </w:r>
    </w:p>
    <w:p w14:paraId="09CCA4AD" w14:textId="77777777" w:rsidR="00495879" w:rsidRDefault="00000000">
      <w:pPr>
        <w:pStyle w:val="Listepuces"/>
      </w:pPr>
      <w:r>
        <w:t>**Target Shift**: Focus on well-funded companies less affected</w:t>
      </w:r>
    </w:p>
    <w:p w14:paraId="0AD640B1" w14:textId="77777777" w:rsidR="00495879" w:rsidRDefault="00000000">
      <w:pPr>
        <w:pStyle w:val="Listepuces"/>
      </w:pPr>
      <w:r>
        <w:t>**Cost Discipline**: Cut non-essential spend, preserve runway</w:t>
      </w:r>
    </w:p>
    <w:p w14:paraId="587C707C" w14:textId="77777777" w:rsidR="00495879" w:rsidRDefault="00000000">
      <w:r>
        <w:rPr>
          <w:b/>
        </w:rPr>
        <w:t>Likely Outcome</w:t>
      </w:r>
      <w:r>
        <w:t>: Survive leaner, emerge stronger when recovery</w:t>
      </w:r>
    </w:p>
    <w:p w14:paraId="38F42901" w14:textId="77777777" w:rsidR="00495879" w:rsidRDefault="00000000">
      <w:r>
        <w:t>________________________________________________________________________________</w:t>
      </w:r>
    </w:p>
    <w:p w14:paraId="09D5CAAE" w14:textId="77777777" w:rsidR="00495879" w:rsidRDefault="00000000">
      <w:pPr>
        <w:pStyle w:val="Titre3"/>
      </w:pPr>
      <w:r>
        <w:t>Scenario 4: AI Coaching Tools Commoditize Market</w:t>
      </w:r>
    </w:p>
    <w:p w14:paraId="69CD3B57" w14:textId="77777777" w:rsidR="00495879" w:rsidRDefault="00000000">
      <w:r>
        <w:rPr>
          <w:b/>
        </w:rPr>
        <w:t>Example</w:t>
      </w:r>
      <w:r>
        <w:t>: ChatGPT-powered coach for $20/month</w:t>
      </w:r>
    </w:p>
    <w:p w14:paraId="016A7969" w14:textId="77777777" w:rsidR="00495879" w:rsidRDefault="00000000">
      <w:r>
        <w:rPr>
          <w:b/>
        </w:rPr>
        <w:t>GBCM Response</w:t>
      </w:r>
      <w:r>
        <w:t>:</w:t>
      </w:r>
    </w:p>
    <w:p w14:paraId="6CC06DD6" w14:textId="77777777" w:rsidR="00495879" w:rsidRDefault="00000000">
      <w:pPr>
        <w:pStyle w:val="Listepuces"/>
      </w:pPr>
      <w:r>
        <w:t>**Embrace AI**: We already have AI, we're ahead</w:t>
      </w:r>
    </w:p>
    <w:p w14:paraId="2D428987" w14:textId="77777777" w:rsidR="00495879" w:rsidRDefault="00000000">
      <w:pPr>
        <w:pStyle w:val="Listepuces"/>
      </w:pPr>
      <w:r>
        <w:lastRenderedPageBreak/>
        <w:t>**Human Touch**: Emphasize what AI can't do (relationship, judgment, custom strategy)</w:t>
      </w:r>
    </w:p>
    <w:p w14:paraId="6CA2DCE0" w14:textId="77777777" w:rsidR="00495879" w:rsidRDefault="00000000">
      <w:pPr>
        <w:pStyle w:val="Listepuces"/>
      </w:pPr>
      <w:r>
        <w:t>**Hybrid Value**: AI for scale, humans for complexity</w:t>
      </w:r>
    </w:p>
    <w:p w14:paraId="3F007F9A" w14:textId="77777777" w:rsidR="00495879" w:rsidRDefault="00000000">
      <w:pPr>
        <w:pStyle w:val="Listepuces"/>
      </w:pPr>
      <w:r>
        <w:t>**Data Advantage**: Our AI trained on real client data, better than generic</w:t>
      </w:r>
    </w:p>
    <w:p w14:paraId="112C0519" w14:textId="77777777" w:rsidR="00495879" w:rsidRDefault="00000000">
      <w:r>
        <w:rPr>
          <w:b/>
        </w:rPr>
        <w:t>Likely Outcome</w:t>
      </w:r>
      <w:r>
        <w:t>: Complement not compete (AI handles low-end, we stay premium)</w:t>
      </w:r>
    </w:p>
    <w:p w14:paraId="60CC54DD" w14:textId="77777777" w:rsidR="00495879" w:rsidRDefault="00000000">
      <w:r>
        <w:t>________________________________________________________________________________</w:t>
      </w:r>
    </w:p>
    <w:p w14:paraId="19E098C0" w14:textId="77777777" w:rsidR="00495879" w:rsidRDefault="00000000">
      <w:pPr>
        <w:pStyle w:val="Titre2"/>
      </w:pPr>
      <w:r>
        <w:t>4.10 Summary &amp; Strategic Implications</w:t>
      </w:r>
    </w:p>
    <w:p w14:paraId="5850B7E5" w14:textId="77777777" w:rsidR="00495879" w:rsidRDefault="00000000">
      <w:pPr>
        <w:pStyle w:val="Titre3"/>
      </w:pPr>
      <w:r>
        <w:t>Key Takeaways</w:t>
      </w:r>
    </w:p>
    <w:p w14:paraId="2BABA43C" w14:textId="77777777" w:rsidR="00495879" w:rsidRDefault="00000000">
      <w:pPr>
        <w:pStyle w:val="Listenumros"/>
      </w:pPr>
      <w:r>
        <w:t>**Fragmented Market = Opportunity**</w:t>
      </w:r>
    </w:p>
    <w:p w14:paraId="72C855AE" w14:textId="77777777" w:rsidR="00495879" w:rsidRDefault="00000000">
      <w:pPr>
        <w:pStyle w:val="Listepuces"/>
      </w:pPr>
      <w:r>
        <w:t>No dominant player in SMB coaching/consulting</w:t>
      </w:r>
    </w:p>
    <w:p w14:paraId="0A8BE3C8" w14:textId="77777777" w:rsidR="00495879" w:rsidRDefault="00000000">
      <w:pPr>
        <w:pStyle w:val="Listepuces"/>
      </w:pPr>
      <w:r>
        <w:t>Room for differentiated entrant</w:t>
      </w:r>
    </w:p>
    <w:p w14:paraId="33AE34F7" w14:textId="77777777" w:rsidR="00495879" w:rsidRDefault="00000000">
      <w:pPr>
        <w:pStyle w:val="Listepuces"/>
      </w:pPr>
      <w:r>
        <w:t>GBCM can carve niche</w:t>
      </w:r>
    </w:p>
    <w:p w14:paraId="3D32C23F" w14:textId="77777777" w:rsidR="00495879" w:rsidRDefault="00000000">
      <w:pPr>
        <w:pStyle w:val="Listenumros"/>
      </w:pPr>
      <w:r>
        <w:t>**Hybrid Positioning is Unique**</w:t>
      </w:r>
    </w:p>
    <w:p w14:paraId="5F52AE8C" w14:textId="77777777" w:rsidR="00495879" w:rsidRDefault="00000000">
      <w:pPr>
        <w:pStyle w:val="Listepuces"/>
      </w:pPr>
      <w:r>
        <w:t>Not pure coaching, not pure consulting, not pure platform</w:t>
      </w:r>
    </w:p>
    <w:p w14:paraId="01FF0B87" w14:textId="77777777" w:rsidR="00495879" w:rsidRDefault="00000000">
      <w:pPr>
        <w:pStyle w:val="Listepuces"/>
      </w:pPr>
      <w:r>
        <w:t>Combination is defensible</w:t>
      </w:r>
    </w:p>
    <w:p w14:paraId="3069E547" w14:textId="77777777" w:rsidR="00495879" w:rsidRDefault="00000000">
      <w:pPr>
        <w:pStyle w:val="Listepuces"/>
      </w:pPr>
      <w:r>
        <w:t>Hard to copy all three elements</w:t>
      </w:r>
    </w:p>
    <w:p w14:paraId="698DA737" w14:textId="77777777" w:rsidR="00495879" w:rsidRDefault="00000000">
      <w:pPr>
        <w:pStyle w:val="Listenumros"/>
      </w:pPr>
      <w:r>
        <w:t>**Technology is Differentiator**</w:t>
      </w:r>
    </w:p>
    <w:p w14:paraId="7A54D254" w14:textId="77777777" w:rsidR="00495879" w:rsidRDefault="00000000">
      <w:pPr>
        <w:pStyle w:val="Listepuces"/>
      </w:pPr>
      <w:r>
        <w:t>Most competitors low-tech</w:t>
      </w:r>
    </w:p>
    <w:p w14:paraId="2315C931" w14:textId="77777777" w:rsidR="00495879" w:rsidRDefault="00000000">
      <w:pPr>
        <w:pStyle w:val="Listepuces"/>
      </w:pPr>
      <w:r>
        <w:t>12-18 month lead if executed</w:t>
      </w:r>
    </w:p>
    <w:p w14:paraId="15D42D34" w14:textId="77777777" w:rsidR="00495879" w:rsidRDefault="00000000">
      <w:pPr>
        <w:pStyle w:val="Listepuces"/>
      </w:pPr>
      <w:r>
        <w:t>Becomes moat over time (data, AI learning)</w:t>
      </w:r>
    </w:p>
    <w:p w14:paraId="07D6D38C" w14:textId="77777777" w:rsidR="00495879" w:rsidRDefault="00000000">
      <w:pPr>
        <w:pStyle w:val="Listenumros"/>
      </w:pPr>
      <w:r>
        <w:t>**Niches Reduce Competition**</w:t>
      </w:r>
    </w:p>
    <w:p w14:paraId="577E696A" w14:textId="77777777" w:rsidR="00495879" w:rsidRDefault="00000000">
      <w:pPr>
        <w:pStyle w:val="Listepuces"/>
      </w:pPr>
      <w:r>
        <w:t>Not fighting all 145K coaches</w:t>
      </w:r>
    </w:p>
    <w:p w14:paraId="279EF342" w14:textId="77777777" w:rsidR="00495879" w:rsidRDefault="00000000">
      <w:pPr>
        <w:pStyle w:val="Listepuces"/>
      </w:pPr>
      <w:r>
        <w:t>Only competing with other digital transformation/scale experts</w:t>
      </w:r>
    </w:p>
    <w:p w14:paraId="17E6E619" w14:textId="77777777" w:rsidR="00495879" w:rsidRDefault="00000000">
      <w:pPr>
        <w:pStyle w:val="Listepuces"/>
      </w:pPr>
      <w:r>
        <w:t>Premium pricing justified</w:t>
      </w:r>
    </w:p>
    <w:p w14:paraId="10160CA0" w14:textId="77777777" w:rsidR="00495879" w:rsidRDefault="00000000">
      <w:pPr>
        <w:pStyle w:val="Listenumros"/>
      </w:pPr>
      <w:r>
        <w:t>**Multiple Paths to Win**</w:t>
      </w:r>
    </w:p>
    <w:p w14:paraId="38EF0ACD" w14:textId="77777777" w:rsidR="00495879" w:rsidRDefault="00000000">
      <w:pPr>
        <w:pStyle w:val="Listepuces"/>
      </w:pPr>
      <w:r>
        <w:t>Can succeed even if Big Consulting enters (different buyer)</w:t>
      </w:r>
    </w:p>
    <w:p w14:paraId="457E288C" w14:textId="77777777" w:rsidR="00495879" w:rsidRDefault="00000000">
      <w:pPr>
        <w:pStyle w:val="Listepuces"/>
      </w:pPr>
      <w:r>
        <w:t>Can coexist with individual coaches (different model)</w:t>
      </w:r>
    </w:p>
    <w:p w14:paraId="13E6670B" w14:textId="77777777" w:rsidR="00495879" w:rsidRDefault="00000000">
      <w:pPr>
        <w:pStyle w:val="Listepuces"/>
      </w:pPr>
      <w:r>
        <w:t>Can survive recession (flexible pricing, ROI focus)</w:t>
      </w:r>
    </w:p>
    <w:p w14:paraId="090BBEDB" w14:textId="77777777" w:rsidR="00495879" w:rsidRDefault="00000000">
      <w:pPr>
        <w:pStyle w:val="Titre3"/>
      </w:pPr>
      <w:r>
        <w:t>Strategic Decisions</w:t>
      </w:r>
    </w:p>
    <w:p w14:paraId="22A59155" w14:textId="77777777" w:rsidR="00495879" w:rsidRDefault="00000000">
      <w:r>
        <w:t xml:space="preserve">✅ </w:t>
      </w:r>
      <w:r>
        <w:rPr>
          <w:b/>
        </w:rPr>
        <w:t>Do</w:t>
      </w:r>
      <w:r>
        <w:t>:</w:t>
      </w:r>
    </w:p>
    <w:p w14:paraId="44C51F14" w14:textId="77777777" w:rsidR="00495879" w:rsidRDefault="00000000">
      <w:pPr>
        <w:pStyle w:val="Listepuces"/>
      </w:pPr>
      <w:r>
        <w:t>Invest heavily in tech differentiation</w:t>
      </w:r>
    </w:p>
    <w:p w14:paraId="59461AC1" w14:textId="77777777" w:rsidR="00495879" w:rsidRDefault="00000000">
      <w:pPr>
        <w:pStyle w:val="Listepuces"/>
      </w:pPr>
      <w:r>
        <w:t>Build brand through thought leadership</w:t>
      </w:r>
    </w:p>
    <w:p w14:paraId="717D4BCE" w14:textId="77777777" w:rsidR="00495879" w:rsidRDefault="00000000">
      <w:pPr>
        <w:pStyle w:val="Listepuces"/>
      </w:pPr>
      <w:r>
        <w:lastRenderedPageBreak/>
        <w:t>Focus on niches, not generalist</w:t>
      </w:r>
    </w:p>
    <w:p w14:paraId="6ED21B0A" w14:textId="77777777" w:rsidR="00495879" w:rsidRDefault="00000000">
      <w:pPr>
        <w:pStyle w:val="Listepuces"/>
      </w:pPr>
      <w:r>
        <w:t>Emphasize outcomes &amp; ROI</w:t>
      </w:r>
    </w:p>
    <w:p w14:paraId="0D643C8E" w14:textId="77777777" w:rsidR="00495879" w:rsidRDefault="00000000">
      <w:pPr>
        <w:pStyle w:val="Listepuces"/>
      </w:pPr>
      <w:r>
        <w:t>Create community stickiness</w:t>
      </w:r>
    </w:p>
    <w:p w14:paraId="5973D90B" w14:textId="77777777" w:rsidR="00495879" w:rsidRDefault="00000000">
      <w:r>
        <w:t xml:space="preserve">❌ </w:t>
      </w:r>
      <w:r>
        <w:rPr>
          <w:b/>
        </w:rPr>
        <w:t>Don't</w:t>
      </w:r>
      <w:r>
        <w:t>:</w:t>
      </w:r>
    </w:p>
    <w:p w14:paraId="4C5A6372" w14:textId="77777777" w:rsidR="00495879" w:rsidRDefault="00000000">
      <w:pPr>
        <w:pStyle w:val="Listepuces"/>
      </w:pPr>
      <w:r>
        <w:t>Compete on price (race to bottom)</w:t>
      </w:r>
    </w:p>
    <w:p w14:paraId="42A5EE32" w14:textId="77777777" w:rsidR="00495879" w:rsidRDefault="00000000">
      <w:pPr>
        <w:pStyle w:val="Listepuces"/>
      </w:pPr>
      <w:r>
        <w:t>Try to be everything to everyone (dilution)</w:t>
      </w:r>
    </w:p>
    <w:p w14:paraId="72AFCF93" w14:textId="77777777" w:rsidR="00495879" w:rsidRDefault="00000000">
      <w:pPr>
        <w:pStyle w:val="Listepuces"/>
      </w:pPr>
      <w:r>
        <w:t>Copy competitors (be distinct)</w:t>
      </w:r>
    </w:p>
    <w:p w14:paraId="5DBB2B51" w14:textId="77777777" w:rsidR="00495879" w:rsidRDefault="00000000">
      <w:pPr>
        <w:pStyle w:val="Listepuces"/>
      </w:pPr>
      <w:r>
        <w:t>Neglect IP protection (defend methodologies)</w:t>
      </w:r>
    </w:p>
    <w:p w14:paraId="7079B86F" w14:textId="77777777" w:rsidR="00495879" w:rsidRDefault="00000000">
      <w:pPr>
        <w:pStyle w:val="Listepuces"/>
      </w:pPr>
      <w:r>
        <w:t>Underestimate incumbents (respect competition)</w:t>
      </w:r>
    </w:p>
    <w:p w14:paraId="08A57DC1" w14:textId="77777777" w:rsidR="00495879" w:rsidRDefault="00000000">
      <w:r>
        <w:t>________________________________________________________________________________</w:t>
      </w:r>
    </w:p>
    <w:p w14:paraId="4FD5F94E" w14:textId="77777777" w:rsidR="00495879" w:rsidRDefault="00000000">
      <w:r>
        <w:rPr>
          <w:b/>
        </w:rPr>
        <w:t>NEXT</w:t>
      </w:r>
      <w:r>
        <w:t>: 05-service-offerings.md - Détails complets des 4 piliers de services GBCM</w:t>
      </w:r>
    </w:p>
    <w:p w14:paraId="5EC9F4E9" w14:textId="77777777" w:rsidR="00495879" w:rsidRDefault="00000000">
      <w:r>
        <w:br w:type="page"/>
      </w:r>
    </w:p>
    <w:p w14:paraId="04C564BE" w14:textId="77777777" w:rsidR="00495879" w:rsidRDefault="00000000">
      <w:pPr>
        <w:pStyle w:val="Titre1"/>
      </w:pPr>
      <w:r>
        <w:lastRenderedPageBreak/>
        <w:t>5. SERVICE OFFERINGS</w:t>
      </w:r>
    </w:p>
    <w:p w14:paraId="23B67530" w14:textId="77777777" w:rsidR="00495879" w:rsidRDefault="00000000">
      <w:pPr>
        <w:pStyle w:val="Titre2"/>
      </w:pPr>
      <w:r>
        <w:t>5.1 Overview - 4 Piliers de Revenus</w:t>
      </w:r>
    </w:p>
    <w:p w14:paraId="29BA73B4" w14:textId="77777777" w:rsidR="00495879" w:rsidRDefault="00000000">
      <w:r>
        <w:t xml:space="preserve">GBCM LLC propose une offre sophistiquée en </w:t>
      </w:r>
      <w:r>
        <w:rPr>
          <w:b/>
        </w:rPr>
        <w:t>4 piliers complémentaires</w:t>
      </w:r>
      <w:r>
        <w:t>, permettant de servir différents segments de marché avec des niveaux d'engagement variés:</w:t>
      </w:r>
    </w:p>
    <w:p w14:paraId="70F57BE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GBCM Service Portfolio</w:t>
      </w:r>
    </w:p>
    <w:p w14:paraId="149E6F7C" w14:textId="77777777" w:rsidR="00495879" w:rsidRDefault="00495879">
      <w:pPr>
        <w:pStyle w:val="Sansinterligne"/>
      </w:pPr>
    </w:p>
    <w:p w14:paraId="1D27AE8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┌─────────────────────────────────────────────────────────────┐</w:t>
      </w:r>
    </w:p>
    <w:p w14:paraId="1660548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TRANSFORM Programs (Transformation 12 mois)                │</w:t>
      </w:r>
    </w:p>
    <w:p w14:paraId="0896A75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Prix: $8,997 - $59,997/an                                  │</w:t>
      </w:r>
    </w:p>
    <w:p w14:paraId="169D88B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Target: Scale-ups &amp; Growth SMBs                            │</w:t>
      </w:r>
    </w:p>
    <w:p w14:paraId="3492E0D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Revenue An 1: $70K (39%) │ An 3: $400K (47%)              │</w:t>
      </w:r>
    </w:p>
    <w:p w14:paraId="01C7BA4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└─────────────────────────────────────────────────────────────┘</w:t>
      </w:r>
    </w:p>
    <w:p w14:paraId="6642BF90" w14:textId="77777777" w:rsidR="00495879" w:rsidRDefault="00495879">
      <w:pPr>
        <w:pStyle w:val="Sansinterligne"/>
      </w:pPr>
    </w:p>
    <w:p w14:paraId="29BBDBD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┌─────────────────────────────────────────────────────────────┐</w:t>
      </w:r>
    </w:p>
    <w:p w14:paraId="26EEBB5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ADVISORY Retainers (Consulting stratégique ongoing)        │</w:t>
      </w:r>
    </w:p>
    <w:p w14:paraId="2F962E2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Prix: $7,500 - $15,000/mois (min 6 mois)                  │</w:t>
      </w:r>
    </w:p>
    <w:p w14:paraId="2F7592C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Target: Scale-ups en transformation majeure                │</w:t>
      </w:r>
    </w:p>
    <w:p w14:paraId="4C8D3C8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Revenue An 1: $60K (33%) │ An 3: $300K (35%)              │</w:t>
      </w:r>
    </w:p>
    <w:p w14:paraId="6158E00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└─────────────────────────────────────────────────────────────┘</w:t>
      </w:r>
    </w:p>
    <w:p w14:paraId="2996B76C" w14:textId="77777777" w:rsidR="00495879" w:rsidRDefault="00495879">
      <w:pPr>
        <w:pStyle w:val="Sansinterligne"/>
      </w:pPr>
    </w:p>
    <w:p w14:paraId="1607660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┌─────────────────────────────────────────────────────────────┐</w:t>
      </w:r>
    </w:p>
    <w:p w14:paraId="34E1F26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ACCELERATOR Intensives (Sprints 90 jours)                  │</w:t>
      </w:r>
    </w:p>
    <w:p w14:paraId="5B1E68A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Prix: $25,000 par intensive                                │</w:t>
      </w:r>
    </w:p>
    <w:p w14:paraId="38A106A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Target: Growth SMBs besoin résultats rapides               │</w:t>
      </w:r>
    </w:p>
    <w:p w14:paraId="14896C3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Revenue An 1: $25K (14%) │ An 3: $75K (9%)                │</w:t>
      </w:r>
    </w:p>
    <w:p w14:paraId="770A611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└─────────────────────────────────────────────────────────────┘</w:t>
      </w:r>
    </w:p>
    <w:p w14:paraId="643C6029" w14:textId="77777777" w:rsidR="00495879" w:rsidRDefault="00495879">
      <w:pPr>
        <w:pStyle w:val="Sansinterligne"/>
      </w:pPr>
    </w:p>
    <w:p w14:paraId="7B4201C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┌─────────────────────────────────────────────────────────────┐</w:t>
      </w:r>
    </w:p>
    <w:p w14:paraId="2E4BE77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PLATFORM Membership (Self-serve subscription)              │</w:t>
      </w:r>
    </w:p>
    <w:p w14:paraId="30FACF7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Prix: $297/mois ou $2,970/an                               │</w:t>
      </w:r>
    </w:p>
    <w:p w14:paraId="20F5D3E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Target: Entrepreneurs &amp; self-directed learners             │</w:t>
      </w:r>
    </w:p>
    <w:p w14:paraId="11CF56A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Revenue An 1: $25K (14%) │ An 3: $75K (9%)                │</w:t>
      </w:r>
    </w:p>
    <w:p w14:paraId="5A3C29A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└─────────────────────────────────────────────────────────────┘</w:t>
      </w:r>
    </w:p>
    <w:p w14:paraId="51177FA1" w14:textId="77777777" w:rsidR="00495879" w:rsidRDefault="00000000">
      <w:r>
        <w:rPr>
          <w:b/>
        </w:rPr>
        <w:t>Stratégie de Portfolio</w:t>
      </w:r>
      <w:r>
        <w:t>:</w:t>
      </w:r>
    </w:p>
    <w:p w14:paraId="0D881CA8" w14:textId="77777777" w:rsidR="00495879" w:rsidRDefault="00000000">
      <w:pPr>
        <w:pStyle w:val="Listepuces"/>
      </w:pPr>
      <w:r>
        <w:t>**Piliers 1-2**: High-ticket, high-touch, forte marge (70% du revenue)</w:t>
      </w:r>
    </w:p>
    <w:p w14:paraId="39C0125A" w14:textId="77777777" w:rsidR="00495879" w:rsidRDefault="00000000">
      <w:pPr>
        <w:pStyle w:val="Listepuces"/>
      </w:pPr>
      <w:r>
        <w:t>**Piliers 3-4**: Mid-ticket scalable, acquisition pipeline (30% du revenue)</w:t>
      </w:r>
    </w:p>
    <w:p w14:paraId="188CDED0" w14:textId="77777777" w:rsidR="00495879" w:rsidRDefault="00000000">
      <w:pPr>
        <w:pStyle w:val="Listepuces"/>
      </w:pPr>
      <w:r>
        <w:t>**Upsell Path**: Platform → Accelerator → Transform → Advisory</w:t>
      </w:r>
    </w:p>
    <w:p w14:paraId="6F4C9C6A" w14:textId="77777777" w:rsidR="00495879" w:rsidRDefault="00000000">
      <w:r>
        <w:t>________________________________________________________________________________</w:t>
      </w:r>
    </w:p>
    <w:p w14:paraId="691979F4" w14:textId="77777777" w:rsidR="00495879" w:rsidRDefault="00000000">
      <w:pPr>
        <w:pStyle w:val="Titre2"/>
      </w:pPr>
      <w:r>
        <w:t>5.2 PILIER 1: TRANSFORM Programs</w:t>
      </w:r>
    </w:p>
    <w:p w14:paraId="116871C4" w14:textId="77777777" w:rsidR="00495879" w:rsidRDefault="00000000">
      <w:pPr>
        <w:pStyle w:val="Titre3"/>
      </w:pPr>
      <w:r>
        <w:t>5.2.1 Concept &amp; Positionnement</w:t>
      </w:r>
    </w:p>
    <w:p w14:paraId="6EE123CC" w14:textId="77777777" w:rsidR="00495879" w:rsidRDefault="00000000">
      <w:r>
        <w:rPr>
          <w:b/>
        </w:rPr>
        <w:t>Tagline</w:t>
      </w:r>
      <w:r>
        <w:t>: "Transformation Business Complète sur 12 Mois"</w:t>
      </w:r>
    </w:p>
    <w:p w14:paraId="4E2740C5" w14:textId="77777777" w:rsidR="00495879" w:rsidRDefault="00000000">
      <w:r>
        <w:rPr>
          <w:b/>
        </w:rPr>
        <w:t>Promesse</w:t>
      </w:r>
      <w:r>
        <w:t>: Passer de chaos/plateau de croissance à entreprise structurée et scalable, avec méthodologie éprouvée, coaching exécutif, et communauté de pairs.</w:t>
      </w:r>
    </w:p>
    <w:p w14:paraId="52ECA28D" w14:textId="77777777" w:rsidR="00495879" w:rsidRDefault="00000000">
      <w:r>
        <w:rPr>
          <w:b/>
        </w:rPr>
        <w:t>Durée</w:t>
      </w:r>
      <w:r>
        <w:t>: 12 mois (vs 24 mois ancienne version)</w:t>
      </w:r>
    </w:p>
    <w:p w14:paraId="5B24E505" w14:textId="77777777" w:rsidR="00495879" w:rsidRDefault="00000000">
      <w:pPr>
        <w:pStyle w:val="Listepuces"/>
      </w:pPr>
      <w:r>
        <w:lastRenderedPageBreak/>
        <w:t>Plus adapté au rythme business moderne</w:t>
      </w:r>
    </w:p>
    <w:p w14:paraId="3172DCF0" w14:textId="77777777" w:rsidR="00495879" w:rsidRDefault="00000000">
      <w:pPr>
        <w:pStyle w:val="Listepuces"/>
      </w:pPr>
      <w:r>
        <w:t>Permet renouvellement annuel vs engagement 2 ans</w:t>
      </w:r>
    </w:p>
    <w:p w14:paraId="1E92C126" w14:textId="77777777" w:rsidR="00495879" w:rsidRDefault="00000000">
      <w:pPr>
        <w:pStyle w:val="Listepuces"/>
      </w:pPr>
      <w:r>
        <w:t>Crée urgence et focus exécution</w:t>
      </w:r>
    </w:p>
    <w:p w14:paraId="7F08A019" w14:textId="77777777" w:rsidR="00495879" w:rsidRDefault="00000000">
      <w:pPr>
        <w:pStyle w:val="Titre3"/>
      </w:pPr>
      <w:r>
        <w:t>5.2.2 Les 3 Packages</w:t>
      </w:r>
    </w:p>
    <w:p w14:paraId="08F2E25C" w14:textId="77777777" w:rsidR="00495879" w:rsidRDefault="00000000">
      <w:pPr>
        <w:pStyle w:val="Titre4"/>
      </w:pPr>
      <w:r>
        <w:t>Package GROWTH - $8,997/an ($750/mois)</w:t>
      </w:r>
    </w:p>
    <w:p w14:paraId="68E29FE3" w14:textId="77777777" w:rsidR="00495879" w:rsidRDefault="00000000">
      <w:r>
        <w:rPr>
          <w:b/>
        </w:rPr>
        <w:t>Positioning</w:t>
      </w:r>
      <w:r>
        <w:t>: Entry-level pour entrepreneurs et petites SMBs ($1M-$3M revenue)</w:t>
      </w:r>
    </w:p>
    <w:p w14:paraId="591CB7B5" w14:textId="77777777" w:rsidR="00495879" w:rsidRDefault="00000000">
      <w:r>
        <w:rPr>
          <w:b/>
        </w:rPr>
        <w:t>Inclus</w:t>
      </w:r>
      <w:r>
        <w:t>:</w:t>
      </w:r>
    </w:p>
    <w:p w14:paraId="3DC07857" w14:textId="77777777" w:rsidR="00495879" w:rsidRDefault="00000000">
      <w:r>
        <w:t xml:space="preserve">✅ </w:t>
      </w:r>
      <w:r>
        <w:rPr>
          <w:b/>
        </w:rPr>
        <w:t>12 Ateliers Mensuels Online</w:t>
      </w:r>
      <w:r>
        <w:t xml:space="preserve"> (3h chacun)</w:t>
      </w:r>
    </w:p>
    <w:p w14:paraId="1BD5766D" w14:textId="77777777" w:rsidR="00495879" w:rsidRDefault="00000000">
      <w:pPr>
        <w:pStyle w:val="Listepuces"/>
      </w:pPr>
      <w:r>
        <w:t>Thèmes: Strategy, Marketing, Sales, Operations, Finance, Leadership, etc.</w:t>
      </w:r>
    </w:p>
    <w:p w14:paraId="672CFEC0" w14:textId="77777777" w:rsidR="00495879" w:rsidRDefault="00000000">
      <w:pPr>
        <w:pStyle w:val="Listepuces"/>
      </w:pPr>
      <w:r>
        <w:t>Format: 8-12 participants max (intimité + networking)</w:t>
      </w:r>
    </w:p>
    <w:p w14:paraId="4435ECB5" w14:textId="77777777" w:rsidR="00495879" w:rsidRDefault="00000000">
      <w:pPr>
        <w:pStyle w:val="Listepuces"/>
      </w:pPr>
      <w:r>
        <w:t>Live + enregistrements (flexibilité)</w:t>
      </w:r>
    </w:p>
    <w:p w14:paraId="63C6B73D" w14:textId="77777777" w:rsidR="00495879" w:rsidRDefault="00000000">
      <w:r>
        <w:t xml:space="preserve">✅ </w:t>
      </w:r>
      <w:r>
        <w:rPr>
          <w:b/>
        </w:rPr>
        <w:t>AI Success Coach™ 24/7</w:t>
      </w:r>
    </w:p>
    <w:p w14:paraId="5970970B" w14:textId="77777777" w:rsidR="00495879" w:rsidRDefault="00000000">
      <w:pPr>
        <w:pStyle w:val="Listepuces"/>
      </w:pPr>
      <w:r>
        <w:t>Chatbot intelligent formé sur méthodologies GBCM</w:t>
      </w:r>
    </w:p>
    <w:p w14:paraId="4F5F72D0" w14:textId="77777777" w:rsidR="00495879" w:rsidRDefault="00000000">
      <w:pPr>
        <w:pStyle w:val="Listepuces"/>
      </w:pPr>
      <w:r>
        <w:t>Répond questions entre sessions</w:t>
      </w:r>
    </w:p>
    <w:p w14:paraId="1BC46C08" w14:textId="77777777" w:rsidR="00495879" w:rsidRDefault="00000000">
      <w:pPr>
        <w:pStyle w:val="Listepuces"/>
      </w:pPr>
      <w:r>
        <w:t>Accountability reminders</w:t>
      </w:r>
    </w:p>
    <w:p w14:paraId="597139E9" w14:textId="77777777" w:rsidR="00495879" w:rsidRDefault="00000000">
      <w:pPr>
        <w:pStyle w:val="Listepuces"/>
      </w:pPr>
      <w:r>
        <w:t>Progress tracking</w:t>
      </w:r>
    </w:p>
    <w:p w14:paraId="67C772AA" w14:textId="77777777" w:rsidR="00495879" w:rsidRDefault="00000000">
      <w:r>
        <w:t xml:space="preserve">✅ </w:t>
      </w:r>
      <w:r>
        <w:rPr>
          <w:b/>
        </w:rPr>
        <w:t>Resource Library</w:t>
      </w:r>
    </w:p>
    <w:p w14:paraId="6986C77C" w14:textId="77777777" w:rsidR="00495879" w:rsidRDefault="00000000">
      <w:pPr>
        <w:pStyle w:val="Listepuces"/>
      </w:pPr>
      <w:r>
        <w:t>50+ modules on-demand</w:t>
      </w:r>
    </w:p>
    <w:p w14:paraId="729FD72E" w14:textId="77777777" w:rsidR="00495879" w:rsidRDefault="00000000">
      <w:pPr>
        <w:pStyle w:val="Listepuces"/>
      </w:pPr>
      <w:r>
        <w:t>Templates &amp; frameworks téléchargeables</w:t>
      </w:r>
    </w:p>
    <w:p w14:paraId="790EF891" w14:textId="77777777" w:rsidR="00495879" w:rsidRDefault="00000000">
      <w:pPr>
        <w:pStyle w:val="Listepuces"/>
      </w:pPr>
      <w:r>
        <w:t>Tools &amp; checklists</w:t>
      </w:r>
    </w:p>
    <w:p w14:paraId="4E62D26E" w14:textId="77777777" w:rsidR="00495879" w:rsidRDefault="00000000">
      <w:pPr>
        <w:pStyle w:val="Listepuces"/>
      </w:pPr>
      <w:r>
        <w:t>Case studies</w:t>
      </w:r>
    </w:p>
    <w:p w14:paraId="402F9443" w14:textId="77777777" w:rsidR="00495879" w:rsidRDefault="00000000">
      <w:r>
        <w:t xml:space="preserve">✅ </w:t>
      </w:r>
      <w:r>
        <w:rPr>
          <w:b/>
        </w:rPr>
        <w:t>Community Access</w:t>
      </w:r>
    </w:p>
    <w:p w14:paraId="7C57A10F" w14:textId="77777777" w:rsidR="00495879" w:rsidRDefault="00000000">
      <w:pPr>
        <w:pStyle w:val="Listepuces"/>
      </w:pPr>
      <w:r>
        <w:t>Forum privé (Slack ou Circle)</w:t>
      </w:r>
    </w:p>
    <w:p w14:paraId="48CAAAAB" w14:textId="77777777" w:rsidR="00495879" w:rsidRDefault="00000000">
      <w:pPr>
        <w:pStyle w:val="Listepuces"/>
      </w:pPr>
      <w:r>
        <w:t>Peer networking events trimestriels</w:t>
      </w:r>
    </w:p>
    <w:p w14:paraId="22024375" w14:textId="77777777" w:rsidR="00495879" w:rsidRDefault="00000000">
      <w:pPr>
        <w:pStyle w:val="Listepuces"/>
      </w:pPr>
      <w:r>
        <w:t>Mastermind groups auto-organisés</w:t>
      </w:r>
    </w:p>
    <w:p w14:paraId="4BE2911B" w14:textId="77777777" w:rsidR="00495879" w:rsidRDefault="00000000">
      <w:r>
        <w:t xml:space="preserve">✅ </w:t>
      </w:r>
      <w:r>
        <w:rPr>
          <w:b/>
        </w:rPr>
        <w:t>GBCM Scale Framework™ Lite</w:t>
      </w:r>
    </w:p>
    <w:p w14:paraId="4DE59C17" w14:textId="77777777" w:rsidR="00495879" w:rsidRDefault="00000000">
      <w:pPr>
        <w:pStyle w:val="Listepuces"/>
      </w:pPr>
      <w:r>
        <w:t>Self-assessment tools</w:t>
      </w:r>
    </w:p>
    <w:p w14:paraId="7CA1EBAE" w14:textId="77777777" w:rsidR="00495879" w:rsidRDefault="00000000">
      <w:pPr>
        <w:pStyle w:val="Listepuces"/>
      </w:pPr>
      <w:r>
        <w:t>Roadmap template personnalisé</w:t>
      </w:r>
    </w:p>
    <w:p w14:paraId="6ADB5D6E" w14:textId="77777777" w:rsidR="00495879" w:rsidRDefault="00000000">
      <w:pPr>
        <w:pStyle w:val="Listepuces"/>
      </w:pPr>
      <w:r>
        <w:t>Quarterly reviews (groupe)</w:t>
      </w:r>
    </w:p>
    <w:p w14:paraId="7C9C4276" w14:textId="77777777" w:rsidR="00495879" w:rsidRDefault="00000000">
      <w:r>
        <w:rPr>
          <w:b/>
        </w:rPr>
        <w:t>Pricing Rationale</w:t>
      </w:r>
      <w:r>
        <w:t>:</w:t>
      </w:r>
    </w:p>
    <w:p w14:paraId="11AEB2AA" w14:textId="77777777" w:rsidR="00495879" w:rsidRDefault="00000000">
      <w:pPr>
        <w:pStyle w:val="Listepuces"/>
      </w:pPr>
      <w:r>
        <w:t>$750/mois = Accessible pour PME</w:t>
      </w:r>
    </w:p>
    <w:p w14:paraId="7608D8BB" w14:textId="77777777" w:rsidR="00495879" w:rsidRDefault="00000000">
      <w:pPr>
        <w:pStyle w:val="Listepuces"/>
      </w:pPr>
      <w:r>
        <w:lastRenderedPageBreak/>
        <w:t>Équivalent 5-6h coaching traditionnel ($125-150/h)</w:t>
      </w:r>
    </w:p>
    <w:p w14:paraId="4C6F67E2" w14:textId="77777777" w:rsidR="00495879" w:rsidRDefault="00000000">
      <w:pPr>
        <w:pStyle w:val="Listepuces"/>
      </w:pPr>
      <w:r>
        <w:t>Mais valeur bien supérieure (groupe + tech + ressources)</w:t>
      </w:r>
    </w:p>
    <w:p w14:paraId="68F11CF2" w14:textId="77777777" w:rsidR="00495879" w:rsidRDefault="00000000">
      <w:r>
        <w:rPr>
          <w:b/>
        </w:rPr>
        <w:t>Target Volume</w:t>
      </w:r>
      <w:r>
        <w:t>: 5-8 clients An 1, 15-20 An 3</w:t>
      </w:r>
    </w:p>
    <w:p w14:paraId="04F05393" w14:textId="77777777" w:rsidR="00495879" w:rsidRDefault="00000000">
      <w:r>
        <w:t>________________________________________________________________________________</w:t>
      </w:r>
    </w:p>
    <w:p w14:paraId="12C2D1D9" w14:textId="77777777" w:rsidR="00495879" w:rsidRDefault="00000000">
      <w:pPr>
        <w:pStyle w:val="Titre4"/>
      </w:pPr>
      <w:r>
        <w:t>Package SCALE - $23,997/an ($2,000/mois)</w:t>
      </w:r>
    </w:p>
    <w:p w14:paraId="56F92216" w14:textId="77777777" w:rsidR="00495879" w:rsidRDefault="00000000">
      <w:r>
        <w:rPr>
          <w:b/>
        </w:rPr>
        <w:t>Positioning</w:t>
      </w:r>
      <w:r>
        <w:t>: Premium tier pour growth SMBs ($3M-$15M revenue) sérieuses sur transformation</w:t>
      </w:r>
    </w:p>
    <w:p w14:paraId="2E9D7EEF" w14:textId="77777777" w:rsidR="00495879" w:rsidRDefault="00000000">
      <w:r>
        <w:rPr>
          <w:b/>
        </w:rPr>
        <w:t>Inclus</w:t>
      </w:r>
      <w:r>
        <w:t>: Tout GROWTH +</w:t>
      </w:r>
    </w:p>
    <w:p w14:paraId="6B1B619A" w14:textId="77777777" w:rsidR="00495879" w:rsidRDefault="00000000">
      <w:r>
        <w:t xml:space="preserve">✅ </w:t>
      </w:r>
      <w:r>
        <w:rPr>
          <w:b/>
        </w:rPr>
        <w:t>Coaching 1-on-1 Mensuel</w:t>
      </w:r>
      <w:r>
        <w:t xml:space="preserve"> (2h/mois = 24h/an)</w:t>
      </w:r>
    </w:p>
    <w:p w14:paraId="147C356D" w14:textId="77777777" w:rsidR="00495879" w:rsidRDefault="00000000">
      <w:pPr>
        <w:pStyle w:val="Listepuces"/>
      </w:pPr>
      <w:r>
        <w:t>Sessions privées avec coach GBCM senior</w:t>
      </w:r>
    </w:p>
    <w:p w14:paraId="7C1A6066" w14:textId="77777777" w:rsidR="00495879" w:rsidRDefault="00000000">
      <w:pPr>
        <w:pStyle w:val="Listepuces"/>
      </w:pPr>
      <w:r>
        <w:t>Challenges spécifiques entreprise</w:t>
      </w:r>
    </w:p>
    <w:p w14:paraId="1AF1260A" w14:textId="77777777" w:rsidR="00495879" w:rsidRDefault="00000000">
      <w:pPr>
        <w:pStyle w:val="Listepuces"/>
      </w:pPr>
      <w:r>
        <w:t>Accountability personnalisée</w:t>
      </w:r>
    </w:p>
    <w:p w14:paraId="304D0036" w14:textId="77777777" w:rsidR="00495879" w:rsidRDefault="00000000">
      <w:pPr>
        <w:pStyle w:val="Listepuces"/>
      </w:pPr>
      <w:r>
        <w:t>Strategic sparring partner</w:t>
      </w:r>
    </w:p>
    <w:p w14:paraId="150DE266" w14:textId="77777777" w:rsidR="00495879" w:rsidRDefault="00000000">
      <w:r>
        <w:t xml:space="preserve">✅ </w:t>
      </w:r>
      <w:r>
        <w:rPr>
          <w:b/>
        </w:rPr>
        <w:t>Quarterly Strategy Sessions</w:t>
      </w:r>
      <w:r>
        <w:t xml:space="preserve"> (Présentiel)</w:t>
      </w:r>
    </w:p>
    <w:p w14:paraId="50B3212B" w14:textId="77777777" w:rsidR="00495879" w:rsidRDefault="00000000">
      <w:pPr>
        <w:pStyle w:val="Listepuces"/>
      </w:pPr>
      <w:r>
        <w:t>1 jour/trimestre (4 jours/an)</w:t>
      </w:r>
    </w:p>
    <w:p w14:paraId="030C5EB8" w14:textId="77777777" w:rsidR="00495879" w:rsidRDefault="00000000">
      <w:pPr>
        <w:pStyle w:val="Listepuces"/>
      </w:pPr>
      <w:r>
        <w:t>Deep dive stratégique</w:t>
      </w:r>
    </w:p>
    <w:p w14:paraId="0C9A6222" w14:textId="77777777" w:rsidR="00495879" w:rsidRDefault="00000000">
      <w:pPr>
        <w:pStyle w:val="Listepuces"/>
      </w:pPr>
      <w:r>
        <w:t>Workshop intensif avec fondateur GBCM</w:t>
      </w:r>
    </w:p>
    <w:p w14:paraId="19B3690E" w14:textId="77777777" w:rsidR="00495879" w:rsidRDefault="00000000">
      <w:pPr>
        <w:pStyle w:val="Listepuces"/>
      </w:pPr>
      <w:r>
        <w:t>Networking avec autres SCALE clients</w:t>
      </w:r>
    </w:p>
    <w:p w14:paraId="12D1F920" w14:textId="77777777" w:rsidR="00495879" w:rsidRDefault="00000000">
      <w:r>
        <w:t xml:space="preserve">✅ </w:t>
      </w:r>
      <w:r>
        <w:rPr>
          <w:b/>
        </w:rPr>
        <w:t>Custom Roadmap &amp; OKRs</w:t>
      </w:r>
    </w:p>
    <w:p w14:paraId="1C4EE9F3" w14:textId="77777777" w:rsidR="00495879" w:rsidRDefault="00000000">
      <w:pPr>
        <w:pStyle w:val="Listepuces"/>
      </w:pPr>
      <w:r>
        <w:t>Roadmap 12 mois personnalisé</w:t>
      </w:r>
    </w:p>
    <w:p w14:paraId="1A71DCA5" w14:textId="77777777" w:rsidR="00495879" w:rsidRDefault="00000000">
      <w:pPr>
        <w:pStyle w:val="Listepuces"/>
      </w:pPr>
      <w:r>
        <w:t>OKRs trimestriels définis ensemble</w:t>
      </w:r>
    </w:p>
    <w:p w14:paraId="1D2A5B1B" w14:textId="77777777" w:rsidR="00495879" w:rsidRDefault="00000000">
      <w:pPr>
        <w:pStyle w:val="Listepuces"/>
      </w:pPr>
      <w:r>
        <w:t>Monthly tracking &amp; course correction</w:t>
      </w:r>
    </w:p>
    <w:p w14:paraId="7CF5DCA1" w14:textId="77777777" w:rsidR="00495879" w:rsidRDefault="00000000">
      <w:pPr>
        <w:pStyle w:val="Listepuces"/>
      </w:pPr>
      <w:r>
        <w:t>Dashboards analytics personnalisés</w:t>
      </w:r>
    </w:p>
    <w:p w14:paraId="7F1E0F6C" w14:textId="77777777" w:rsidR="00495879" w:rsidRDefault="00000000">
      <w:r>
        <w:t xml:space="preserve">✅ </w:t>
      </w:r>
      <w:r>
        <w:rPr>
          <w:b/>
        </w:rPr>
        <w:t>Priority Support</w:t>
      </w:r>
    </w:p>
    <w:p w14:paraId="3F429F4A" w14:textId="77777777" w:rsidR="00495879" w:rsidRDefault="00000000">
      <w:pPr>
        <w:pStyle w:val="Listepuces"/>
      </w:pPr>
      <w:r>
        <w:t>Email/Slack response &lt;4h ouvrables</w:t>
      </w:r>
    </w:p>
    <w:p w14:paraId="79E5B9DD" w14:textId="77777777" w:rsidR="00495879" w:rsidRDefault="00000000">
      <w:pPr>
        <w:pStyle w:val="Listepuces"/>
      </w:pPr>
      <w:r>
        <w:t>Emergency calls (2/an si besoin critique)</w:t>
      </w:r>
    </w:p>
    <w:p w14:paraId="7D184745" w14:textId="77777777" w:rsidR="00495879" w:rsidRDefault="00000000">
      <w:pPr>
        <w:pStyle w:val="Listepuces"/>
      </w:pPr>
      <w:r>
        <w:t>Intro network GBCM (investors, partners, etc.)</w:t>
      </w:r>
    </w:p>
    <w:p w14:paraId="2773292A" w14:textId="77777777" w:rsidR="00495879" w:rsidRDefault="00000000">
      <w:r>
        <w:t xml:space="preserve">✅ </w:t>
      </w:r>
      <w:r>
        <w:rPr>
          <w:b/>
        </w:rPr>
        <w:t>GBCM Scale Framework™ Full</w:t>
      </w:r>
    </w:p>
    <w:p w14:paraId="07FEF6EB" w14:textId="77777777" w:rsidR="00495879" w:rsidRDefault="00000000">
      <w:pPr>
        <w:pStyle w:val="Listepuces"/>
      </w:pPr>
      <w:r>
        <w:t>Implémentation complète 5 phases</w:t>
      </w:r>
    </w:p>
    <w:p w14:paraId="5B5353DC" w14:textId="77777777" w:rsidR="00495879" w:rsidRDefault="00000000">
      <w:pPr>
        <w:pStyle w:val="Listepuces"/>
      </w:pPr>
      <w:r>
        <w:t>Templates customisés pour industrie</w:t>
      </w:r>
    </w:p>
    <w:p w14:paraId="26C50B7F" w14:textId="77777777" w:rsidR="00495879" w:rsidRDefault="00000000">
      <w:pPr>
        <w:pStyle w:val="Listepuces"/>
      </w:pPr>
      <w:r>
        <w:t>Audit trimestriel progress</w:t>
      </w:r>
    </w:p>
    <w:p w14:paraId="7056C22D" w14:textId="77777777" w:rsidR="00495879" w:rsidRDefault="00000000">
      <w:r>
        <w:rPr>
          <w:b/>
        </w:rPr>
        <w:t>Pricing Rationale</w:t>
      </w:r>
      <w:r>
        <w:t>:</w:t>
      </w:r>
    </w:p>
    <w:p w14:paraId="4B643DA5" w14:textId="77777777" w:rsidR="00495879" w:rsidRDefault="00000000">
      <w:pPr>
        <w:pStyle w:val="Listepuces"/>
      </w:pPr>
      <w:r>
        <w:lastRenderedPageBreak/>
        <w:t>$2,000/mois = Sweet spot SMB budget consulting</w:t>
      </w:r>
    </w:p>
    <w:p w14:paraId="5F9DC22C" w14:textId="77777777" w:rsidR="00495879" w:rsidRDefault="00000000">
      <w:pPr>
        <w:pStyle w:val="Listepuces"/>
      </w:pPr>
      <w:r>
        <w:t>Équivalent 12-16h coaching/consulting traditionnel</w:t>
      </w:r>
    </w:p>
    <w:p w14:paraId="422F0D04" w14:textId="77777777" w:rsidR="00495879" w:rsidRDefault="00000000">
      <w:pPr>
        <w:pStyle w:val="Listepuces"/>
      </w:pPr>
      <w:r>
        <w:t>ROI clair: Si aide augmenter revenue $200K+, 10x return</w:t>
      </w:r>
    </w:p>
    <w:p w14:paraId="22133609" w14:textId="77777777" w:rsidR="00495879" w:rsidRDefault="00000000">
      <w:r>
        <w:rPr>
          <w:b/>
        </w:rPr>
        <w:t>Target Volume</w:t>
      </w:r>
      <w:r>
        <w:t>: 3-5 clients An 1, 15-20 An 3</w:t>
      </w:r>
    </w:p>
    <w:p w14:paraId="560CBA1B" w14:textId="77777777" w:rsidR="00495879" w:rsidRDefault="00000000">
      <w:r>
        <w:t>________________________________________________________________________________</w:t>
      </w:r>
    </w:p>
    <w:p w14:paraId="414C788C" w14:textId="77777777" w:rsidR="00495879" w:rsidRDefault="00000000">
      <w:pPr>
        <w:pStyle w:val="Titre4"/>
      </w:pPr>
      <w:r>
        <w:t>Package TRANSFORM - $59,997/an ($5,000/mois)</w:t>
      </w:r>
    </w:p>
    <w:p w14:paraId="2DB96B6D" w14:textId="77777777" w:rsidR="00495879" w:rsidRDefault="00000000">
      <w:r>
        <w:rPr>
          <w:b/>
        </w:rPr>
        <w:t>Positioning</w:t>
      </w:r>
      <w:r>
        <w:t>: VIP tier pour scale-ups ($10M-$50M revenue) en transformation majeure</w:t>
      </w:r>
    </w:p>
    <w:p w14:paraId="3D5B02E6" w14:textId="77777777" w:rsidR="00495879" w:rsidRDefault="00000000">
      <w:r>
        <w:rPr>
          <w:b/>
        </w:rPr>
        <w:t>Inclus</w:t>
      </w:r>
      <w:r>
        <w:t>: Tout SCALE +</w:t>
      </w:r>
    </w:p>
    <w:p w14:paraId="678B0446" w14:textId="77777777" w:rsidR="00495879" w:rsidRDefault="00000000">
      <w:r>
        <w:t xml:space="preserve">✅ </w:t>
      </w:r>
      <w:r>
        <w:rPr>
          <w:b/>
        </w:rPr>
        <w:t>Coaching Exécutif Intensif</w:t>
      </w:r>
      <w:r>
        <w:t xml:space="preserve"> (6h/mois = 72h/an)</w:t>
      </w:r>
    </w:p>
    <w:p w14:paraId="5B2FDFA6" w14:textId="77777777" w:rsidR="00495879" w:rsidRDefault="00000000">
      <w:pPr>
        <w:pStyle w:val="Listepuces"/>
      </w:pPr>
      <w:r>
        <w:t>2 sessions × 3h/mois (profondeur maximale)</w:t>
      </w:r>
    </w:p>
    <w:p w14:paraId="56A3C490" w14:textId="77777777" w:rsidR="00495879" w:rsidRDefault="00000000">
      <w:pPr>
        <w:pStyle w:val="Listepuces"/>
      </w:pPr>
      <w:r>
        <w:t>CEO + leadership team coaching</w:t>
      </w:r>
    </w:p>
    <w:p w14:paraId="63B8994F" w14:textId="77777777" w:rsidR="00495879" w:rsidRDefault="00000000">
      <w:pPr>
        <w:pStyle w:val="Listepuces"/>
      </w:pPr>
      <w:r>
        <w:t>Strategic advisory board seat (informel)</w:t>
      </w:r>
    </w:p>
    <w:p w14:paraId="3BDE531A" w14:textId="77777777" w:rsidR="00495879" w:rsidRDefault="00000000">
      <w:pPr>
        <w:pStyle w:val="Listepuces"/>
      </w:pPr>
      <w:r>
        <w:t>Unlimited messaging access (Slack/Voxer)</w:t>
      </w:r>
    </w:p>
    <w:p w14:paraId="5B26D965" w14:textId="77777777" w:rsidR="00495879" w:rsidRDefault="00000000">
      <w:r>
        <w:t xml:space="preserve">✅ </w:t>
      </w:r>
      <w:r>
        <w:rPr>
          <w:b/>
        </w:rPr>
        <w:t>Team Workshops</w:t>
      </w:r>
      <w:r>
        <w:t xml:space="preserve"> (Jusqu'à 5 personnes incluses)</w:t>
      </w:r>
    </w:p>
    <w:p w14:paraId="7C6EE66F" w14:textId="77777777" w:rsidR="00495879" w:rsidRDefault="00000000">
      <w:pPr>
        <w:pStyle w:val="Listepuces"/>
      </w:pPr>
      <w:r>
        <w:t>Leadership team alignment sessions (trimestrielles)</w:t>
      </w:r>
    </w:p>
    <w:p w14:paraId="458B1BFF" w14:textId="77777777" w:rsidR="00495879" w:rsidRDefault="00000000">
      <w:pPr>
        <w:pStyle w:val="Listepuces"/>
      </w:pPr>
      <w:r>
        <w:t>Department-specific workshops (Sales, Ops, etc.)</w:t>
      </w:r>
    </w:p>
    <w:p w14:paraId="04BDE03B" w14:textId="77777777" w:rsidR="00495879" w:rsidRDefault="00000000">
      <w:pPr>
        <w:pStyle w:val="Listepuces"/>
      </w:pPr>
      <w:r>
        <w:t>On-site facilitation (2x/an inclus, travel extra)</w:t>
      </w:r>
    </w:p>
    <w:p w14:paraId="034FDBB4" w14:textId="77777777" w:rsidR="00495879" w:rsidRDefault="00000000">
      <w:pPr>
        <w:pStyle w:val="Listepuces"/>
      </w:pPr>
      <w:r>
        <w:t>Custom program design</w:t>
      </w:r>
    </w:p>
    <w:p w14:paraId="29AC3892" w14:textId="77777777" w:rsidR="00495879" w:rsidRDefault="00000000">
      <w:r>
        <w:t xml:space="preserve">✅ </w:t>
      </w:r>
      <w:r>
        <w:rPr>
          <w:b/>
        </w:rPr>
        <w:t>Implementation Support Hands-on</w:t>
      </w:r>
    </w:p>
    <w:p w14:paraId="4F030B03" w14:textId="77777777" w:rsidR="00495879" w:rsidRDefault="00000000">
      <w:pPr>
        <w:pStyle w:val="Listepuces"/>
      </w:pPr>
      <w:r>
        <w:t>Consultant dédié participe exécution</w:t>
      </w:r>
    </w:p>
    <w:p w14:paraId="42CA57FE" w14:textId="77777777" w:rsidR="00495879" w:rsidRDefault="00000000">
      <w:pPr>
        <w:pStyle w:val="Listepuces"/>
      </w:pPr>
      <w:r>
        <w:t>Project management support</w:t>
      </w:r>
    </w:p>
    <w:p w14:paraId="679E864F" w14:textId="77777777" w:rsidR="00495879" w:rsidRDefault="00000000">
      <w:pPr>
        <w:pStyle w:val="Listepuces"/>
      </w:pPr>
      <w:r>
        <w:t>Vendor selection assistance</w:t>
      </w:r>
    </w:p>
    <w:p w14:paraId="47937923" w14:textId="77777777" w:rsidR="00495879" w:rsidRDefault="00000000">
      <w:pPr>
        <w:pStyle w:val="Listepuces"/>
      </w:pPr>
      <w:r>
        <w:t>M&amp;A prep / due diligence support (si applicable)</w:t>
      </w:r>
    </w:p>
    <w:p w14:paraId="7F9B17E4" w14:textId="77777777" w:rsidR="00495879" w:rsidRDefault="00000000">
      <w:r>
        <w:t xml:space="preserve">✅ </w:t>
      </w:r>
      <w:r>
        <w:rPr>
          <w:b/>
        </w:rPr>
        <w:t>VIP Perks</w:t>
      </w:r>
      <w:r>
        <w:t>:</w:t>
      </w:r>
    </w:p>
    <w:p w14:paraId="7BF08068" w14:textId="77777777" w:rsidR="00495879" w:rsidRDefault="00000000">
      <w:pPr>
        <w:pStyle w:val="Listepuces"/>
      </w:pPr>
      <w:r>
        <w:t>Annual executive retreat (2 jours off-site)</w:t>
      </w:r>
    </w:p>
    <w:p w14:paraId="547B1C47" w14:textId="77777777" w:rsidR="00495879" w:rsidRDefault="00000000">
      <w:pPr>
        <w:pStyle w:val="Listepuces"/>
      </w:pPr>
      <w:r>
        <w:t>Priority scheduling (book anytime)</w:t>
      </w:r>
    </w:p>
    <w:p w14:paraId="11F8AB6F" w14:textId="77777777" w:rsidR="00495879" w:rsidRDefault="00000000">
      <w:pPr>
        <w:pStyle w:val="Listepuces"/>
      </w:pPr>
      <w:r>
        <w:t>Spouse/partner welcome aux events</w:t>
      </w:r>
    </w:p>
    <w:p w14:paraId="0BD57A6C" w14:textId="77777777" w:rsidR="00495879" w:rsidRDefault="00000000">
      <w:pPr>
        <w:pStyle w:val="Listepuces"/>
      </w:pPr>
      <w:r>
        <w:t>Lifetime alumni status (access réduit post-programme)</w:t>
      </w:r>
    </w:p>
    <w:p w14:paraId="17C64473" w14:textId="77777777" w:rsidR="00495879" w:rsidRDefault="00000000">
      <w:r>
        <w:t xml:space="preserve">✅ </w:t>
      </w:r>
      <w:r>
        <w:rPr>
          <w:b/>
        </w:rPr>
        <w:t>All 3 Methodologies™ Full</w:t>
      </w:r>
    </w:p>
    <w:p w14:paraId="2C3CA0A2" w14:textId="77777777" w:rsidR="00495879" w:rsidRDefault="00000000">
      <w:pPr>
        <w:pStyle w:val="Listepuces"/>
      </w:pPr>
      <w:r>
        <w:t>Scale Framework™</w:t>
      </w:r>
    </w:p>
    <w:p w14:paraId="2CEB2AD0" w14:textId="77777777" w:rsidR="00495879" w:rsidRDefault="00000000">
      <w:pPr>
        <w:pStyle w:val="Listepuces"/>
      </w:pPr>
      <w:r>
        <w:t>Digital Transformation Canvas™</w:t>
      </w:r>
    </w:p>
    <w:p w14:paraId="54D63DBC" w14:textId="77777777" w:rsidR="00495879" w:rsidRDefault="00000000">
      <w:pPr>
        <w:pStyle w:val="Listepuces"/>
      </w:pPr>
      <w:r>
        <w:t>Sustainable Leadership System™</w:t>
      </w:r>
    </w:p>
    <w:p w14:paraId="3A0B3CC6" w14:textId="77777777" w:rsidR="00495879" w:rsidRDefault="00000000">
      <w:pPr>
        <w:pStyle w:val="Listepuces"/>
      </w:pPr>
      <w:r>
        <w:lastRenderedPageBreak/>
        <w:t>Custom playbook créé pour entreprise</w:t>
      </w:r>
    </w:p>
    <w:p w14:paraId="5C274BD9" w14:textId="77777777" w:rsidR="00495879" w:rsidRDefault="00000000">
      <w:r>
        <w:rPr>
          <w:b/>
        </w:rPr>
        <w:t>Pricing Rationale</w:t>
      </w:r>
      <w:r>
        <w:t>:</w:t>
      </w:r>
    </w:p>
    <w:p w14:paraId="6A95AE74" w14:textId="77777777" w:rsidR="00495879" w:rsidRDefault="00000000">
      <w:pPr>
        <w:pStyle w:val="Listepuces"/>
      </w:pPr>
      <w:r>
        <w:t>$5,000/mois = Comparable boutique consulting retainer</w:t>
      </w:r>
    </w:p>
    <w:p w14:paraId="0B528431" w14:textId="77777777" w:rsidR="00495879" w:rsidRDefault="00000000">
      <w:pPr>
        <w:pStyle w:val="Listepuces"/>
      </w:pPr>
      <w:r>
        <w:t>Mais 12 mois ongoing vs projet 3-6 mois</w:t>
      </w:r>
    </w:p>
    <w:p w14:paraId="77A5FC6D" w14:textId="77777777" w:rsidR="00495879" w:rsidRDefault="00000000">
      <w:pPr>
        <w:pStyle w:val="Listepuces"/>
      </w:pPr>
      <w:r>
        <w:t>Équivalent 30-40h consulting/mois traditionnel</w:t>
      </w:r>
    </w:p>
    <w:p w14:paraId="35D1DD61" w14:textId="77777777" w:rsidR="00495879" w:rsidRDefault="00000000">
      <w:pPr>
        <w:pStyle w:val="Listepuces"/>
      </w:pPr>
      <w:r>
        <w:t>ROI: Si scale $10M→$15M+ revenue, 50-100x return</w:t>
      </w:r>
    </w:p>
    <w:p w14:paraId="4F26AEC6" w14:textId="77777777" w:rsidR="00495879" w:rsidRDefault="00000000">
      <w:r>
        <w:rPr>
          <w:b/>
        </w:rPr>
        <w:t>Target Volume</w:t>
      </w:r>
      <w:r>
        <w:t>: 1-2 clients An 1, 3-5 An 3</w:t>
      </w:r>
    </w:p>
    <w:p w14:paraId="1A0BC849" w14:textId="77777777" w:rsidR="00495879" w:rsidRDefault="00000000">
      <w:r>
        <w:t>________________________________________________________________________________</w:t>
      </w:r>
    </w:p>
    <w:p w14:paraId="510F50A4" w14:textId="77777777" w:rsidR="00495879" w:rsidRDefault="00000000">
      <w:pPr>
        <w:pStyle w:val="Titre3"/>
      </w:pPr>
      <w:r>
        <w:t>5.2.3 Delivery Model - Transform Programs</w:t>
      </w:r>
    </w:p>
    <w:p w14:paraId="53957F4A" w14:textId="77777777" w:rsidR="00495879" w:rsidRDefault="00000000">
      <w:pPr>
        <w:pStyle w:val="Titre4"/>
      </w:pPr>
      <w:r>
        <w:t>Onboarding (Semaine 1)</w:t>
      </w:r>
    </w:p>
    <w:p w14:paraId="29412050" w14:textId="77777777" w:rsidR="00495879" w:rsidRDefault="00000000">
      <w:r>
        <w:rPr>
          <w:b/>
        </w:rPr>
        <w:t>Kick-off Call</w:t>
      </w:r>
      <w:r>
        <w:t xml:space="preserve"> (2h):</w:t>
      </w:r>
    </w:p>
    <w:p w14:paraId="42815C27" w14:textId="77777777" w:rsidR="00495879" w:rsidRDefault="00000000">
      <w:pPr>
        <w:pStyle w:val="Listepuces"/>
      </w:pPr>
      <w:r>
        <w:t>Welcome &amp; platform orientation</w:t>
      </w:r>
    </w:p>
    <w:p w14:paraId="77B91BC2" w14:textId="77777777" w:rsidR="00495879" w:rsidRDefault="00000000">
      <w:pPr>
        <w:pStyle w:val="Listepuces"/>
      </w:pPr>
      <w:r>
        <w:t>Assessment complet entreprise (financials, operations, team, market)</w:t>
      </w:r>
    </w:p>
    <w:p w14:paraId="136AC848" w14:textId="77777777" w:rsidR="00495879" w:rsidRDefault="00000000">
      <w:pPr>
        <w:pStyle w:val="Listepuces"/>
      </w:pPr>
      <w:r>
        <w:t>Goal setting (SMART objectives 12 mois)</w:t>
      </w:r>
    </w:p>
    <w:p w14:paraId="02922DBA" w14:textId="77777777" w:rsidR="00495879" w:rsidRDefault="00000000">
      <w:pPr>
        <w:pStyle w:val="Listepuces"/>
      </w:pPr>
      <w:r>
        <w:t>Custom roadmap draft</w:t>
      </w:r>
    </w:p>
    <w:p w14:paraId="3CF0FB8F" w14:textId="77777777" w:rsidR="00495879" w:rsidRDefault="00000000">
      <w:r>
        <w:rPr>
          <w:b/>
        </w:rPr>
        <w:t>Platform Setup</w:t>
      </w:r>
      <w:r>
        <w:t>:</w:t>
      </w:r>
    </w:p>
    <w:p w14:paraId="03EF5F44" w14:textId="77777777" w:rsidR="00495879" w:rsidRDefault="00000000">
      <w:pPr>
        <w:pStyle w:val="Listepuces"/>
      </w:pPr>
      <w:r>
        <w:t>Account creation &amp; training</w:t>
      </w:r>
    </w:p>
    <w:p w14:paraId="112674AB" w14:textId="77777777" w:rsidR="00495879" w:rsidRDefault="00000000">
      <w:pPr>
        <w:pStyle w:val="Listepuces"/>
      </w:pPr>
      <w:r>
        <w:t>Calendar sync (ateliers, coaching calls)</w:t>
      </w:r>
    </w:p>
    <w:p w14:paraId="0B568A1C" w14:textId="77777777" w:rsidR="00495879" w:rsidRDefault="00000000">
      <w:pPr>
        <w:pStyle w:val="Listepuces"/>
      </w:pPr>
      <w:r>
        <w:t>Community introduction</w:t>
      </w:r>
    </w:p>
    <w:p w14:paraId="11FCFA50" w14:textId="77777777" w:rsidR="00495879" w:rsidRDefault="00000000">
      <w:pPr>
        <w:pStyle w:val="Listepuces"/>
      </w:pPr>
      <w:r>
        <w:t>Resource library tour</w:t>
      </w:r>
    </w:p>
    <w:p w14:paraId="311B93FF" w14:textId="77777777" w:rsidR="00495879" w:rsidRDefault="00000000">
      <w:r>
        <w:rPr>
          <w:b/>
        </w:rPr>
        <w:t>Deliverables</w:t>
      </w:r>
      <w:r>
        <w:t>:</w:t>
      </w:r>
    </w:p>
    <w:p w14:paraId="0A097BAD" w14:textId="77777777" w:rsidR="00495879" w:rsidRDefault="00000000">
      <w:pPr>
        <w:pStyle w:val="Listepuces"/>
      </w:pPr>
      <w:r>
        <w:t>Personalized welcome packet (digital)</w:t>
      </w:r>
    </w:p>
    <w:p w14:paraId="28DA4DC0" w14:textId="77777777" w:rsidR="00495879" w:rsidRDefault="00000000">
      <w:pPr>
        <w:pStyle w:val="Listepuces"/>
      </w:pPr>
      <w:r>
        <w:t>12-month roadmap draft v1</w:t>
      </w:r>
    </w:p>
    <w:p w14:paraId="59E5978A" w14:textId="77777777" w:rsidR="00495879" w:rsidRDefault="00000000">
      <w:pPr>
        <w:pStyle w:val="Listepuces"/>
      </w:pPr>
      <w:r>
        <w:t>OKRs Q1 defined</w:t>
      </w:r>
    </w:p>
    <w:p w14:paraId="57F36C56" w14:textId="77777777" w:rsidR="00495879" w:rsidRDefault="00000000">
      <w:pPr>
        <w:pStyle w:val="Listepuces"/>
      </w:pPr>
      <w:r>
        <w:t>First action items assigned</w:t>
      </w:r>
    </w:p>
    <w:p w14:paraId="30900BF7" w14:textId="77777777" w:rsidR="00495879" w:rsidRDefault="00000000">
      <w:pPr>
        <w:pStyle w:val="Titre4"/>
      </w:pPr>
      <w:r>
        <w:t>Ongoing Rhythm (Mois 2-12)</w:t>
      </w:r>
    </w:p>
    <w:p w14:paraId="2127CBB6" w14:textId="77777777" w:rsidR="00495879" w:rsidRDefault="00000000">
      <w:r>
        <w:rPr>
          <w:b/>
        </w:rPr>
        <w:t>Monthly Cycle</w:t>
      </w:r>
      <w:r>
        <w:t>:</w:t>
      </w:r>
    </w:p>
    <w:p w14:paraId="0EBEDBD0" w14:textId="77777777" w:rsidR="00495879" w:rsidRDefault="00000000">
      <w:r>
        <w:rPr>
          <w:b/>
        </w:rPr>
        <w:t>Semaine 1</w:t>
      </w:r>
      <w:r>
        <w:t>: Atelier thématique (3h live online)</w:t>
      </w:r>
    </w:p>
    <w:p w14:paraId="4B03741B" w14:textId="77777777" w:rsidR="00495879" w:rsidRDefault="00000000">
      <w:pPr>
        <w:pStyle w:val="Listepuces"/>
      </w:pPr>
      <w:r>
        <w:t>Ex: "Strategic Planning", "Revenue Acceleration", "Team Building"</w:t>
      </w:r>
    </w:p>
    <w:p w14:paraId="5E8A1CD4" w14:textId="77777777" w:rsidR="00495879" w:rsidRDefault="00000000">
      <w:pPr>
        <w:pStyle w:val="Listepuces"/>
      </w:pPr>
      <w:r>
        <w:t>Teaching + exercises + peer discussion</w:t>
      </w:r>
    </w:p>
    <w:p w14:paraId="7380D5DE" w14:textId="77777777" w:rsidR="00495879" w:rsidRDefault="00000000">
      <w:pPr>
        <w:pStyle w:val="Listepuces"/>
      </w:pPr>
      <w:r>
        <w:t>Homework assigned</w:t>
      </w:r>
    </w:p>
    <w:p w14:paraId="30999239" w14:textId="77777777" w:rsidR="00495879" w:rsidRDefault="00000000">
      <w:r>
        <w:rPr>
          <w:b/>
        </w:rPr>
        <w:t>Semaine 2</w:t>
      </w:r>
      <w:r>
        <w:t>: 1-on-1 Coaching (SCALE/TRANSFORM seulement, 2-6h)</w:t>
      </w:r>
    </w:p>
    <w:p w14:paraId="0E8B4FD4" w14:textId="77777777" w:rsidR="00495879" w:rsidRDefault="00000000">
      <w:pPr>
        <w:pStyle w:val="Listepuces"/>
      </w:pPr>
      <w:r>
        <w:lastRenderedPageBreak/>
        <w:t>Review progress depuis dernier mois</w:t>
      </w:r>
    </w:p>
    <w:p w14:paraId="1182378F" w14:textId="77777777" w:rsidR="00495879" w:rsidRDefault="00000000">
      <w:pPr>
        <w:pStyle w:val="Listepuces"/>
      </w:pPr>
      <w:r>
        <w:t>Problem-solving challenges actuels</w:t>
      </w:r>
    </w:p>
    <w:p w14:paraId="4B9A1DA0" w14:textId="77777777" w:rsidR="00495879" w:rsidRDefault="00000000">
      <w:pPr>
        <w:pStyle w:val="Listepuces"/>
      </w:pPr>
      <w:r>
        <w:t>Planning initiatives mois suivant</w:t>
      </w:r>
    </w:p>
    <w:p w14:paraId="726F5133" w14:textId="77777777" w:rsidR="00495879" w:rsidRDefault="00000000">
      <w:r>
        <w:rPr>
          <w:b/>
        </w:rPr>
        <w:t>Semaine 3</w:t>
      </w:r>
      <w:r>
        <w:t>: AI-Guided Self-Work</w:t>
      </w:r>
    </w:p>
    <w:p w14:paraId="338AF5B5" w14:textId="77777777" w:rsidR="00495879" w:rsidRDefault="00000000">
      <w:pPr>
        <w:pStyle w:val="Listepuces"/>
      </w:pPr>
      <w:r>
        <w:t>Modules on-demand platform</w:t>
      </w:r>
    </w:p>
    <w:p w14:paraId="7500F50C" w14:textId="77777777" w:rsidR="00495879" w:rsidRDefault="00000000">
      <w:pPr>
        <w:pStyle w:val="Listepuces"/>
      </w:pPr>
      <w:r>
        <w:t>Implementation action items</w:t>
      </w:r>
    </w:p>
    <w:p w14:paraId="40C5B476" w14:textId="77777777" w:rsidR="00495879" w:rsidRDefault="00000000">
      <w:pPr>
        <w:pStyle w:val="Listepuces"/>
      </w:pPr>
      <w:r>
        <w:t>AI coach check-ins (automated)</w:t>
      </w:r>
    </w:p>
    <w:p w14:paraId="7BA8EA4E" w14:textId="77777777" w:rsidR="00495879" w:rsidRDefault="00000000">
      <w:r>
        <w:rPr>
          <w:b/>
        </w:rPr>
        <w:t>Semaine 4</w:t>
      </w:r>
      <w:r>
        <w:t>: Peer Accountability</w:t>
      </w:r>
    </w:p>
    <w:p w14:paraId="1A31B191" w14:textId="77777777" w:rsidR="00495879" w:rsidRDefault="00000000">
      <w:pPr>
        <w:pStyle w:val="Listepuces"/>
      </w:pPr>
      <w:r>
        <w:t>Mastermind group call (optionnel, 1h)</w:t>
      </w:r>
    </w:p>
    <w:p w14:paraId="7F75CBA2" w14:textId="77777777" w:rsidR="00495879" w:rsidRDefault="00000000">
      <w:pPr>
        <w:pStyle w:val="Listepuces"/>
      </w:pPr>
      <w:r>
        <w:t>Community forum discussions</w:t>
      </w:r>
    </w:p>
    <w:p w14:paraId="6511FC63" w14:textId="77777777" w:rsidR="00495879" w:rsidRDefault="00000000">
      <w:pPr>
        <w:pStyle w:val="Listepuces"/>
      </w:pPr>
      <w:r>
        <w:t>Preparation prochain atelier</w:t>
      </w:r>
    </w:p>
    <w:p w14:paraId="7E0C4996" w14:textId="77777777" w:rsidR="00495879" w:rsidRDefault="00000000">
      <w:r>
        <w:rPr>
          <w:b/>
        </w:rPr>
        <w:t>Quarterly Milestones</w:t>
      </w:r>
      <w:r>
        <w:t>:</w:t>
      </w:r>
    </w:p>
    <w:p w14:paraId="387007B6" w14:textId="77777777" w:rsidR="00495879" w:rsidRDefault="00000000">
      <w:pPr>
        <w:pStyle w:val="Listepuces"/>
      </w:pPr>
      <w:r>
        <w:t>Q1: Assessment + Quick Wins</w:t>
      </w:r>
    </w:p>
    <w:p w14:paraId="3CE4B3A6" w14:textId="77777777" w:rsidR="00495879" w:rsidRDefault="00000000">
      <w:pPr>
        <w:pStyle w:val="Listepuces"/>
      </w:pPr>
      <w:r>
        <w:t>Q2: Foundation Building (systems, processes)</w:t>
      </w:r>
    </w:p>
    <w:p w14:paraId="2CCCBBAD" w14:textId="77777777" w:rsidR="00495879" w:rsidRDefault="00000000">
      <w:pPr>
        <w:pStyle w:val="Listepuces"/>
      </w:pPr>
      <w:r>
        <w:t>Q3: Growth Acceleration (scaling initiatives)</w:t>
      </w:r>
    </w:p>
    <w:p w14:paraId="4548A38E" w14:textId="77777777" w:rsidR="00495879" w:rsidRDefault="00000000">
      <w:pPr>
        <w:pStyle w:val="Listepuces"/>
      </w:pPr>
      <w:r>
        <w:t>Q4: Optimization + Planning An 2</w:t>
      </w:r>
    </w:p>
    <w:p w14:paraId="0EB751E9" w14:textId="77777777" w:rsidR="00495879" w:rsidRDefault="00000000">
      <w:pPr>
        <w:pStyle w:val="Titre4"/>
      </w:pPr>
      <w:r>
        <w:t>Graduation &amp; Renewal (Mois 12)</w:t>
      </w:r>
    </w:p>
    <w:p w14:paraId="29CE0A86" w14:textId="77777777" w:rsidR="00495879" w:rsidRDefault="00000000">
      <w:r>
        <w:rPr>
          <w:b/>
        </w:rPr>
        <w:t>Final Month</w:t>
      </w:r>
      <w:r>
        <w:t>:</w:t>
      </w:r>
    </w:p>
    <w:p w14:paraId="607676F7" w14:textId="77777777" w:rsidR="00495879" w:rsidRDefault="00000000">
      <w:pPr>
        <w:pStyle w:val="Listepuces"/>
      </w:pPr>
      <w:r>
        <w:t>Comprehensive review (where started vs where now)</w:t>
      </w:r>
    </w:p>
    <w:p w14:paraId="3BBEDC17" w14:textId="77777777" w:rsidR="00495879" w:rsidRDefault="00000000">
      <w:pPr>
        <w:pStyle w:val="Listepuces"/>
      </w:pPr>
      <w:r>
        <w:t>Impact assessment (quantitative + qualitative)</w:t>
      </w:r>
    </w:p>
    <w:p w14:paraId="240E2996" w14:textId="77777777" w:rsidR="00495879" w:rsidRDefault="00000000">
      <w:pPr>
        <w:pStyle w:val="Listepuces"/>
      </w:pPr>
      <w:r>
        <w:t>Celebration &amp; recognition</w:t>
      </w:r>
    </w:p>
    <w:p w14:paraId="4E5E210E" w14:textId="77777777" w:rsidR="00495879" w:rsidRDefault="00000000">
      <w:pPr>
        <w:pStyle w:val="Listepuces"/>
      </w:pPr>
      <w:r>
        <w:t>Renewal discussion</w:t>
      </w:r>
    </w:p>
    <w:p w14:paraId="0C26ED75" w14:textId="77777777" w:rsidR="00495879" w:rsidRDefault="00000000">
      <w:r>
        <w:rPr>
          <w:b/>
        </w:rPr>
        <w:t>Renewal Offer</w:t>
      </w:r>
      <w:r>
        <w:t>:</w:t>
      </w:r>
    </w:p>
    <w:p w14:paraId="4C704D09" w14:textId="77777777" w:rsidR="00495879" w:rsidRDefault="00000000">
      <w:pPr>
        <w:pStyle w:val="Listepuces"/>
      </w:pPr>
      <w:r>
        <w:t>10% loyalty discount si renouvellement</w:t>
      </w:r>
    </w:p>
    <w:p w14:paraId="0B484091" w14:textId="77777777" w:rsidR="00495879" w:rsidRDefault="00000000">
      <w:pPr>
        <w:pStyle w:val="Listepuces"/>
      </w:pPr>
      <w:r>
        <w:t>Option upgrade tier (Growth → Scale → Transform)</w:t>
      </w:r>
    </w:p>
    <w:p w14:paraId="6DE1BC89" w14:textId="77777777" w:rsidR="00495879" w:rsidRDefault="00000000">
      <w:pPr>
        <w:pStyle w:val="Listepuces"/>
      </w:pPr>
      <w:r>
        <w:t>Alumni benefits si décide de ne pas renouveler</w:t>
      </w:r>
    </w:p>
    <w:p w14:paraId="080AC703" w14:textId="77777777" w:rsidR="00495879" w:rsidRDefault="00000000">
      <w:r>
        <w:rPr>
          <w:b/>
        </w:rPr>
        <w:t>Success Metrics Tracked</w:t>
      </w:r>
      <w:r>
        <w:t>:</w:t>
      </w:r>
    </w:p>
    <w:p w14:paraId="20817FA8" w14:textId="77777777" w:rsidR="00495879" w:rsidRDefault="00000000">
      <w:pPr>
        <w:pStyle w:val="Listepuces"/>
      </w:pPr>
      <w:r>
        <w:t>Revenue growth (baseline vs after)</w:t>
      </w:r>
    </w:p>
    <w:p w14:paraId="230B0109" w14:textId="77777777" w:rsidR="00495879" w:rsidRDefault="00000000">
      <w:pPr>
        <w:pStyle w:val="Listepuces"/>
      </w:pPr>
      <w:r>
        <w:t>Profitability improvement</w:t>
      </w:r>
    </w:p>
    <w:p w14:paraId="7833882A" w14:textId="77777777" w:rsidR="00495879" w:rsidRDefault="00000000">
      <w:pPr>
        <w:pStyle w:val="Listepuces"/>
      </w:pPr>
      <w:r>
        <w:t>Team satisfaction scores</w:t>
      </w:r>
    </w:p>
    <w:p w14:paraId="6BFBA18D" w14:textId="77777777" w:rsidR="00495879" w:rsidRDefault="00000000">
      <w:pPr>
        <w:pStyle w:val="Listepuces"/>
      </w:pPr>
      <w:r>
        <w:t>Leader burnout reduction (hours worked, stress level)</w:t>
      </w:r>
    </w:p>
    <w:p w14:paraId="2F718673" w14:textId="77777777" w:rsidR="00495879" w:rsidRDefault="00000000">
      <w:pPr>
        <w:pStyle w:val="Listepuces"/>
      </w:pPr>
      <w:r>
        <w:t>Strategic initiatives completed</w:t>
      </w:r>
    </w:p>
    <w:p w14:paraId="313FB6BB" w14:textId="77777777" w:rsidR="00495879" w:rsidRDefault="00000000">
      <w:pPr>
        <w:pStyle w:val="Listepuces"/>
      </w:pPr>
      <w:r>
        <w:t>NPS score</w:t>
      </w:r>
    </w:p>
    <w:p w14:paraId="7451EC50" w14:textId="77777777" w:rsidR="00495879" w:rsidRDefault="00000000">
      <w:r>
        <w:lastRenderedPageBreak/>
        <w:t>________________________________________________________________________________</w:t>
      </w:r>
    </w:p>
    <w:p w14:paraId="05E3A4BD" w14:textId="77777777" w:rsidR="00495879" w:rsidRDefault="00000000">
      <w:pPr>
        <w:pStyle w:val="Titre2"/>
      </w:pPr>
      <w:r>
        <w:t>5.3 PILIER 2: ADVISORY Retainers</w:t>
      </w:r>
    </w:p>
    <w:p w14:paraId="09339AE4" w14:textId="77777777" w:rsidR="00495879" w:rsidRDefault="00000000">
      <w:pPr>
        <w:pStyle w:val="Titre3"/>
      </w:pPr>
      <w:r>
        <w:t>5.3.1 Concept &amp; Positionnement</w:t>
      </w:r>
    </w:p>
    <w:p w14:paraId="1BC9C119" w14:textId="77777777" w:rsidR="00495879" w:rsidRDefault="00000000">
      <w:r>
        <w:rPr>
          <w:b/>
        </w:rPr>
        <w:t>Tagline</w:t>
      </w:r>
      <w:r>
        <w:t>: "Your Fractional Strategy Officer"</w:t>
      </w:r>
    </w:p>
    <w:p w14:paraId="26018C43" w14:textId="77777777" w:rsidR="00495879" w:rsidRDefault="00000000">
      <w:r>
        <w:rPr>
          <w:b/>
        </w:rPr>
        <w:t>Promesse</w:t>
      </w:r>
      <w:r>
        <w:t>: Expertise stratégique senior on-demand pour transformations majeures, sans coût d'un Executive full-time ($200K+ salary).</w:t>
      </w:r>
    </w:p>
    <w:p w14:paraId="246EB850" w14:textId="77777777" w:rsidR="00495879" w:rsidRDefault="00000000">
      <w:r>
        <w:rPr>
          <w:b/>
        </w:rPr>
        <w:t>Différence vs TRANSFORM</w:t>
      </w:r>
      <w:r>
        <w:t xml:space="preserve">: </w:t>
      </w:r>
    </w:p>
    <w:p w14:paraId="46A1A3F6" w14:textId="77777777" w:rsidR="00495879" w:rsidRDefault="00000000">
      <w:pPr>
        <w:pStyle w:val="Listepuces"/>
      </w:pPr>
      <w:r>
        <w:t>Plus hands-on exécution (vs coaching/teaching)</w:t>
      </w:r>
    </w:p>
    <w:p w14:paraId="421BF879" w14:textId="77777777" w:rsidR="00495879" w:rsidRDefault="00000000">
      <w:pPr>
        <w:pStyle w:val="Listepuces"/>
      </w:pPr>
      <w:r>
        <w:t>Stratégie custom (vs framework standard)</w:t>
      </w:r>
    </w:p>
    <w:p w14:paraId="46180735" w14:textId="77777777" w:rsidR="00495879" w:rsidRDefault="00000000">
      <w:pPr>
        <w:pStyle w:val="Listepuces"/>
      </w:pPr>
      <w:r>
        <w:t>Ongoing flexible (vs programme 12 mois structuré)</w:t>
      </w:r>
    </w:p>
    <w:p w14:paraId="22D96083" w14:textId="77777777" w:rsidR="00495879" w:rsidRDefault="00000000">
      <w:pPr>
        <w:pStyle w:val="Titre3"/>
      </w:pPr>
      <w:r>
        <w:t>5.3.2 Retainer Tiers</w:t>
      </w:r>
    </w:p>
    <w:p w14:paraId="0858366B" w14:textId="77777777" w:rsidR="00495879" w:rsidRDefault="00000000">
      <w:pPr>
        <w:pStyle w:val="Titre4"/>
      </w:pPr>
      <w:r>
        <w:t>Standard Retainer - $7,500/mois</w:t>
      </w:r>
    </w:p>
    <w:p w14:paraId="3B2C5C85" w14:textId="77777777" w:rsidR="00495879" w:rsidRDefault="00000000">
      <w:r>
        <w:rPr>
          <w:b/>
        </w:rPr>
        <w:t>Scope</w:t>
      </w:r>
      <w:r>
        <w:t>: 20-25 heures/mois (average)</w:t>
      </w:r>
    </w:p>
    <w:p w14:paraId="2FE63641" w14:textId="77777777" w:rsidR="00495879" w:rsidRDefault="00000000">
      <w:r>
        <w:rPr>
          <w:b/>
        </w:rPr>
        <w:t>Typical Use Cases</w:t>
      </w:r>
      <w:r>
        <w:t>:</w:t>
      </w:r>
    </w:p>
    <w:p w14:paraId="2DBC3095" w14:textId="77777777" w:rsidR="00495879" w:rsidRDefault="00000000">
      <w:pPr>
        <w:pStyle w:val="Listepuces"/>
      </w:pPr>
      <w:r>
        <w:t>Digital transformation planning &amp; oversight</w:t>
      </w:r>
    </w:p>
    <w:p w14:paraId="27A09D38" w14:textId="77777777" w:rsidR="00495879" w:rsidRDefault="00000000">
      <w:pPr>
        <w:pStyle w:val="Listepuces"/>
      </w:pPr>
      <w:r>
        <w:t>Revenue growth strategy &amp; execution support</w:t>
      </w:r>
    </w:p>
    <w:p w14:paraId="57BC460F" w14:textId="77777777" w:rsidR="00495879" w:rsidRDefault="00000000">
      <w:pPr>
        <w:pStyle w:val="Listepuces"/>
      </w:pPr>
      <w:r>
        <w:t>Organizational redesign (scaling from $5M to $15M+)</w:t>
      </w:r>
    </w:p>
    <w:p w14:paraId="6CD889AF" w14:textId="77777777" w:rsidR="00495879" w:rsidRDefault="00000000">
      <w:pPr>
        <w:pStyle w:val="Listepuces"/>
      </w:pPr>
      <w:r>
        <w:t>M&amp;A preparation (sell-side advisory)</w:t>
      </w:r>
    </w:p>
    <w:p w14:paraId="4A26EF6A" w14:textId="77777777" w:rsidR="00495879" w:rsidRDefault="00000000">
      <w:pPr>
        <w:pStyle w:val="Listepuces"/>
      </w:pPr>
      <w:r>
        <w:t>Product/market expansion strategy</w:t>
      </w:r>
    </w:p>
    <w:p w14:paraId="52BBA4A0" w14:textId="77777777" w:rsidR="00495879" w:rsidRDefault="00000000">
      <w:r>
        <w:rPr>
          <w:b/>
        </w:rPr>
        <w:t>Deliverables (Exemples)</w:t>
      </w:r>
      <w:r>
        <w:t>:</w:t>
      </w:r>
    </w:p>
    <w:p w14:paraId="03A77648" w14:textId="77777777" w:rsidR="00495879" w:rsidRDefault="00000000">
      <w:pPr>
        <w:pStyle w:val="Listepuces"/>
      </w:pPr>
      <w:r>
        <w:t>Strategic plans &amp; roadmaps</w:t>
      </w:r>
    </w:p>
    <w:p w14:paraId="4A7147B3" w14:textId="77777777" w:rsidR="00495879" w:rsidRDefault="00000000">
      <w:pPr>
        <w:pStyle w:val="Listepuces"/>
      </w:pPr>
      <w:r>
        <w:t>Business cases &amp; financial models</w:t>
      </w:r>
    </w:p>
    <w:p w14:paraId="76D889EC" w14:textId="77777777" w:rsidR="00495879" w:rsidRDefault="00000000">
      <w:pPr>
        <w:pStyle w:val="Listepuces"/>
      </w:pPr>
      <w:r>
        <w:t>Process documentation &amp; SOPs</w:t>
      </w:r>
    </w:p>
    <w:p w14:paraId="6C301226" w14:textId="77777777" w:rsidR="00495879" w:rsidRDefault="00000000">
      <w:pPr>
        <w:pStyle w:val="Listepuces"/>
      </w:pPr>
      <w:r>
        <w:t>Board presentation decks</w:t>
      </w:r>
    </w:p>
    <w:p w14:paraId="0B353FE8" w14:textId="77777777" w:rsidR="00495879" w:rsidRDefault="00000000">
      <w:pPr>
        <w:pStyle w:val="Listepuces"/>
      </w:pPr>
      <w:r>
        <w:t>Vendor RFPs &amp; selection</w:t>
      </w:r>
    </w:p>
    <w:p w14:paraId="14E163C0" w14:textId="77777777" w:rsidR="00495879" w:rsidRDefault="00000000">
      <w:r>
        <w:rPr>
          <w:b/>
        </w:rPr>
        <w:t>Team Engagement</w:t>
      </w:r>
      <w:r>
        <w:t>:</w:t>
      </w:r>
    </w:p>
    <w:p w14:paraId="25BC86A2" w14:textId="77777777" w:rsidR="00495879" w:rsidRDefault="00000000">
      <w:pPr>
        <w:pStyle w:val="Listepuces"/>
      </w:pPr>
      <w:r>
        <w:t>Primary: CEO/Founder</w:t>
      </w:r>
    </w:p>
    <w:p w14:paraId="4C85AC13" w14:textId="77777777" w:rsidR="00495879" w:rsidRDefault="00000000">
      <w:pPr>
        <w:pStyle w:val="Listepuces"/>
      </w:pPr>
      <w:r>
        <w:t>Secondary: Leadership team (CFO, COO, etc.)</w:t>
      </w:r>
    </w:p>
    <w:p w14:paraId="3F2729B9" w14:textId="77777777" w:rsidR="00495879" w:rsidRDefault="00000000">
      <w:pPr>
        <w:pStyle w:val="Listepuces"/>
      </w:pPr>
      <w:r>
        <w:t>Access: Email/Slack unlimited, calls scheduled</w:t>
      </w:r>
    </w:p>
    <w:p w14:paraId="5C78695C" w14:textId="77777777" w:rsidR="00495879" w:rsidRDefault="00000000">
      <w:r>
        <w:rPr>
          <w:b/>
        </w:rPr>
        <w:t>Commitment</w:t>
      </w:r>
      <w:r>
        <w:t>: Minimum 6 mois (pour voir résultats)</w:t>
      </w:r>
    </w:p>
    <w:p w14:paraId="126ECF62" w14:textId="77777777" w:rsidR="00495879" w:rsidRDefault="00000000">
      <w:r>
        <w:t>________________________________________________________________________________</w:t>
      </w:r>
    </w:p>
    <w:p w14:paraId="401697BA" w14:textId="77777777" w:rsidR="00495879" w:rsidRDefault="00000000">
      <w:pPr>
        <w:pStyle w:val="Titre4"/>
      </w:pPr>
      <w:r>
        <w:lastRenderedPageBreak/>
        <w:t>Premium Retainer - $12,500/mois</w:t>
      </w:r>
    </w:p>
    <w:p w14:paraId="3DC78C18" w14:textId="77777777" w:rsidR="00495879" w:rsidRDefault="00000000">
      <w:r>
        <w:rPr>
          <w:b/>
        </w:rPr>
        <w:t>Scope</w:t>
      </w:r>
      <w:r>
        <w:t>: 35-40 heures/mois</w:t>
      </w:r>
    </w:p>
    <w:p w14:paraId="2B56402C" w14:textId="77777777" w:rsidR="00495879" w:rsidRDefault="00000000">
      <w:r>
        <w:rPr>
          <w:b/>
        </w:rPr>
        <w:t>Inclus</w:t>
      </w:r>
      <w:r>
        <w:t>: Tout Standard +</w:t>
      </w:r>
    </w:p>
    <w:p w14:paraId="26E8AE74" w14:textId="77777777" w:rsidR="00495879" w:rsidRDefault="00000000">
      <w:pPr>
        <w:pStyle w:val="Listepuces"/>
      </w:pPr>
      <w:r>
        <w:t>Weekly strategic calls (vs bi-weekly)</w:t>
      </w:r>
    </w:p>
    <w:p w14:paraId="47796325" w14:textId="77777777" w:rsidR="00495879" w:rsidRDefault="00000000">
      <w:pPr>
        <w:pStyle w:val="Listepuces"/>
      </w:pPr>
      <w:r>
        <w:t>Participation réunions leadership team</w:t>
      </w:r>
    </w:p>
    <w:p w14:paraId="16DD5577" w14:textId="77777777" w:rsidR="00495879" w:rsidRDefault="00000000">
      <w:pPr>
        <w:pStyle w:val="Listepuces"/>
      </w:pPr>
      <w:r>
        <w:t>Interim executive role (ex: fractional COO during search)</w:t>
      </w:r>
    </w:p>
    <w:p w14:paraId="44247399" w14:textId="77777777" w:rsidR="00495879" w:rsidRDefault="00000000">
      <w:pPr>
        <w:pStyle w:val="Listepuces"/>
      </w:pPr>
      <w:r>
        <w:t>Crisis management support</w:t>
      </w:r>
    </w:p>
    <w:p w14:paraId="4573855B" w14:textId="77777777" w:rsidR="00495879" w:rsidRDefault="00000000">
      <w:r>
        <w:t>________________________________________________________________________________</w:t>
      </w:r>
    </w:p>
    <w:p w14:paraId="7BCFC68D" w14:textId="77777777" w:rsidR="00495879" w:rsidRDefault="00000000">
      <w:pPr>
        <w:pStyle w:val="Titre4"/>
      </w:pPr>
      <w:r>
        <w:t>Enterprise Retainer - $15,000+/mois</w:t>
      </w:r>
    </w:p>
    <w:p w14:paraId="6D010EE6" w14:textId="77777777" w:rsidR="00495879" w:rsidRDefault="00000000">
      <w:r>
        <w:rPr>
          <w:b/>
        </w:rPr>
        <w:t>Scope</w:t>
      </w:r>
      <w:r>
        <w:t>: 50+ heures/mois (quasi full-time)</w:t>
      </w:r>
    </w:p>
    <w:p w14:paraId="5CA57B2C" w14:textId="77777777" w:rsidR="00495879" w:rsidRDefault="00000000">
      <w:r>
        <w:rPr>
          <w:b/>
        </w:rPr>
        <w:t>Custom selon besoins</w:t>
      </w:r>
      <w:r>
        <w:t>, exemples:</w:t>
      </w:r>
    </w:p>
    <w:p w14:paraId="53733D4C" w14:textId="77777777" w:rsidR="00495879" w:rsidRDefault="00000000">
      <w:pPr>
        <w:pStyle w:val="Listepuces"/>
      </w:pPr>
      <w:r>
        <w:t>Complete transformation program management</w:t>
      </w:r>
    </w:p>
    <w:p w14:paraId="07035F2F" w14:textId="77777777" w:rsidR="00495879" w:rsidRDefault="00000000">
      <w:pPr>
        <w:pStyle w:val="Listepuces"/>
      </w:pPr>
      <w:r>
        <w:t>Multiple workstreams (ops + sales + tech simultaneously)</w:t>
      </w:r>
    </w:p>
    <w:p w14:paraId="276747FF" w14:textId="77777777" w:rsidR="00495879" w:rsidRDefault="00000000">
      <w:pPr>
        <w:pStyle w:val="Listepuces"/>
      </w:pPr>
      <w:r>
        <w:t>Team of consultants (1 senior + 1-2 junior)</w:t>
      </w:r>
    </w:p>
    <w:p w14:paraId="4041C4C6" w14:textId="77777777" w:rsidR="00495879" w:rsidRDefault="00000000">
      <w:pPr>
        <w:pStyle w:val="Listepuces"/>
      </w:pPr>
      <w:r>
        <w:t>On-site presence régulière (1-2 jours/semaine)</w:t>
      </w:r>
    </w:p>
    <w:p w14:paraId="3626B02E" w14:textId="77777777" w:rsidR="00495879" w:rsidRDefault="00000000">
      <w:r>
        <w:t>________________________________________________________________________________</w:t>
      </w:r>
    </w:p>
    <w:p w14:paraId="05419CCC" w14:textId="77777777" w:rsidR="00495879" w:rsidRDefault="00000000">
      <w:pPr>
        <w:pStyle w:val="Titre3"/>
      </w:pPr>
      <w:r>
        <w:t>5.3.3 Engagement Process</w:t>
      </w:r>
    </w:p>
    <w:p w14:paraId="4128E78C" w14:textId="77777777" w:rsidR="00495879" w:rsidRDefault="00000000">
      <w:r>
        <w:rPr>
          <w:b/>
        </w:rPr>
        <w:t>Phase 1: Discovery</w:t>
      </w:r>
      <w:r>
        <w:t xml:space="preserve"> (Week 1, no charge)</w:t>
      </w:r>
    </w:p>
    <w:p w14:paraId="5947AA7E" w14:textId="77777777" w:rsidR="00495879" w:rsidRDefault="00000000">
      <w:pPr>
        <w:pStyle w:val="Listepuces"/>
      </w:pPr>
      <w:r>
        <w:t>Initial consultation (2h)</w:t>
      </w:r>
    </w:p>
    <w:p w14:paraId="2D648C4D" w14:textId="77777777" w:rsidR="00495879" w:rsidRDefault="00000000">
      <w:pPr>
        <w:pStyle w:val="Listepuces"/>
      </w:pPr>
      <w:r>
        <w:t>Situation assessment</w:t>
      </w:r>
    </w:p>
    <w:p w14:paraId="0567285D" w14:textId="77777777" w:rsidR="00495879" w:rsidRDefault="00000000">
      <w:pPr>
        <w:pStyle w:val="Listepuces"/>
      </w:pPr>
      <w:r>
        <w:t>Scope definition</w:t>
      </w:r>
    </w:p>
    <w:p w14:paraId="618428B6" w14:textId="77777777" w:rsidR="00495879" w:rsidRDefault="00000000">
      <w:pPr>
        <w:pStyle w:val="Listepuces"/>
      </w:pPr>
      <w:r>
        <w:t>Chemistry check (both ways)</w:t>
      </w:r>
    </w:p>
    <w:p w14:paraId="261ABF69" w14:textId="77777777" w:rsidR="00495879" w:rsidRDefault="00000000">
      <w:r>
        <w:rPr>
          <w:b/>
        </w:rPr>
        <w:t>Phase 2: Proposal</w:t>
      </w:r>
      <w:r>
        <w:t xml:space="preserve"> (Week 2)</w:t>
      </w:r>
    </w:p>
    <w:p w14:paraId="6B2DEB32" w14:textId="77777777" w:rsidR="00495879" w:rsidRDefault="00000000">
      <w:pPr>
        <w:pStyle w:val="Listepuces"/>
      </w:pPr>
      <w:r>
        <w:t>Custom SOW (Statement of Work)</w:t>
      </w:r>
    </w:p>
    <w:p w14:paraId="5BA4C503" w14:textId="77777777" w:rsidR="00495879" w:rsidRDefault="00000000">
      <w:pPr>
        <w:pStyle w:val="Listepuces"/>
      </w:pPr>
      <w:r>
        <w:t>Deliverables defined</w:t>
      </w:r>
    </w:p>
    <w:p w14:paraId="5B26FB00" w14:textId="77777777" w:rsidR="00495879" w:rsidRDefault="00000000">
      <w:pPr>
        <w:pStyle w:val="Listepuces"/>
      </w:pPr>
      <w:r>
        <w:t>Timeline &amp; milestones</w:t>
      </w:r>
    </w:p>
    <w:p w14:paraId="017812F5" w14:textId="77777777" w:rsidR="00495879" w:rsidRDefault="00000000">
      <w:pPr>
        <w:pStyle w:val="Listepuces"/>
      </w:pPr>
      <w:r>
        <w:t>Retainer terms (monthly, invoiced upfront)</w:t>
      </w:r>
    </w:p>
    <w:p w14:paraId="767C0051" w14:textId="77777777" w:rsidR="00495879" w:rsidRDefault="00000000">
      <w:r>
        <w:rPr>
          <w:b/>
        </w:rPr>
        <w:t>Phase 3: Kick-off</w:t>
      </w:r>
      <w:r>
        <w:t xml:space="preserve"> (Week 3-4)</w:t>
      </w:r>
    </w:p>
    <w:p w14:paraId="0E250FED" w14:textId="77777777" w:rsidR="00495879" w:rsidRDefault="00000000">
      <w:pPr>
        <w:pStyle w:val="Listepuces"/>
      </w:pPr>
      <w:r>
        <w:t>Deep dive workshops (2-3 jours)</w:t>
      </w:r>
    </w:p>
    <w:p w14:paraId="3EE0B6B6" w14:textId="77777777" w:rsidR="00495879" w:rsidRDefault="00000000">
      <w:pPr>
        <w:pStyle w:val="Listepuces"/>
      </w:pPr>
      <w:r>
        <w:t>Stakeholder interviews</w:t>
      </w:r>
    </w:p>
    <w:p w14:paraId="4DCE461F" w14:textId="77777777" w:rsidR="00495879" w:rsidRDefault="00000000">
      <w:pPr>
        <w:pStyle w:val="Listepuces"/>
      </w:pPr>
      <w:r>
        <w:t>Data gathering &amp; analysis</w:t>
      </w:r>
    </w:p>
    <w:p w14:paraId="7D650393" w14:textId="77777777" w:rsidR="00495879" w:rsidRDefault="00000000">
      <w:pPr>
        <w:pStyle w:val="Listepuces"/>
      </w:pPr>
      <w:r>
        <w:t>Workplan finalization</w:t>
      </w:r>
    </w:p>
    <w:p w14:paraId="27472952" w14:textId="77777777" w:rsidR="00495879" w:rsidRDefault="00000000">
      <w:r>
        <w:rPr>
          <w:b/>
        </w:rPr>
        <w:t>Phase 4: Execution</w:t>
      </w:r>
      <w:r>
        <w:t xml:space="preserve"> (Month 2-6+)</w:t>
      </w:r>
    </w:p>
    <w:p w14:paraId="7008FFA2" w14:textId="77777777" w:rsidR="00495879" w:rsidRDefault="00000000">
      <w:pPr>
        <w:pStyle w:val="Listepuces"/>
      </w:pPr>
      <w:r>
        <w:lastRenderedPageBreak/>
        <w:t>Regular cadence (weekly calls + async work)</w:t>
      </w:r>
    </w:p>
    <w:p w14:paraId="2443E9AE" w14:textId="77777777" w:rsidR="00495879" w:rsidRDefault="00000000">
      <w:pPr>
        <w:pStyle w:val="Listepuces"/>
      </w:pPr>
      <w:r>
        <w:t>Monthly deliverables checkpoints</w:t>
      </w:r>
    </w:p>
    <w:p w14:paraId="5C688D8E" w14:textId="77777777" w:rsidR="00495879" w:rsidRDefault="00000000">
      <w:pPr>
        <w:pStyle w:val="Listepuces"/>
      </w:pPr>
      <w:r>
        <w:t>Quarterly strategy reviews</w:t>
      </w:r>
    </w:p>
    <w:p w14:paraId="320B5628" w14:textId="77777777" w:rsidR="00495879" w:rsidRDefault="00000000">
      <w:pPr>
        <w:pStyle w:val="Listepuces"/>
      </w:pPr>
      <w:r>
        <w:t>Continuous course correction</w:t>
      </w:r>
    </w:p>
    <w:p w14:paraId="77F500A3" w14:textId="77777777" w:rsidR="00495879" w:rsidRDefault="00000000">
      <w:r>
        <w:rPr>
          <w:b/>
        </w:rPr>
        <w:t>Phase 5: Transition</w:t>
      </w:r>
      <w:r>
        <w:t xml:space="preserve"> (Final Month)</w:t>
      </w:r>
    </w:p>
    <w:p w14:paraId="0D2671B1" w14:textId="77777777" w:rsidR="00495879" w:rsidRDefault="00000000">
      <w:pPr>
        <w:pStyle w:val="Listepuces"/>
      </w:pPr>
      <w:r>
        <w:t>Knowledge transfer to internal team</w:t>
      </w:r>
    </w:p>
    <w:p w14:paraId="16E44C2D" w14:textId="77777777" w:rsidR="00495879" w:rsidRDefault="00000000">
      <w:pPr>
        <w:pStyle w:val="Listepuces"/>
      </w:pPr>
      <w:r>
        <w:t>Documentation complete</w:t>
      </w:r>
    </w:p>
    <w:p w14:paraId="4F4B08A7" w14:textId="77777777" w:rsidR="00495879" w:rsidRDefault="00000000">
      <w:pPr>
        <w:pStyle w:val="Listepuces"/>
      </w:pPr>
      <w:r>
        <w:t>Recommendations future phases</w:t>
      </w:r>
    </w:p>
    <w:p w14:paraId="0C97D240" w14:textId="77777777" w:rsidR="00495879" w:rsidRDefault="00000000">
      <w:pPr>
        <w:pStyle w:val="Listepuces"/>
      </w:pPr>
      <w:r>
        <w:t>Handoff or renewal discussion</w:t>
      </w:r>
    </w:p>
    <w:p w14:paraId="3769A416" w14:textId="77777777" w:rsidR="00495879" w:rsidRDefault="00000000">
      <w:r>
        <w:t>________________________________________________________________________________</w:t>
      </w:r>
    </w:p>
    <w:p w14:paraId="6AC8BABA" w14:textId="77777777" w:rsidR="00495879" w:rsidRDefault="00000000">
      <w:pPr>
        <w:pStyle w:val="Titre2"/>
      </w:pPr>
      <w:r>
        <w:t>5.4 PILIER 3: ACCELERATOR Intensives</w:t>
      </w:r>
    </w:p>
    <w:p w14:paraId="31B07080" w14:textId="77777777" w:rsidR="00495879" w:rsidRDefault="00000000">
      <w:pPr>
        <w:pStyle w:val="Titre3"/>
      </w:pPr>
      <w:r>
        <w:t>5.4.1 Concept</w:t>
      </w:r>
    </w:p>
    <w:p w14:paraId="58D8ACF3" w14:textId="77777777" w:rsidR="00495879" w:rsidRDefault="00000000">
      <w:r>
        <w:rPr>
          <w:b/>
        </w:rPr>
        <w:t>Tagline</w:t>
      </w:r>
      <w:r>
        <w:t>: "90-Day Sprint to Breakthrough Results"</w:t>
      </w:r>
    </w:p>
    <w:p w14:paraId="0B6FC6F0" w14:textId="77777777" w:rsidR="00495879" w:rsidRDefault="00000000">
      <w:r>
        <w:rPr>
          <w:b/>
        </w:rPr>
        <w:t>Promesse</w:t>
      </w:r>
      <w:r>
        <w:t>: Résoudre UN challenge majeur en 90 jours avec méthodologie intensive, coaching focused, et implémentation guidée.</w:t>
      </w:r>
    </w:p>
    <w:p w14:paraId="5A2FA4CD" w14:textId="77777777" w:rsidR="00495879" w:rsidRDefault="00000000">
      <w:r>
        <w:rPr>
          <w:b/>
        </w:rPr>
        <w:t>Format</w:t>
      </w:r>
      <w:r>
        <w:t>: Cohort-based (3-5 entreprises) ou 1-on-1 (premium)</w:t>
      </w:r>
    </w:p>
    <w:p w14:paraId="70D22E7A" w14:textId="77777777" w:rsidR="00495879" w:rsidRDefault="00000000">
      <w:r>
        <w:rPr>
          <w:b/>
        </w:rPr>
        <w:t>Price</w:t>
      </w:r>
      <w:r>
        <w:t>: $25,000 par participant (cohort) ou $35,000 (1-on-1)</w:t>
      </w:r>
    </w:p>
    <w:p w14:paraId="4A4DEEA3" w14:textId="77777777" w:rsidR="00495879" w:rsidRDefault="00000000">
      <w:pPr>
        <w:pStyle w:val="Titre3"/>
      </w:pPr>
      <w:r>
        <w:t>5.4.2 Les 3 Accelerators</w:t>
      </w:r>
    </w:p>
    <w:p w14:paraId="2AC8C7D8" w14:textId="77777777" w:rsidR="00495879" w:rsidRDefault="00000000">
      <w:pPr>
        <w:pStyle w:val="Titre4"/>
      </w:pPr>
      <w:r>
        <w:t>Digital Transformation Accelerator</w:t>
      </w:r>
    </w:p>
    <w:p w14:paraId="73A78122" w14:textId="77777777" w:rsidR="00495879" w:rsidRDefault="00000000">
      <w:r>
        <w:rPr>
          <w:b/>
        </w:rPr>
        <w:t>For</w:t>
      </w:r>
      <w:r>
        <w:t>: SMBs $3M-$20M revenue, low digital maturity (score &lt;50/100)</w:t>
      </w:r>
    </w:p>
    <w:p w14:paraId="7C11E31E" w14:textId="77777777" w:rsidR="00495879" w:rsidRDefault="00000000">
      <w:r>
        <w:rPr>
          <w:b/>
        </w:rPr>
        <w:t>Challenge Résolu</w:t>
      </w:r>
      <w:r>
        <w:t>: "Nous sommes en retard sur la transformation digitale et ne savons pas par où commencer"</w:t>
      </w:r>
    </w:p>
    <w:p w14:paraId="5542FA25" w14:textId="77777777" w:rsidR="00495879" w:rsidRDefault="00000000">
      <w:r>
        <w:rPr>
          <w:b/>
        </w:rPr>
        <w:t>Programme 90 Jours</w:t>
      </w:r>
      <w:r>
        <w:t>:</w:t>
      </w:r>
    </w:p>
    <w:p w14:paraId="05834E36" w14:textId="77777777" w:rsidR="00495879" w:rsidRDefault="00000000">
      <w:r>
        <w:rPr>
          <w:b/>
        </w:rPr>
        <w:t>Semaine 1-2: ASSESS</w:t>
      </w:r>
    </w:p>
    <w:p w14:paraId="195C2F42" w14:textId="77777777" w:rsidR="00495879" w:rsidRDefault="00000000">
      <w:pPr>
        <w:pStyle w:val="Listepuces"/>
      </w:pPr>
      <w:r>
        <w:t>Digital Maturity Assessment (100-point scorecard)</w:t>
      </w:r>
    </w:p>
    <w:p w14:paraId="008DAEF4" w14:textId="77777777" w:rsidR="00495879" w:rsidRDefault="00000000">
      <w:pPr>
        <w:pStyle w:val="Listepuces"/>
      </w:pPr>
      <w:r>
        <w:t>Tech stack audit</w:t>
      </w:r>
    </w:p>
    <w:p w14:paraId="567D6E0D" w14:textId="77777777" w:rsidR="00495879" w:rsidRDefault="00000000">
      <w:pPr>
        <w:pStyle w:val="Listepuces"/>
      </w:pPr>
      <w:r>
        <w:t>Process mapping (identify manual/inefficient)</w:t>
      </w:r>
    </w:p>
    <w:p w14:paraId="24F3D765" w14:textId="77777777" w:rsidR="00495879" w:rsidRDefault="00000000">
      <w:pPr>
        <w:pStyle w:val="Listepuces"/>
      </w:pPr>
      <w:r>
        <w:t>Quick win identification</w:t>
      </w:r>
    </w:p>
    <w:p w14:paraId="399B077F" w14:textId="77777777" w:rsidR="00495879" w:rsidRDefault="00000000">
      <w:r>
        <w:rPr>
          <w:b/>
        </w:rPr>
        <w:t>Semaine 3-6: DESIGN</w:t>
      </w:r>
    </w:p>
    <w:p w14:paraId="0B7B69C2" w14:textId="77777777" w:rsidR="00495879" w:rsidRDefault="00000000">
      <w:pPr>
        <w:pStyle w:val="Listepuces"/>
      </w:pPr>
      <w:r>
        <w:t>Transformation roadmap (18-24 mois)</w:t>
      </w:r>
    </w:p>
    <w:p w14:paraId="1894EA0E" w14:textId="77777777" w:rsidR="00495879" w:rsidRDefault="00000000">
      <w:pPr>
        <w:pStyle w:val="Listepuces"/>
      </w:pPr>
      <w:r>
        <w:t>Phase 1 initiative selection (3-5 initiatives)</w:t>
      </w:r>
    </w:p>
    <w:p w14:paraId="23E3E5DE" w14:textId="77777777" w:rsidR="00495879" w:rsidRDefault="00000000">
      <w:pPr>
        <w:pStyle w:val="Listepuces"/>
      </w:pPr>
      <w:r>
        <w:lastRenderedPageBreak/>
        <w:t>Vendor evaluation &amp; selection</w:t>
      </w:r>
    </w:p>
    <w:p w14:paraId="78F633C3" w14:textId="77777777" w:rsidR="00495879" w:rsidRDefault="00000000">
      <w:pPr>
        <w:pStyle w:val="Listepuces"/>
      </w:pPr>
      <w:r>
        <w:t>Budget &amp; business case</w:t>
      </w:r>
    </w:p>
    <w:p w14:paraId="182CAFEF" w14:textId="77777777" w:rsidR="00495879" w:rsidRDefault="00000000">
      <w:r>
        <w:rPr>
          <w:b/>
        </w:rPr>
        <w:t>Semaine 7-10: IMPLEMENT (Phase 1 Quick Wins)</w:t>
      </w:r>
    </w:p>
    <w:p w14:paraId="0566337A" w14:textId="77777777" w:rsidR="00495879" w:rsidRDefault="00000000">
      <w:pPr>
        <w:pStyle w:val="Listepuces"/>
      </w:pPr>
      <w:r>
        <w:t>Tools deployment (ex: CRM, project mgmt, automation)</w:t>
      </w:r>
    </w:p>
    <w:p w14:paraId="3CD18605" w14:textId="77777777" w:rsidR="00495879" w:rsidRDefault="00000000">
      <w:pPr>
        <w:pStyle w:val="Listepuces"/>
      </w:pPr>
      <w:r>
        <w:t>Training team</w:t>
      </w:r>
    </w:p>
    <w:p w14:paraId="4D0F3838" w14:textId="77777777" w:rsidR="00495879" w:rsidRDefault="00000000">
      <w:pPr>
        <w:pStyle w:val="Listepuces"/>
      </w:pPr>
      <w:r>
        <w:t>Process redesign</w:t>
      </w:r>
    </w:p>
    <w:p w14:paraId="5BECA458" w14:textId="77777777" w:rsidR="00495879" w:rsidRDefault="00000000">
      <w:pPr>
        <w:pStyle w:val="Listepuces"/>
      </w:pPr>
      <w:r>
        <w:t>Change management</w:t>
      </w:r>
    </w:p>
    <w:p w14:paraId="2069A24E" w14:textId="77777777" w:rsidR="00495879" w:rsidRDefault="00000000">
      <w:r>
        <w:rPr>
          <w:b/>
        </w:rPr>
        <w:t>Semaine 11-12: OPTIMIZE &amp; PLAN</w:t>
      </w:r>
    </w:p>
    <w:p w14:paraId="0F84581D" w14:textId="77777777" w:rsidR="00495879" w:rsidRDefault="00000000">
      <w:pPr>
        <w:pStyle w:val="Listepuces"/>
      </w:pPr>
      <w:r>
        <w:t>Results measurement</w:t>
      </w:r>
    </w:p>
    <w:p w14:paraId="633518D7" w14:textId="77777777" w:rsidR="00495879" w:rsidRDefault="00000000">
      <w:pPr>
        <w:pStyle w:val="Listepuces"/>
      </w:pPr>
      <w:r>
        <w:t>Lessons learned</w:t>
      </w:r>
    </w:p>
    <w:p w14:paraId="0706D4D0" w14:textId="77777777" w:rsidR="00495879" w:rsidRDefault="00000000">
      <w:pPr>
        <w:pStyle w:val="Listepuces"/>
      </w:pPr>
      <w:r>
        <w:t>Phase 2 planning (next 90 days)</w:t>
      </w:r>
    </w:p>
    <w:p w14:paraId="2C1EE7D6" w14:textId="77777777" w:rsidR="00495879" w:rsidRDefault="00000000">
      <w:pPr>
        <w:pStyle w:val="Listepuces"/>
      </w:pPr>
      <w:r>
        <w:t>Graduation &amp; roadmap handoff</w:t>
      </w:r>
    </w:p>
    <w:p w14:paraId="38B0C007" w14:textId="77777777" w:rsidR="00495879" w:rsidRDefault="00000000">
      <w:r>
        <w:rPr>
          <w:b/>
        </w:rPr>
        <w:t>Deliverables</w:t>
      </w:r>
      <w:r>
        <w:t>:</w:t>
      </w:r>
    </w:p>
    <w:p w14:paraId="6FC3AABA" w14:textId="77777777" w:rsidR="00495879" w:rsidRDefault="00000000">
      <w:pPr>
        <w:pStyle w:val="Listepuces"/>
      </w:pPr>
      <w:r>
        <w:t>Digital Maturity Assessment Report</w:t>
      </w:r>
    </w:p>
    <w:p w14:paraId="407987C6" w14:textId="77777777" w:rsidR="00495879" w:rsidRDefault="00000000">
      <w:pPr>
        <w:pStyle w:val="Listepuces"/>
      </w:pPr>
      <w:r>
        <w:t>18-Month Transformation Roadmap</w:t>
      </w:r>
    </w:p>
    <w:p w14:paraId="115A877B" w14:textId="77777777" w:rsidR="00495879" w:rsidRDefault="00000000">
      <w:pPr>
        <w:pStyle w:val="Listepuces"/>
      </w:pPr>
      <w:r>
        <w:t>Implemented Quick Wins (typically 2-4 tools/processes)</w:t>
      </w:r>
    </w:p>
    <w:p w14:paraId="590C3746" w14:textId="77777777" w:rsidR="00495879" w:rsidRDefault="00000000">
      <w:pPr>
        <w:pStyle w:val="Listepuces"/>
      </w:pPr>
      <w:r>
        <w:t>Training materials &amp; documentation</w:t>
      </w:r>
    </w:p>
    <w:p w14:paraId="44B15E1B" w14:textId="77777777" w:rsidR="00495879" w:rsidRDefault="00000000">
      <w:pPr>
        <w:pStyle w:val="Listepuces"/>
      </w:pPr>
      <w:r>
        <w:t>Phase 2 Blueprint</w:t>
      </w:r>
    </w:p>
    <w:p w14:paraId="63741E4E" w14:textId="77777777" w:rsidR="00495879" w:rsidRDefault="00000000">
      <w:r>
        <w:rPr>
          <w:b/>
        </w:rPr>
        <w:t>Success Metric</w:t>
      </w:r>
      <w:r>
        <w:t>: Maturity score increase 20-30 points, 3-5 quick wins live, team trained</w:t>
      </w:r>
    </w:p>
    <w:p w14:paraId="78BB70C5" w14:textId="77777777" w:rsidR="00495879" w:rsidRDefault="00000000">
      <w:r>
        <w:t>________________________________________________________________________________</w:t>
      </w:r>
    </w:p>
    <w:p w14:paraId="49E23EFC" w14:textId="77777777" w:rsidR="00495879" w:rsidRDefault="00000000">
      <w:pPr>
        <w:pStyle w:val="Titre4"/>
      </w:pPr>
      <w:r>
        <w:t>Revenue Growth Accelerator</w:t>
      </w:r>
    </w:p>
    <w:p w14:paraId="0797287C" w14:textId="77777777" w:rsidR="00495879" w:rsidRDefault="00000000">
      <w:r>
        <w:rPr>
          <w:b/>
        </w:rPr>
        <w:t>For</w:t>
      </w:r>
      <w:r>
        <w:t>: SMBs $2M-$10M revenue, plateau de croissance</w:t>
      </w:r>
    </w:p>
    <w:p w14:paraId="4CF8D5D8" w14:textId="77777777" w:rsidR="00495879" w:rsidRDefault="00000000">
      <w:r>
        <w:rPr>
          <w:b/>
        </w:rPr>
        <w:t>Challenge Résolu</w:t>
      </w:r>
      <w:r>
        <w:t>: "Nos revenus stagnent depuis 12-18 mois, nous avons besoin d'un breakthrough"</w:t>
      </w:r>
    </w:p>
    <w:p w14:paraId="01308D2C" w14:textId="77777777" w:rsidR="00495879" w:rsidRDefault="00000000">
      <w:r>
        <w:rPr>
          <w:b/>
        </w:rPr>
        <w:t>Programme 90 Jours</w:t>
      </w:r>
      <w:r>
        <w:t>:</w:t>
      </w:r>
    </w:p>
    <w:p w14:paraId="3EA49252" w14:textId="77777777" w:rsidR="00495879" w:rsidRDefault="00000000">
      <w:r>
        <w:rPr>
          <w:b/>
        </w:rPr>
        <w:t>Semaine 1-2: DIAGNOSE</w:t>
      </w:r>
    </w:p>
    <w:p w14:paraId="4A8E3C9D" w14:textId="77777777" w:rsidR="00495879" w:rsidRDefault="00000000">
      <w:pPr>
        <w:pStyle w:val="Listepuces"/>
      </w:pPr>
      <w:r>
        <w:t>Revenue breakdown analysis (by product, customer, channel)</w:t>
      </w:r>
    </w:p>
    <w:p w14:paraId="4DB83CC2" w14:textId="77777777" w:rsidR="00495879" w:rsidRDefault="00000000">
      <w:pPr>
        <w:pStyle w:val="Listepuces"/>
      </w:pPr>
      <w:r>
        <w:t>Sales process audit</w:t>
      </w:r>
    </w:p>
    <w:p w14:paraId="2FFFC3A2" w14:textId="77777777" w:rsidR="00495879" w:rsidRDefault="00000000">
      <w:pPr>
        <w:pStyle w:val="Listepuces"/>
      </w:pPr>
      <w:r>
        <w:t>Pricing analysis</w:t>
      </w:r>
    </w:p>
    <w:p w14:paraId="0200D993" w14:textId="77777777" w:rsidR="00495879" w:rsidRDefault="00000000">
      <w:pPr>
        <w:pStyle w:val="Listepuces"/>
      </w:pPr>
      <w:r>
        <w:t>Competitive positioning review</w:t>
      </w:r>
    </w:p>
    <w:p w14:paraId="75A786F5" w14:textId="77777777" w:rsidR="00495879" w:rsidRDefault="00000000">
      <w:r>
        <w:rPr>
          <w:b/>
        </w:rPr>
        <w:t>Semaine 3-6: STRATEGIZE</w:t>
      </w:r>
    </w:p>
    <w:p w14:paraId="36F16BCE" w14:textId="77777777" w:rsidR="00495879" w:rsidRDefault="00000000">
      <w:pPr>
        <w:pStyle w:val="Listepuces"/>
      </w:pPr>
      <w:r>
        <w:t>Growth levers identification (top 5)</w:t>
      </w:r>
    </w:p>
    <w:p w14:paraId="66C17F8C" w14:textId="77777777" w:rsidR="00495879" w:rsidRDefault="00000000">
      <w:pPr>
        <w:pStyle w:val="Listepuces"/>
      </w:pPr>
      <w:r>
        <w:lastRenderedPageBreak/>
        <w:t>Prioritization (impact vs effort)</w:t>
      </w:r>
    </w:p>
    <w:p w14:paraId="2847032A" w14:textId="77777777" w:rsidR="00495879" w:rsidRDefault="00000000">
      <w:pPr>
        <w:pStyle w:val="Listepuces"/>
      </w:pPr>
      <w:r>
        <w:t>Growth plan (initiatives + targets)</w:t>
      </w:r>
    </w:p>
    <w:p w14:paraId="47512BEA" w14:textId="77777777" w:rsidR="00495879" w:rsidRDefault="00000000">
      <w:pPr>
        <w:pStyle w:val="Listepuces"/>
      </w:pPr>
      <w:r>
        <w:t>Resource allocation</w:t>
      </w:r>
    </w:p>
    <w:p w14:paraId="100E78B1" w14:textId="77777777" w:rsidR="00495879" w:rsidRDefault="00000000">
      <w:r>
        <w:rPr>
          <w:b/>
        </w:rPr>
        <w:t>Semaine 7-10: EXECUTE</w:t>
      </w:r>
    </w:p>
    <w:p w14:paraId="1638D91F" w14:textId="77777777" w:rsidR="00495879" w:rsidRDefault="00000000">
      <w:pPr>
        <w:pStyle w:val="Listepuces"/>
      </w:pPr>
      <w:r>
        <w:t>Implement top 2-3 initiatives</w:t>
      </w:r>
    </w:p>
    <w:p w14:paraId="1DEE444B" w14:textId="77777777" w:rsidR="00495879" w:rsidRDefault="00000000">
      <w:pPr>
        <w:pStyle w:val="Listepuces"/>
      </w:pPr>
      <w:r>
        <w:t>Sales playbook creation</w:t>
      </w:r>
    </w:p>
    <w:p w14:paraId="58BEB667" w14:textId="77777777" w:rsidR="00495879" w:rsidRDefault="00000000">
      <w:pPr>
        <w:pStyle w:val="Listepuces"/>
      </w:pPr>
      <w:r>
        <w:t>Pricing optimization</w:t>
      </w:r>
    </w:p>
    <w:p w14:paraId="2768805C" w14:textId="77777777" w:rsidR="00495879" w:rsidRDefault="00000000">
      <w:pPr>
        <w:pStyle w:val="Listepuces"/>
      </w:pPr>
      <w:r>
        <w:t>Marketing campaigns launch</w:t>
      </w:r>
    </w:p>
    <w:p w14:paraId="6F111552" w14:textId="77777777" w:rsidR="00495879" w:rsidRDefault="00000000">
      <w:r>
        <w:rPr>
          <w:b/>
        </w:rPr>
        <w:t>Semaine 11-12: SCALE &amp; SUSTAIN</w:t>
      </w:r>
    </w:p>
    <w:p w14:paraId="7D6BEB10" w14:textId="77777777" w:rsidR="00495879" w:rsidRDefault="00000000">
      <w:pPr>
        <w:pStyle w:val="Listepuces"/>
      </w:pPr>
      <w:r>
        <w:t>Results tracking dashboard</w:t>
      </w:r>
    </w:p>
    <w:p w14:paraId="3025C3D1" w14:textId="77777777" w:rsidR="00495879" w:rsidRDefault="00000000">
      <w:pPr>
        <w:pStyle w:val="Listepuces"/>
      </w:pPr>
      <w:r>
        <w:t>Process documentation</w:t>
      </w:r>
    </w:p>
    <w:p w14:paraId="33D5FE45" w14:textId="77777777" w:rsidR="00495879" w:rsidRDefault="00000000">
      <w:pPr>
        <w:pStyle w:val="Listepuces"/>
      </w:pPr>
      <w:r>
        <w:t>Team training</w:t>
      </w:r>
    </w:p>
    <w:p w14:paraId="338872A3" w14:textId="77777777" w:rsidR="00495879" w:rsidRDefault="00000000">
      <w:pPr>
        <w:pStyle w:val="Listepuces"/>
      </w:pPr>
      <w:r>
        <w:t>6-month scale plan</w:t>
      </w:r>
    </w:p>
    <w:p w14:paraId="14A29B54" w14:textId="77777777" w:rsidR="00495879" w:rsidRDefault="00000000">
      <w:r>
        <w:rPr>
          <w:b/>
        </w:rPr>
        <w:t>Deliverables</w:t>
      </w:r>
      <w:r>
        <w:t>:</w:t>
      </w:r>
    </w:p>
    <w:p w14:paraId="3D2D9D43" w14:textId="77777777" w:rsidR="00495879" w:rsidRDefault="00000000">
      <w:pPr>
        <w:pStyle w:val="Listepuces"/>
      </w:pPr>
      <w:r>
        <w:t>Revenue Diagnostic Report</w:t>
      </w:r>
    </w:p>
    <w:p w14:paraId="19F6F294" w14:textId="77777777" w:rsidR="00495879" w:rsidRDefault="00000000">
      <w:pPr>
        <w:pStyle w:val="Listepuces"/>
      </w:pPr>
      <w:r>
        <w:t>Growth Roadmap (12 mois, $X target)</w:t>
      </w:r>
    </w:p>
    <w:p w14:paraId="31C4C613" w14:textId="77777777" w:rsidR="00495879" w:rsidRDefault="00000000">
      <w:pPr>
        <w:pStyle w:val="Listepuces"/>
      </w:pPr>
      <w:r>
        <w:t>Implemented 2-3 growth initiatives</w:t>
      </w:r>
    </w:p>
    <w:p w14:paraId="64EF841E" w14:textId="77777777" w:rsidR="00495879" w:rsidRDefault="00000000">
      <w:pPr>
        <w:pStyle w:val="Listepuces"/>
      </w:pPr>
      <w:r>
        <w:t>Sales playbook &amp; training</w:t>
      </w:r>
    </w:p>
    <w:p w14:paraId="53AC5C19" w14:textId="77777777" w:rsidR="00495879" w:rsidRDefault="00000000">
      <w:pPr>
        <w:pStyle w:val="Listepuces"/>
      </w:pPr>
      <w:r>
        <w:t>Tracking dashboard</w:t>
      </w:r>
    </w:p>
    <w:p w14:paraId="165605D3" w14:textId="77777777" w:rsidR="00495879" w:rsidRDefault="00000000">
      <w:r>
        <w:rPr>
          <w:b/>
        </w:rPr>
        <w:t>Success Metric</w:t>
      </w:r>
      <w:r>
        <w:t>: 10-20% revenue increase trajectory, new pipeline $100K+, repeatable process</w:t>
      </w:r>
    </w:p>
    <w:p w14:paraId="7D2A21DA" w14:textId="77777777" w:rsidR="00495879" w:rsidRDefault="00000000">
      <w:r>
        <w:t>________________________________________________________________________________</w:t>
      </w:r>
    </w:p>
    <w:p w14:paraId="54619CDC" w14:textId="77777777" w:rsidR="00495879" w:rsidRDefault="00000000">
      <w:pPr>
        <w:pStyle w:val="Titre4"/>
      </w:pPr>
      <w:r>
        <w:t>Leadership Team Accelerator</w:t>
      </w:r>
    </w:p>
    <w:p w14:paraId="3FCB76B8" w14:textId="77777777" w:rsidR="00495879" w:rsidRDefault="00000000">
      <w:r>
        <w:rPr>
          <w:b/>
        </w:rPr>
        <w:t>For</w:t>
      </w:r>
      <w:r>
        <w:t>: Growing companies struggling with leadership team effectiveness</w:t>
      </w:r>
    </w:p>
    <w:p w14:paraId="7B963FAA" w14:textId="77777777" w:rsidR="00495879" w:rsidRDefault="00000000">
      <w:r>
        <w:rPr>
          <w:b/>
        </w:rPr>
        <w:t>Challenge Résolu</w:t>
      </w:r>
      <w:r>
        <w:t>: "Notre équipe de direction est dysfonctionnelle, nous perdons du temps en réunions inutiles et manquons d'alignement"</w:t>
      </w:r>
    </w:p>
    <w:p w14:paraId="4E156042" w14:textId="77777777" w:rsidR="00495879" w:rsidRDefault="00000000">
      <w:r>
        <w:rPr>
          <w:b/>
        </w:rPr>
        <w:t>Programme 90 Jours</w:t>
      </w:r>
      <w:r>
        <w:t>:</w:t>
      </w:r>
    </w:p>
    <w:p w14:paraId="251A956D" w14:textId="77777777" w:rsidR="00495879" w:rsidRDefault="00000000">
      <w:r>
        <w:rPr>
          <w:b/>
        </w:rPr>
        <w:t>Semaine 1-2: ASSESS</w:t>
      </w:r>
    </w:p>
    <w:p w14:paraId="07E33B16" w14:textId="77777777" w:rsidR="00495879" w:rsidRDefault="00000000">
      <w:pPr>
        <w:pStyle w:val="Listepuces"/>
      </w:pPr>
      <w:r>
        <w:t>Leadership team assessment (Patrick Lencioni 5 dysfunctions)</w:t>
      </w:r>
    </w:p>
    <w:p w14:paraId="335E6F38" w14:textId="77777777" w:rsidR="00495879" w:rsidRDefault="00000000">
      <w:pPr>
        <w:pStyle w:val="Listepuces"/>
      </w:pPr>
      <w:r>
        <w:t>Individual 360 reviews</w:t>
      </w:r>
    </w:p>
    <w:p w14:paraId="48DD81F9" w14:textId="77777777" w:rsidR="00495879" w:rsidRDefault="00000000">
      <w:pPr>
        <w:pStyle w:val="Listepuces"/>
      </w:pPr>
      <w:r>
        <w:t>Team dynamics observation (meeting audit)</w:t>
      </w:r>
    </w:p>
    <w:p w14:paraId="74D003FF" w14:textId="77777777" w:rsidR="00495879" w:rsidRDefault="00000000">
      <w:pPr>
        <w:pStyle w:val="Listepuces"/>
      </w:pPr>
      <w:r>
        <w:t>Alignment survey</w:t>
      </w:r>
    </w:p>
    <w:p w14:paraId="6B3645F8" w14:textId="77777777" w:rsidR="00495879" w:rsidRDefault="00000000">
      <w:r>
        <w:rPr>
          <w:b/>
        </w:rPr>
        <w:t>Semaine 3-6: ALIGN</w:t>
      </w:r>
    </w:p>
    <w:p w14:paraId="1C273082" w14:textId="77777777" w:rsidR="00495879" w:rsidRDefault="00000000">
      <w:pPr>
        <w:pStyle w:val="Listepuces"/>
      </w:pPr>
      <w:r>
        <w:lastRenderedPageBreak/>
        <w:t>Vision/mission/values clarification</w:t>
      </w:r>
    </w:p>
    <w:p w14:paraId="267CB6FB" w14:textId="77777777" w:rsidR="00495879" w:rsidRDefault="00000000">
      <w:pPr>
        <w:pStyle w:val="Listepuces"/>
      </w:pPr>
      <w:r>
        <w:t>Strategic priorities (top 3-5 for year)</w:t>
      </w:r>
    </w:p>
    <w:p w14:paraId="1984872A" w14:textId="77777777" w:rsidR="00495879" w:rsidRDefault="00000000">
      <w:pPr>
        <w:pStyle w:val="Listepuces"/>
      </w:pPr>
      <w:r>
        <w:t>Roles &amp; responsibilities (RACI)</w:t>
      </w:r>
    </w:p>
    <w:p w14:paraId="0C4210C8" w14:textId="77777777" w:rsidR="00495879" w:rsidRDefault="00000000">
      <w:pPr>
        <w:pStyle w:val="Listepuces"/>
      </w:pPr>
      <w:r>
        <w:t>Decision-making framework</w:t>
      </w:r>
    </w:p>
    <w:p w14:paraId="5D8A76D0" w14:textId="77777777" w:rsidR="00495879" w:rsidRDefault="00000000">
      <w:r>
        <w:rPr>
          <w:b/>
        </w:rPr>
        <w:t>Semaine 7-10: PERFORM</w:t>
      </w:r>
    </w:p>
    <w:p w14:paraId="23FCDF35" w14:textId="77777777" w:rsidR="00495879" w:rsidRDefault="00000000">
      <w:pPr>
        <w:pStyle w:val="Listepuces"/>
      </w:pPr>
      <w:r>
        <w:t>Meeting rhythms redesign (daily, weekly, monthly, quarterly)</w:t>
      </w:r>
    </w:p>
    <w:p w14:paraId="370BBF55" w14:textId="77777777" w:rsidR="00495879" w:rsidRDefault="00000000">
      <w:pPr>
        <w:pStyle w:val="Listepuces"/>
      </w:pPr>
      <w:r>
        <w:t>Communication protocols</w:t>
      </w:r>
    </w:p>
    <w:p w14:paraId="58B7F9DE" w14:textId="77777777" w:rsidR="00495879" w:rsidRDefault="00000000">
      <w:pPr>
        <w:pStyle w:val="Listepuces"/>
      </w:pPr>
      <w:r>
        <w:t>Conflict resolution training</w:t>
      </w:r>
    </w:p>
    <w:p w14:paraId="24F99942" w14:textId="77777777" w:rsidR="00495879" w:rsidRDefault="00000000">
      <w:pPr>
        <w:pStyle w:val="Listepuces"/>
      </w:pPr>
      <w:r>
        <w:t>Accountability systems</w:t>
      </w:r>
    </w:p>
    <w:p w14:paraId="16794A20" w14:textId="77777777" w:rsidR="00495879" w:rsidRDefault="00000000">
      <w:r>
        <w:rPr>
          <w:b/>
        </w:rPr>
        <w:t>Semaine 11-12: SUSTAIN</w:t>
      </w:r>
    </w:p>
    <w:p w14:paraId="461D7C99" w14:textId="77777777" w:rsidR="00495879" w:rsidRDefault="00000000">
      <w:pPr>
        <w:pStyle w:val="Listepuces"/>
      </w:pPr>
      <w:r>
        <w:t>Leadership offsite (2 jours)</w:t>
      </w:r>
    </w:p>
    <w:p w14:paraId="7441E4A7" w14:textId="77777777" w:rsidR="00495879" w:rsidRDefault="00000000">
      <w:pPr>
        <w:pStyle w:val="Listepuces"/>
      </w:pPr>
      <w:r>
        <w:t>Team charter finalization</w:t>
      </w:r>
    </w:p>
    <w:p w14:paraId="1EEDCA2A" w14:textId="77777777" w:rsidR="00495879" w:rsidRDefault="00000000">
      <w:pPr>
        <w:pStyle w:val="Listepuces"/>
      </w:pPr>
      <w:r>
        <w:t>Ongoing coaching plan</w:t>
      </w:r>
    </w:p>
    <w:p w14:paraId="23716B86" w14:textId="77777777" w:rsidR="00495879" w:rsidRDefault="00000000">
      <w:pPr>
        <w:pStyle w:val="Listepuces"/>
      </w:pPr>
      <w:r>
        <w:t>90-day review ritual setup</w:t>
      </w:r>
    </w:p>
    <w:p w14:paraId="5136CB58" w14:textId="77777777" w:rsidR="00495879" w:rsidRDefault="00000000">
      <w:r>
        <w:rPr>
          <w:b/>
        </w:rPr>
        <w:t>Deliverables</w:t>
      </w:r>
      <w:r>
        <w:t>:</w:t>
      </w:r>
    </w:p>
    <w:p w14:paraId="3E23DCBD" w14:textId="77777777" w:rsidR="00495879" w:rsidRDefault="00000000">
      <w:pPr>
        <w:pStyle w:val="Listepuces"/>
      </w:pPr>
      <w:r>
        <w:t>Team Assessment Report</w:t>
      </w:r>
    </w:p>
    <w:p w14:paraId="00D81C79" w14:textId="77777777" w:rsidR="00495879" w:rsidRDefault="00000000">
      <w:pPr>
        <w:pStyle w:val="Listepuces"/>
      </w:pPr>
      <w:r>
        <w:t>Strategic Alignment Document</w:t>
      </w:r>
    </w:p>
    <w:p w14:paraId="7DC91150" w14:textId="77777777" w:rsidR="00495879" w:rsidRDefault="00000000">
      <w:pPr>
        <w:pStyle w:val="Listepuces"/>
      </w:pPr>
      <w:r>
        <w:t>Meeting Rhythms Playbook</w:t>
      </w:r>
    </w:p>
    <w:p w14:paraId="25AA3595" w14:textId="77777777" w:rsidR="00495879" w:rsidRDefault="00000000">
      <w:pPr>
        <w:pStyle w:val="Listepuces"/>
      </w:pPr>
      <w:r>
        <w:t>Team Charter</w:t>
      </w:r>
    </w:p>
    <w:p w14:paraId="0DD65C64" w14:textId="77777777" w:rsidR="00495879" w:rsidRDefault="00000000">
      <w:pPr>
        <w:pStyle w:val="Listepuces"/>
      </w:pPr>
      <w:r>
        <w:t>Leadership Development Plans (individual)</w:t>
      </w:r>
    </w:p>
    <w:p w14:paraId="73A311D6" w14:textId="77777777" w:rsidR="00495879" w:rsidRDefault="00000000">
      <w:r>
        <w:rPr>
          <w:b/>
        </w:rPr>
        <w:t>Success Metric</w:t>
      </w:r>
      <w:r>
        <w:t>: Team effectiveness score +30-40 points, meeting hours -30%, decisions speed +50%</w:t>
      </w:r>
    </w:p>
    <w:p w14:paraId="51F030B5" w14:textId="77777777" w:rsidR="00495879" w:rsidRDefault="00000000">
      <w:r>
        <w:t>________________________________________________________________________________</w:t>
      </w:r>
    </w:p>
    <w:p w14:paraId="0689743D" w14:textId="77777777" w:rsidR="00495879" w:rsidRDefault="00000000">
      <w:pPr>
        <w:pStyle w:val="Titre3"/>
      </w:pPr>
      <w:r>
        <w:t>5.4.3 Delivery Model - Accelerators</w:t>
      </w:r>
    </w:p>
    <w:p w14:paraId="623CEB86" w14:textId="77777777" w:rsidR="00495879" w:rsidRDefault="00000000">
      <w:r>
        <w:rPr>
          <w:b/>
        </w:rPr>
        <w:t>Cohort-Based</w:t>
      </w:r>
      <w:r>
        <w:t xml:space="preserve"> (3-5 companies):</w:t>
      </w:r>
    </w:p>
    <w:p w14:paraId="562469B1" w14:textId="77777777" w:rsidR="00495879" w:rsidRDefault="00000000">
      <w:pPr>
        <w:pStyle w:val="Listepuces"/>
      </w:pPr>
      <w:r>
        <w:t>Bi-weekly workshops (6 × 3h over 90 days)</w:t>
      </w:r>
    </w:p>
    <w:p w14:paraId="4DF7885C" w14:textId="77777777" w:rsidR="00495879" w:rsidRDefault="00000000">
      <w:pPr>
        <w:pStyle w:val="Listepuces"/>
      </w:pPr>
      <w:r>
        <w:t>Weekly office hours (1h group Q&amp;A)</w:t>
      </w:r>
    </w:p>
    <w:p w14:paraId="2C372231" w14:textId="77777777" w:rsidR="00495879" w:rsidRDefault="00000000">
      <w:pPr>
        <w:pStyle w:val="Listepuces"/>
      </w:pPr>
      <w:r>
        <w:t>Private Slack channel</w:t>
      </w:r>
    </w:p>
    <w:p w14:paraId="5A277370" w14:textId="77777777" w:rsidR="00495879" w:rsidRDefault="00000000">
      <w:pPr>
        <w:pStyle w:val="Listepuces"/>
      </w:pPr>
      <w:r>
        <w:t>Peer accountability partners</w:t>
      </w:r>
    </w:p>
    <w:p w14:paraId="36846E06" w14:textId="77777777" w:rsidR="00495879" w:rsidRDefault="00000000">
      <w:pPr>
        <w:pStyle w:val="Listepuces"/>
      </w:pPr>
      <w:r>
        <w:t>Shared learnings &amp; best practices</w:t>
      </w:r>
    </w:p>
    <w:p w14:paraId="117DA9F5" w14:textId="77777777" w:rsidR="00495879" w:rsidRDefault="00000000">
      <w:r>
        <w:rPr>
          <w:b/>
        </w:rPr>
        <w:t>Advantages</w:t>
      </w:r>
      <w:r>
        <w:t>:</w:t>
      </w:r>
    </w:p>
    <w:p w14:paraId="1CEDE450" w14:textId="77777777" w:rsidR="00495879" w:rsidRDefault="00000000">
      <w:pPr>
        <w:pStyle w:val="Listepuces"/>
      </w:pPr>
      <w:r>
        <w:t>Lower price ($25K vs $35K 1-on-1)</w:t>
      </w:r>
    </w:p>
    <w:p w14:paraId="6D5C8F67" w14:textId="77777777" w:rsidR="00495879" w:rsidRDefault="00000000">
      <w:pPr>
        <w:pStyle w:val="Listepuces"/>
      </w:pPr>
      <w:r>
        <w:t>Peer learning (see others' solutions)</w:t>
      </w:r>
    </w:p>
    <w:p w14:paraId="12F6410E" w14:textId="77777777" w:rsidR="00495879" w:rsidRDefault="00000000">
      <w:pPr>
        <w:pStyle w:val="Listepuces"/>
      </w:pPr>
      <w:r>
        <w:t>Networking (lasting relationships)</w:t>
      </w:r>
    </w:p>
    <w:p w14:paraId="0C2A7973" w14:textId="77777777" w:rsidR="00495879" w:rsidRDefault="00000000">
      <w:pPr>
        <w:pStyle w:val="Listepuces"/>
      </w:pPr>
      <w:r>
        <w:lastRenderedPageBreak/>
        <w:t>Accountability (don't want to be the one behind)</w:t>
      </w:r>
    </w:p>
    <w:p w14:paraId="5481EF91" w14:textId="77777777" w:rsidR="00495879" w:rsidRDefault="00000000">
      <w:r>
        <w:rPr>
          <w:b/>
        </w:rPr>
        <w:t>1-on-1 Intensive</w:t>
      </w:r>
      <w:r>
        <w:t xml:space="preserve"> (Premium):</w:t>
      </w:r>
    </w:p>
    <w:p w14:paraId="17D06FC2" w14:textId="77777777" w:rsidR="00495879" w:rsidRDefault="00000000">
      <w:pPr>
        <w:pStyle w:val="Listepuces"/>
      </w:pPr>
      <w:r>
        <w:t>All attention on your business</w:t>
      </w:r>
    </w:p>
    <w:p w14:paraId="325C3666" w14:textId="77777777" w:rsidR="00495879" w:rsidRDefault="00000000">
      <w:pPr>
        <w:pStyle w:val="Listepuces"/>
      </w:pPr>
      <w:r>
        <w:t>Faster pace (customize schedule)</w:t>
      </w:r>
    </w:p>
    <w:p w14:paraId="169FC77E" w14:textId="77777777" w:rsidR="00495879" w:rsidRDefault="00000000">
      <w:pPr>
        <w:pStyle w:val="Listepuces"/>
      </w:pPr>
      <w:r>
        <w:t>Confidential (no peer sharing)</w:t>
      </w:r>
    </w:p>
    <w:p w14:paraId="0AB4D77C" w14:textId="77777777" w:rsidR="00495879" w:rsidRDefault="00000000">
      <w:pPr>
        <w:pStyle w:val="Listepuces"/>
      </w:pPr>
      <w:r>
        <w:t>Hands-on implementation (consultant on your team)</w:t>
      </w:r>
    </w:p>
    <w:p w14:paraId="56BB780D" w14:textId="77777777" w:rsidR="00495879" w:rsidRDefault="00000000">
      <w:r>
        <w:t>________________________________________________________________________________</w:t>
      </w:r>
    </w:p>
    <w:p w14:paraId="70F979EA" w14:textId="77777777" w:rsidR="00495879" w:rsidRDefault="00000000">
      <w:pPr>
        <w:pStyle w:val="Titre2"/>
      </w:pPr>
      <w:r>
        <w:t>5.5 PILIER 4: PLATFORM Membership</w:t>
      </w:r>
    </w:p>
    <w:p w14:paraId="2DC6F521" w14:textId="77777777" w:rsidR="00495879" w:rsidRDefault="00000000">
      <w:pPr>
        <w:pStyle w:val="Titre3"/>
      </w:pPr>
      <w:r>
        <w:t>5.5.1 Concept</w:t>
      </w:r>
    </w:p>
    <w:p w14:paraId="44B6B4DA" w14:textId="77777777" w:rsidR="00495879" w:rsidRDefault="00000000">
      <w:r>
        <w:rPr>
          <w:b/>
        </w:rPr>
        <w:t>Tagline</w:t>
      </w:r>
      <w:r>
        <w:t>: "Your On-Demand Business Growth University"</w:t>
      </w:r>
    </w:p>
    <w:p w14:paraId="3044DC13" w14:textId="77777777" w:rsidR="00495879" w:rsidRDefault="00000000">
      <w:r>
        <w:rPr>
          <w:b/>
        </w:rPr>
        <w:t>Promesse</w:t>
      </w:r>
      <w:r>
        <w:t>: Accès 24/7 aux méthodologies, outils, et communauté GBCM pour $10/jour.</w:t>
      </w:r>
    </w:p>
    <w:p w14:paraId="5CBB8650" w14:textId="77777777" w:rsidR="00495879" w:rsidRDefault="00000000">
      <w:r>
        <w:rPr>
          <w:b/>
        </w:rPr>
        <w:t>Model</w:t>
      </w:r>
      <w:r>
        <w:t>: Subscription recurring (monthly ou annual)</w:t>
      </w:r>
    </w:p>
    <w:p w14:paraId="211C9ADC" w14:textId="77777777" w:rsidR="00495879" w:rsidRDefault="00000000">
      <w:r>
        <w:rPr>
          <w:b/>
        </w:rPr>
        <w:t>Price</w:t>
      </w:r>
      <w:r>
        <w:t>:</w:t>
      </w:r>
    </w:p>
    <w:p w14:paraId="616D9DB2" w14:textId="77777777" w:rsidR="00495879" w:rsidRDefault="00000000">
      <w:pPr>
        <w:pStyle w:val="Listepuces"/>
      </w:pPr>
      <w:r>
        <w:t>$297/mois (cancel anytime)</w:t>
      </w:r>
    </w:p>
    <w:p w14:paraId="4547A336" w14:textId="77777777" w:rsidR="00495879" w:rsidRDefault="00000000">
      <w:pPr>
        <w:pStyle w:val="Listepuces"/>
      </w:pPr>
      <w:r>
        <w:t>$2,970/an (save $594, 17% discount)</w:t>
      </w:r>
    </w:p>
    <w:p w14:paraId="684D1785" w14:textId="77777777" w:rsidR="00495879" w:rsidRDefault="00000000">
      <w:pPr>
        <w:pStyle w:val="Titre3"/>
      </w:pPr>
      <w:r>
        <w:t>5.5.2 Inclus</w:t>
      </w:r>
    </w:p>
    <w:p w14:paraId="708C3F67" w14:textId="77777777" w:rsidR="00495879" w:rsidRDefault="00000000">
      <w:r>
        <w:t xml:space="preserve">✅ </w:t>
      </w:r>
      <w:r>
        <w:rPr>
          <w:b/>
        </w:rPr>
        <w:t>50+ On-Demand Courses</w:t>
      </w:r>
    </w:p>
    <w:p w14:paraId="4F693672" w14:textId="77777777" w:rsidR="00495879" w:rsidRDefault="00000000">
      <w:pPr>
        <w:pStyle w:val="Listepuces"/>
      </w:pPr>
      <w:r>
        <w:t>Video modules (10-30 min each)</w:t>
      </w:r>
    </w:p>
    <w:p w14:paraId="125AA023" w14:textId="77777777" w:rsidR="00495879" w:rsidRDefault="00000000">
      <w:pPr>
        <w:pStyle w:val="Listepuces"/>
      </w:pPr>
      <w:r>
        <w:t>Transcripts &amp; worksheets</w:t>
      </w:r>
    </w:p>
    <w:p w14:paraId="39BE27B2" w14:textId="77777777" w:rsidR="00495879" w:rsidRDefault="00000000">
      <w:pPr>
        <w:pStyle w:val="Listepuces"/>
      </w:pPr>
      <w:r>
        <w:t>Quizzes &amp; certifications</w:t>
      </w:r>
    </w:p>
    <w:p w14:paraId="4F05AE5B" w14:textId="77777777" w:rsidR="00495879" w:rsidRDefault="00000000">
      <w:pPr>
        <w:pStyle w:val="Listepuces"/>
      </w:pPr>
      <w:r>
        <w:t>New content monthly</w:t>
      </w:r>
    </w:p>
    <w:p w14:paraId="27FEB8F8" w14:textId="77777777" w:rsidR="00495879" w:rsidRDefault="00000000">
      <w:r>
        <w:rPr>
          <w:b/>
        </w:rPr>
        <w:t>Categories</w:t>
      </w:r>
      <w:r>
        <w:t>:</w:t>
      </w:r>
    </w:p>
    <w:p w14:paraId="720AC8C0" w14:textId="77777777" w:rsidR="00495879" w:rsidRDefault="00000000">
      <w:pPr>
        <w:pStyle w:val="Listepuces"/>
      </w:pPr>
      <w:r>
        <w:t>Strategic Planning (10 modules)</w:t>
      </w:r>
    </w:p>
    <w:p w14:paraId="22C4529B" w14:textId="77777777" w:rsidR="00495879" w:rsidRDefault="00000000">
      <w:pPr>
        <w:pStyle w:val="Listepuces"/>
      </w:pPr>
      <w:r>
        <w:t>Revenue Growth (12 modules)</w:t>
      </w:r>
    </w:p>
    <w:p w14:paraId="60A1CAAA" w14:textId="77777777" w:rsidR="00495879" w:rsidRDefault="00000000">
      <w:pPr>
        <w:pStyle w:val="Listepuces"/>
      </w:pPr>
      <w:r>
        <w:t>Operations Excellence (8 modules)</w:t>
      </w:r>
    </w:p>
    <w:p w14:paraId="39E8CB1A" w14:textId="77777777" w:rsidR="00495879" w:rsidRDefault="00000000">
      <w:pPr>
        <w:pStyle w:val="Listepuces"/>
      </w:pPr>
      <w:r>
        <w:t>Leadership Development (10 modules)</w:t>
      </w:r>
    </w:p>
    <w:p w14:paraId="32C47B23" w14:textId="77777777" w:rsidR="00495879" w:rsidRDefault="00000000">
      <w:pPr>
        <w:pStyle w:val="Listepuces"/>
      </w:pPr>
      <w:r>
        <w:t>Digital Transformation (10 modules)</w:t>
      </w:r>
    </w:p>
    <w:p w14:paraId="36B4CDA0" w14:textId="77777777" w:rsidR="00495879" w:rsidRDefault="00000000">
      <w:r>
        <w:t xml:space="preserve">✅ </w:t>
      </w:r>
      <w:r>
        <w:rPr>
          <w:b/>
        </w:rPr>
        <w:t>AI Success Coach™ Lite</w:t>
      </w:r>
    </w:p>
    <w:p w14:paraId="514139C8" w14:textId="77777777" w:rsidR="00495879" w:rsidRDefault="00000000">
      <w:pPr>
        <w:pStyle w:val="Listepuces"/>
      </w:pPr>
      <w:r>
        <w:t>Ask questions 24/7</w:t>
      </w:r>
    </w:p>
    <w:p w14:paraId="4E529282" w14:textId="77777777" w:rsidR="00495879" w:rsidRDefault="00000000">
      <w:pPr>
        <w:pStyle w:val="Listepuces"/>
      </w:pPr>
      <w:r>
        <w:t>Get framework recommendations</w:t>
      </w:r>
    </w:p>
    <w:p w14:paraId="50CB71CC" w14:textId="77777777" w:rsidR="00495879" w:rsidRDefault="00000000">
      <w:pPr>
        <w:pStyle w:val="Listepuces"/>
      </w:pPr>
      <w:r>
        <w:t>Accountability reminders</w:t>
      </w:r>
    </w:p>
    <w:p w14:paraId="27D98085" w14:textId="77777777" w:rsidR="00495879" w:rsidRDefault="00000000">
      <w:pPr>
        <w:pStyle w:val="Listepuces"/>
      </w:pPr>
      <w:r>
        <w:t>Limited to 50 messages/month</w:t>
      </w:r>
    </w:p>
    <w:p w14:paraId="5E2426E3" w14:textId="77777777" w:rsidR="00495879" w:rsidRDefault="00000000">
      <w:r>
        <w:lastRenderedPageBreak/>
        <w:t xml:space="preserve">✅ </w:t>
      </w:r>
      <w:r>
        <w:rPr>
          <w:b/>
        </w:rPr>
        <w:t>Templates &amp; Tools Library</w:t>
      </w:r>
    </w:p>
    <w:p w14:paraId="2BF4B1A0" w14:textId="77777777" w:rsidR="00495879" w:rsidRDefault="00000000">
      <w:pPr>
        <w:pStyle w:val="Listepuces"/>
      </w:pPr>
      <w:r>
        <w:t>100+ downloadable templates</w:t>
      </w:r>
    </w:p>
    <w:p w14:paraId="654F14D3" w14:textId="77777777" w:rsidR="00495879" w:rsidRDefault="00000000">
      <w:pPr>
        <w:pStyle w:val="Listepuces"/>
      </w:pPr>
      <w:r>
        <w:t>Business plan</w:t>
      </w:r>
    </w:p>
    <w:p w14:paraId="25DECA5B" w14:textId="77777777" w:rsidR="00495879" w:rsidRDefault="00000000">
      <w:pPr>
        <w:pStyle w:val="Listepuces"/>
      </w:pPr>
      <w:r>
        <w:t>Financial models</w:t>
      </w:r>
    </w:p>
    <w:p w14:paraId="6F05C784" w14:textId="77777777" w:rsidR="00495879" w:rsidRDefault="00000000">
      <w:pPr>
        <w:pStyle w:val="Listepuces"/>
      </w:pPr>
      <w:r>
        <w:t>OKR templates</w:t>
      </w:r>
    </w:p>
    <w:p w14:paraId="4BC41793" w14:textId="77777777" w:rsidR="00495879" w:rsidRDefault="00000000">
      <w:pPr>
        <w:pStyle w:val="Listepuces"/>
      </w:pPr>
      <w:r>
        <w:t>1-on-1 meeting agendas</w:t>
      </w:r>
    </w:p>
    <w:p w14:paraId="3CC94FB9" w14:textId="77777777" w:rsidR="00495879" w:rsidRDefault="00000000">
      <w:pPr>
        <w:pStyle w:val="Listepuces"/>
      </w:pPr>
      <w:r>
        <w:t>Strategy canvas</w:t>
      </w:r>
    </w:p>
    <w:p w14:paraId="12044693" w14:textId="77777777" w:rsidR="00495879" w:rsidRDefault="00000000">
      <w:pPr>
        <w:pStyle w:val="Listepuces"/>
      </w:pPr>
      <w:r>
        <w:t>Frameworks &amp; checklists</w:t>
      </w:r>
    </w:p>
    <w:p w14:paraId="49142B20" w14:textId="77777777" w:rsidR="00495879" w:rsidRDefault="00000000">
      <w:pPr>
        <w:pStyle w:val="Listepuces"/>
      </w:pPr>
      <w:r>
        <w:t>Case studies</w:t>
      </w:r>
    </w:p>
    <w:p w14:paraId="25C74D88" w14:textId="77777777" w:rsidR="00495879" w:rsidRDefault="00000000">
      <w:r>
        <w:t xml:space="preserve">✅ </w:t>
      </w:r>
      <w:r>
        <w:rPr>
          <w:b/>
        </w:rPr>
        <w:t>Monthly Group Coaching</w:t>
      </w:r>
      <w:r>
        <w:t xml:space="preserve"> (Live)</w:t>
      </w:r>
    </w:p>
    <w:p w14:paraId="69F62B40" w14:textId="77777777" w:rsidR="00495879" w:rsidRDefault="00000000">
      <w:pPr>
        <w:pStyle w:val="Listepuces"/>
      </w:pPr>
      <w:r>
        <w:t>1 × 90min/month</w:t>
      </w:r>
    </w:p>
    <w:p w14:paraId="23E63614" w14:textId="77777777" w:rsidR="00495879" w:rsidRDefault="00000000">
      <w:pPr>
        <w:pStyle w:val="Listepuces"/>
      </w:pPr>
      <w:r>
        <w:t>Hot seat coaching (members can ask questions)</w:t>
      </w:r>
    </w:p>
    <w:p w14:paraId="51B57275" w14:textId="77777777" w:rsidR="00495879" w:rsidRDefault="00000000">
      <w:pPr>
        <w:pStyle w:val="Listepuces"/>
      </w:pPr>
      <w:r>
        <w:t>Guest experts occasionally</w:t>
      </w:r>
    </w:p>
    <w:p w14:paraId="38F4E080" w14:textId="77777777" w:rsidR="00495879" w:rsidRDefault="00000000">
      <w:pPr>
        <w:pStyle w:val="Listepuces"/>
      </w:pPr>
      <w:r>
        <w:t>Recorded (if can't attend live)</w:t>
      </w:r>
    </w:p>
    <w:p w14:paraId="25555ADB" w14:textId="77777777" w:rsidR="00495879" w:rsidRDefault="00000000">
      <w:r>
        <w:t xml:space="preserve">✅ </w:t>
      </w:r>
      <w:r>
        <w:rPr>
          <w:b/>
        </w:rPr>
        <w:t>Community Forum</w:t>
      </w:r>
    </w:p>
    <w:p w14:paraId="568B3A8E" w14:textId="77777777" w:rsidR="00495879" w:rsidRDefault="00000000">
      <w:pPr>
        <w:pStyle w:val="Listepuces"/>
      </w:pPr>
      <w:r>
        <w:t>Private online community</w:t>
      </w:r>
    </w:p>
    <w:p w14:paraId="36523FDD" w14:textId="77777777" w:rsidR="00495879" w:rsidRDefault="00000000">
      <w:pPr>
        <w:pStyle w:val="Listepuces"/>
      </w:pPr>
      <w:r>
        <w:t>Ask questions, get peer advice</w:t>
      </w:r>
    </w:p>
    <w:p w14:paraId="0C68D8CE" w14:textId="77777777" w:rsidR="00495879" w:rsidRDefault="00000000">
      <w:pPr>
        <w:pStyle w:val="Listepuces"/>
      </w:pPr>
      <w:r>
        <w:t>Networking</w:t>
      </w:r>
    </w:p>
    <w:p w14:paraId="2D52104F" w14:textId="77777777" w:rsidR="00495879" w:rsidRDefault="00000000">
      <w:pPr>
        <w:pStyle w:val="Listepuces"/>
      </w:pPr>
      <w:r>
        <w:t>Accountability groups (self-organized)</w:t>
      </w:r>
    </w:p>
    <w:p w14:paraId="40486663" w14:textId="77777777" w:rsidR="00495879" w:rsidRDefault="00000000">
      <w:r>
        <w:t xml:space="preserve">✅ </w:t>
      </w:r>
      <w:r>
        <w:rPr>
          <w:b/>
        </w:rPr>
        <w:t>Discounts &amp; Perks</w:t>
      </w:r>
      <w:r>
        <w:t>:</w:t>
      </w:r>
    </w:p>
    <w:p w14:paraId="348CCCF1" w14:textId="77777777" w:rsidR="00495879" w:rsidRDefault="00000000">
      <w:pPr>
        <w:pStyle w:val="Listepuces"/>
      </w:pPr>
      <w:r>
        <w:t>10% off TRANSFORM programs (if upgrade)</w:t>
      </w:r>
    </w:p>
    <w:p w14:paraId="189EFF63" w14:textId="77777777" w:rsidR="00495879" w:rsidRDefault="00000000">
      <w:pPr>
        <w:pStyle w:val="Listepuces"/>
      </w:pPr>
      <w:r>
        <w:t>15% off Accelerator Intensives</w:t>
      </w:r>
    </w:p>
    <w:p w14:paraId="26B83788" w14:textId="77777777" w:rsidR="00495879" w:rsidRDefault="00000000">
      <w:pPr>
        <w:pStyle w:val="Listepuces"/>
      </w:pPr>
      <w:r>
        <w:t>Priority waitlist for events</w:t>
      </w:r>
    </w:p>
    <w:p w14:paraId="04372996" w14:textId="77777777" w:rsidR="00495879" w:rsidRDefault="00000000">
      <w:pPr>
        <w:pStyle w:val="Listepuces"/>
      </w:pPr>
      <w:r>
        <w:t>Early access new features</w:t>
      </w:r>
    </w:p>
    <w:p w14:paraId="5343166A" w14:textId="77777777" w:rsidR="00495879" w:rsidRDefault="00000000">
      <w:pPr>
        <w:pStyle w:val="Titre3"/>
      </w:pPr>
      <w:r>
        <w:t>5.5.3 Target Audience</w:t>
      </w:r>
    </w:p>
    <w:p w14:paraId="4FBFBFD1" w14:textId="77777777" w:rsidR="00495879" w:rsidRDefault="00000000">
      <w:r>
        <w:rPr>
          <w:b/>
        </w:rPr>
        <w:t>Primary</w:t>
      </w:r>
      <w:r>
        <w:t>:</w:t>
      </w:r>
    </w:p>
    <w:p w14:paraId="0A2E9091" w14:textId="77777777" w:rsidR="00495879" w:rsidRDefault="00000000">
      <w:pPr>
        <w:pStyle w:val="Listepuces"/>
      </w:pPr>
      <w:r>
        <w:t>Entrepreneurs $250K-$1M revenue (can't afford full coaching yet)</w:t>
      </w:r>
    </w:p>
    <w:p w14:paraId="376CC3C6" w14:textId="77777777" w:rsidR="00495879" w:rsidRDefault="00000000">
      <w:pPr>
        <w:pStyle w:val="Listepuces"/>
      </w:pPr>
      <w:r>
        <w:t>Self-directed learners (prefer consume at own pace)</w:t>
      </w:r>
    </w:p>
    <w:p w14:paraId="629F4623" w14:textId="77777777" w:rsidR="00495879" w:rsidRDefault="00000000">
      <w:pPr>
        <w:pStyle w:val="Listepuces"/>
      </w:pPr>
      <w:r>
        <w:t>Former TRANSFORM clients (alumni staying connected)</w:t>
      </w:r>
    </w:p>
    <w:p w14:paraId="1352AA4C" w14:textId="77777777" w:rsidR="00495879" w:rsidRDefault="00000000">
      <w:pPr>
        <w:pStyle w:val="Listepuces"/>
      </w:pPr>
      <w:r>
        <w:t>Corporate managers (using personally, not company-paid)</w:t>
      </w:r>
    </w:p>
    <w:p w14:paraId="655BE991" w14:textId="77777777" w:rsidR="00495879" w:rsidRDefault="00000000">
      <w:r>
        <w:rPr>
          <w:b/>
        </w:rPr>
        <w:t>Secondary</w:t>
      </w:r>
      <w:r>
        <w:t>:</w:t>
      </w:r>
    </w:p>
    <w:p w14:paraId="121C5637" w14:textId="77777777" w:rsidR="00495879" w:rsidRDefault="00000000">
      <w:pPr>
        <w:pStyle w:val="Listepuces"/>
      </w:pPr>
      <w:r>
        <w:t>Students/aspiring entrepreneurs (learning mode)</w:t>
      </w:r>
    </w:p>
    <w:p w14:paraId="64243D17" w14:textId="77777777" w:rsidR="00495879" w:rsidRDefault="00000000">
      <w:pPr>
        <w:pStyle w:val="Listepuces"/>
      </w:pPr>
      <w:r>
        <w:t>Service providers (accountants, lawyers wanting business knowledge)</w:t>
      </w:r>
    </w:p>
    <w:p w14:paraId="5D4895A3" w14:textId="77777777" w:rsidR="00495879" w:rsidRDefault="00000000">
      <w:pPr>
        <w:pStyle w:val="Listepuces"/>
      </w:pPr>
      <w:r>
        <w:t>International clients (timezone challenges with live programs)</w:t>
      </w:r>
    </w:p>
    <w:p w14:paraId="44A178D6" w14:textId="77777777" w:rsidR="00495879" w:rsidRDefault="00000000">
      <w:r>
        <w:rPr>
          <w:b/>
        </w:rPr>
        <w:lastRenderedPageBreak/>
        <w:t>Volume Target</w:t>
      </w:r>
      <w:r>
        <w:t>:</w:t>
      </w:r>
    </w:p>
    <w:p w14:paraId="01A595CB" w14:textId="77777777" w:rsidR="00495879" w:rsidRDefault="00000000">
      <w:pPr>
        <w:pStyle w:val="Listepuces"/>
      </w:pPr>
      <w:r>
        <w:t>An 1: 30-50 members (early adopters)</w:t>
      </w:r>
    </w:p>
    <w:p w14:paraId="48703D60" w14:textId="77777777" w:rsidR="00495879" w:rsidRDefault="00000000">
      <w:pPr>
        <w:pStyle w:val="Listepuces"/>
      </w:pPr>
      <w:r>
        <w:t>An 2: 150-200 members (marketing scales)</w:t>
      </w:r>
    </w:p>
    <w:p w14:paraId="14EF614C" w14:textId="77777777" w:rsidR="00495879" w:rsidRDefault="00000000">
      <w:pPr>
        <w:pStyle w:val="Listepuces"/>
      </w:pPr>
      <w:r>
        <w:t>An 3: 300-400 members (word of mouth + SEO)</w:t>
      </w:r>
    </w:p>
    <w:p w14:paraId="3E74623F" w14:textId="77777777" w:rsidR="00495879" w:rsidRDefault="00000000">
      <w:r>
        <w:rPr>
          <w:b/>
        </w:rPr>
        <w:t>Revenue Projection</w:t>
      </w:r>
      <w:r>
        <w:t>:</w:t>
      </w:r>
    </w:p>
    <w:p w14:paraId="11E9E939" w14:textId="77777777" w:rsidR="00495879" w:rsidRDefault="00000000">
      <w:pPr>
        <w:pStyle w:val="Listepuces"/>
      </w:pPr>
      <w:r>
        <w:t>An 1: 40 members × $2,970/an = $119K (but conservateur $25K in projections)</w:t>
      </w:r>
    </w:p>
    <w:p w14:paraId="55A4FD7B" w14:textId="77777777" w:rsidR="00495879" w:rsidRDefault="00000000">
      <w:pPr>
        <w:pStyle w:val="Listepuces"/>
      </w:pPr>
      <w:r>
        <w:t>An 3: 300 members × $2,970 = $891K (conservateur $75K in projections)</w:t>
      </w:r>
    </w:p>
    <w:p w14:paraId="359D465B" w14:textId="77777777" w:rsidR="00495879" w:rsidRDefault="00000000">
      <w:r>
        <w:rPr>
          <w:b/>
        </w:rPr>
        <w:t>Note</w:t>
      </w:r>
      <w:r>
        <w:t>: Volontairement conservateur car churn élevé sur memberships (30-40%/an industry standard). GBCM vise &lt;25% avec engagement supérieur.</w:t>
      </w:r>
    </w:p>
    <w:p w14:paraId="6DA0CF65" w14:textId="77777777" w:rsidR="00495879" w:rsidRDefault="00000000">
      <w:r>
        <w:t>________________________________________________________________________________</w:t>
      </w:r>
    </w:p>
    <w:p w14:paraId="4D415AB0" w14:textId="77777777" w:rsidR="00495879" w:rsidRDefault="00000000">
      <w:pPr>
        <w:pStyle w:val="Titre2"/>
      </w:pPr>
      <w:r>
        <w:t>5.6 Pricing Strategy &amp; Justification</w:t>
      </w:r>
    </w:p>
    <w:p w14:paraId="5F40FBA9" w14:textId="77777777" w:rsidR="00495879" w:rsidRDefault="00000000">
      <w:pPr>
        <w:pStyle w:val="Titre3"/>
      </w:pPr>
      <w:r>
        <w:t>5.6.1 Pricing Philosophy</w:t>
      </w:r>
    </w:p>
    <w:p w14:paraId="5B03678C" w14:textId="77777777" w:rsidR="00495879" w:rsidRDefault="00000000">
      <w:r>
        <w:rPr>
          <w:b/>
        </w:rPr>
        <w:t>Value-Based Pricing</w:t>
      </w:r>
      <w:r>
        <w:t xml:space="preserve"> (vs Cost-Plus ou Competitor-Based)</w:t>
      </w:r>
    </w:p>
    <w:p w14:paraId="2CA847F1" w14:textId="77777777" w:rsidR="00495879" w:rsidRDefault="00000000">
      <w:r>
        <w:rPr>
          <w:b/>
        </w:rPr>
        <w:t>Rationale</w:t>
      </w:r>
      <w:r>
        <w:t>: Prix basé sur valeur délivrée au client, pas sur nos coûts ou prix concurrents.</w:t>
      </w:r>
    </w:p>
    <w:p w14:paraId="4EDCB979" w14:textId="77777777" w:rsidR="00495879" w:rsidRDefault="00000000">
      <w:r>
        <w:rPr>
          <w:b/>
        </w:rPr>
        <w:t>ROI Framework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5AEF219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4C43765" w14:textId="77777777" w:rsidR="00495879" w:rsidRDefault="00000000">
            <w:r>
              <w:rPr>
                <w:sz w:val="20"/>
              </w:rPr>
              <w:t>Service</w:t>
            </w:r>
          </w:p>
        </w:tc>
        <w:tc>
          <w:tcPr>
            <w:tcW w:w="2160" w:type="dxa"/>
          </w:tcPr>
          <w:p w14:paraId="768DC86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Investment</w:t>
            </w:r>
          </w:p>
        </w:tc>
        <w:tc>
          <w:tcPr>
            <w:tcW w:w="2160" w:type="dxa"/>
          </w:tcPr>
          <w:p w14:paraId="384DDF6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Typical ROI</w:t>
            </w:r>
          </w:p>
        </w:tc>
        <w:tc>
          <w:tcPr>
            <w:tcW w:w="2160" w:type="dxa"/>
          </w:tcPr>
          <w:p w14:paraId="1E81218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Payback Period</w:t>
            </w:r>
          </w:p>
        </w:tc>
      </w:tr>
      <w:tr w:rsidR="00495879" w14:paraId="6B4A524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2E85B86" w14:textId="77777777" w:rsidR="00495879" w:rsidRDefault="00000000">
            <w:r>
              <w:t>TRANSFORM Growth</w:t>
            </w:r>
          </w:p>
        </w:tc>
        <w:tc>
          <w:tcPr>
            <w:tcW w:w="2160" w:type="dxa"/>
          </w:tcPr>
          <w:p w14:paraId="470BE9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$9K</w:t>
            </w:r>
          </w:p>
        </w:tc>
        <w:tc>
          <w:tcPr>
            <w:tcW w:w="2160" w:type="dxa"/>
          </w:tcPr>
          <w:p w14:paraId="2F1B6AB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$50K+ revenue increase</w:t>
            </w:r>
          </w:p>
        </w:tc>
        <w:tc>
          <w:tcPr>
            <w:tcW w:w="2160" w:type="dxa"/>
          </w:tcPr>
          <w:p w14:paraId="49DAD5D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2-3 mois</w:t>
            </w:r>
          </w:p>
        </w:tc>
      </w:tr>
      <w:tr w:rsidR="00495879" w14:paraId="289CC43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D4337F9" w14:textId="77777777" w:rsidR="00495879" w:rsidRDefault="00000000">
            <w:r>
              <w:t>TRANSFORM Scale</w:t>
            </w:r>
          </w:p>
        </w:tc>
        <w:tc>
          <w:tcPr>
            <w:tcW w:w="2160" w:type="dxa"/>
          </w:tcPr>
          <w:p w14:paraId="36C71EB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$24K</w:t>
            </w:r>
          </w:p>
        </w:tc>
        <w:tc>
          <w:tcPr>
            <w:tcW w:w="2160" w:type="dxa"/>
          </w:tcPr>
          <w:p w14:paraId="0FF1B1A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$200K+ revenue increase</w:t>
            </w:r>
          </w:p>
        </w:tc>
        <w:tc>
          <w:tcPr>
            <w:tcW w:w="2160" w:type="dxa"/>
          </w:tcPr>
          <w:p w14:paraId="46398B2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1-2 mois</w:t>
            </w:r>
          </w:p>
        </w:tc>
      </w:tr>
      <w:tr w:rsidR="00495879" w14:paraId="343E5B0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1214D46" w14:textId="77777777" w:rsidR="00495879" w:rsidRDefault="00000000">
            <w:r>
              <w:t>TRANSFORM Transform</w:t>
            </w:r>
          </w:p>
        </w:tc>
        <w:tc>
          <w:tcPr>
            <w:tcW w:w="2160" w:type="dxa"/>
          </w:tcPr>
          <w:p w14:paraId="159E4C9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$60K</w:t>
            </w:r>
          </w:p>
        </w:tc>
        <w:tc>
          <w:tcPr>
            <w:tcW w:w="2160" w:type="dxa"/>
          </w:tcPr>
          <w:p w14:paraId="74ED5F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$500K+ revenue increase</w:t>
            </w:r>
          </w:p>
        </w:tc>
        <w:tc>
          <w:tcPr>
            <w:tcW w:w="2160" w:type="dxa"/>
          </w:tcPr>
          <w:p w14:paraId="51653F6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1-2 mois</w:t>
            </w:r>
          </w:p>
        </w:tc>
      </w:tr>
      <w:tr w:rsidR="00495879" w14:paraId="338A7BB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73660F3" w14:textId="77777777" w:rsidR="00495879" w:rsidRDefault="00000000">
            <w:r>
              <w:t>ADVISORY Retainer</w:t>
            </w:r>
          </w:p>
        </w:tc>
        <w:tc>
          <w:tcPr>
            <w:tcW w:w="2160" w:type="dxa"/>
          </w:tcPr>
          <w:p w14:paraId="5C32227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$45K-90K (6 mois)</w:t>
            </w:r>
          </w:p>
        </w:tc>
        <w:tc>
          <w:tcPr>
            <w:tcW w:w="2160" w:type="dxa"/>
          </w:tcPr>
          <w:p w14:paraId="0A61276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$300K-1M+ impact</w:t>
            </w:r>
          </w:p>
        </w:tc>
        <w:tc>
          <w:tcPr>
            <w:tcW w:w="2160" w:type="dxa"/>
          </w:tcPr>
          <w:p w14:paraId="4C31F4D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3-6 mois</w:t>
            </w:r>
          </w:p>
        </w:tc>
      </w:tr>
      <w:tr w:rsidR="00495879" w14:paraId="5081EB9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B95B12" w14:textId="77777777" w:rsidR="00495879" w:rsidRDefault="00000000">
            <w:r>
              <w:t>ACCELERATOR</w:t>
            </w:r>
          </w:p>
        </w:tc>
        <w:tc>
          <w:tcPr>
            <w:tcW w:w="2160" w:type="dxa"/>
          </w:tcPr>
          <w:p w14:paraId="7BE7ACD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$25K</w:t>
            </w:r>
          </w:p>
        </w:tc>
        <w:tc>
          <w:tcPr>
            <w:tcW w:w="2160" w:type="dxa"/>
          </w:tcPr>
          <w:p w14:paraId="01DE6BC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$100K+ (specific to type)</w:t>
            </w:r>
          </w:p>
        </w:tc>
        <w:tc>
          <w:tcPr>
            <w:tcW w:w="2160" w:type="dxa"/>
          </w:tcPr>
          <w:p w14:paraId="4CD989A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3-6 mois</w:t>
            </w:r>
          </w:p>
        </w:tc>
      </w:tr>
      <w:tr w:rsidR="00495879" w14:paraId="240A81C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338B5C3" w14:textId="77777777" w:rsidR="00495879" w:rsidRDefault="00000000">
            <w:r>
              <w:t>PLATFORM</w:t>
            </w:r>
          </w:p>
        </w:tc>
        <w:tc>
          <w:tcPr>
            <w:tcW w:w="2160" w:type="dxa"/>
          </w:tcPr>
          <w:p w14:paraId="51A1B78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$3K/an</w:t>
            </w:r>
          </w:p>
        </w:tc>
        <w:tc>
          <w:tcPr>
            <w:tcW w:w="2160" w:type="dxa"/>
          </w:tcPr>
          <w:p w14:paraId="4409BC8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$10K-30K (knowledge + time saved)</w:t>
            </w:r>
          </w:p>
        </w:tc>
        <w:tc>
          <w:tcPr>
            <w:tcW w:w="2160" w:type="dxa"/>
          </w:tcPr>
          <w:p w14:paraId="4491AF9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6-12 mois</w:t>
            </w:r>
          </w:p>
        </w:tc>
      </w:tr>
    </w:tbl>
    <w:p w14:paraId="4220CF03" w14:textId="77777777" w:rsidR="00495879" w:rsidRDefault="00495879"/>
    <w:p w14:paraId="7FB27044" w14:textId="77777777" w:rsidR="00495879" w:rsidRDefault="00000000">
      <w:r>
        <w:rPr>
          <w:b/>
        </w:rPr>
        <w:t>Key Principle</w:t>
      </w:r>
      <w:r>
        <w:t>: Si client n'obtient pas 3-5x return, nous avons échoué.</w:t>
      </w:r>
    </w:p>
    <w:p w14:paraId="7B89DA29" w14:textId="77777777" w:rsidR="00495879" w:rsidRDefault="00000000">
      <w:pPr>
        <w:pStyle w:val="Titre3"/>
      </w:pPr>
      <w:r>
        <w:t>5.6.2 Competitive Pricing Analysis</w:t>
      </w:r>
    </w:p>
    <w:p w14:paraId="728341AA" w14:textId="77777777" w:rsidR="00495879" w:rsidRDefault="00000000">
      <w:r>
        <w:rPr>
          <w:b/>
        </w:rPr>
        <w:t>TRANSFORM vs Alternatives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471B97AB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07B10D1" w14:textId="77777777" w:rsidR="00495879" w:rsidRDefault="00000000">
            <w:r>
              <w:rPr>
                <w:sz w:val="20"/>
              </w:rPr>
              <w:t>Service</w:t>
            </w:r>
          </w:p>
        </w:tc>
        <w:tc>
          <w:tcPr>
            <w:tcW w:w="2880" w:type="dxa"/>
          </w:tcPr>
          <w:p w14:paraId="7C40F7B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Price</w:t>
            </w:r>
          </w:p>
        </w:tc>
        <w:tc>
          <w:tcPr>
            <w:tcW w:w="2880" w:type="dxa"/>
          </w:tcPr>
          <w:p w14:paraId="636C26D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GBCM Advantage</w:t>
            </w:r>
          </w:p>
        </w:tc>
      </w:tr>
      <w:tr w:rsidR="00495879" w14:paraId="212E560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8965B7C" w14:textId="77777777" w:rsidR="00495879" w:rsidRDefault="00000000">
            <w:r>
              <w:t>Vistage</w:t>
            </w:r>
          </w:p>
        </w:tc>
        <w:tc>
          <w:tcPr>
            <w:tcW w:w="2880" w:type="dxa"/>
          </w:tcPr>
          <w:p w14:paraId="0B4047C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$18K-24K/an</w:t>
            </w:r>
          </w:p>
        </w:tc>
        <w:tc>
          <w:tcPr>
            <w:tcW w:w="2880" w:type="dxa"/>
          </w:tcPr>
          <w:p w14:paraId="3C0EDC8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GBCM 30-60% cheaper, more tech</w:t>
            </w:r>
          </w:p>
        </w:tc>
      </w:tr>
      <w:tr w:rsidR="00495879" w14:paraId="55D0D3E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9A7D6A4" w14:textId="77777777" w:rsidR="00495879" w:rsidRDefault="00000000">
            <w:r>
              <w:lastRenderedPageBreak/>
              <w:t>Strategic Coach</w:t>
            </w:r>
          </w:p>
        </w:tc>
        <w:tc>
          <w:tcPr>
            <w:tcW w:w="2880" w:type="dxa"/>
          </w:tcPr>
          <w:p w14:paraId="06E2019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$12K-25K/an</w:t>
            </w:r>
          </w:p>
        </w:tc>
        <w:tc>
          <w:tcPr>
            <w:tcW w:w="2880" w:type="dxa"/>
          </w:tcPr>
          <w:p w14:paraId="276481B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Comparable, more tactical</w:t>
            </w:r>
          </w:p>
        </w:tc>
      </w:tr>
      <w:tr w:rsidR="00495879" w14:paraId="268C5F8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75DDB8C" w14:textId="77777777" w:rsidR="00495879" w:rsidRDefault="00000000">
            <w:r>
              <w:t>Individual Coach</w:t>
            </w:r>
          </w:p>
        </w:tc>
        <w:tc>
          <w:tcPr>
            <w:tcW w:w="2880" w:type="dxa"/>
          </w:tcPr>
          <w:p w14:paraId="76BC5E2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$24K-60K/an (2h/week)</w:t>
            </w:r>
          </w:p>
        </w:tc>
        <w:tc>
          <w:tcPr>
            <w:tcW w:w="2880" w:type="dxa"/>
          </w:tcPr>
          <w:p w14:paraId="3374E54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GBCM includes group + AI + community</w:t>
            </w:r>
          </w:p>
        </w:tc>
      </w:tr>
      <w:tr w:rsidR="00495879" w14:paraId="313C892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238D717" w14:textId="77777777" w:rsidR="00495879" w:rsidRDefault="00000000">
            <w:r>
              <w:t>Boutique Consulting</w:t>
            </w:r>
          </w:p>
        </w:tc>
        <w:tc>
          <w:tcPr>
            <w:tcW w:w="2880" w:type="dxa"/>
          </w:tcPr>
          <w:p w14:paraId="09A0778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$50K-150K project</w:t>
            </w:r>
          </w:p>
        </w:tc>
        <w:tc>
          <w:tcPr>
            <w:tcW w:w="2880" w:type="dxa"/>
          </w:tcPr>
          <w:p w14:paraId="6C165EB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GBCM ongoing vs one-time</w:t>
            </w:r>
          </w:p>
        </w:tc>
      </w:tr>
    </w:tbl>
    <w:p w14:paraId="7A6705AB" w14:textId="77777777" w:rsidR="00495879" w:rsidRDefault="00495879"/>
    <w:p w14:paraId="5D516329" w14:textId="77777777" w:rsidR="00495879" w:rsidRDefault="00000000">
      <w:r>
        <w:rPr>
          <w:b/>
        </w:rPr>
        <w:t>GBCM Sweet Spot</w:t>
      </w:r>
      <w:r>
        <w:t>: Premium value, mid-high price (not cheapest, not most expensive)</w:t>
      </w:r>
    </w:p>
    <w:p w14:paraId="1656076B" w14:textId="77777777" w:rsidR="00495879" w:rsidRDefault="00000000">
      <w:pPr>
        <w:pStyle w:val="Titre3"/>
      </w:pPr>
      <w:r>
        <w:t>5.6.3 Payment Terms</w:t>
      </w:r>
    </w:p>
    <w:p w14:paraId="7D676072" w14:textId="77777777" w:rsidR="00495879" w:rsidRDefault="00000000">
      <w:r>
        <w:rPr>
          <w:b/>
        </w:rPr>
        <w:t>TRANSFORM Programs</w:t>
      </w:r>
      <w:r>
        <w:t>:</w:t>
      </w:r>
    </w:p>
    <w:p w14:paraId="01EBE7AF" w14:textId="77777777" w:rsidR="00495879" w:rsidRDefault="00000000">
      <w:pPr>
        <w:pStyle w:val="Listepuces"/>
      </w:pPr>
      <w:r>
        <w:t>Option A: Annual upfront (5% discount)</w:t>
      </w:r>
    </w:p>
    <w:p w14:paraId="5223D833" w14:textId="77777777" w:rsidR="00495879" w:rsidRDefault="00000000">
      <w:pPr>
        <w:pStyle w:val="Listepuces"/>
      </w:pPr>
      <w:r>
        <w:t>Option B: Bi-annual (50% upfront, 50% month 6)</w:t>
      </w:r>
    </w:p>
    <w:p w14:paraId="4429FC23" w14:textId="77777777" w:rsidR="00495879" w:rsidRDefault="00000000">
      <w:pPr>
        <w:pStyle w:val="Listepuces"/>
      </w:pPr>
      <w:r>
        <w:t>Option C: Quarterly (25% every 3 mois, +3% processing fee)</w:t>
      </w:r>
    </w:p>
    <w:p w14:paraId="19BAB2DE" w14:textId="77777777" w:rsidR="00495879" w:rsidRDefault="00000000">
      <w:r>
        <w:rPr>
          <w:b/>
        </w:rPr>
        <w:t>ADVISORY Retainers</w:t>
      </w:r>
      <w:r>
        <w:t>:</w:t>
      </w:r>
    </w:p>
    <w:p w14:paraId="2A6CB48F" w14:textId="77777777" w:rsidR="00495879" w:rsidRDefault="00000000">
      <w:pPr>
        <w:pStyle w:val="Listepuces"/>
      </w:pPr>
      <w:r>
        <w:t>Monthly invoicing, due 1st of month</w:t>
      </w:r>
    </w:p>
    <w:p w14:paraId="2757977C" w14:textId="77777777" w:rsidR="00495879" w:rsidRDefault="00000000">
      <w:pPr>
        <w:pStyle w:val="Listepuces"/>
      </w:pPr>
      <w:r>
        <w:t>Net 15 terms</w:t>
      </w:r>
    </w:p>
    <w:p w14:paraId="665B391A" w14:textId="77777777" w:rsidR="00495879" w:rsidRDefault="00000000">
      <w:pPr>
        <w:pStyle w:val="Listepuces"/>
      </w:pPr>
      <w:r>
        <w:t>6-month minimum commitment</w:t>
      </w:r>
    </w:p>
    <w:p w14:paraId="54AA781B" w14:textId="77777777" w:rsidR="00495879" w:rsidRDefault="00000000">
      <w:r>
        <w:rPr>
          <w:b/>
        </w:rPr>
        <w:t>ACCELERATOR</w:t>
      </w:r>
      <w:r>
        <w:t>:</w:t>
      </w:r>
    </w:p>
    <w:p w14:paraId="2ACE7F99" w14:textId="77777777" w:rsidR="00495879" w:rsidRDefault="00000000">
      <w:pPr>
        <w:pStyle w:val="Listepuces"/>
      </w:pPr>
      <w:r>
        <w:t>50% deposit at enrollment</w:t>
      </w:r>
    </w:p>
    <w:p w14:paraId="4F01D79D" w14:textId="77777777" w:rsidR="00495879" w:rsidRDefault="00000000">
      <w:pPr>
        <w:pStyle w:val="Listepuces"/>
      </w:pPr>
      <w:r>
        <w:t>50% before Day 1 of program</w:t>
      </w:r>
    </w:p>
    <w:p w14:paraId="14B9835F" w14:textId="77777777" w:rsidR="00495879" w:rsidRDefault="00000000">
      <w:r>
        <w:rPr>
          <w:b/>
        </w:rPr>
        <w:t>PLATFORM</w:t>
      </w:r>
      <w:r>
        <w:t>:</w:t>
      </w:r>
    </w:p>
    <w:p w14:paraId="2BF1851E" w14:textId="77777777" w:rsidR="00495879" w:rsidRDefault="00000000">
      <w:pPr>
        <w:pStyle w:val="Listepuces"/>
      </w:pPr>
      <w:r>
        <w:t>Monthly: Auto-charge monthly</w:t>
      </w:r>
    </w:p>
    <w:p w14:paraId="6B8C8CD0" w14:textId="77777777" w:rsidR="00495879" w:rsidRDefault="00000000">
      <w:pPr>
        <w:pStyle w:val="Listepuces"/>
      </w:pPr>
      <w:r>
        <w:t>Annual: Charged upfront (2 mois free vs monthly)</w:t>
      </w:r>
    </w:p>
    <w:p w14:paraId="0A02FB41" w14:textId="77777777" w:rsidR="00495879" w:rsidRDefault="00000000">
      <w:r>
        <w:t>________________________________________________________________________________</w:t>
      </w:r>
    </w:p>
    <w:p w14:paraId="2F6DB179" w14:textId="77777777" w:rsidR="00495879" w:rsidRDefault="00000000">
      <w:pPr>
        <w:pStyle w:val="Titre2"/>
      </w:pPr>
      <w:r>
        <w:t>5.7 Upsell &amp; Cross-Sell Strategy</w:t>
      </w:r>
    </w:p>
    <w:p w14:paraId="1E3E4607" w14:textId="77777777" w:rsidR="00495879" w:rsidRDefault="00000000">
      <w:pPr>
        <w:pStyle w:val="Titre3"/>
      </w:pPr>
      <w:r>
        <w:t>Customer Journey &amp; Upgrade Path</w:t>
      </w:r>
    </w:p>
    <w:p w14:paraId="5611309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Entry → Growth → Retention → Advocacy</w:t>
      </w:r>
    </w:p>
    <w:p w14:paraId="6C810317" w14:textId="77777777" w:rsidR="00495879" w:rsidRDefault="00495879">
      <w:pPr>
        <w:pStyle w:val="Sansinterligne"/>
      </w:pPr>
    </w:p>
    <w:p w14:paraId="2C60701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PLATFORM         →  ACCELERATOR      →  TRANSFORM      →  ADVISORY</w:t>
      </w:r>
    </w:p>
    <w:p w14:paraId="0AB8B0A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($297/mo)           ($25K intensive)    ($9K-$60K/yr)     ($7.5K-$15K/mo)</w:t>
      </w:r>
    </w:p>
    <w:p w14:paraId="6A5E5E3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           ↓</w:t>
      </w:r>
    </w:p>
    <w:p w14:paraId="4150885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      RENEW + UPGRADE</w:t>
      </w:r>
    </w:p>
    <w:p w14:paraId="498B6C3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          (90% retention goal)</w:t>
      </w:r>
    </w:p>
    <w:p w14:paraId="04C24D93" w14:textId="77777777" w:rsidR="00495879" w:rsidRDefault="00000000">
      <w:r>
        <w:rPr>
          <w:b/>
        </w:rPr>
        <w:t>Upsell Triggers</w:t>
      </w:r>
      <w:r>
        <w:t>:</w:t>
      </w:r>
    </w:p>
    <w:p w14:paraId="2D26B59A" w14:textId="77777777" w:rsidR="00495879" w:rsidRDefault="00000000">
      <w:pPr>
        <w:pStyle w:val="Listenumros"/>
      </w:pPr>
      <w:r>
        <w:t>**Platform → Accelerator**:</w:t>
      </w:r>
    </w:p>
    <w:p w14:paraId="4111AD70" w14:textId="77777777" w:rsidR="00495879" w:rsidRDefault="00000000">
      <w:pPr>
        <w:pStyle w:val="Listepuces"/>
      </w:pPr>
      <w:r>
        <w:t>Member active &gt;3 mois</w:t>
      </w:r>
    </w:p>
    <w:p w14:paraId="5E376905" w14:textId="77777777" w:rsidR="00495879" w:rsidRDefault="00000000">
      <w:pPr>
        <w:pStyle w:val="Listepuces"/>
      </w:pPr>
      <w:r>
        <w:t>High engagement (completes modules, attends group coaching)</w:t>
      </w:r>
    </w:p>
    <w:p w14:paraId="0EC4BBA9" w14:textId="77777777" w:rsidR="00495879" w:rsidRDefault="00000000">
      <w:pPr>
        <w:pStyle w:val="Listepuces"/>
      </w:pPr>
      <w:r>
        <w:lastRenderedPageBreak/>
        <w:t>Hits plateau (need more hands-on help)</w:t>
      </w:r>
    </w:p>
    <w:p w14:paraId="2C6009E1" w14:textId="77777777" w:rsidR="00495879" w:rsidRDefault="00000000">
      <w:pPr>
        <w:pStyle w:val="Listepuces"/>
      </w:pPr>
      <w:r>
        <w:t>**Offer**: 10% discount on Accelerator as member</w:t>
      </w:r>
    </w:p>
    <w:p w14:paraId="7B67BB26" w14:textId="77777777" w:rsidR="00495879" w:rsidRDefault="00000000">
      <w:pPr>
        <w:pStyle w:val="Listenumros"/>
      </w:pPr>
      <w:r>
        <w:t>**Platform/Accelerator → TRANSFORM**:</w:t>
      </w:r>
    </w:p>
    <w:p w14:paraId="5583ACC5" w14:textId="77777777" w:rsidR="00495879" w:rsidRDefault="00000000">
      <w:pPr>
        <w:pStyle w:val="Listepuces"/>
      </w:pPr>
      <w:r>
        <w:t>Graduated Accelerator with good results</w:t>
      </w:r>
    </w:p>
    <w:p w14:paraId="3787E718" w14:textId="77777777" w:rsidR="00495879" w:rsidRDefault="00000000">
      <w:pPr>
        <w:pStyle w:val="Listepuces"/>
      </w:pPr>
      <w:r>
        <w:t>Ready for comprehensive program</w:t>
      </w:r>
    </w:p>
    <w:p w14:paraId="73B96247" w14:textId="77777777" w:rsidR="00495879" w:rsidRDefault="00000000">
      <w:pPr>
        <w:pStyle w:val="Listepuces"/>
      </w:pPr>
      <w:r>
        <w:t>**Offer**: Credit Accelerator fee toward TRANSFORM</w:t>
      </w:r>
    </w:p>
    <w:p w14:paraId="29FC207A" w14:textId="77777777" w:rsidR="00495879" w:rsidRDefault="00000000">
      <w:pPr>
        <w:pStyle w:val="Listenumros"/>
      </w:pPr>
      <w:r>
        <w:t>**TRANSFORM → ADVISORY**:</w:t>
      </w:r>
    </w:p>
    <w:p w14:paraId="4876A456" w14:textId="77777777" w:rsidR="00495879" w:rsidRDefault="00000000">
      <w:pPr>
        <w:pStyle w:val="Listepuces"/>
      </w:pPr>
      <w:r>
        <w:t>Nearing end of 12-month program</w:t>
      </w:r>
    </w:p>
    <w:p w14:paraId="0A8B640B" w14:textId="77777777" w:rsidR="00495879" w:rsidRDefault="00000000">
      <w:pPr>
        <w:pStyle w:val="Listepuces"/>
      </w:pPr>
      <w:r>
        <w:t>Major transformation underway (needs ongoing support)</w:t>
      </w:r>
    </w:p>
    <w:p w14:paraId="2089A395" w14:textId="77777777" w:rsidR="00495879" w:rsidRDefault="00000000">
      <w:pPr>
        <w:pStyle w:val="Listepuces"/>
      </w:pPr>
      <w:r>
        <w:t>Scaled to point where needs fractional executive</w:t>
      </w:r>
    </w:p>
    <w:p w14:paraId="5B555DB3" w14:textId="77777777" w:rsidR="00495879" w:rsidRDefault="00000000">
      <w:pPr>
        <w:pStyle w:val="Listepuces"/>
      </w:pPr>
      <w:r>
        <w:t>**Offer**: Retainer at special rate (first month 50% off)</w:t>
      </w:r>
    </w:p>
    <w:p w14:paraId="74F87C4F" w14:textId="77777777" w:rsidR="00495879" w:rsidRDefault="00000000">
      <w:pPr>
        <w:pStyle w:val="Listenumros"/>
      </w:pPr>
      <w:r>
        <w:t>**Any → Platform (Alumni)**:</w:t>
      </w:r>
    </w:p>
    <w:p w14:paraId="7BC5CC32" w14:textId="77777777" w:rsidR="00495879" w:rsidRDefault="00000000">
      <w:pPr>
        <w:pStyle w:val="Listepuces"/>
      </w:pPr>
      <w:r>
        <w:t>Completed TRANSFORM or ADVISORY</w:t>
      </w:r>
    </w:p>
    <w:p w14:paraId="6E3790C6" w14:textId="77777777" w:rsidR="00495879" w:rsidRDefault="00000000">
      <w:pPr>
        <w:pStyle w:val="Listepuces"/>
      </w:pPr>
      <w:r>
        <w:t>Want to stay connected</w:t>
      </w:r>
    </w:p>
    <w:p w14:paraId="64B9EA72" w14:textId="77777777" w:rsidR="00495879" w:rsidRDefault="00000000">
      <w:pPr>
        <w:pStyle w:val="Listepuces"/>
      </w:pPr>
      <w:r>
        <w:t>**Offer**: Alumni rate ($197/mo vs $297)</w:t>
      </w:r>
    </w:p>
    <w:p w14:paraId="4B64149E" w14:textId="77777777" w:rsidR="00495879" w:rsidRDefault="00000000">
      <w:pPr>
        <w:pStyle w:val="Titre3"/>
      </w:pPr>
      <w:r>
        <w:t>Cross-Sell Opportunities</w:t>
      </w:r>
    </w:p>
    <w:p w14:paraId="5977DF3E" w14:textId="77777777" w:rsidR="00495879" w:rsidRDefault="00000000">
      <w:r>
        <w:rPr>
          <w:b/>
        </w:rPr>
        <w:t>Workshop + Coaching Combo</w:t>
      </w:r>
      <w:r>
        <w:t>:</w:t>
      </w:r>
    </w:p>
    <w:p w14:paraId="66BC324D" w14:textId="77777777" w:rsidR="00495879" w:rsidRDefault="00000000">
      <w:pPr>
        <w:pStyle w:val="Listepuces"/>
      </w:pPr>
      <w:r>
        <w:t>TRANSFORM client wants team trained</w:t>
      </w:r>
    </w:p>
    <w:p w14:paraId="5CE29993" w14:textId="77777777" w:rsidR="00495879" w:rsidRDefault="00000000">
      <w:pPr>
        <w:pStyle w:val="Listepuces"/>
      </w:pPr>
      <w:r>
        <w:t>Can add team workshops ($5K/day)</w:t>
      </w:r>
    </w:p>
    <w:p w14:paraId="7C2A81ED" w14:textId="77777777" w:rsidR="00495879" w:rsidRDefault="00000000">
      <w:r>
        <w:rPr>
          <w:b/>
        </w:rPr>
        <w:t>1-on-1 Add-on Hours</w:t>
      </w:r>
      <w:r>
        <w:t>:</w:t>
      </w:r>
    </w:p>
    <w:p w14:paraId="05C76606" w14:textId="77777777" w:rsidR="00495879" w:rsidRDefault="00000000">
      <w:pPr>
        <w:pStyle w:val="Listepuces"/>
      </w:pPr>
      <w:r>
        <w:t>GROWTH client wants occasional 1-on-1</w:t>
      </w:r>
    </w:p>
    <w:p w14:paraId="4DA1B0A5" w14:textId="77777777" w:rsidR="00495879" w:rsidRDefault="00000000">
      <w:pPr>
        <w:pStyle w:val="Listepuces"/>
      </w:pPr>
      <w:r>
        <w:t>Can purchase packs: 5h for $1,000 (vs $1,250 à la carte)</w:t>
      </w:r>
    </w:p>
    <w:p w14:paraId="4F029A2F" w14:textId="77777777" w:rsidR="00495879" w:rsidRDefault="00000000">
      <w:r>
        <w:rPr>
          <w:b/>
        </w:rPr>
        <w:t>Implementation Services</w:t>
      </w:r>
      <w:r>
        <w:t>:</w:t>
      </w:r>
    </w:p>
    <w:p w14:paraId="31E1DAA9" w14:textId="77777777" w:rsidR="00495879" w:rsidRDefault="00000000">
      <w:pPr>
        <w:pStyle w:val="Listepuces"/>
      </w:pPr>
      <w:r>
        <w:t>Any client needs help executing</w:t>
      </w:r>
    </w:p>
    <w:p w14:paraId="408E5A37" w14:textId="77777777" w:rsidR="00495879" w:rsidRDefault="00000000">
      <w:pPr>
        <w:pStyle w:val="Listepuces"/>
      </w:pPr>
      <w:r>
        <w:t>GBCM can provide fractional resources</w:t>
      </w:r>
    </w:p>
    <w:p w14:paraId="3027BB23" w14:textId="77777777" w:rsidR="00495879" w:rsidRDefault="00000000">
      <w:pPr>
        <w:pStyle w:val="Listepuces"/>
      </w:pPr>
      <w:r>
        <w:t>Pricing: $150-250/h depending on seniority</w:t>
      </w:r>
    </w:p>
    <w:p w14:paraId="7F42E84E" w14:textId="77777777" w:rsidR="00495879" w:rsidRDefault="00000000">
      <w:r>
        <w:t>________________________________________________________________________________</w:t>
      </w:r>
    </w:p>
    <w:p w14:paraId="44D6FA30" w14:textId="77777777" w:rsidR="00495879" w:rsidRDefault="00000000">
      <w:pPr>
        <w:pStyle w:val="Titre2"/>
      </w:pPr>
      <w:r>
        <w:t>5.8 Service Delivery Infrastructure</w:t>
      </w:r>
    </w:p>
    <w:p w14:paraId="0648D50A" w14:textId="77777777" w:rsidR="00495879" w:rsidRDefault="00000000">
      <w:pPr>
        <w:pStyle w:val="Titre3"/>
      </w:pPr>
      <w:r>
        <w:t>Technology Stack</w:t>
      </w:r>
    </w:p>
    <w:p w14:paraId="33218CB1" w14:textId="77777777" w:rsidR="00495879" w:rsidRDefault="00000000">
      <w:r>
        <w:rPr>
          <w:b/>
        </w:rPr>
        <w:t>Client Platform</w:t>
      </w:r>
      <w:r>
        <w:t xml:space="preserve"> (Custom built):</w:t>
      </w:r>
    </w:p>
    <w:p w14:paraId="291F34A6" w14:textId="77777777" w:rsidR="00495879" w:rsidRDefault="00000000">
      <w:pPr>
        <w:pStyle w:val="Listepuces"/>
      </w:pPr>
      <w:r>
        <w:t>Learning Management System (courses, progress tracking)</w:t>
      </w:r>
    </w:p>
    <w:p w14:paraId="2D338FAF" w14:textId="77777777" w:rsidR="00495879" w:rsidRDefault="00000000">
      <w:pPr>
        <w:pStyle w:val="Listepuces"/>
      </w:pPr>
      <w:r>
        <w:lastRenderedPageBreak/>
        <w:t>Coaching portal (schedule sessions, notes, action items)</w:t>
      </w:r>
    </w:p>
    <w:p w14:paraId="2E1BFC13" w14:textId="77777777" w:rsidR="00495879" w:rsidRDefault="00000000">
      <w:pPr>
        <w:pStyle w:val="Listepuces"/>
      </w:pPr>
      <w:r>
        <w:t>AI chatbot integration</w:t>
      </w:r>
    </w:p>
    <w:p w14:paraId="02A23408" w14:textId="77777777" w:rsidR="00495879" w:rsidRDefault="00000000">
      <w:pPr>
        <w:pStyle w:val="Listepuces"/>
      </w:pPr>
      <w:r>
        <w:t>Community forum</w:t>
      </w:r>
    </w:p>
    <w:p w14:paraId="23B2C331" w14:textId="77777777" w:rsidR="00495879" w:rsidRDefault="00000000">
      <w:pPr>
        <w:pStyle w:val="Listepuces"/>
      </w:pPr>
      <w:r>
        <w:t>Resource library</w:t>
      </w:r>
    </w:p>
    <w:p w14:paraId="1BF6EFB2" w14:textId="77777777" w:rsidR="00495879" w:rsidRDefault="00000000">
      <w:pPr>
        <w:pStyle w:val="Listepuces"/>
      </w:pPr>
      <w:r>
        <w:t>Analytics dashboard (client sees their progress)</w:t>
      </w:r>
    </w:p>
    <w:p w14:paraId="6B562F51" w14:textId="77777777" w:rsidR="00495879" w:rsidRDefault="00000000">
      <w:r>
        <w:rPr>
          <w:b/>
        </w:rPr>
        <w:t>Internal Operations</w:t>
      </w:r>
      <w:r>
        <w:t>:</w:t>
      </w:r>
    </w:p>
    <w:p w14:paraId="64622458" w14:textId="77777777" w:rsidR="00495879" w:rsidRDefault="00000000">
      <w:pPr>
        <w:pStyle w:val="Listepuces"/>
      </w:pPr>
      <w:r>
        <w:t>CRM: HubSpot (client records, pipeline, communications)</w:t>
      </w:r>
    </w:p>
    <w:p w14:paraId="24192FCB" w14:textId="77777777" w:rsidR="00495879" w:rsidRDefault="00000000">
      <w:pPr>
        <w:pStyle w:val="Listepuces"/>
      </w:pPr>
      <w:r>
        <w:t>Scheduling: Calendly + Google Cal</w:t>
      </w:r>
    </w:p>
    <w:p w14:paraId="754B40D4" w14:textId="77777777" w:rsidR="00495879" w:rsidRDefault="00000000">
      <w:pPr>
        <w:pStyle w:val="Listepuces"/>
      </w:pPr>
      <w:r>
        <w:t>Coaching Notes: CoachAccountable</w:t>
      </w:r>
    </w:p>
    <w:p w14:paraId="63030D29" w14:textId="77777777" w:rsidR="00495879" w:rsidRDefault="00000000">
      <w:pPr>
        <w:pStyle w:val="Listepuces"/>
      </w:pPr>
      <w:r>
        <w:t>Payments: Stripe (subscriptions, invoicing)</w:t>
      </w:r>
    </w:p>
    <w:p w14:paraId="071CB963" w14:textId="77777777" w:rsidR="00495879" w:rsidRDefault="00000000">
      <w:pPr>
        <w:pStyle w:val="Listepuces"/>
      </w:pPr>
      <w:r>
        <w:t>Contracts: DocuSign</w:t>
      </w:r>
    </w:p>
    <w:p w14:paraId="7400B61F" w14:textId="77777777" w:rsidR="00495879" w:rsidRDefault="00000000">
      <w:pPr>
        <w:pStyle w:val="Listepuces"/>
      </w:pPr>
      <w:r>
        <w:t>Project Management: ClickUp</w:t>
      </w:r>
    </w:p>
    <w:p w14:paraId="5A57B514" w14:textId="77777777" w:rsidR="00495879" w:rsidRDefault="00000000">
      <w:pPr>
        <w:pStyle w:val="Listepuces"/>
      </w:pPr>
      <w:r>
        <w:t>Communication: Slack (internal), Slack/Email (clients)</w:t>
      </w:r>
    </w:p>
    <w:p w14:paraId="71CA96CE" w14:textId="77777777" w:rsidR="00495879" w:rsidRDefault="00000000">
      <w:pPr>
        <w:pStyle w:val="Titre3"/>
      </w:pPr>
      <w:r>
        <w:t>Team Roles (An 1 → An 3)</w:t>
      </w:r>
    </w:p>
    <w:p w14:paraId="0408552D" w14:textId="77777777" w:rsidR="00495879" w:rsidRDefault="00000000">
      <w:r>
        <w:rPr>
          <w:b/>
        </w:rPr>
        <w:t>An 1</w:t>
      </w:r>
      <w:r>
        <w:t xml:space="preserve"> (2-3 people):</w:t>
      </w:r>
    </w:p>
    <w:p w14:paraId="4EB84808" w14:textId="77777777" w:rsidR="00495879" w:rsidRDefault="00000000">
      <w:pPr>
        <w:pStyle w:val="Listepuces"/>
      </w:pPr>
      <w:r>
        <w:t>Founder/CEO: Lead coach, delivery, sales, strategy</w:t>
      </w:r>
    </w:p>
    <w:p w14:paraId="0EB04CF3" w14:textId="77777777" w:rsidR="00495879" w:rsidRDefault="00000000">
      <w:pPr>
        <w:pStyle w:val="Listepuces"/>
      </w:pPr>
      <w:r>
        <w:t>Virtual Assistant: Admin, scheduling, client support</w:t>
      </w:r>
    </w:p>
    <w:p w14:paraId="1C84CB4A" w14:textId="77777777" w:rsidR="00495879" w:rsidRDefault="00000000">
      <w:pPr>
        <w:pStyle w:val="Listepuces"/>
      </w:pPr>
      <w:r>
        <w:t>Part-time Content Creator: Courses, blog, social</w:t>
      </w:r>
    </w:p>
    <w:p w14:paraId="2D779486" w14:textId="77777777" w:rsidR="00495879" w:rsidRDefault="00000000">
      <w:r>
        <w:rPr>
          <w:b/>
        </w:rPr>
        <w:t>An 2</w:t>
      </w:r>
      <w:r>
        <w:t xml:space="preserve"> (5-6 people):</w:t>
      </w:r>
    </w:p>
    <w:p w14:paraId="5F89ACD3" w14:textId="77777777" w:rsidR="00495879" w:rsidRDefault="00000000">
      <w:pPr>
        <w:pStyle w:val="Listepuces"/>
      </w:pPr>
      <w:r>
        <w:t>Founder/CEO</w:t>
      </w:r>
    </w:p>
    <w:p w14:paraId="3FB7F3D1" w14:textId="77777777" w:rsidR="00495879" w:rsidRDefault="00000000">
      <w:pPr>
        <w:pStyle w:val="Listepuces"/>
      </w:pPr>
      <w:r>
        <w:t>Director of Coaching: Delivery scale, coach training</w:t>
      </w:r>
    </w:p>
    <w:p w14:paraId="0F11789D" w14:textId="77777777" w:rsidR="00495879" w:rsidRDefault="00000000">
      <w:pPr>
        <w:pStyle w:val="Listepuces"/>
      </w:pPr>
      <w:r>
        <w:t>Sales Manager: Pipeline, closing, onboarding</w:t>
      </w:r>
    </w:p>
    <w:p w14:paraId="2C4CD0CA" w14:textId="77777777" w:rsidR="00495879" w:rsidRDefault="00000000">
      <w:pPr>
        <w:pStyle w:val="Listepuces"/>
      </w:pPr>
      <w:r>
        <w:t>Virtual Assistant</w:t>
      </w:r>
    </w:p>
    <w:p w14:paraId="19F2A03D" w14:textId="77777777" w:rsidR="00495879" w:rsidRDefault="00000000">
      <w:pPr>
        <w:pStyle w:val="Listepuces"/>
      </w:pPr>
      <w:r>
        <w:t>Full-time Content/Marketing</w:t>
      </w:r>
    </w:p>
    <w:p w14:paraId="0BFA093F" w14:textId="77777777" w:rsidR="00495879" w:rsidRDefault="00000000">
      <w:pPr>
        <w:pStyle w:val="Listepuces"/>
      </w:pPr>
      <w:r>
        <w:t>Part-time Tech (platform maintenance)</w:t>
      </w:r>
    </w:p>
    <w:p w14:paraId="12417B80" w14:textId="77777777" w:rsidR="00495879" w:rsidRDefault="00000000">
      <w:r>
        <w:rPr>
          <w:b/>
        </w:rPr>
        <w:t>An 3</w:t>
      </w:r>
      <w:r>
        <w:t xml:space="preserve"> (7-8 people):</w:t>
      </w:r>
    </w:p>
    <w:p w14:paraId="752B8728" w14:textId="77777777" w:rsidR="00495879" w:rsidRDefault="00000000">
      <w:pPr>
        <w:pStyle w:val="Listepuces"/>
      </w:pPr>
      <w:r>
        <w:t>Founder/CEO</w:t>
      </w:r>
    </w:p>
    <w:p w14:paraId="21ED0970" w14:textId="77777777" w:rsidR="00495879" w:rsidRDefault="00000000">
      <w:pPr>
        <w:pStyle w:val="Listepuces"/>
      </w:pPr>
      <w:r>
        <w:t>Director of Coaching</w:t>
      </w:r>
    </w:p>
    <w:p w14:paraId="1D8FC390" w14:textId="77777777" w:rsidR="00495879" w:rsidRDefault="00000000">
      <w:pPr>
        <w:pStyle w:val="Listepuces"/>
      </w:pPr>
      <w:r>
        <w:t>2× Senior Coaches (dedicated delivery)</w:t>
      </w:r>
    </w:p>
    <w:p w14:paraId="2F4E35CB" w14:textId="77777777" w:rsidR="00495879" w:rsidRDefault="00000000">
      <w:pPr>
        <w:pStyle w:val="Listepuces"/>
      </w:pPr>
      <w:r>
        <w:t>Sales Manager</w:t>
      </w:r>
    </w:p>
    <w:p w14:paraId="66727559" w14:textId="77777777" w:rsidR="00495879" w:rsidRDefault="00000000">
      <w:pPr>
        <w:pStyle w:val="Listepuces"/>
      </w:pPr>
      <w:r>
        <w:t>Marketing Manager</w:t>
      </w:r>
    </w:p>
    <w:p w14:paraId="500CD7E9" w14:textId="77777777" w:rsidR="00495879" w:rsidRDefault="00000000">
      <w:pPr>
        <w:pStyle w:val="Listepuces"/>
      </w:pPr>
      <w:r>
        <w:t>Operations Manager</w:t>
      </w:r>
    </w:p>
    <w:p w14:paraId="17C3D3CC" w14:textId="77777777" w:rsidR="00495879" w:rsidRDefault="00000000">
      <w:pPr>
        <w:pStyle w:val="Listepuces"/>
      </w:pPr>
      <w:r>
        <w:t>Virtual Assistant</w:t>
      </w:r>
    </w:p>
    <w:p w14:paraId="4EA0FDE5" w14:textId="77777777" w:rsidR="00495879" w:rsidRDefault="00000000">
      <w:pPr>
        <w:pStyle w:val="Titre3"/>
      </w:pPr>
      <w:r>
        <w:t>Quality Assurance</w:t>
      </w:r>
    </w:p>
    <w:p w14:paraId="11390A4B" w14:textId="77777777" w:rsidR="00495879" w:rsidRDefault="00000000">
      <w:r>
        <w:rPr>
          <w:b/>
        </w:rPr>
        <w:t>Client Success Metrics</w:t>
      </w:r>
      <w:r>
        <w:t>:</w:t>
      </w:r>
    </w:p>
    <w:p w14:paraId="544C9964" w14:textId="77777777" w:rsidR="00495879" w:rsidRDefault="00000000">
      <w:pPr>
        <w:pStyle w:val="Listepuces"/>
      </w:pPr>
      <w:r>
        <w:lastRenderedPageBreak/>
        <w:t>NPS surveyed quarterly (target: 70+)</w:t>
      </w:r>
    </w:p>
    <w:p w14:paraId="19A5695F" w14:textId="77777777" w:rsidR="00495879" w:rsidRDefault="00000000">
      <w:pPr>
        <w:pStyle w:val="Listepuces"/>
      </w:pPr>
      <w:r>
        <w:t>Goal achievement tracking (% clients hit objectives)</w:t>
      </w:r>
    </w:p>
    <w:p w14:paraId="79C82565" w14:textId="77777777" w:rsidR="00495879" w:rsidRDefault="00000000">
      <w:pPr>
        <w:pStyle w:val="Listepuces"/>
      </w:pPr>
      <w:r>
        <w:t>Engagement metrics (attendance, platform usage)</w:t>
      </w:r>
    </w:p>
    <w:p w14:paraId="0E4F8343" w14:textId="77777777" w:rsidR="00495879" w:rsidRDefault="00000000">
      <w:pPr>
        <w:pStyle w:val="Listepuces"/>
      </w:pPr>
      <w:r>
        <w:t>Renewals &amp; referrals (90% retention, 40% referral rate target)</w:t>
      </w:r>
    </w:p>
    <w:p w14:paraId="1B6B66A7" w14:textId="77777777" w:rsidR="00495879" w:rsidRDefault="00000000">
      <w:r>
        <w:rPr>
          <w:b/>
        </w:rPr>
        <w:t>Continuous Improvement</w:t>
      </w:r>
      <w:r>
        <w:t>:</w:t>
      </w:r>
    </w:p>
    <w:p w14:paraId="024DC8D2" w14:textId="77777777" w:rsidR="00495879" w:rsidRDefault="00000000">
      <w:pPr>
        <w:pStyle w:val="Listepuces"/>
      </w:pPr>
      <w:r>
        <w:t>Post-program surveys (detailed feedback)</w:t>
      </w:r>
    </w:p>
    <w:p w14:paraId="7D1DE3F2" w14:textId="77777777" w:rsidR="00495879" w:rsidRDefault="00000000">
      <w:pPr>
        <w:pStyle w:val="Listepuces"/>
      </w:pPr>
      <w:r>
        <w:t>Monthly retrospectives (team learns from delivery)</w:t>
      </w:r>
    </w:p>
    <w:p w14:paraId="7EBEBBF0" w14:textId="77777777" w:rsidR="00495879" w:rsidRDefault="00000000">
      <w:pPr>
        <w:pStyle w:val="Listepuces"/>
      </w:pPr>
      <w:r>
        <w:t>Quarterly program updates (incorporate feedback)</w:t>
      </w:r>
    </w:p>
    <w:p w14:paraId="763CF539" w14:textId="77777777" w:rsidR="00495879" w:rsidRDefault="00000000">
      <w:pPr>
        <w:pStyle w:val="Listepuces"/>
      </w:pPr>
      <w:r>
        <w:t>Annual methodology refresh (stay current)</w:t>
      </w:r>
    </w:p>
    <w:p w14:paraId="1B988279" w14:textId="77777777" w:rsidR="00495879" w:rsidRDefault="00000000">
      <w:r>
        <w:t>________________________________________________________________________________</w:t>
      </w:r>
    </w:p>
    <w:p w14:paraId="44D20BB0" w14:textId="77777777" w:rsidR="00495879" w:rsidRDefault="00000000">
      <w:pPr>
        <w:pStyle w:val="Titre2"/>
      </w:pPr>
      <w:r>
        <w:t>5.9 Go-to-Market by Service</w:t>
      </w:r>
    </w:p>
    <w:p w14:paraId="49172D76" w14:textId="77777777" w:rsidR="00495879" w:rsidRDefault="00000000">
      <w:pPr>
        <w:pStyle w:val="Titre3"/>
      </w:pPr>
      <w:r>
        <w:t>TRANSFORM Programs</w:t>
      </w:r>
    </w:p>
    <w:p w14:paraId="1937EF7F" w14:textId="77777777" w:rsidR="00495879" w:rsidRDefault="00000000">
      <w:r>
        <w:rPr>
          <w:b/>
        </w:rPr>
        <w:t>Channels</w:t>
      </w:r>
      <w:r>
        <w:t>:</w:t>
      </w:r>
    </w:p>
    <w:p w14:paraId="11EB96A2" w14:textId="77777777" w:rsidR="00495879" w:rsidRDefault="00000000">
      <w:pPr>
        <w:pStyle w:val="Listenumros"/>
      </w:pPr>
      <w:r>
        <w:t>Content Marketing (blog, LinkedIn, podcast)</w:t>
      </w:r>
    </w:p>
    <w:p w14:paraId="15FE80DF" w14:textId="77777777" w:rsidR="00495879" w:rsidRDefault="00000000">
      <w:pPr>
        <w:pStyle w:val="Listenumros"/>
      </w:pPr>
      <w:r>
        <w:t>Webinars (free masterclasses → pitch)</w:t>
      </w:r>
    </w:p>
    <w:p w14:paraId="5FA2B171" w14:textId="77777777" w:rsidR="00495879" w:rsidRDefault="00000000">
      <w:pPr>
        <w:pStyle w:val="Listenumros"/>
      </w:pPr>
      <w:r>
        <w:t>Referrals (incentivized, 20% commission)</w:t>
      </w:r>
    </w:p>
    <w:p w14:paraId="7F7E325C" w14:textId="77777777" w:rsidR="00495879" w:rsidRDefault="00000000">
      <w:pPr>
        <w:pStyle w:val="Listenumros"/>
      </w:pPr>
      <w:r>
        <w:t>Partnerships (CPAs, lawyers)</w:t>
      </w:r>
    </w:p>
    <w:p w14:paraId="275EEC5C" w14:textId="77777777" w:rsidR="00495879" w:rsidRDefault="00000000">
      <w:r>
        <w:rPr>
          <w:b/>
        </w:rPr>
        <w:t>Conversion Funnel</w:t>
      </w:r>
      <w:r>
        <w:t>:</w:t>
      </w:r>
    </w:p>
    <w:p w14:paraId="7F9E3F7D" w14:textId="77777777" w:rsidR="00495879" w:rsidRDefault="00000000">
      <w:pPr>
        <w:pStyle w:val="Listenumros"/>
      </w:pPr>
      <w:r>
        <w:t>Lead Magnet (free assessment tool)</w:t>
      </w:r>
    </w:p>
    <w:p w14:paraId="74F695D8" w14:textId="77777777" w:rsidR="00495879" w:rsidRDefault="00000000">
      <w:pPr>
        <w:pStyle w:val="Listenumros"/>
      </w:pPr>
      <w:r>
        <w:t>Nurture sequence (email series, value content)</w:t>
      </w:r>
    </w:p>
    <w:p w14:paraId="32DF6DFD" w14:textId="77777777" w:rsidR="00495879" w:rsidRDefault="00000000">
      <w:pPr>
        <w:pStyle w:val="Listenumros"/>
      </w:pPr>
      <w:r>
        <w:t>Chemistry Call (fit assessment, 30 min)</w:t>
      </w:r>
    </w:p>
    <w:p w14:paraId="408B59C1" w14:textId="77777777" w:rsidR="00495879" w:rsidRDefault="00000000">
      <w:pPr>
        <w:pStyle w:val="Listenumros"/>
      </w:pPr>
      <w:r>
        <w:t>Proposal (custom, sent within 24h)</w:t>
      </w:r>
    </w:p>
    <w:p w14:paraId="3CFF0898" w14:textId="77777777" w:rsidR="00495879" w:rsidRDefault="00000000">
      <w:pPr>
        <w:pStyle w:val="Listenumros"/>
      </w:pPr>
      <w:r>
        <w:t>Close call (answer questions, close)</w:t>
      </w:r>
    </w:p>
    <w:p w14:paraId="1EF99400" w14:textId="77777777" w:rsidR="00495879" w:rsidRDefault="00000000">
      <w:r>
        <w:rPr>
          <w:b/>
        </w:rPr>
        <w:t>CAC Target</w:t>
      </w:r>
      <w:r>
        <w:t>: $2,500/client</w:t>
      </w:r>
    </w:p>
    <w:p w14:paraId="67AF833D" w14:textId="77777777" w:rsidR="00495879" w:rsidRDefault="00000000">
      <w:r>
        <w:rPr>
          <w:b/>
        </w:rPr>
        <w:t>LTV</w:t>
      </w:r>
      <w:r>
        <w:t>: $12K-$60K (first year) + renewals</w:t>
      </w:r>
    </w:p>
    <w:p w14:paraId="534AA0B0" w14:textId="77777777" w:rsidR="00495879" w:rsidRDefault="00000000">
      <w:r>
        <w:rPr>
          <w:b/>
        </w:rPr>
        <w:t>LTV:CAC</w:t>
      </w:r>
      <w:r>
        <w:t>: 5-24x (healthy)</w:t>
      </w:r>
    </w:p>
    <w:p w14:paraId="71035E7F" w14:textId="77777777" w:rsidR="00495879" w:rsidRDefault="00000000">
      <w:pPr>
        <w:pStyle w:val="Titre3"/>
      </w:pPr>
      <w:r>
        <w:t>ADVISORY Retainers</w:t>
      </w:r>
    </w:p>
    <w:p w14:paraId="294D10D2" w14:textId="77777777" w:rsidR="00495879" w:rsidRDefault="00000000">
      <w:r>
        <w:rPr>
          <w:b/>
        </w:rPr>
        <w:t>Channels</w:t>
      </w:r>
      <w:r>
        <w:t>:</w:t>
      </w:r>
    </w:p>
    <w:p w14:paraId="0C8B044F" w14:textId="77777777" w:rsidR="00495879" w:rsidRDefault="00000000">
      <w:pPr>
        <w:pStyle w:val="Listenumros"/>
      </w:pPr>
      <w:r>
        <w:t>Referrals (primary, 60% of deals)</w:t>
      </w:r>
    </w:p>
    <w:p w14:paraId="4C311122" w14:textId="77777777" w:rsidR="00495879" w:rsidRDefault="00000000">
      <w:pPr>
        <w:pStyle w:val="Listenumros"/>
      </w:pPr>
      <w:r>
        <w:t>Speaking (conferences, local events)</w:t>
      </w:r>
    </w:p>
    <w:p w14:paraId="116B154E" w14:textId="77777777" w:rsidR="00495879" w:rsidRDefault="00000000">
      <w:pPr>
        <w:pStyle w:val="Listenumros"/>
      </w:pPr>
      <w:r>
        <w:t>LinkedIn outbound (targeted)</w:t>
      </w:r>
    </w:p>
    <w:p w14:paraId="541CFD8B" w14:textId="77777777" w:rsidR="00495879" w:rsidRDefault="00000000">
      <w:pPr>
        <w:pStyle w:val="Listenumros"/>
      </w:pPr>
      <w:r>
        <w:t>TRANSFORM program graduates (20% convert)</w:t>
      </w:r>
    </w:p>
    <w:p w14:paraId="77379DC7" w14:textId="77777777" w:rsidR="00495879" w:rsidRDefault="00000000">
      <w:r>
        <w:rPr>
          <w:b/>
        </w:rPr>
        <w:t>Sales Cycle</w:t>
      </w:r>
      <w:r>
        <w:t>: 30-60 days (longer, high-ticket)</w:t>
      </w:r>
    </w:p>
    <w:p w14:paraId="2BACC4CB" w14:textId="77777777" w:rsidR="00495879" w:rsidRDefault="00000000">
      <w:r>
        <w:rPr>
          <w:b/>
        </w:rPr>
        <w:lastRenderedPageBreak/>
        <w:t>CAC Target</w:t>
      </w:r>
      <w:r>
        <w:t>: $5,000/client (higher okay given LTV)</w:t>
      </w:r>
    </w:p>
    <w:p w14:paraId="1E066FFF" w14:textId="77777777" w:rsidR="00495879" w:rsidRDefault="00000000">
      <w:r>
        <w:rPr>
          <w:b/>
        </w:rPr>
        <w:t>LTV</w:t>
      </w:r>
      <w:r>
        <w:t>: $45K-180K (6-12 months avg engagement)</w:t>
      </w:r>
    </w:p>
    <w:p w14:paraId="780351B7" w14:textId="77777777" w:rsidR="00495879" w:rsidRDefault="00000000">
      <w:r>
        <w:rPr>
          <w:b/>
        </w:rPr>
        <w:t>LTV:CAC</w:t>
      </w:r>
      <w:r>
        <w:t>: 9-36x</w:t>
      </w:r>
    </w:p>
    <w:p w14:paraId="3262CFA5" w14:textId="77777777" w:rsidR="00495879" w:rsidRDefault="00000000">
      <w:pPr>
        <w:pStyle w:val="Titre3"/>
      </w:pPr>
      <w:r>
        <w:t>ACCELERATOR Intensives</w:t>
      </w:r>
    </w:p>
    <w:p w14:paraId="13C4B1A7" w14:textId="77777777" w:rsidR="00495879" w:rsidRDefault="00000000">
      <w:r>
        <w:rPr>
          <w:b/>
        </w:rPr>
        <w:t>Channels</w:t>
      </w:r>
      <w:r>
        <w:t>:</w:t>
      </w:r>
    </w:p>
    <w:p w14:paraId="7BE01CCB" w14:textId="77777777" w:rsidR="00495879" w:rsidRDefault="00000000">
      <w:pPr>
        <w:pStyle w:val="Listenumros"/>
      </w:pPr>
      <w:r>
        <w:t>Webinars (targeted to challenge, ex: "Digital Transformation for SMBs")</w:t>
      </w:r>
    </w:p>
    <w:p w14:paraId="5FBDA2BD" w14:textId="77777777" w:rsidR="00495879" w:rsidRDefault="00000000">
      <w:pPr>
        <w:pStyle w:val="Listenumros"/>
      </w:pPr>
      <w:r>
        <w:t>Platform members (upsell)</w:t>
      </w:r>
    </w:p>
    <w:p w14:paraId="09190468" w14:textId="77777777" w:rsidR="00495879" w:rsidRDefault="00000000">
      <w:pPr>
        <w:pStyle w:val="Listenumros"/>
      </w:pPr>
      <w:r>
        <w:t>Partnerships (SaaS vendors, agencies)</w:t>
      </w:r>
    </w:p>
    <w:p w14:paraId="1FCAB1CC" w14:textId="77777777" w:rsidR="00495879" w:rsidRDefault="00000000">
      <w:pPr>
        <w:pStyle w:val="Listenumros"/>
      </w:pPr>
      <w:r>
        <w:t>Paid ads (LinkedIn, Google)</w:t>
      </w:r>
    </w:p>
    <w:p w14:paraId="3E139270" w14:textId="77777777" w:rsidR="00495879" w:rsidRDefault="00000000">
      <w:r>
        <w:rPr>
          <w:b/>
        </w:rPr>
        <w:t>Cohort Schedule</w:t>
      </w:r>
      <w:r>
        <w:t>: 4/year (Q1, Q2, Q3, Q4 start dates)</w:t>
      </w:r>
    </w:p>
    <w:p w14:paraId="0FE5966D" w14:textId="77777777" w:rsidR="00495879" w:rsidRDefault="00000000">
      <w:r>
        <w:rPr>
          <w:b/>
        </w:rPr>
        <w:t>Enrollment Window</w:t>
      </w:r>
      <w:r>
        <w:t>: 30 days before start</w:t>
      </w:r>
    </w:p>
    <w:p w14:paraId="75C88EDD" w14:textId="77777777" w:rsidR="00495879" w:rsidRDefault="00000000">
      <w:r>
        <w:rPr>
          <w:b/>
        </w:rPr>
        <w:t>CAC Target</w:t>
      </w:r>
      <w:r>
        <w:t>: $2,000/participant</w:t>
      </w:r>
    </w:p>
    <w:p w14:paraId="2A1DA820" w14:textId="77777777" w:rsidR="00495879" w:rsidRDefault="00000000">
      <w:r>
        <w:rPr>
          <w:b/>
        </w:rPr>
        <w:t>LTV</w:t>
      </w:r>
      <w:r>
        <w:t>: $25K-35K (one-time typically, but 30% buy TRANSFORM after)</w:t>
      </w:r>
    </w:p>
    <w:p w14:paraId="4EC7A692" w14:textId="77777777" w:rsidR="00495879" w:rsidRDefault="00000000">
      <w:pPr>
        <w:pStyle w:val="Titre3"/>
      </w:pPr>
      <w:r>
        <w:t>PLATFORM Membership</w:t>
      </w:r>
    </w:p>
    <w:p w14:paraId="5C4E0BCD" w14:textId="77777777" w:rsidR="00495879" w:rsidRDefault="00000000">
      <w:r>
        <w:rPr>
          <w:b/>
        </w:rPr>
        <w:t>Channels</w:t>
      </w:r>
      <w:r>
        <w:t>:</w:t>
      </w:r>
    </w:p>
    <w:p w14:paraId="39278C5E" w14:textId="77777777" w:rsidR="00495879" w:rsidRDefault="00000000">
      <w:pPr>
        <w:pStyle w:val="Listenumros"/>
      </w:pPr>
      <w:r>
        <w:t>SEO/Content (70% of signups)</w:t>
      </w:r>
    </w:p>
    <w:p w14:paraId="3D40C445" w14:textId="77777777" w:rsidR="00495879" w:rsidRDefault="00000000">
      <w:pPr>
        <w:pStyle w:val="Listenumros"/>
      </w:pPr>
      <w:r>
        <w:t>Free trial (7 days)</w:t>
      </w:r>
    </w:p>
    <w:p w14:paraId="78B667E6" w14:textId="77777777" w:rsidR="00495879" w:rsidRDefault="00000000">
      <w:pPr>
        <w:pStyle w:val="Listenumros"/>
      </w:pPr>
      <w:r>
        <w:t>YouTube (tutorials → CTA)</w:t>
      </w:r>
    </w:p>
    <w:p w14:paraId="08BCE4C9" w14:textId="77777777" w:rsidR="00495879" w:rsidRDefault="00000000">
      <w:pPr>
        <w:pStyle w:val="Listenumros"/>
      </w:pPr>
      <w:r>
        <w:t>Affiliates (partners promote for 30% recurring)</w:t>
      </w:r>
    </w:p>
    <w:p w14:paraId="51A19ACE" w14:textId="77777777" w:rsidR="00495879" w:rsidRDefault="00000000">
      <w:r>
        <w:rPr>
          <w:b/>
        </w:rPr>
        <w:t>Self-Serve</w:t>
      </w:r>
      <w:r>
        <w:t>: Fully automated signup → access</w:t>
      </w:r>
    </w:p>
    <w:p w14:paraId="3FBCBBFC" w14:textId="77777777" w:rsidR="00495879" w:rsidRDefault="00000000">
      <w:r>
        <w:rPr>
          <w:b/>
        </w:rPr>
        <w:t>Churn Management</w:t>
      </w:r>
      <w:r>
        <w:t>: Engagement tracking, at-risk outreach, win-back campaigns</w:t>
      </w:r>
    </w:p>
    <w:p w14:paraId="468482A5" w14:textId="77777777" w:rsidR="00495879" w:rsidRDefault="00000000">
      <w:r>
        <w:rPr>
          <w:b/>
        </w:rPr>
        <w:t>CAC Target</w:t>
      </w:r>
      <w:r>
        <w:t>: $100/member (low)</w:t>
      </w:r>
    </w:p>
    <w:p w14:paraId="6494D472" w14:textId="77777777" w:rsidR="00495879" w:rsidRDefault="00000000">
      <w:r>
        <w:rPr>
          <w:b/>
        </w:rPr>
        <w:t>LTV</w:t>
      </w:r>
      <w:r>
        <w:t>: $3K (annual) × 3 years avg = $9K lifetime</w:t>
      </w:r>
    </w:p>
    <w:p w14:paraId="3CA717D2" w14:textId="77777777" w:rsidR="00495879" w:rsidRDefault="00000000">
      <w:r>
        <w:rPr>
          <w:b/>
        </w:rPr>
        <w:t>LTV:CAC</w:t>
      </w:r>
      <w:r>
        <w:t>: 90x (if achieve 3yr retention)</w:t>
      </w:r>
    </w:p>
    <w:p w14:paraId="7149972C" w14:textId="77777777" w:rsidR="00495879" w:rsidRDefault="00000000">
      <w:r>
        <w:t>________________________________________________________________________________</w:t>
      </w:r>
    </w:p>
    <w:p w14:paraId="2F39628E" w14:textId="77777777" w:rsidR="00495879" w:rsidRDefault="00000000">
      <w:pPr>
        <w:pStyle w:val="Titre2"/>
      </w:pPr>
      <w:r>
        <w:t>5.10 Service Roadmap (Future Enhancements)</w:t>
      </w:r>
    </w:p>
    <w:p w14:paraId="4786A6E5" w14:textId="77777777" w:rsidR="00495879" w:rsidRDefault="00000000">
      <w:pPr>
        <w:pStyle w:val="Titre3"/>
      </w:pPr>
      <w:r>
        <w:t>Year 2 Additions</w:t>
      </w:r>
    </w:p>
    <w:p w14:paraId="13BD79B5" w14:textId="77777777" w:rsidR="00495879" w:rsidRDefault="00000000">
      <w:r>
        <w:rPr>
          <w:b/>
        </w:rPr>
        <w:t>TRANSFORM Plus</w:t>
      </w:r>
      <w:r>
        <w:t xml:space="preserve"> (New tier):</w:t>
      </w:r>
    </w:p>
    <w:p w14:paraId="66F2D869" w14:textId="77777777" w:rsidR="00495879" w:rsidRDefault="00000000">
      <w:pPr>
        <w:pStyle w:val="Listepuces"/>
      </w:pPr>
      <w:r>
        <w:t>Between Scale and Transform pricing ($39,997/an)</w:t>
      </w:r>
    </w:p>
    <w:p w14:paraId="0D65352D" w14:textId="77777777" w:rsidR="00495879" w:rsidRDefault="00000000">
      <w:pPr>
        <w:pStyle w:val="Listepuces"/>
      </w:pPr>
      <w:r>
        <w:t>For companies not quite ready for $60K but want more than $24K</w:t>
      </w:r>
    </w:p>
    <w:p w14:paraId="7EB5AA94" w14:textId="77777777" w:rsidR="00495879" w:rsidRDefault="00000000">
      <w:r>
        <w:rPr>
          <w:b/>
        </w:rPr>
        <w:lastRenderedPageBreak/>
        <w:t>Industry-Specific Programs</w:t>
      </w:r>
      <w:r>
        <w:t>:</w:t>
      </w:r>
    </w:p>
    <w:p w14:paraId="1A5DE88D" w14:textId="77777777" w:rsidR="00495879" w:rsidRDefault="00000000">
      <w:pPr>
        <w:pStyle w:val="Listepuces"/>
      </w:pPr>
      <w:r>
        <w:t>TRANSFORM for SaaS</w:t>
      </w:r>
    </w:p>
    <w:p w14:paraId="1FAF3B92" w14:textId="77777777" w:rsidR="00495879" w:rsidRDefault="00000000">
      <w:pPr>
        <w:pStyle w:val="Listepuces"/>
      </w:pPr>
      <w:r>
        <w:t>TRANSFORM for Healthcare</w:t>
      </w:r>
    </w:p>
    <w:p w14:paraId="208D1B6B" w14:textId="77777777" w:rsidR="00495879" w:rsidRDefault="00000000">
      <w:pPr>
        <w:pStyle w:val="Listepuces"/>
      </w:pPr>
      <w:r>
        <w:t>TRANSFORM for Professional Services</w:t>
      </w:r>
    </w:p>
    <w:p w14:paraId="6061A75E" w14:textId="77777777" w:rsidR="00495879" w:rsidRDefault="00000000">
      <w:pPr>
        <w:pStyle w:val="Listepuces"/>
      </w:pPr>
      <w:r>
        <w:t>Premium pricing (+20%) for specialization</w:t>
      </w:r>
    </w:p>
    <w:p w14:paraId="1D5EB6A3" w14:textId="77777777" w:rsidR="00495879" w:rsidRDefault="00000000">
      <w:r>
        <w:rPr>
          <w:b/>
        </w:rPr>
        <w:t>Certification Program</w:t>
      </w:r>
      <w:r>
        <w:t>:</w:t>
      </w:r>
    </w:p>
    <w:p w14:paraId="55915DDC" w14:textId="77777777" w:rsidR="00495879" w:rsidRDefault="00000000">
      <w:pPr>
        <w:pStyle w:val="Listepuces"/>
      </w:pPr>
      <w:r>
        <w:t>Train other coaches in GBCM methodologies</w:t>
      </w:r>
    </w:p>
    <w:p w14:paraId="44CAA82C" w14:textId="77777777" w:rsidR="00495879" w:rsidRDefault="00000000">
      <w:pPr>
        <w:pStyle w:val="Listepuces"/>
      </w:pPr>
      <w:r>
        <w:t>Licensing model (annual fee + royalties)</w:t>
      </w:r>
    </w:p>
    <w:p w14:paraId="2DA2855D" w14:textId="77777777" w:rsidR="00495879" w:rsidRDefault="00000000">
      <w:pPr>
        <w:pStyle w:val="Listepuces"/>
      </w:pPr>
      <w:r>
        <w:t>Expand reach without growing team linearly</w:t>
      </w:r>
    </w:p>
    <w:p w14:paraId="4EE31168" w14:textId="77777777" w:rsidR="00495879" w:rsidRDefault="00000000">
      <w:pPr>
        <w:pStyle w:val="Titre3"/>
      </w:pPr>
      <w:r>
        <w:t>Year 3 Additions</w:t>
      </w:r>
    </w:p>
    <w:p w14:paraId="781FADB3" w14:textId="77777777" w:rsidR="00495879" w:rsidRDefault="00000000">
      <w:r>
        <w:rPr>
          <w:b/>
        </w:rPr>
        <w:t>Corporate Partnerships</w:t>
      </w:r>
      <w:r>
        <w:t>:</w:t>
      </w:r>
    </w:p>
    <w:p w14:paraId="7257B3F2" w14:textId="77777777" w:rsidR="00495879" w:rsidRDefault="00000000">
      <w:pPr>
        <w:pStyle w:val="Listepuces"/>
      </w:pPr>
      <w:r>
        <w:t>Work with enterprise HR to offer to employees</w:t>
      </w:r>
    </w:p>
    <w:p w14:paraId="299F37F0" w14:textId="77777777" w:rsidR="00495879" w:rsidRDefault="00000000">
      <w:pPr>
        <w:pStyle w:val="Listepuces"/>
      </w:pPr>
      <w:r>
        <w:t>Volume pricing (100+ seats)</w:t>
      </w:r>
    </w:p>
    <w:p w14:paraId="5C31B0C0" w14:textId="77777777" w:rsidR="00495879" w:rsidRDefault="00000000">
      <w:pPr>
        <w:pStyle w:val="Listepuces"/>
      </w:pPr>
      <w:r>
        <w:t>White-label platform option</w:t>
      </w:r>
    </w:p>
    <w:p w14:paraId="7956A949" w14:textId="77777777" w:rsidR="00495879" w:rsidRDefault="00000000">
      <w:r>
        <w:rPr>
          <w:b/>
        </w:rPr>
        <w:t>International Expansion</w:t>
      </w:r>
      <w:r>
        <w:t>:</w:t>
      </w:r>
    </w:p>
    <w:p w14:paraId="0CA9592C" w14:textId="77777777" w:rsidR="00495879" w:rsidRDefault="00000000">
      <w:pPr>
        <w:pStyle w:val="Listepuces"/>
      </w:pPr>
      <w:r>
        <w:t>Canada (English, easy start)</w:t>
      </w:r>
    </w:p>
    <w:p w14:paraId="57CEA601" w14:textId="77777777" w:rsidR="00495879" w:rsidRDefault="00000000">
      <w:pPr>
        <w:pStyle w:val="Listepuces"/>
      </w:pPr>
      <w:r>
        <w:t>UK/Europe (timezone friendly)</w:t>
      </w:r>
    </w:p>
    <w:p w14:paraId="2DC356F8" w14:textId="77777777" w:rsidR="00495879" w:rsidRDefault="00000000">
      <w:pPr>
        <w:pStyle w:val="Listepuces"/>
      </w:pPr>
      <w:r>
        <w:t>Content translation (Spanish, French)</w:t>
      </w:r>
    </w:p>
    <w:p w14:paraId="39EC436F" w14:textId="77777777" w:rsidR="00495879" w:rsidRDefault="00000000">
      <w:r>
        <w:rPr>
          <w:b/>
        </w:rPr>
        <w:t>TRANSFORM Virtual Retreats</w:t>
      </w:r>
      <w:r>
        <w:t>:</w:t>
      </w:r>
    </w:p>
    <w:p w14:paraId="37E3BCE9" w14:textId="77777777" w:rsidR="00495879" w:rsidRDefault="00000000">
      <w:pPr>
        <w:pStyle w:val="Listepuces"/>
      </w:pPr>
      <w:r>
        <w:t>2-day immersive experiences (quarterly)</w:t>
      </w:r>
    </w:p>
    <w:p w14:paraId="36D30A57" w14:textId="77777777" w:rsidR="00495879" w:rsidRDefault="00000000">
      <w:pPr>
        <w:pStyle w:val="Listepuces"/>
      </w:pPr>
      <w:r>
        <w:t>Location-based (ex: Napa Valley, Aspen)</w:t>
      </w:r>
    </w:p>
    <w:p w14:paraId="59408152" w14:textId="77777777" w:rsidR="00495879" w:rsidRDefault="00000000">
      <w:pPr>
        <w:pStyle w:val="Listepuces"/>
      </w:pPr>
      <w:r>
        <w:t>Premium pricing ($3K/person add-on)</w:t>
      </w:r>
    </w:p>
    <w:p w14:paraId="1AAE1F34" w14:textId="77777777" w:rsidR="00495879" w:rsidRDefault="00000000">
      <w:pPr>
        <w:pStyle w:val="Listepuces"/>
      </w:pPr>
      <w:r>
        <w:t>Networking + deep work</w:t>
      </w:r>
    </w:p>
    <w:p w14:paraId="24EFBD66" w14:textId="77777777" w:rsidR="00495879" w:rsidRDefault="00000000">
      <w:r>
        <w:t>________________________________________________________________________________</w:t>
      </w:r>
    </w:p>
    <w:p w14:paraId="1C41ABAD" w14:textId="77777777" w:rsidR="00495879" w:rsidRDefault="00000000">
      <w:r>
        <w:rPr>
          <w:b/>
        </w:rPr>
        <w:t>NEXT</w:t>
      </w:r>
      <w:r>
        <w:t>: 06-technology-innovation.md - Stratégie technologique et plateforme digitale</w:t>
      </w:r>
    </w:p>
    <w:p w14:paraId="1E63D97A" w14:textId="77777777" w:rsidR="00495879" w:rsidRDefault="00000000">
      <w:r>
        <w:br w:type="page"/>
      </w:r>
    </w:p>
    <w:p w14:paraId="779AD7B0" w14:textId="77777777" w:rsidR="00495879" w:rsidRDefault="00000000">
      <w:pPr>
        <w:pStyle w:val="Titre1"/>
      </w:pPr>
      <w:r>
        <w:lastRenderedPageBreak/>
        <w:t>6. TECHNOLOGY &amp; INNOVATION STRATEGY</w:t>
      </w:r>
    </w:p>
    <w:p w14:paraId="0A5167E3" w14:textId="77777777" w:rsidR="00495879" w:rsidRDefault="00000000">
      <w:r>
        <w:t>________________________________________________________________________________</w:t>
      </w:r>
    </w:p>
    <w:p w14:paraId="700B2722" w14:textId="77777777" w:rsidR="00495879" w:rsidRDefault="00000000">
      <w:pPr>
        <w:pStyle w:val="Titre2"/>
      </w:pPr>
      <w:r>
        <w:t>📋 TABLE DES MATIÈRES</w:t>
      </w:r>
    </w:p>
    <w:p w14:paraId="76E941FA" w14:textId="77777777" w:rsidR="00495879" w:rsidRDefault="00000000">
      <w:pPr>
        <w:pStyle w:val="Listepuces"/>
      </w:pPr>
      <w:r>
        <w:t>[Vue d'Ensemble](#vue-densemble)</w:t>
      </w:r>
    </w:p>
    <w:p w14:paraId="6D95131F" w14:textId="77777777" w:rsidR="00495879" w:rsidRDefault="00000000">
      <w:pPr>
        <w:pStyle w:val="Listepuces"/>
      </w:pPr>
      <w:r>
        <w:t>[Partenariat Stratégique Lions Dev](#partenariat-stratégique-lions-dev)</w:t>
      </w:r>
    </w:p>
    <w:p w14:paraId="0B0B7D7B" w14:textId="77777777" w:rsidR="00495879" w:rsidRDefault="00000000">
      <w:pPr>
        <w:pStyle w:val="Listepuces"/>
      </w:pPr>
      <w:r>
        <w:t>[Phase 1: Plateforme Digitale Foundation (2026-2027)](#phase-1-plateforme-digitale-foundation-2026-2027)</w:t>
      </w:r>
    </w:p>
    <w:p w14:paraId="52D99CD7" w14:textId="77777777" w:rsidR="00495879" w:rsidRDefault="00000000">
      <w:pPr>
        <w:pStyle w:val="Listepuces"/>
      </w:pPr>
      <w:r>
        <w:t>[Phase 2: Intégration IA &amp; Automation (2027+)](#phase-2-intégration-ia--automation-2027)</w:t>
      </w:r>
    </w:p>
    <w:p w14:paraId="0162D70D" w14:textId="77777777" w:rsidR="00495879" w:rsidRDefault="00000000">
      <w:pPr>
        <w:pStyle w:val="Listepuces"/>
      </w:pPr>
      <w:r>
        <w:t>[Tech Stack Architecture](#tech-stack-architecture)</w:t>
      </w:r>
    </w:p>
    <w:p w14:paraId="47E0B343" w14:textId="77777777" w:rsidR="00495879" w:rsidRDefault="00000000">
      <w:pPr>
        <w:pStyle w:val="Listepuces"/>
      </w:pPr>
      <w:r>
        <w:t>[Proprietary Methodologies Digitalisées](#proprietary-methodologies-digitalisées)</w:t>
      </w:r>
    </w:p>
    <w:p w14:paraId="1249EB42" w14:textId="77777777" w:rsidR="00495879" w:rsidRDefault="00000000">
      <w:pPr>
        <w:pStyle w:val="Listepuces"/>
      </w:pPr>
      <w:r>
        <w:t>[Digital Infrastructure](#digital-infrastructure)</w:t>
      </w:r>
    </w:p>
    <w:p w14:paraId="38D300B8" w14:textId="77777777" w:rsidR="00495879" w:rsidRDefault="00000000">
      <w:pPr>
        <w:pStyle w:val="Listepuces"/>
      </w:pPr>
      <w:r>
        <w:t>[Innovation Roadmap](#innovation-roadmap)</w:t>
      </w:r>
    </w:p>
    <w:p w14:paraId="11CF6019" w14:textId="77777777" w:rsidR="00495879" w:rsidRDefault="00000000">
      <w:pPr>
        <w:pStyle w:val="Listepuces"/>
      </w:pPr>
      <w:r>
        <w:t>[Security &amp; Compliance](#security--compliance)</w:t>
      </w:r>
    </w:p>
    <w:p w14:paraId="5BA65CF9" w14:textId="77777777" w:rsidR="00495879" w:rsidRDefault="00000000">
      <w:pPr>
        <w:pStyle w:val="Listepuces"/>
      </w:pPr>
      <w:r>
        <w:t>[Competitive Technology Advantages](#competitive-technology-advantages)</w:t>
      </w:r>
    </w:p>
    <w:p w14:paraId="184997A6" w14:textId="77777777" w:rsidR="00495879" w:rsidRDefault="00000000">
      <w:r>
        <w:t>________________________________________________________________________________</w:t>
      </w:r>
    </w:p>
    <w:p w14:paraId="5A4B70F4" w14:textId="77777777" w:rsidR="00495879" w:rsidRDefault="00000000">
      <w:pPr>
        <w:pStyle w:val="Titre2"/>
      </w:pPr>
      <w:r>
        <w:t>🎯 VUE D'ENSEMBLE</w:t>
      </w:r>
    </w:p>
    <w:p w14:paraId="1B391C95" w14:textId="77777777" w:rsidR="00495879" w:rsidRDefault="00000000">
      <w:pPr>
        <w:pStyle w:val="Titre3"/>
      </w:pPr>
      <w:r>
        <w:t>Positioning Technologique</w:t>
      </w:r>
    </w:p>
    <w:p w14:paraId="790A2EBB" w14:textId="77777777" w:rsidR="00495879" w:rsidRDefault="00000000">
      <w:r>
        <w:t xml:space="preserve">GBCM LLC se positionne comme </w:t>
      </w:r>
      <w:r>
        <w:rPr>
          <w:b/>
        </w:rPr>
        <w:t>partenaire digital-first</w:t>
      </w:r>
      <w:r>
        <w:t xml:space="preserve"> dans l'industrie du business coaching en 2025-2028, avec une approche pragmatique de transformation technologique:</w:t>
      </w:r>
    </w:p>
    <w:p w14:paraId="16AFBB64" w14:textId="77777777" w:rsidR="00495879" w:rsidRDefault="00000000">
      <w:r>
        <w:rPr>
          <w:b/>
        </w:rPr>
        <w:t>Approche en Deux Phases</w:t>
      </w:r>
      <w:r>
        <w:t>:</w:t>
      </w:r>
    </w:p>
    <w:p w14:paraId="6EB49DC1" w14:textId="77777777" w:rsidR="00495879" w:rsidRDefault="00000000">
      <w:r>
        <w:rPr>
          <w:b/>
        </w:rPr>
        <w:t>Phase 1 (2026-2027): Foundation Digitale</w:t>
      </w:r>
    </w:p>
    <w:p w14:paraId="2214D852" w14:textId="77777777" w:rsidR="00495879" w:rsidRDefault="00000000">
      <w:pPr>
        <w:pStyle w:val="Listepuces"/>
      </w:pPr>
      <w:r>
        <w:t>🌐 **Plateforme client fonctionnelle** - Portail web + mobile (développé par Lions Dev)</w:t>
      </w:r>
    </w:p>
    <w:p w14:paraId="14BB8826" w14:textId="77777777" w:rsidR="00495879" w:rsidRDefault="00000000">
      <w:pPr>
        <w:pStyle w:val="Listepuces"/>
      </w:pPr>
      <w:r>
        <w:t>📚 **Resource Library digitale** - Contenu accessible 24/7</w:t>
      </w:r>
    </w:p>
    <w:p w14:paraId="7962E2C8" w14:textId="77777777" w:rsidR="00495879" w:rsidRDefault="00000000">
      <w:pPr>
        <w:pStyle w:val="Listepuces"/>
      </w:pPr>
      <w:r>
        <w:t>🎥 **Infrastructure vidéo** - Coaching virtuel + workshops</w:t>
      </w:r>
    </w:p>
    <w:p w14:paraId="61A30FB6" w14:textId="77777777" w:rsidR="00495879" w:rsidRDefault="00000000">
      <w:pPr>
        <w:pStyle w:val="Listepuces"/>
      </w:pPr>
      <w:r>
        <w:t>📊 **Analytics basiques** - Tracking engagement et progrès clients</w:t>
      </w:r>
    </w:p>
    <w:p w14:paraId="479E991A" w14:textId="77777777" w:rsidR="00495879" w:rsidRDefault="00000000">
      <w:r>
        <w:rPr>
          <w:b/>
        </w:rPr>
        <w:t>Phase 2 (2027+): IA &amp; Automation</w:t>
      </w:r>
    </w:p>
    <w:p w14:paraId="2A644813" w14:textId="77777777" w:rsidR="00495879" w:rsidRDefault="00000000">
      <w:pPr>
        <w:pStyle w:val="Listepuces"/>
      </w:pPr>
      <w:r>
        <w:t>🤖 **AI Success Coach™** - Assistant IA 24/7 (intégration progressive)</w:t>
      </w:r>
    </w:p>
    <w:p w14:paraId="642DBB45" w14:textId="77777777" w:rsidR="00495879" w:rsidRDefault="00000000">
      <w:pPr>
        <w:pStyle w:val="Listepuces"/>
      </w:pPr>
      <w:r>
        <w:t>📈 **Predictive Analytics** - Insights basés sur données</w:t>
      </w:r>
    </w:p>
    <w:p w14:paraId="49763303" w14:textId="77777777" w:rsidR="00495879" w:rsidRDefault="00000000">
      <w:pPr>
        <w:pStyle w:val="Listepuces"/>
      </w:pPr>
      <w:r>
        <w:t>🔄 **Automated Workflows** - Scaling sans friction</w:t>
      </w:r>
    </w:p>
    <w:p w14:paraId="568FD7F9" w14:textId="77777777" w:rsidR="00495879" w:rsidRDefault="00000000">
      <w:pPr>
        <w:pStyle w:val="Listepuces"/>
      </w:pPr>
      <w:r>
        <w:t>🌐 **Platform Business Model** - Recurring revenue + network effects</w:t>
      </w:r>
    </w:p>
    <w:p w14:paraId="675D5C26" w14:textId="77777777" w:rsidR="00495879" w:rsidRDefault="00000000">
      <w:pPr>
        <w:pStyle w:val="Titre3"/>
      </w:pPr>
      <w:r>
        <w:lastRenderedPageBreak/>
        <w:t>Investissement Technologique Révisé</w:t>
      </w:r>
    </w:p>
    <w:p w14:paraId="03A4FED7" w14:textId="77777777" w:rsidR="00495879" w:rsidRDefault="00000000">
      <w:r>
        <w:rPr>
          <w:b/>
        </w:rPr>
        <w:t>Capital alloué Phase 1</w:t>
      </w:r>
      <w:r>
        <w:t>: $30,000 (20% du budget total Year 1)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5FF2A663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BD13A32" w14:textId="77777777" w:rsidR="00495879" w:rsidRDefault="00000000">
            <w:r>
              <w:rPr>
                <w:sz w:val="20"/>
              </w:rPr>
              <w:t>Catégorie</w:t>
            </w:r>
          </w:p>
        </w:tc>
        <w:tc>
          <w:tcPr>
            <w:tcW w:w="1728" w:type="dxa"/>
          </w:tcPr>
          <w:p w14:paraId="54B283E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1728" w:type="dxa"/>
          </w:tcPr>
          <w:p w14:paraId="5F7C0D5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1728" w:type="dxa"/>
          </w:tcPr>
          <w:p w14:paraId="351982B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  <w:tc>
          <w:tcPr>
            <w:tcW w:w="1728" w:type="dxa"/>
          </w:tcPr>
          <w:p w14:paraId="2EB7E5A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</w:t>
            </w:r>
          </w:p>
        </w:tc>
      </w:tr>
      <w:tr w:rsidR="00495879" w14:paraId="3B4F90A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AE618ED" w14:textId="77777777" w:rsidR="00495879" w:rsidRDefault="00000000">
            <w:r>
              <w:t>**Platform Development** (Lions Dev)</w:t>
            </w:r>
          </w:p>
        </w:tc>
        <w:tc>
          <w:tcPr>
            <w:tcW w:w="1728" w:type="dxa"/>
          </w:tcPr>
          <w:p w14:paraId="68572AB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1728" w:type="dxa"/>
          </w:tcPr>
          <w:p w14:paraId="730DA60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$30,000</w:t>
            </w:r>
          </w:p>
        </w:tc>
        <w:tc>
          <w:tcPr>
            <w:tcW w:w="1728" w:type="dxa"/>
          </w:tcPr>
          <w:p w14:paraId="6DA78A0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$45,000</w:t>
            </w:r>
          </w:p>
        </w:tc>
        <w:tc>
          <w:tcPr>
            <w:tcW w:w="1728" w:type="dxa"/>
          </w:tcPr>
          <w:p w14:paraId="4F66F19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$95,000</w:t>
            </w:r>
          </w:p>
        </w:tc>
      </w:tr>
      <w:tr w:rsidR="00495879" w14:paraId="67BDD32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66D9CED" w14:textId="77777777" w:rsidR="00495879" w:rsidRDefault="00000000">
            <w:r>
              <w:t>**SaaS Tools &amp; Infrastructure**</w:t>
            </w:r>
          </w:p>
        </w:tc>
        <w:tc>
          <w:tcPr>
            <w:tcW w:w="1728" w:type="dxa"/>
          </w:tcPr>
          <w:p w14:paraId="662A21C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$8,000</w:t>
            </w:r>
          </w:p>
        </w:tc>
        <w:tc>
          <w:tcPr>
            <w:tcW w:w="1728" w:type="dxa"/>
          </w:tcPr>
          <w:p w14:paraId="795E24C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1728" w:type="dxa"/>
          </w:tcPr>
          <w:p w14:paraId="2BB6F36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1728" w:type="dxa"/>
          </w:tcPr>
          <w:p w14:paraId="24A4F7A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$48,000</w:t>
            </w:r>
          </w:p>
        </w:tc>
      </w:tr>
      <w:tr w:rsidR="00495879" w14:paraId="77748AB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85B5BCE" w14:textId="77777777" w:rsidR="00495879" w:rsidRDefault="00000000">
            <w:r>
              <w:t>**Security &amp; Compliance**</w:t>
            </w:r>
          </w:p>
        </w:tc>
        <w:tc>
          <w:tcPr>
            <w:tcW w:w="1728" w:type="dxa"/>
          </w:tcPr>
          <w:p w14:paraId="63DDF4B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1728" w:type="dxa"/>
          </w:tcPr>
          <w:p w14:paraId="55019BC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1728" w:type="dxa"/>
          </w:tcPr>
          <w:p w14:paraId="39C2A4F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1728" w:type="dxa"/>
          </w:tcPr>
          <w:p w14:paraId="7B4093D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$17,000</w:t>
            </w:r>
          </w:p>
        </w:tc>
      </w:tr>
      <w:tr w:rsidR="00495879" w14:paraId="1F0833D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CF9EEEF" w14:textId="77777777" w:rsidR="00495879" w:rsidRDefault="00000000">
            <w:r>
              <w:t>**IA/ML Infrastructure** (Phase 2)</w:t>
            </w:r>
          </w:p>
        </w:tc>
        <w:tc>
          <w:tcPr>
            <w:tcW w:w="1728" w:type="dxa"/>
          </w:tcPr>
          <w:p w14:paraId="2B50350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1728" w:type="dxa"/>
          </w:tcPr>
          <w:p w14:paraId="3F0FC84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1728" w:type="dxa"/>
          </w:tcPr>
          <w:p w14:paraId="5B82369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$35,000</w:t>
            </w:r>
          </w:p>
        </w:tc>
        <w:tc>
          <w:tcPr>
            <w:tcW w:w="1728" w:type="dxa"/>
          </w:tcPr>
          <w:p w14:paraId="2D75E61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$50,000</w:t>
            </w:r>
          </w:p>
        </w:tc>
      </w:tr>
      <w:tr w:rsidR="00495879" w14:paraId="4103801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8BA20F1" w14:textId="77777777" w:rsidR="00495879" w:rsidRDefault="00000000">
            <w:r>
              <w:t>**TOTAL**</w:t>
            </w:r>
          </w:p>
        </w:tc>
        <w:tc>
          <w:tcPr>
            <w:tcW w:w="1728" w:type="dxa"/>
          </w:tcPr>
          <w:p w14:paraId="378E82D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**$30,000**</w:t>
            </w:r>
          </w:p>
        </w:tc>
        <w:tc>
          <w:tcPr>
            <w:tcW w:w="1728" w:type="dxa"/>
          </w:tcPr>
          <w:p w14:paraId="713F0C6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**$65,000**</w:t>
            </w:r>
          </w:p>
        </w:tc>
        <w:tc>
          <w:tcPr>
            <w:tcW w:w="1728" w:type="dxa"/>
          </w:tcPr>
          <w:p w14:paraId="1ACCE85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**$115,000**</w:t>
            </w:r>
          </w:p>
        </w:tc>
        <w:tc>
          <w:tcPr>
            <w:tcW w:w="1728" w:type="dxa"/>
          </w:tcPr>
          <w:p w14:paraId="41FA791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**$210,000**</w:t>
            </w:r>
          </w:p>
        </w:tc>
      </w:tr>
    </w:tbl>
    <w:p w14:paraId="3E565A1C" w14:textId="77777777" w:rsidR="00495879" w:rsidRDefault="00495879"/>
    <w:p w14:paraId="11CBB6E5" w14:textId="77777777" w:rsidR="00495879" w:rsidRDefault="00000000">
      <w:r>
        <w:rPr>
          <w:b/>
        </w:rPr>
        <w:t>Économies vs Plan Initial</w:t>
      </w:r>
      <w:r>
        <w:t>:</w:t>
      </w:r>
    </w:p>
    <w:p w14:paraId="4F34370C" w14:textId="77777777" w:rsidR="00495879" w:rsidRDefault="00000000">
      <w:pPr>
        <w:pStyle w:val="Listepuces"/>
      </w:pPr>
      <w:r>
        <w:t>Réduction $60,000 sur 3 ans (passage IA à Phase 2)</w:t>
      </w:r>
    </w:p>
    <w:p w14:paraId="2130A89E" w14:textId="77777777" w:rsidR="00495879" w:rsidRDefault="00000000">
      <w:pPr>
        <w:pStyle w:val="Listepuces"/>
      </w:pPr>
      <w:r>
        <w:t>Utilisation Lions Dev vs équipe tech in-house</w:t>
      </w:r>
    </w:p>
    <w:p w14:paraId="62C18665" w14:textId="77777777" w:rsidR="00495879" w:rsidRDefault="00000000">
      <w:pPr>
        <w:pStyle w:val="Listepuces"/>
      </w:pPr>
      <w:r>
        <w:t>Focus budget sur delivery client plutôt que R&amp;D tech</w:t>
      </w:r>
    </w:p>
    <w:p w14:paraId="354DB818" w14:textId="77777777" w:rsidR="00495879" w:rsidRDefault="00000000">
      <w:r>
        <w:rPr>
          <w:b/>
        </w:rPr>
        <w:t>ROI Attendu Phase 1</w:t>
      </w:r>
      <w:r>
        <w:t>:</w:t>
      </w:r>
    </w:p>
    <w:p w14:paraId="019C3DAD" w14:textId="77777777" w:rsidR="00495879" w:rsidRDefault="00000000">
      <w:pPr>
        <w:pStyle w:val="Listepuces"/>
      </w:pPr>
      <w:r>
        <w:t>Support 30-50 clients simultanés (vs 15 sans plateforme)</w:t>
      </w:r>
    </w:p>
    <w:p w14:paraId="61F6B7DD" w14:textId="77777777" w:rsidR="00495879" w:rsidRDefault="00000000">
      <w:pPr>
        <w:pStyle w:val="Listepuces"/>
      </w:pPr>
      <w:r>
        <w:t>Réduction 30% temps administratif</w:t>
      </w:r>
    </w:p>
    <w:p w14:paraId="50F884F5" w14:textId="77777777" w:rsidR="00495879" w:rsidRDefault="00000000">
      <w:pPr>
        <w:pStyle w:val="Listepuces"/>
      </w:pPr>
      <w:r>
        <w:t>Customer satisfaction: +15% grâce à accessibilité 24/7</w:t>
      </w:r>
    </w:p>
    <w:p w14:paraId="691190FB" w14:textId="77777777" w:rsidR="00495879" w:rsidRDefault="00000000">
      <w:r>
        <w:t>________________________________________________________________________________</w:t>
      </w:r>
    </w:p>
    <w:p w14:paraId="61F3CF30" w14:textId="77777777" w:rsidR="00495879" w:rsidRDefault="00000000">
      <w:pPr>
        <w:pStyle w:val="Titre2"/>
      </w:pPr>
      <w:r>
        <w:t>🦁 PARTENARIAT STRATÉGIQUE LIONS DEV</w:t>
      </w:r>
    </w:p>
    <w:p w14:paraId="616054C1" w14:textId="77777777" w:rsidR="00495879" w:rsidRDefault="00000000">
      <w:pPr>
        <w:pStyle w:val="Titre3"/>
      </w:pPr>
      <w:r>
        <w:t>Présentation</w:t>
      </w:r>
    </w:p>
    <w:p w14:paraId="47A054AB" w14:textId="77777777" w:rsidR="00495879" w:rsidRDefault="00000000">
      <w:r>
        <w:rPr>
          <w:b/>
        </w:rPr>
        <w:t>Lions Dev LLC</w:t>
      </w:r>
      <w:r>
        <w:t xml:space="preserve"> est le partenaire technologique exclusif de GBCM pour tous les aspects informatiques et la transformation digitale.</w:t>
      </w:r>
    </w:p>
    <w:p w14:paraId="6CDCF4D1" w14:textId="77777777" w:rsidR="00495879" w:rsidRDefault="00000000">
      <w:r>
        <w:rPr>
          <w:b/>
        </w:rPr>
        <w:t>Nature du Partenariat</w:t>
      </w:r>
      <w:r>
        <w:t>: Sous-traitance stratégique</w:t>
      </w:r>
    </w:p>
    <w:p w14:paraId="73A8E7D0" w14:textId="77777777" w:rsidR="00495879" w:rsidRDefault="00000000">
      <w:pPr>
        <w:pStyle w:val="Titre3"/>
      </w:pPr>
      <w:r>
        <w:t>Périmètre Technique</w:t>
      </w:r>
    </w:p>
    <w:p w14:paraId="31D21A5D" w14:textId="77777777" w:rsidR="00495879" w:rsidRDefault="00000000">
      <w:r>
        <w:rPr>
          <w:b/>
        </w:rPr>
        <w:t>Lions Dev assure</w:t>
      </w:r>
      <w:r>
        <w:t>:</w:t>
      </w:r>
    </w:p>
    <w:p w14:paraId="644A28BE" w14:textId="77777777" w:rsidR="00495879" w:rsidRDefault="00000000">
      <w:pPr>
        <w:pStyle w:val="Listenumros"/>
      </w:pPr>
      <w:r>
        <w:t>**Développement Plateforme GBCM**</w:t>
      </w:r>
    </w:p>
    <w:p w14:paraId="0C09DB64" w14:textId="77777777" w:rsidR="00495879" w:rsidRDefault="00000000">
      <w:pPr>
        <w:pStyle w:val="Listepuces"/>
      </w:pPr>
      <w:r>
        <w:t>Architecture et développement portail client web</w:t>
      </w:r>
    </w:p>
    <w:p w14:paraId="7132410D" w14:textId="77777777" w:rsidR="00495879" w:rsidRDefault="00000000">
      <w:pPr>
        <w:pStyle w:val="Listepuces"/>
      </w:pPr>
      <w:r>
        <w:t>Application mobile (iOS + Android) via Flutter</w:t>
      </w:r>
    </w:p>
    <w:p w14:paraId="2FF672A1" w14:textId="77777777" w:rsidR="00495879" w:rsidRDefault="00000000">
      <w:pPr>
        <w:pStyle w:val="Listepuces"/>
      </w:pPr>
      <w:r>
        <w:t>Backend API (RESTful services)</w:t>
      </w:r>
    </w:p>
    <w:p w14:paraId="1C985B57" w14:textId="77777777" w:rsidR="00495879" w:rsidRDefault="00000000">
      <w:pPr>
        <w:pStyle w:val="Listepuces"/>
      </w:pPr>
      <w:r>
        <w:lastRenderedPageBreak/>
        <w:t>Intégrations tierces (CRM, paiements, vidéo)</w:t>
      </w:r>
    </w:p>
    <w:p w14:paraId="1BF4CBB6" w14:textId="77777777" w:rsidR="00495879" w:rsidRDefault="00000000">
      <w:pPr>
        <w:pStyle w:val="Listenumros"/>
      </w:pPr>
      <w:r>
        <w:t>**Infrastructure &amp; DevOps**</w:t>
      </w:r>
    </w:p>
    <w:p w14:paraId="1937B3F3" w14:textId="77777777" w:rsidR="00495879" w:rsidRDefault="00000000">
      <w:pPr>
        <w:pStyle w:val="Listepuces"/>
      </w:pPr>
      <w:r>
        <w:t>Setup cloud infrastructure (AWS ou Azure)</w:t>
      </w:r>
    </w:p>
    <w:p w14:paraId="08FF38EA" w14:textId="77777777" w:rsidR="00495879" w:rsidRDefault="00000000">
      <w:pPr>
        <w:pStyle w:val="Listepuces"/>
      </w:pPr>
      <w:r>
        <w:t>Sécurité et conformité (GDPR, CCPA)</w:t>
      </w:r>
    </w:p>
    <w:p w14:paraId="42370EFF" w14:textId="77777777" w:rsidR="00495879" w:rsidRDefault="00000000">
      <w:pPr>
        <w:pStyle w:val="Listepuces"/>
      </w:pPr>
      <w:r>
        <w:t>Monitoring et maintenance continue</w:t>
      </w:r>
    </w:p>
    <w:p w14:paraId="554729FF" w14:textId="77777777" w:rsidR="00495879" w:rsidRDefault="00000000">
      <w:pPr>
        <w:pStyle w:val="Listepuces"/>
      </w:pPr>
      <w:r>
        <w:t>Support technique niveau 2-3</w:t>
      </w:r>
    </w:p>
    <w:p w14:paraId="262301EA" w14:textId="77777777" w:rsidR="00495879" w:rsidRDefault="00000000">
      <w:pPr>
        <w:pStyle w:val="Listenumros"/>
      </w:pPr>
      <w:r>
        <w:t>**Transformation Digitale Clients**</w:t>
      </w:r>
    </w:p>
    <w:p w14:paraId="280D4587" w14:textId="77777777" w:rsidR="00495879" w:rsidRDefault="00000000">
      <w:pPr>
        <w:pStyle w:val="Listepuces"/>
      </w:pPr>
      <w:r>
        <w:t>Implémentation solutions tech pour clients GBCM</w:t>
      </w:r>
    </w:p>
    <w:p w14:paraId="20310584" w14:textId="77777777" w:rsidR="00495879" w:rsidRDefault="00000000">
      <w:pPr>
        <w:pStyle w:val="Listepuces"/>
      </w:pPr>
      <w:r>
        <w:t>Consulting technique spécialisé</w:t>
      </w:r>
    </w:p>
    <w:p w14:paraId="13AD58A5" w14:textId="77777777" w:rsidR="00495879" w:rsidRDefault="00000000">
      <w:pPr>
        <w:pStyle w:val="Listepuces"/>
      </w:pPr>
      <w:r>
        <w:t>Formation utilisateurs finaux</w:t>
      </w:r>
    </w:p>
    <w:p w14:paraId="7C2E748D" w14:textId="77777777" w:rsidR="00495879" w:rsidRDefault="00000000">
      <w:pPr>
        <w:pStyle w:val="Listepuces"/>
      </w:pPr>
      <w:r>
        <w:t>Support post-implémentation</w:t>
      </w:r>
    </w:p>
    <w:p w14:paraId="1D3A316C" w14:textId="77777777" w:rsidR="00495879" w:rsidRDefault="00000000">
      <w:pPr>
        <w:pStyle w:val="Titre3"/>
      </w:pPr>
      <w:r>
        <w:t>Modèle Financier</w:t>
      </w:r>
    </w:p>
    <w:p w14:paraId="5C86BACC" w14:textId="77777777" w:rsidR="00495879" w:rsidRDefault="00000000">
      <w:r>
        <w:rPr>
          <w:b/>
        </w:rPr>
        <w:t>Phase 1 (An 1-2)</w:t>
      </w:r>
      <w:r>
        <w:t>:</w:t>
      </w:r>
    </w:p>
    <w:p w14:paraId="37B917A6" w14:textId="77777777" w:rsidR="00495879" w:rsidRDefault="00000000">
      <w:pPr>
        <w:pStyle w:val="Listepuces"/>
      </w:pPr>
      <w:r>
        <w:t>**MVP Plateforme**: $15,000-20,000 (forfait développement initial)</w:t>
      </w:r>
    </w:p>
    <w:p w14:paraId="52CD1897" w14:textId="77777777" w:rsidR="00495879" w:rsidRDefault="00000000">
      <w:pPr>
        <w:pStyle w:val="Listepuces"/>
      </w:pPr>
      <w:r>
        <w:t>**Maintenance**: $500-1,000/mois</w:t>
      </w:r>
    </w:p>
    <w:p w14:paraId="2135382B" w14:textId="77777777" w:rsidR="00495879" w:rsidRDefault="00000000">
      <w:pPr>
        <w:pStyle w:val="Listepuces"/>
      </w:pPr>
      <w:r>
        <w:t>**Projets clients**: Facturation au cas par cas (hourly ou forfait)</w:t>
      </w:r>
    </w:p>
    <w:p w14:paraId="11B87EE6" w14:textId="77777777" w:rsidR="00495879" w:rsidRDefault="00000000">
      <w:r>
        <w:rPr>
          <w:b/>
        </w:rPr>
        <w:t>Phase 2 (An 3+)</w:t>
      </w:r>
      <w:r>
        <w:t>:</w:t>
      </w:r>
    </w:p>
    <w:p w14:paraId="6DE8F6A6" w14:textId="77777777" w:rsidR="00495879" w:rsidRDefault="00000000">
      <w:pPr>
        <w:pStyle w:val="Listepuces"/>
      </w:pPr>
      <w:r>
        <w:t>**Évolution continue**: $2,000-3,000/mois (retainer)</w:t>
      </w:r>
    </w:p>
    <w:p w14:paraId="1D4B27E2" w14:textId="77777777" w:rsidR="00495879" w:rsidRDefault="00000000">
      <w:pPr>
        <w:pStyle w:val="Listepuces"/>
      </w:pPr>
      <w:r>
        <w:t>**Projets majeurs**: Forfaits projet (ex: intégration IA)</w:t>
      </w:r>
    </w:p>
    <w:p w14:paraId="6745BA07" w14:textId="77777777" w:rsidR="00495879" w:rsidRDefault="00000000">
      <w:pPr>
        <w:pStyle w:val="Listepuces"/>
      </w:pPr>
      <w:r>
        <w:t>**Rev-share optionnel**: 10-15% sur projets tech vendus aux clients</w:t>
      </w:r>
    </w:p>
    <w:p w14:paraId="78FE8FD5" w14:textId="77777777" w:rsidR="00495879" w:rsidRDefault="00000000">
      <w:pPr>
        <w:pStyle w:val="Titre3"/>
      </w:pPr>
      <w:r>
        <w:t>Avantages Stratégiques</w:t>
      </w:r>
    </w:p>
    <w:p w14:paraId="58E0D0CB" w14:textId="77777777" w:rsidR="00495879" w:rsidRDefault="00000000">
      <w:r>
        <w:rPr>
          <w:b/>
        </w:rPr>
        <w:t>Pour GBCM</w:t>
      </w:r>
      <w:r>
        <w:t>:</w:t>
      </w:r>
    </w:p>
    <w:p w14:paraId="43B6E3AC" w14:textId="77777777" w:rsidR="00495879" w:rsidRDefault="00000000">
      <w:pPr>
        <w:pStyle w:val="Listepuces"/>
      </w:pPr>
      <w:r>
        <w:t>✅ Focus sur cœur de métier (coaching/consulting)</w:t>
      </w:r>
    </w:p>
    <w:p w14:paraId="5A4914D9" w14:textId="77777777" w:rsidR="00495879" w:rsidRDefault="00000000">
      <w:pPr>
        <w:pStyle w:val="Listepuces"/>
      </w:pPr>
      <w:r>
        <w:t>✅ Pas besoin CTO ou équipe tech An 1-2 (économie $120K+/an)</w:t>
      </w:r>
    </w:p>
    <w:p w14:paraId="40B1C118" w14:textId="77777777" w:rsidR="00495879" w:rsidRDefault="00000000">
      <w:pPr>
        <w:pStyle w:val="Listepuces"/>
      </w:pPr>
      <w:r>
        <w:t>✅ Expertise technique garantie</w:t>
      </w:r>
    </w:p>
    <w:p w14:paraId="7E497DA5" w14:textId="77777777" w:rsidR="00495879" w:rsidRDefault="00000000">
      <w:pPr>
        <w:pStyle w:val="Listepuces"/>
      </w:pPr>
      <w:r>
        <w:t>✅ Scalabilité (Lions Dev absorbe croissance)</w:t>
      </w:r>
    </w:p>
    <w:p w14:paraId="64663187" w14:textId="77777777" w:rsidR="00495879" w:rsidRDefault="00000000">
      <w:pPr>
        <w:pStyle w:val="Listepuces"/>
      </w:pPr>
      <w:r>
        <w:t>✅ Time-to-market rapide (pas de recrutement tech)</w:t>
      </w:r>
    </w:p>
    <w:p w14:paraId="3F86FB5C" w14:textId="77777777" w:rsidR="00495879" w:rsidRDefault="00000000">
      <w:r>
        <w:rPr>
          <w:b/>
        </w:rPr>
        <w:t>Pour Clients</w:t>
      </w:r>
      <w:r>
        <w:t>:</w:t>
      </w:r>
    </w:p>
    <w:p w14:paraId="3865C0CE" w14:textId="77777777" w:rsidR="00495879" w:rsidRDefault="00000000">
      <w:pPr>
        <w:pStyle w:val="Listepuces"/>
      </w:pPr>
      <w:r>
        <w:t>✅ Offre complète: Stratégie (GBCM) + Exécution technique (Lions Dev)</w:t>
      </w:r>
    </w:p>
    <w:p w14:paraId="32A26425" w14:textId="77777777" w:rsidR="00495879" w:rsidRDefault="00000000">
      <w:pPr>
        <w:pStyle w:val="Listepuces"/>
      </w:pPr>
      <w:r>
        <w:t>✅ Point de contact unique (GBCM)</w:t>
      </w:r>
    </w:p>
    <w:p w14:paraId="1AE8B9F5" w14:textId="77777777" w:rsidR="00495879" w:rsidRDefault="00000000">
      <w:pPr>
        <w:pStyle w:val="Listepuces"/>
      </w:pPr>
      <w:r>
        <w:t>✅ Qualité garantie</w:t>
      </w:r>
    </w:p>
    <w:p w14:paraId="6D32AFA9" w14:textId="77777777" w:rsidR="00495879" w:rsidRDefault="00000000">
      <w:pPr>
        <w:pStyle w:val="Listepuces"/>
      </w:pPr>
      <w:r>
        <w:t>✅ Support continu</w:t>
      </w:r>
    </w:p>
    <w:p w14:paraId="4C89E76C" w14:textId="77777777" w:rsidR="00495879" w:rsidRDefault="00000000">
      <w:pPr>
        <w:pStyle w:val="Titre3"/>
      </w:pPr>
      <w:r>
        <w:lastRenderedPageBreak/>
        <w:t>Différenciation Marché</w:t>
      </w:r>
    </w:p>
    <w:p w14:paraId="617FEBFB" w14:textId="77777777" w:rsidR="00495879" w:rsidRDefault="00000000">
      <w:r>
        <w:rPr>
          <w:b/>
        </w:rPr>
        <w:t>"Le seul cabinet de conseil qui peut exécuter la transformation digitale de bout en bout"</w:t>
      </w:r>
    </w:p>
    <w:p w14:paraId="038CDC8C" w14:textId="77777777" w:rsidR="00495879" w:rsidRDefault="00000000">
      <w:pPr>
        <w:pStyle w:val="Listepuces"/>
      </w:pPr>
      <w:r>
        <w:t>La plupart des coaches recommandent des outils mais ne les implémentent pas</w:t>
      </w:r>
    </w:p>
    <w:p w14:paraId="4DF58A9A" w14:textId="77777777" w:rsidR="00495879" w:rsidRDefault="00000000">
      <w:pPr>
        <w:pStyle w:val="Listepuces"/>
      </w:pPr>
      <w:r>
        <w:t>GBCM via Lions Dev livre clé en main: Stratégie → Implémentation → Adoption</w:t>
      </w:r>
    </w:p>
    <w:p w14:paraId="5FD30212" w14:textId="77777777" w:rsidR="00495879" w:rsidRDefault="00000000">
      <w:pPr>
        <w:pStyle w:val="Listepuces"/>
      </w:pPr>
      <w:r>
        <w:t>Évite le "PowerPoint syndrome" (recommandations jamais implémentées)</w:t>
      </w:r>
    </w:p>
    <w:p w14:paraId="3D035B5C" w14:textId="77777777" w:rsidR="00495879" w:rsidRDefault="00000000">
      <w:r>
        <w:t>________________________________________________________________________________</w:t>
      </w:r>
    </w:p>
    <w:p w14:paraId="44D4A4B3" w14:textId="77777777" w:rsidR="00495879" w:rsidRDefault="00000000">
      <w:pPr>
        <w:pStyle w:val="Titre2"/>
      </w:pPr>
      <w:r>
        <w:t>🏗️ PHASE 1: PLATEFORME DIGITALE FOUNDATION (2026-2027)</w:t>
      </w:r>
    </w:p>
    <w:p w14:paraId="2CBF3D6C" w14:textId="77777777" w:rsidR="00495879" w:rsidRDefault="00000000">
      <w:pPr>
        <w:pStyle w:val="Titre3"/>
      </w:pPr>
      <w:r>
        <w:t>Objectifs Phase 1</w:t>
      </w:r>
    </w:p>
    <w:p w14:paraId="3FA41C45" w14:textId="77777777" w:rsidR="00495879" w:rsidRDefault="00000000">
      <w:r>
        <w:rPr>
          <w:b/>
        </w:rPr>
        <w:t>Créer une plateforme digitale fonctionnelle qui permet</w:t>
      </w:r>
      <w:r>
        <w:t>:</w:t>
      </w:r>
    </w:p>
    <w:p w14:paraId="15DD5A36" w14:textId="77777777" w:rsidR="00495879" w:rsidRDefault="00000000">
      <w:pPr>
        <w:pStyle w:val="Listenumros"/>
      </w:pPr>
      <w:r>
        <w:t>Gestion centralisée de tous les clients</w:t>
      </w:r>
    </w:p>
    <w:p w14:paraId="67DA869B" w14:textId="77777777" w:rsidR="00495879" w:rsidRDefault="00000000">
      <w:pPr>
        <w:pStyle w:val="Listenumros"/>
      </w:pPr>
      <w:r>
        <w:t>Livraison de contenu (vidéos, documents, templates)</w:t>
      </w:r>
    </w:p>
    <w:p w14:paraId="456AE2F7" w14:textId="77777777" w:rsidR="00495879" w:rsidRDefault="00000000">
      <w:pPr>
        <w:pStyle w:val="Listenumros"/>
      </w:pPr>
      <w:r>
        <w:t>Scheduling et vidéo-conférence intégrés</w:t>
      </w:r>
    </w:p>
    <w:p w14:paraId="309204D5" w14:textId="77777777" w:rsidR="00495879" w:rsidRDefault="00000000">
      <w:pPr>
        <w:pStyle w:val="Listenumros"/>
      </w:pPr>
      <w:r>
        <w:t>Tracking basique de progrès clients</w:t>
      </w:r>
    </w:p>
    <w:p w14:paraId="6CD036D1" w14:textId="77777777" w:rsidR="00495879" w:rsidRDefault="00000000">
      <w:pPr>
        <w:pStyle w:val="Listenumros"/>
      </w:pPr>
      <w:r>
        <w:t>Communication async (messaging, forums)</w:t>
      </w:r>
    </w:p>
    <w:p w14:paraId="0AD3EF28" w14:textId="77777777" w:rsidR="00495879" w:rsidRDefault="00000000">
      <w:r>
        <w:rPr>
          <w:b/>
        </w:rPr>
        <w:t>PAS d'IA en Phase 1</w:t>
      </w:r>
      <w:r>
        <w:t xml:space="preserve"> - Focus sur solide foundation digitale classique</w:t>
      </w:r>
    </w:p>
    <w:p w14:paraId="7F8A957D" w14:textId="77777777" w:rsidR="00495879" w:rsidRDefault="00000000">
      <w:pPr>
        <w:pStyle w:val="Titre3"/>
      </w:pPr>
      <w:r>
        <w:t>Tech Stack Phase 1</w:t>
      </w:r>
    </w:p>
    <w:p w14:paraId="0295D2F3" w14:textId="77777777" w:rsidR="00495879" w:rsidRDefault="00000000">
      <w:pPr>
        <w:pStyle w:val="Titre4"/>
      </w:pPr>
      <w:r>
        <w:t>Backend</w:t>
      </w:r>
    </w:p>
    <w:p w14:paraId="48CA758A" w14:textId="77777777" w:rsidR="00495879" w:rsidRDefault="00000000">
      <w:pPr>
        <w:pStyle w:val="Listepuces"/>
      </w:pPr>
      <w:r>
        <w:t>**Framework**: Node.js + Express OU Python + FastAPI</w:t>
      </w:r>
    </w:p>
    <w:p w14:paraId="1A0C10FF" w14:textId="77777777" w:rsidR="00495879" w:rsidRDefault="00000000">
      <w:pPr>
        <w:pStyle w:val="Listepuces"/>
      </w:pPr>
      <w:r>
        <w:t>**Database**: PostgreSQL (données structurées) + MongoDB (contenu flexible)</w:t>
      </w:r>
    </w:p>
    <w:p w14:paraId="5BF4B34B" w14:textId="77777777" w:rsidR="00495879" w:rsidRDefault="00000000">
      <w:pPr>
        <w:pStyle w:val="Listepuces"/>
      </w:pPr>
      <w:r>
        <w:t>**Authentication**: Auth0 ou Firebase Auth (OAuth, SSO)</w:t>
      </w:r>
    </w:p>
    <w:p w14:paraId="558F27FA" w14:textId="77777777" w:rsidR="00495879" w:rsidRDefault="00000000">
      <w:pPr>
        <w:pStyle w:val="Listepuces"/>
      </w:pPr>
      <w:r>
        <w:t>**API**: RESTful APIs</w:t>
      </w:r>
    </w:p>
    <w:p w14:paraId="6FFD7297" w14:textId="77777777" w:rsidR="00495879" w:rsidRDefault="00000000">
      <w:pPr>
        <w:pStyle w:val="Listepuces"/>
      </w:pPr>
      <w:r>
        <w:t>**Hosting**: AWS ou Heroku (simple setup An 1)</w:t>
      </w:r>
    </w:p>
    <w:p w14:paraId="692203B6" w14:textId="77777777" w:rsidR="00495879" w:rsidRDefault="00000000">
      <w:pPr>
        <w:pStyle w:val="Titre4"/>
      </w:pPr>
      <w:r>
        <w:t>Frontend</w:t>
      </w:r>
    </w:p>
    <w:p w14:paraId="58F55CDE" w14:textId="77777777" w:rsidR="00495879" w:rsidRDefault="00000000">
      <w:pPr>
        <w:pStyle w:val="Listepuces"/>
      </w:pPr>
      <w:r>
        <w:t>**Web App**: React.js ou Vue.js</w:t>
      </w:r>
    </w:p>
    <w:p w14:paraId="57F8A53C" w14:textId="77777777" w:rsidR="00495879" w:rsidRDefault="00000000">
      <w:pPr>
        <w:pStyle w:val="Listepuces"/>
      </w:pPr>
      <w:r>
        <w:t>**Mobile App**: Flutter (iOS + Android from single codebase)</w:t>
      </w:r>
    </w:p>
    <w:p w14:paraId="78E7E0E9" w14:textId="77777777" w:rsidR="00495879" w:rsidRDefault="00000000">
      <w:pPr>
        <w:pStyle w:val="Listepuces"/>
      </w:pPr>
      <w:r>
        <w:t>**Design System**: Tailwind CSS ou Material UI</w:t>
      </w:r>
    </w:p>
    <w:p w14:paraId="72AC3CFB" w14:textId="77777777" w:rsidR="00495879" w:rsidRDefault="00000000">
      <w:pPr>
        <w:pStyle w:val="Listepuces"/>
      </w:pPr>
      <w:r>
        <w:t>**State Management**: Redux ou Vuex</w:t>
      </w:r>
    </w:p>
    <w:p w14:paraId="54AC7094" w14:textId="77777777" w:rsidR="00495879" w:rsidRDefault="00000000">
      <w:pPr>
        <w:pStyle w:val="Titre4"/>
      </w:pPr>
      <w:r>
        <w:t>Intégrations Tierces</w:t>
      </w:r>
    </w:p>
    <w:p w14:paraId="7667C04B" w14:textId="77777777" w:rsidR="00495879" w:rsidRDefault="00000000">
      <w:pPr>
        <w:pStyle w:val="Listepuces"/>
      </w:pPr>
      <w:r>
        <w:t>**Vidéo**: Zoom API (scheduling, join links)</w:t>
      </w:r>
    </w:p>
    <w:p w14:paraId="0548F7FC" w14:textId="77777777" w:rsidR="00495879" w:rsidRDefault="00000000">
      <w:pPr>
        <w:pStyle w:val="Listepuces"/>
      </w:pPr>
      <w:r>
        <w:t>**Paiements**: Stripe (subscriptions, invoices)</w:t>
      </w:r>
    </w:p>
    <w:p w14:paraId="5B5E200A" w14:textId="77777777" w:rsidR="00495879" w:rsidRDefault="00000000">
      <w:pPr>
        <w:pStyle w:val="Listepuces"/>
      </w:pPr>
      <w:r>
        <w:t>**Email**: SendGrid ou Mailgun</w:t>
      </w:r>
    </w:p>
    <w:p w14:paraId="450000E4" w14:textId="77777777" w:rsidR="00495879" w:rsidRDefault="00000000">
      <w:pPr>
        <w:pStyle w:val="Listepuces"/>
      </w:pPr>
      <w:r>
        <w:t>**CRM**: HubSpot API ou Airtable</w:t>
      </w:r>
    </w:p>
    <w:p w14:paraId="2C2EFBD4" w14:textId="77777777" w:rsidR="00495879" w:rsidRDefault="00000000">
      <w:pPr>
        <w:pStyle w:val="Listepuces"/>
      </w:pPr>
      <w:r>
        <w:t>**Analytics**: Google Analytics + Mixpanel</w:t>
      </w:r>
    </w:p>
    <w:p w14:paraId="217FB50E" w14:textId="77777777" w:rsidR="00495879" w:rsidRDefault="00000000">
      <w:pPr>
        <w:pStyle w:val="Titre4"/>
      </w:pPr>
      <w:r>
        <w:lastRenderedPageBreak/>
        <w:t>Infrastructure</w:t>
      </w:r>
    </w:p>
    <w:p w14:paraId="3B51A70A" w14:textId="77777777" w:rsidR="00495879" w:rsidRDefault="00000000">
      <w:pPr>
        <w:pStyle w:val="Listepuces"/>
      </w:pPr>
      <w:r>
        <w:t>**Hosting**: AWS EC2 ou Heroku</w:t>
      </w:r>
    </w:p>
    <w:p w14:paraId="4681F303" w14:textId="77777777" w:rsidR="00495879" w:rsidRDefault="00000000">
      <w:pPr>
        <w:pStyle w:val="Listepuces"/>
      </w:pPr>
      <w:r>
        <w:t>**Storage**: AWS S3 (videos, documents)</w:t>
      </w:r>
    </w:p>
    <w:p w14:paraId="0254A5C4" w14:textId="77777777" w:rsidR="00495879" w:rsidRDefault="00000000">
      <w:pPr>
        <w:pStyle w:val="Listepuces"/>
      </w:pPr>
      <w:r>
        <w:t>**CDN**: CloudFlare (performance globale)</w:t>
      </w:r>
    </w:p>
    <w:p w14:paraId="0468045B" w14:textId="77777777" w:rsidR="00495879" w:rsidRDefault="00000000">
      <w:pPr>
        <w:pStyle w:val="Listepuces"/>
      </w:pPr>
      <w:r>
        <w:t>**Monitoring**: Sentry (error tracking), UptimeRobot</w:t>
      </w:r>
    </w:p>
    <w:p w14:paraId="257BDAB9" w14:textId="77777777" w:rsidR="00495879" w:rsidRDefault="00000000">
      <w:pPr>
        <w:pStyle w:val="Titre3"/>
      </w:pPr>
      <w:r>
        <w:t>Fonctionnalités Clés Phase 1</w:t>
      </w:r>
    </w:p>
    <w:p w14:paraId="1B82B681" w14:textId="77777777" w:rsidR="00495879" w:rsidRDefault="00000000">
      <w:pPr>
        <w:pStyle w:val="Titre4"/>
      </w:pPr>
      <w:r>
        <w:t>1. Client Portal (GBCM Hub v1.0)</w:t>
      </w:r>
    </w:p>
    <w:p w14:paraId="00A02C26" w14:textId="77777777" w:rsidR="00495879" w:rsidRDefault="00000000">
      <w:r>
        <w:rPr>
          <w:b/>
        </w:rPr>
        <w:t>Dashboard</w:t>
      </w:r>
      <w:r>
        <w:t>:</w:t>
      </w:r>
    </w:p>
    <w:p w14:paraId="1BCA6F4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┌─────────────────────────────────────────────────┐</w:t>
      </w:r>
    </w:p>
    <w:p w14:paraId="401AF0B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Bienvenue, Sarah! 👋                           │</w:t>
      </w:r>
    </w:p>
    <w:p w14:paraId="6491468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├─────────────────────────────────────────────────┤</w:t>
      </w:r>
    </w:p>
    <w:p w14:paraId="344B0BF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À VENIR                                        │</w:t>
      </w:r>
    </w:p>
    <w:p w14:paraId="3E17170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• Workshop: "Scaling Operations" (Demain 14h)  │</w:t>
      </w:r>
    </w:p>
    <w:p w14:paraId="16DAB9D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• 1-on-1 Coaching (Jeudi 10h)                  │</w:t>
      </w:r>
    </w:p>
    <w:p w14:paraId="6018283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• Q4 Strategy Session (15 Oct)                 │</w:t>
      </w:r>
    </w:p>
    <w:p w14:paraId="19CBF89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                                   │</w:t>
      </w:r>
    </w:p>
    <w:p w14:paraId="410D53B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VOTRE PROGRESSION                              │</w:t>
      </w:r>
    </w:p>
    <w:p w14:paraId="37513B3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• Scale Framework Score: 64 → 71 (+7 🎉)       │</w:t>
      </w:r>
    </w:p>
    <w:p w14:paraId="4258AAF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• Modules Complétés: 23/50 (46%)               │</w:t>
      </w:r>
    </w:p>
    <w:p w14:paraId="5EA4336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• Objectifs Atteints: 8/12 OKRs Q3             │</w:t>
      </w:r>
    </w:p>
    <w:p w14:paraId="5C54D68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                                   │</w:t>
      </w:r>
    </w:p>
    <w:p w14:paraId="3DB7BAC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ACTIONS RAPIDES                                │</w:t>
      </w:r>
    </w:p>
    <w:p w14:paraId="4C85898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[Réserver Session] [Bibliothèque] [Messages]   │</w:t>
      </w:r>
    </w:p>
    <w:p w14:paraId="39F92DE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└─────────────────────────────────────────────────┘</w:t>
      </w:r>
    </w:p>
    <w:p w14:paraId="27638D94" w14:textId="77777777" w:rsidR="00495879" w:rsidRDefault="00000000">
      <w:r>
        <w:rPr>
          <w:b/>
        </w:rPr>
        <w:t>Navigation</w:t>
      </w:r>
      <w:r>
        <w:t>:</w:t>
      </w:r>
    </w:p>
    <w:p w14:paraId="313B2E40" w14:textId="77777777" w:rsidR="00495879" w:rsidRDefault="00000000">
      <w:pPr>
        <w:pStyle w:val="Listenumros"/>
      </w:pPr>
      <w:r>
        <w:t>Dashboard - Vue d'ensemble</w:t>
      </w:r>
    </w:p>
    <w:p w14:paraId="466A0BAA" w14:textId="77777777" w:rsidR="00495879" w:rsidRDefault="00000000">
      <w:pPr>
        <w:pStyle w:val="Listenumros"/>
      </w:pPr>
      <w:r>
        <w:t>Sessions - Réserver, rejoindre appels vidéo, notes</w:t>
      </w:r>
    </w:p>
    <w:p w14:paraId="6D4E5E5C" w14:textId="77777777" w:rsidR="00495879" w:rsidRDefault="00000000">
      <w:pPr>
        <w:pStyle w:val="Listenumros"/>
      </w:pPr>
      <w:r>
        <w:t>Workshops - Calendrier, enregistrements, matériaux</w:t>
      </w:r>
    </w:p>
    <w:p w14:paraId="7286D4F2" w14:textId="77777777" w:rsidR="00495879" w:rsidRDefault="00000000">
      <w:pPr>
        <w:pStyle w:val="Listenumros"/>
      </w:pPr>
      <w:r>
        <w:t>Bibliothèque - Modules, templates, outils</w:t>
      </w:r>
    </w:p>
    <w:p w14:paraId="39A44CEA" w14:textId="77777777" w:rsidR="00495879" w:rsidRDefault="00000000">
      <w:pPr>
        <w:pStyle w:val="Listenumros"/>
      </w:pPr>
      <w:r>
        <w:t>Communauté - Forums, connections pairs</w:t>
      </w:r>
    </w:p>
    <w:p w14:paraId="6F27705E" w14:textId="77777777" w:rsidR="00495879" w:rsidRDefault="00000000">
      <w:pPr>
        <w:pStyle w:val="Listenumros"/>
      </w:pPr>
      <w:r>
        <w:t>Progrès - Évaluations, objectifs, réalisations</w:t>
      </w:r>
    </w:p>
    <w:p w14:paraId="570EAB4D" w14:textId="77777777" w:rsidR="00495879" w:rsidRDefault="00000000">
      <w:pPr>
        <w:pStyle w:val="Listenumros"/>
      </w:pPr>
      <w:r>
        <w:t>Messages - Communication avec coach</w:t>
      </w:r>
    </w:p>
    <w:p w14:paraId="68CE8B34" w14:textId="77777777" w:rsidR="00495879" w:rsidRDefault="00000000">
      <w:pPr>
        <w:pStyle w:val="Listenumros"/>
      </w:pPr>
      <w:r>
        <w:t>Facturation - Invoices, méthodes paiement</w:t>
      </w:r>
    </w:p>
    <w:p w14:paraId="56BF28C0" w14:textId="77777777" w:rsidR="00495879" w:rsidRDefault="00000000">
      <w:pPr>
        <w:pStyle w:val="Titre4"/>
      </w:pPr>
      <w:r>
        <w:t>2. Resource Library</w:t>
      </w:r>
    </w:p>
    <w:p w14:paraId="7E8B25F0" w14:textId="77777777" w:rsidR="00495879" w:rsidRDefault="00000000">
      <w:r>
        <w:rPr>
          <w:b/>
        </w:rPr>
        <w:t>Contenu An 1</w:t>
      </w:r>
      <w:r>
        <w:t>:</w:t>
      </w:r>
    </w:p>
    <w:p w14:paraId="3B3B6060" w14:textId="77777777" w:rsidR="00495879" w:rsidRDefault="00000000">
      <w:pPr>
        <w:pStyle w:val="Listepuces"/>
      </w:pPr>
      <w:r>
        <w:t>30-50 vidéos modules (5-15 min)</w:t>
      </w:r>
    </w:p>
    <w:p w14:paraId="6FED03D6" w14:textId="77777777" w:rsidR="00495879" w:rsidRDefault="00000000">
      <w:pPr>
        <w:pStyle w:val="Listepuces"/>
      </w:pPr>
      <w:r>
        <w:t>50+ templates (Excel, PDF, Google Sheets)</w:t>
      </w:r>
    </w:p>
    <w:p w14:paraId="72B91516" w14:textId="77777777" w:rsidR="00495879" w:rsidRDefault="00000000">
      <w:pPr>
        <w:pStyle w:val="Listepuces"/>
      </w:pPr>
      <w:r>
        <w:t>15-20 playbooks (PDF 15-30 pages)</w:t>
      </w:r>
    </w:p>
    <w:p w14:paraId="416AE002" w14:textId="77777777" w:rsidR="00495879" w:rsidRDefault="00000000">
      <w:pPr>
        <w:pStyle w:val="Listepuces"/>
      </w:pPr>
      <w:r>
        <w:t>20+ calculateurs/outils web simples</w:t>
      </w:r>
    </w:p>
    <w:p w14:paraId="3C207FAC" w14:textId="77777777" w:rsidR="00495879" w:rsidRDefault="00000000">
      <w:pPr>
        <w:pStyle w:val="Listepuces"/>
      </w:pPr>
      <w:r>
        <w:t>15 case studies clients</w:t>
      </w:r>
    </w:p>
    <w:p w14:paraId="45CEC63F" w14:textId="77777777" w:rsidR="00495879" w:rsidRDefault="00000000">
      <w:r>
        <w:rPr>
          <w:b/>
        </w:rPr>
        <w:t>CMS</w:t>
      </w:r>
      <w:r>
        <w:t>: Contentful ou Strapi (headless CMS)</w:t>
      </w:r>
    </w:p>
    <w:p w14:paraId="289833C8" w14:textId="77777777" w:rsidR="00495879" w:rsidRDefault="00000000">
      <w:pPr>
        <w:pStyle w:val="Listepuces"/>
      </w:pPr>
      <w:r>
        <w:t>Tagging par industrie, étape business, sujet</w:t>
      </w:r>
    </w:p>
    <w:p w14:paraId="720751C6" w14:textId="77777777" w:rsidR="00495879" w:rsidRDefault="00000000">
      <w:pPr>
        <w:pStyle w:val="Listepuces"/>
      </w:pPr>
      <w:r>
        <w:lastRenderedPageBreak/>
        <w:t>Search full-text</w:t>
      </w:r>
    </w:p>
    <w:p w14:paraId="1DD91C22" w14:textId="77777777" w:rsidR="00495879" w:rsidRDefault="00000000">
      <w:pPr>
        <w:pStyle w:val="Listepuces"/>
      </w:pPr>
      <w:r>
        <w:t>Permissions par tier (Platform vs TRANSFORM)</w:t>
      </w:r>
    </w:p>
    <w:p w14:paraId="2D18F9ED" w14:textId="77777777" w:rsidR="00495879" w:rsidRDefault="00000000">
      <w:pPr>
        <w:pStyle w:val="Titre4"/>
      </w:pPr>
      <w:r>
        <w:t>3. Video Conferencing</w:t>
      </w:r>
    </w:p>
    <w:p w14:paraId="3238CE11" w14:textId="77777777" w:rsidR="00495879" w:rsidRDefault="00000000">
      <w:r>
        <w:rPr>
          <w:b/>
        </w:rPr>
        <w:t>Intégration Zoom</w:t>
      </w:r>
      <w:r>
        <w:t>:</w:t>
      </w:r>
    </w:p>
    <w:p w14:paraId="48463B44" w14:textId="77777777" w:rsidR="00495879" w:rsidRDefault="00000000">
      <w:pPr>
        <w:pStyle w:val="Listepuces"/>
      </w:pPr>
      <w:r>
        <w:t>Booking automatique via calendrier</w:t>
      </w:r>
    </w:p>
    <w:p w14:paraId="495C786B" w14:textId="77777777" w:rsidR="00495879" w:rsidRDefault="00000000">
      <w:pPr>
        <w:pStyle w:val="Listepuces"/>
      </w:pPr>
      <w:r>
        <w:t>Join links dans dashboard</w:t>
      </w:r>
    </w:p>
    <w:p w14:paraId="7B847D1B" w14:textId="77777777" w:rsidR="00495879" w:rsidRDefault="00000000">
      <w:pPr>
        <w:pStyle w:val="Listepuces"/>
      </w:pPr>
      <w:r>
        <w:t>Auto-enregistrement sur cloud</w:t>
      </w:r>
    </w:p>
    <w:p w14:paraId="24C065A7" w14:textId="77777777" w:rsidR="00495879" w:rsidRDefault="00000000">
      <w:pPr>
        <w:pStyle w:val="Listepuces"/>
      </w:pPr>
      <w:r>
        <w:t>Transcription manuelle ou Otter.ai</w:t>
      </w:r>
    </w:p>
    <w:p w14:paraId="0408806D" w14:textId="77777777" w:rsidR="00495879" w:rsidRDefault="00000000">
      <w:pPr>
        <w:pStyle w:val="Listepuces"/>
      </w:pPr>
      <w:r>
        <w:t>Notifications email/SMS reminders</w:t>
      </w:r>
    </w:p>
    <w:p w14:paraId="55339762" w14:textId="77777777" w:rsidR="00495879" w:rsidRDefault="00000000">
      <w:pPr>
        <w:pStyle w:val="Titre4"/>
      </w:pPr>
      <w:r>
        <w:t>4. Progress Tracking</w:t>
      </w:r>
    </w:p>
    <w:p w14:paraId="374376E0" w14:textId="77777777" w:rsidR="00495879" w:rsidRDefault="00000000">
      <w:r>
        <w:rPr>
          <w:b/>
        </w:rPr>
        <w:t>Suivi Manuel + Semi-Automatisé</w:t>
      </w:r>
      <w:r>
        <w:t>:</w:t>
      </w:r>
    </w:p>
    <w:p w14:paraId="323434E9" w14:textId="77777777" w:rsidR="00495879" w:rsidRDefault="00000000">
      <w:pPr>
        <w:pStyle w:val="Listepuces"/>
      </w:pPr>
      <w:r>
        <w:t>Coach saisit objectifs clients après session</w:t>
      </w:r>
    </w:p>
    <w:p w14:paraId="17DE97B4" w14:textId="77777777" w:rsidR="00495879" w:rsidRDefault="00000000">
      <w:pPr>
        <w:pStyle w:val="Listepuces"/>
      </w:pPr>
      <w:r>
        <w:t>Clients update statut objectifs dans portal</w:t>
      </w:r>
    </w:p>
    <w:p w14:paraId="516E8BB0" w14:textId="77777777" w:rsidR="00495879" w:rsidRDefault="00000000">
      <w:pPr>
        <w:pStyle w:val="Listepuces"/>
      </w:pPr>
      <w:r>
        <w:t>Visualisation: Progress bars, charts simples</w:t>
      </w:r>
    </w:p>
    <w:p w14:paraId="18F1BABA" w14:textId="77777777" w:rsidR="00495879" w:rsidRDefault="00000000">
      <w:pPr>
        <w:pStyle w:val="Listepuces"/>
      </w:pPr>
      <w:r>
        <w:t>Notifications: Rappels objectifs hebdomadaires</w:t>
      </w:r>
    </w:p>
    <w:p w14:paraId="0C95389B" w14:textId="77777777" w:rsidR="00495879" w:rsidRDefault="00000000">
      <w:pPr>
        <w:pStyle w:val="Titre4"/>
      </w:pPr>
      <w:r>
        <w:t>5. Communication</w:t>
      </w:r>
    </w:p>
    <w:p w14:paraId="53A94D47" w14:textId="77777777" w:rsidR="00495879" w:rsidRDefault="00000000">
      <w:r>
        <w:rPr>
          <w:b/>
        </w:rPr>
        <w:t>Messaging Asynchrone</w:t>
      </w:r>
      <w:r>
        <w:t>:</w:t>
      </w:r>
    </w:p>
    <w:p w14:paraId="210674C3" w14:textId="77777777" w:rsidR="00495879" w:rsidRDefault="00000000">
      <w:pPr>
        <w:pStyle w:val="Listepuces"/>
      </w:pPr>
      <w:r>
        <w:t>Inbox type Gmail dans platform</w:t>
      </w:r>
    </w:p>
    <w:p w14:paraId="0FBA19C3" w14:textId="77777777" w:rsidR="00495879" w:rsidRDefault="00000000">
      <w:pPr>
        <w:pStyle w:val="Listepuces"/>
      </w:pPr>
      <w:r>
        <w:t>Clients envoient questions → Coach répond &lt;24h</w:t>
      </w:r>
    </w:p>
    <w:p w14:paraId="717AF4CD" w14:textId="77777777" w:rsidR="00495879" w:rsidRDefault="00000000">
      <w:pPr>
        <w:pStyle w:val="Listepuces"/>
      </w:pPr>
      <w:r>
        <w:t>Pas de chatbot IA Phase 1 (responses humaines only)</w:t>
      </w:r>
    </w:p>
    <w:p w14:paraId="150E47B3" w14:textId="77777777" w:rsidR="00495879" w:rsidRDefault="00000000">
      <w:pPr>
        <w:pStyle w:val="Listepuces"/>
      </w:pPr>
      <w:r>
        <w:t>Email fallback si pas connecté</w:t>
      </w:r>
    </w:p>
    <w:p w14:paraId="5FE14ECE" w14:textId="77777777" w:rsidR="00495879" w:rsidRDefault="00000000">
      <w:r>
        <w:rPr>
          <w:b/>
        </w:rPr>
        <w:t>Forums Communautaires</w:t>
      </w:r>
      <w:r>
        <w:t>:</w:t>
      </w:r>
    </w:p>
    <w:p w14:paraId="61991830" w14:textId="77777777" w:rsidR="00495879" w:rsidRDefault="00000000">
      <w:pPr>
        <w:pStyle w:val="Listepuces"/>
      </w:pPr>
      <w:r>
        <w:t>Topics par industrie/challenge</w:t>
      </w:r>
    </w:p>
    <w:p w14:paraId="4941E418" w14:textId="77777777" w:rsidR="00495879" w:rsidRDefault="00000000">
      <w:pPr>
        <w:pStyle w:val="Listepuces"/>
      </w:pPr>
      <w:r>
        <w:t>Modération par coaches</w:t>
      </w:r>
    </w:p>
    <w:p w14:paraId="7FD853D1" w14:textId="77777777" w:rsidR="00495879" w:rsidRDefault="00000000">
      <w:pPr>
        <w:pStyle w:val="Listepuces"/>
      </w:pPr>
      <w:r>
        <w:t>Peer-to-peer learning</w:t>
      </w:r>
    </w:p>
    <w:p w14:paraId="291476BB" w14:textId="77777777" w:rsidR="00495879" w:rsidRDefault="00000000">
      <w:pPr>
        <w:pStyle w:val="Titre3"/>
      </w:pPr>
      <w:r>
        <w:t>Livrables Phase 1</w:t>
      </w:r>
    </w:p>
    <w:p w14:paraId="111BBCE0" w14:textId="77777777" w:rsidR="00495879" w:rsidRDefault="00000000">
      <w:r>
        <w:rPr>
          <w:b/>
        </w:rPr>
        <w:t>Trimestre 1 (Q1 2026)</w:t>
      </w:r>
      <w:r>
        <w:t>:</w:t>
      </w:r>
    </w:p>
    <w:p w14:paraId="7029A827" w14:textId="77777777" w:rsidR="00495879" w:rsidRDefault="00000000">
      <w:pPr>
        <w:pStyle w:val="Listepuces"/>
      </w:pPr>
      <w:r>
        <w:t>✅ MVP Portal Web (dashboard, library, booking)</w:t>
      </w:r>
    </w:p>
    <w:p w14:paraId="0924C4A7" w14:textId="77777777" w:rsidR="00495879" w:rsidRDefault="00000000">
      <w:pPr>
        <w:pStyle w:val="Listepuces"/>
      </w:pPr>
      <w:r>
        <w:t>✅ Infrastructure cloud setup</w:t>
      </w:r>
    </w:p>
    <w:p w14:paraId="6298DE1B" w14:textId="77777777" w:rsidR="00495879" w:rsidRDefault="00000000">
      <w:pPr>
        <w:pStyle w:val="Listepuces"/>
      </w:pPr>
      <w:r>
        <w:t>✅ Integration Zoom + Stripe</w:t>
      </w:r>
    </w:p>
    <w:p w14:paraId="1D8DAECB" w14:textId="77777777" w:rsidR="00495879" w:rsidRDefault="00000000">
      <w:pPr>
        <w:pStyle w:val="Listepuces"/>
      </w:pPr>
      <w:r>
        <w:t>✅ 30 modules vidéo uploadés</w:t>
      </w:r>
    </w:p>
    <w:p w14:paraId="5F775452" w14:textId="77777777" w:rsidR="00495879" w:rsidRDefault="00000000">
      <w:r>
        <w:rPr>
          <w:b/>
        </w:rPr>
        <w:t>Trimestre 2 (Q2 2026)</w:t>
      </w:r>
      <w:r>
        <w:t>:</w:t>
      </w:r>
    </w:p>
    <w:p w14:paraId="7FEABEED" w14:textId="77777777" w:rsidR="00495879" w:rsidRDefault="00000000">
      <w:pPr>
        <w:pStyle w:val="Listepuces"/>
      </w:pPr>
      <w:r>
        <w:t>✅ Mobile App v1.0 (iOS + Android)</w:t>
      </w:r>
    </w:p>
    <w:p w14:paraId="6BAB94F0" w14:textId="77777777" w:rsidR="00495879" w:rsidRDefault="00000000">
      <w:pPr>
        <w:pStyle w:val="Listepuces"/>
      </w:pPr>
      <w:r>
        <w:lastRenderedPageBreak/>
        <w:t>✅ Forums communautaires</w:t>
      </w:r>
    </w:p>
    <w:p w14:paraId="307DAB5B" w14:textId="77777777" w:rsidR="00495879" w:rsidRDefault="00000000">
      <w:pPr>
        <w:pStyle w:val="Listepuces"/>
      </w:pPr>
      <w:r>
        <w:t>✅ Progress tracking basique</w:t>
      </w:r>
    </w:p>
    <w:p w14:paraId="602398C0" w14:textId="77777777" w:rsidR="00495879" w:rsidRDefault="00000000">
      <w:pPr>
        <w:pStyle w:val="Listepuces"/>
      </w:pPr>
      <w:r>
        <w:t>✅ 20 templates additionnels</w:t>
      </w:r>
    </w:p>
    <w:p w14:paraId="50A7DDA8" w14:textId="77777777" w:rsidR="00495879" w:rsidRDefault="00000000">
      <w:r>
        <w:rPr>
          <w:b/>
        </w:rPr>
        <w:t>Trimestre 3-4 (Q3-Q4 2026)</w:t>
      </w:r>
      <w:r>
        <w:t>:</w:t>
      </w:r>
    </w:p>
    <w:p w14:paraId="52EF630D" w14:textId="77777777" w:rsidR="00495879" w:rsidRDefault="00000000">
      <w:pPr>
        <w:pStyle w:val="Listepuces"/>
      </w:pPr>
      <w:r>
        <w:t>✅ Refinements UX basés sur feedback</w:t>
      </w:r>
    </w:p>
    <w:p w14:paraId="44B7CE94" w14:textId="77777777" w:rsidR="00495879" w:rsidRDefault="00000000">
      <w:pPr>
        <w:pStyle w:val="Listepuces"/>
      </w:pPr>
      <w:r>
        <w:t>✅ Analytics dashboard interne</w:t>
      </w:r>
    </w:p>
    <w:p w14:paraId="5A7CC9F9" w14:textId="77777777" w:rsidR="00495879" w:rsidRDefault="00000000">
      <w:pPr>
        <w:pStyle w:val="Listepuces"/>
      </w:pPr>
      <w:r>
        <w:t>✅ Auto-reminders email</w:t>
      </w:r>
    </w:p>
    <w:p w14:paraId="005D36DE" w14:textId="77777777" w:rsidR="00495879" w:rsidRDefault="00000000">
      <w:pPr>
        <w:pStyle w:val="Listepuces"/>
      </w:pPr>
      <w:r>
        <w:t>✅ Referral program module</w:t>
      </w:r>
    </w:p>
    <w:p w14:paraId="130E9B39" w14:textId="77777777" w:rsidR="00495879" w:rsidRDefault="00000000">
      <w:r>
        <w:t>________________________________________________________________________________</w:t>
      </w:r>
    </w:p>
    <w:p w14:paraId="32659281" w14:textId="77777777" w:rsidR="00495879" w:rsidRDefault="00000000">
      <w:pPr>
        <w:pStyle w:val="Titre2"/>
      </w:pPr>
      <w:r>
        <w:t>🤖 PHASE 2: INTÉGRATION IA &amp; AUTOMATION (2027+)</w:t>
      </w:r>
    </w:p>
    <w:p w14:paraId="7DB23AEE" w14:textId="77777777" w:rsidR="00495879" w:rsidRDefault="00000000">
      <w:pPr>
        <w:pStyle w:val="Titre3"/>
      </w:pPr>
      <w:r>
        <w:t>Timing &amp; Rationale</w:t>
      </w:r>
    </w:p>
    <w:p w14:paraId="398BA73C" w14:textId="77777777" w:rsidR="00495879" w:rsidRDefault="00000000">
      <w:r>
        <w:rPr>
          <w:b/>
        </w:rPr>
        <w:t>Pourquoi attendre 2027 pour l'IA?</w:t>
      </w:r>
    </w:p>
    <w:p w14:paraId="3D9B7C7E" w14:textId="77777777" w:rsidR="00495879" w:rsidRDefault="00000000">
      <w:pPr>
        <w:pStyle w:val="Listenumros"/>
      </w:pPr>
      <w:r>
        <w:t>**Foundation d'abord**: Phase 1 établit workflows, collecte données</w:t>
      </w:r>
    </w:p>
    <w:p w14:paraId="1103C37F" w14:textId="77777777" w:rsidR="00495879" w:rsidRDefault="00000000">
      <w:pPr>
        <w:pStyle w:val="Listenumros"/>
      </w:pPr>
      <w:r>
        <w:t>**Données nécessaires**: Besoin 12-18 mois de data pour entraîner IA</w:t>
      </w:r>
    </w:p>
    <w:p w14:paraId="586F8AD2" w14:textId="77777777" w:rsidR="00495879" w:rsidRDefault="00000000">
      <w:pPr>
        <w:pStyle w:val="Listenumros"/>
      </w:pPr>
      <w:r>
        <w:t>**Coûts**: IA coûte cher ($15-35K/an) - plus rentable avec plus de clients</w:t>
      </w:r>
    </w:p>
    <w:p w14:paraId="4A2D7028" w14:textId="77777777" w:rsidR="00495879" w:rsidRDefault="00000000">
      <w:pPr>
        <w:pStyle w:val="Listenumros"/>
      </w:pPr>
      <w:r>
        <w:t>**Complexité**: Focus An 1-2 sur product-market fit, pas tech complexity</w:t>
      </w:r>
    </w:p>
    <w:p w14:paraId="4C348E84" w14:textId="77777777" w:rsidR="00495879" w:rsidRDefault="00000000">
      <w:pPr>
        <w:pStyle w:val="Listenumros"/>
      </w:pPr>
      <w:r>
        <w:t>**Maturité marché**: Outils IA évoluent rapidement - attendre stabilisation</w:t>
      </w:r>
    </w:p>
    <w:p w14:paraId="174C2B95" w14:textId="77777777" w:rsidR="00495879" w:rsidRDefault="00000000">
      <w:pPr>
        <w:pStyle w:val="Titre3"/>
      </w:pPr>
      <w:r>
        <w:t>Roadmap IA Phase 2</w:t>
      </w:r>
    </w:p>
    <w:p w14:paraId="6030AD7F" w14:textId="77777777" w:rsidR="00495879" w:rsidRDefault="00000000">
      <w:pPr>
        <w:pStyle w:val="Titre4"/>
      </w:pPr>
      <w:r>
        <w:t>Q1 2027: Préparation</w:t>
      </w:r>
    </w:p>
    <w:p w14:paraId="467CCE15" w14:textId="77777777" w:rsidR="00495879" w:rsidRDefault="00000000">
      <w:pPr>
        <w:pStyle w:val="Listepuces"/>
      </w:pPr>
      <w:r>
        <w:t>Audit des données accumulées (sessions, interactions, outcomes)</w:t>
      </w:r>
    </w:p>
    <w:p w14:paraId="3CFAD984" w14:textId="77777777" w:rsidR="00495879" w:rsidRDefault="00000000">
      <w:pPr>
        <w:pStyle w:val="Listepuces"/>
      </w:pPr>
      <w:r>
        <w:t>Proof of concept IA avec petit groupe (5-10 clients pilotes)</w:t>
      </w:r>
    </w:p>
    <w:p w14:paraId="7E776747" w14:textId="77777777" w:rsidR="00495879" w:rsidRDefault="00000000">
      <w:pPr>
        <w:pStyle w:val="Listepuces"/>
      </w:pPr>
      <w:r>
        <w:t>Sélection vendor IA (OpenAI, Anthropic, ou autre)</w:t>
      </w:r>
    </w:p>
    <w:p w14:paraId="45C21630" w14:textId="77777777" w:rsidR="00495879" w:rsidRDefault="00000000">
      <w:pPr>
        <w:pStyle w:val="Listepuces"/>
      </w:pPr>
      <w:r>
        <w:t>Formation équipe sur utilisation IA</w:t>
      </w:r>
    </w:p>
    <w:p w14:paraId="41DA11F8" w14:textId="77777777" w:rsidR="00495879" w:rsidRDefault="00000000">
      <w:pPr>
        <w:pStyle w:val="Titre4"/>
      </w:pPr>
      <w:r>
        <w:t>Q2-Q3 2027: AI Success Coach™ Beta</w:t>
      </w:r>
    </w:p>
    <w:p w14:paraId="65F02B76" w14:textId="77777777" w:rsidR="00495879" w:rsidRDefault="00000000">
      <w:r>
        <w:rPr>
          <w:b/>
        </w:rPr>
        <w:t>Fonctionnalités initiales</w:t>
      </w:r>
      <w:r>
        <w:t>:</w:t>
      </w:r>
    </w:p>
    <w:p w14:paraId="49C03BF0" w14:textId="77777777" w:rsidR="00495879" w:rsidRDefault="00000000">
      <w:pPr>
        <w:pStyle w:val="Listepuces"/>
      </w:pPr>
      <w:r>
        <w:t>Q&amp;A basique (réponses à questions fréquentes)</w:t>
      </w:r>
    </w:p>
    <w:p w14:paraId="6EC83981" w14:textId="77777777" w:rsidR="00495879" w:rsidRDefault="00000000">
      <w:pPr>
        <w:pStyle w:val="Listepuces"/>
      </w:pPr>
      <w:r>
        <w:t>Recommandations de contenu personnalisées</w:t>
      </w:r>
    </w:p>
    <w:p w14:paraId="12530978" w14:textId="77777777" w:rsidR="00495879" w:rsidRDefault="00000000">
      <w:pPr>
        <w:pStyle w:val="Listepuces"/>
      </w:pPr>
      <w:r>
        <w:t>Résumés automatiques de sessions (transcription + summary)</w:t>
      </w:r>
    </w:p>
    <w:p w14:paraId="169F00F6" w14:textId="77777777" w:rsidR="00495879" w:rsidRDefault="00000000">
      <w:pPr>
        <w:pStyle w:val="Listepuces"/>
      </w:pPr>
      <w:r>
        <w:t>Email drafting assistance (pour coaches)</w:t>
      </w:r>
    </w:p>
    <w:p w14:paraId="6CF491F7" w14:textId="77777777" w:rsidR="00495879" w:rsidRDefault="00000000">
      <w:r>
        <w:rPr>
          <w:b/>
        </w:rPr>
        <w:t>Tech Stack</w:t>
      </w:r>
      <w:r>
        <w:t>:</w:t>
      </w:r>
    </w:p>
    <w:p w14:paraId="7D909E33" w14:textId="77777777" w:rsidR="00495879" w:rsidRDefault="00000000">
      <w:pPr>
        <w:pStyle w:val="Listepuces"/>
      </w:pPr>
      <w:r>
        <w:t>**LLM**: GPT-4 ou Claude API</w:t>
      </w:r>
    </w:p>
    <w:p w14:paraId="3011F2E7" w14:textId="77777777" w:rsidR="00495879" w:rsidRDefault="00000000">
      <w:pPr>
        <w:pStyle w:val="Listepuces"/>
      </w:pPr>
      <w:r>
        <w:t>**Vector Database**: Pinecone ou Weaviate</w:t>
      </w:r>
    </w:p>
    <w:p w14:paraId="3BA062CE" w14:textId="77777777" w:rsidR="00495879" w:rsidRDefault="00000000">
      <w:pPr>
        <w:pStyle w:val="Listepuces"/>
      </w:pPr>
      <w:r>
        <w:t>**Embeddings**: OpenAI text-embedding-ada-002</w:t>
      </w:r>
    </w:p>
    <w:p w14:paraId="12FB5F57" w14:textId="77777777" w:rsidR="00495879" w:rsidRDefault="00000000">
      <w:pPr>
        <w:pStyle w:val="Listepuces"/>
      </w:pPr>
      <w:r>
        <w:lastRenderedPageBreak/>
        <w:t>**Interface**: Chat widget dans portal</w:t>
      </w:r>
    </w:p>
    <w:p w14:paraId="508552AA" w14:textId="77777777" w:rsidR="00495879" w:rsidRDefault="00000000">
      <w:r>
        <w:rPr>
          <w:b/>
        </w:rPr>
        <w:t>Coût estimé</w:t>
      </w:r>
      <w:r>
        <w:t>: $1,500-2,000/mois (200+ users actifs)</w:t>
      </w:r>
    </w:p>
    <w:p w14:paraId="25C1173B" w14:textId="77777777" w:rsidR="00495879" w:rsidRDefault="00000000">
      <w:pPr>
        <w:pStyle w:val="Titre4"/>
      </w:pPr>
      <w:r>
        <w:t>Q4 2027 - 2028: AI Coach v2.0</w:t>
      </w:r>
    </w:p>
    <w:p w14:paraId="7BA4F33E" w14:textId="77777777" w:rsidR="00495879" w:rsidRDefault="00000000">
      <w:r>
        <w:rPr>
          <w:b/>
        </w:rPr>
        <w:t>Capacités avancées</w:t>
      </w:r>
      <w:r>
        <w:t>:</w:t>
      </w:r>
    </w:p>
    <w:p w14:paraId="0214964D" w14:textId="77777777" w:rsidR="00495879" w:rsidRDefault="00000000">
      <w:pPr>
        <w:pStyle w:val="Listepuces"/>
      </w:pPr>
      <w:r>
        <w:t>Conversations contextuelles (mémoire 12 mois)</w:t>
      </w:r>
    </w:p>
    <w:p w14:paraId="6AD6B65A" w14:textId="77777777" w:rsidR="00495879" w:rsidRDefault="00000000">
      <w:pPr>
        <w:pStyle w:val="Listepuces"/>
      </w:pPr>
      <w:r>
        <w:t>Proactive insights ("Based on your metrics, consider...")</w:t>
      </w:r>
    </w:p>
    <w:p w14:paraId="4A1E853F" w14:textId="77777777" w:rsidR="00495879" w:rsidRDefault="00000000">
      <w:pPr>
        <w:pStyle w:val="Listepuces"/>
      </w:pPr>
      <w:r>
        <w:t>Automated goal tracking</w:t>
      </w:r>
    </w:p>
    <w:p w14:paraId="0FEA97AF" w14:textId="77777777" w:rsidR="00495879" w:rsidRDefault="00000000">
      <w:pPr>
        <w:pStyle w:val="Listepuces"/>
      </w:pPr>
      <w:r>
        <w:t>Predictive analytics (churn risk, upsell propensity)</w:t>
      </w:r>
    </w:p>
    <w:p w14:paraId="35C9C73A" w14:textId="77777777" w:rsidR="00495879" w:rsidRDefault="00000000">
      <w:pPr>
        <w:pStyle w:val="Listepuces"/>
      </w:pPr>
      <w:r>
        <w:t>Multi-language support (français/anglais pour marché africain)</w:t>
      </w:r>
    </w:p>
    <w:p w14:paraId="18ECCDD2" w14:textId="77777777" w:rsidR="00495879" w:rsidRDefault="00000000">
      <w:pPr>
        <w:pStyle w:val="Titre3"/>
      </w:pPr>
      <w:r>
        <w:t>AI Success Coach™ - Vision Complète</w:t>
      </w:r>
    </w:p>
    <w:p w14:paraId="4FA0AB48" w14:textId="77777777" w:rsidR="00495879" w:rsidRDefault="00000000">
      <w:pPr>
        <w:pStyle w:val="Titre4"/>
      </w:pPr>
      <w:r>
        <w:t>Capabilities Cibles (2028)</w:t>
      </w:r>
    </w:p>
    <w:p w14:paraId="61D7D99F" w14:textId="77777777" w:rsidR="00495879" w:rsidRDefault="00000000">
      <w:r>
        <w:rPr>
          <w:b/>
        </w:rPr>
        <w:t>1. Intelligent Q&amp;A</w:t>
      </w:r>
    </w:p>
    <w:p w14:paraId="30C49B41" w14:textId="77777777" w:rsidR="00495879" w:rsidRDefault="00000000">
      <w:pPr>
        <w:pStyle w:val="Listepuces"/>
      </w:pPr>
      <w:r>
        <w:t>Base de connaissances: 10,000+ Q&amp;A pairs</w:t>
      </w:r>
    </w:p>
    <w:p w14:paraId="0184D513" w14:textId="77777777" w:rsidR="00495879" w:rsidRDefault="00000000">
      <w:pPr>
        <w:pStyle w:val="Listepuces"/>
      </w:pPr>
      <w:r>
        <w:t>Context retention: 12 mois historique</w:t>
      </w:r>
    </w:p>
    <w:p w14:paraId="5FEEDFD0" w14:textId="77777777" w:rsidR="00495879" w:rsidRDefault="00000000">
      <w:pPr>
        <w:pStyle w:val="Listepuces"/>
      </w:pPr>
      <w:r>
        <w:t>Accuracy target: 90%+</w:t>
      </w:r>
    </w:p>
    <w:p w14:paraId="6A0D2B51" w14:textId="77777777" w:rsidR="00495879" w:rsidRDefault="00000000">
      <w:pPr>
        <w:pStyle w:val="Listepuces"/>
      </w:pPr>
      <w:r>
        <w:t>Response time: &lt;3 secondes</w:t>
      </w:r>
    </w:p>
    <w:p w14:paraId="1643B84A" w14:textId="77777777" w:rsidR="00495879" w:rsidRDefault="00000000">
      <w:r>
        <w:rPr>
          <w:b/>
        </w:rPr>
        <w:t>2. Personalized Learning Paths</w:t>
      </w:r>
    </w:p>
    <w:p w14:paraId="3F01BE02" w14:textId="77777777" w:rsidR="00495879" w:rsidRDefault="00000000">
      <w:pPr>
        <w:pStyle w:val="Listepuces"/>
      </w:pPr>
      <w:r>
        <w:t>Curriculum adaptatif basé sur industrie, stage, objectifs</w:t>
      </w:r>
    </w:p>
    <w:p w14:paraId="40E3255F" w14:textId="77777777" w:rsidR="00495879" w:rsidRDefault="00000000">
      <w:pPr>
        <w:pStyle w:val="Listepuces"/>
      </w:pPr>
      <w:r>
        <w:t>Progress tracking gamifié</w:t>
      </w:r>
    </w:p>
    <w:p w14:paraId="651D94C3" w14:textId="77777777" w:rsidR="00495879" w:rsidRDefault="00000000">
      <w:pPr>
        <w:pStyle w:val="Listepuces"/>
      </w:pPr>
      <w:r>
        <w:t>Recommendations basées sur comportement</w:t>
      </w:r>
    </w:p>
    <w:p w14:paraId="3AE0E238" w14:textId="77777777" w:rsidR="00495879" w:rsidRDefault="00000000">
      <w:r>
        <w:rPr>
          <w:b/>
        </w:rPr>
        <w:t>3. Accountability Automation</w:t>
      </w:r>
    </w:p>
    <w:p w14:paraId="60534EF7" w14:textId="77777777" w:rsidR="00495879" w:rsidRDefault="00000000">
      <w:pPr>
        <w:pStyle w:val="Listepuces"/>
      </w:pPr>
      <w:r>
        <w:t>Check-ins hebdomadaires automatisés</w:t>
      </w:r>
    </w:p>
    <w:p w14:paraId="770944A6" w14:textId="77777777" w:rsidR="00495879" w:rsidRDefault="00000000">
      <w:pPr>
        <w:pStyle w:val="Listepuces"/>
      </w:pPr>
      <w:r>
        <w:t>Reminders smart (Slack, email, SMS)</w:t>
      </w:r>
    </w:p>
    <w:p w14:paraId="399B9C3A" w14:textId="77777777" w:rsidR="00495879" w:rsidRDefault="00000000">
      <w:pPr>
        <w:pStyle w:val="Listepuces"/>
      </w:pPr>
      <w:r>
        <w:t>Célébrations de wins</w:t>
      </w:r>
    </w:p>
    <w:p w14:paraId="21C523BB" w14:textId="77777777" w:rsidR="00495879" w:rsidRDefault="00000000">
      <w:r>
        <w:rPr>
          <w:b/>
        </w:rPr>
        <w:t>4. Data-Driven Recommendations</w:t>
      </w:r>
    </w:p>
    <w:p w14:paraId="22F87B6D" w14:textId="77777777" w:rsidR="00495879" w:rsidRDefault="00000000">
      <w:pPr>
        <w:pStyle w:val="Listepuces"/>
      </w:pPr>
      <w:r>
        <w:t>"Clients similaires qui ont fait X ont vu +34% croissance"</w:t>
      </w:r>
    </w:p>
    <w:p w14:paraId="31A3CACF" w14:textId="77777777" w:rsidR="00495879" w:rsidRDefault="00000000">
      <w:pPr>
        <w:pStyle w:val="Listepuces"/>
      </w:pPr>
      <w:r>
        <w:t>Benchmarking vs pairs anonymisés</w:t>
      </w:r>
    </w:p>
    <w:p w14:paraId="73A8223D" w14:textId="77777777" w:rsidR="00495879" w:rsidRDefault="00000000">
      <w:pPr>
        <w:pStyle w:val="Listepuces"/>
      </w:pPr>
      <w:r>
        <w:t>Early warning churn</w:t>
      </w:r>
    </w:p>
    <w:p w14:paraId="14368376" w14:textId="77777777" w:rsidR="00495879" w:rsidRDefault="00000000">
      <w:pPr>
        <w:pStyle w:val="Titre4"/>
      </w:pPr>
      <w:r>
        <w:t>Architecture Technique IA</w:t>
      </w:r>
    </w:p>
    <w:p w14:paraId="0A5DFEBE" w14:textId="77777777" w:rsidR="00495879" w:rsidRDefault="00000000">
      <w:r>
        <w:rPr>
          <w:b/>
        </w:rPr>
        <w:t>Stack Complet</w:t>
      </w:r>
      <w:r>
        <w:t>:</w:t>
      </w:r>
    </w:p>
    <w:p w14:paraId="53026D5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┌─────────────────────────────────────┐</w:t>
      </w:r>
    </w:p>
    <w:p w14:paraId="1F29131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User Interface              │</w:t>
      </w:r>
    </w:p>
    <w:p w14:paraId="05CE68E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(Web Chat + Mobile + Email)        │</w:t>
      </w:r>
    </w:p>
    <w:p w14:paraId="5A9BDA1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├─────────────────────────────────────┤</w:t>
      </w:r>
    </w:p>
    <w:p w14:paraId="280B3CB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lastRenderedPageBreak/>
        <w:t>│      AI Orchestration Layer         │</w:t>
      </w:r>
    </w:p>
    <w:p w14:paraId="5225ECF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(Routing, Context Management)     │</w:t>
      </w:r>
    </w:p>
    <w:p w14:paraId="14006C1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├─────────────────────────────────────┤</w:t>
      </w:r>
    </w:p>
    <w:p w14:paraId="6F3F763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LLM Provider     Vector Database  │</w:t>
      </w:r>
    </w:p>
    <w:p w14:paraId="70A6D6D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(OpenAI/Claude)  (Pinecone)       │</w:t>
      </w:r>
    </w:p>
    <w:p w14:paraId="4B8E208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├─────────────────────────────────────┤</w:t>
      </w:r>
    </w:p>
    <w:p w14:paraId="268283B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Training Data Pipeline         │</w:t>
      </w:r>
    </w:p>
    <w:p w14:paraId="7804689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(Sessions, Docs, Frameworks)       │</w:t>
      </w:r>
    </w:p>
    <w:p w14:paraId="5C2E140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├─────────────────────────────────────┤</w:t>
      </w:r>
    </w:p>
    <w:p w14:paraId="6EC3CF1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Analytics &amp; Monitoring         │</w:t>
      </w:r>
    </w:p>
    <w:p w14:paraId="68EBE70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(Quality, Cost, Usage)             │</w:t>
      </w:r>
    </w:p>
    <w:p w14:paraId="3D0A597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└─────────────────────────────────────┘</w:t>
      </w:r>
    </w:p>
    <w:p w14:paraId="51183D32" w14:textId="77777777" w:rsidR="00495879" w:rsidRDefault="00000000">
      <w:r>
        <w:rPr>
          <w:b/>
        </w:rPr>
        <w:t>Training Data Sources</w:t>
      </w:r>
      <w:r>
        <w:t>:</w:t>
      </w:r>
    </w:p>
    <w:p w14:paraId="29F07BC3" w14:textId="77777777" w:rsidR="00495879" w:rsidRDefault="00000000">
      <w:pPr>
        <w:pStyle w:val="Listepuces"/>
      </w:pPr>
      <w:r>
        <w:t>Transcriptions coaching sessions (anonymisées)</w:t>
      </w:r>
    </w:p>
    <w:p w14:paraId="09C89E17" w14:textId="77777777" w:rsidR="00495879" w:rsidRDefault="00000000">
      <w:pPr>
        <w:pStyle w:val="Listepuces"/>
      </w:pPr>
      <w:r>
        <w:t>Méthodologies propriétaires (Scale Framework, DTC, SLS)</w:t>
      </w:r>
    </w:p>
    <w:p w14:paraId="70659F4F" w14:textId="77777777" w:rsidR="00495879" w:rsidRDefault="00000000">
      <w:pPr>
        <w:pStyle w:val="Listepuces"/>
      </w:pPr>
      <w:r>
        <w:t>Resource library (modules, playbooks)</w:t>
      </w:r>
    </w:p>
    <w:p w14:paraId="059D9A6E" w14:textId="77777777" w:rsidR="00495879" w:rsidRDefault="00000000">
      <w:pPr>
        <w:pStyle w:val="Listepuces"/>
      </w:pPr>
      <w:r>
        <w:t>Case studies et success stories</w:t>
      </w:r>
    </w:p>
    <w:p w14:paraId="0A3A23D7" w14:textId="77777777" w:rsidR="00495879" w:rsidRDefault="00000000">
      <w:pPr>
        <w:pStyle w:val="Listepuces"/>
      </w:pPr>
      <w:r>
        <w:t>Industry reports et best practices</w:t>
      </w:r>
    </w:p>
    <w:p w14:paraId="737D9338" w14:textId="77777777" w:rsidR="00495879" w:rsidRDefault="00000000">
      <w:r>
        <w:rPr>
          <w:b/>
        </w:rPr>
        <w:t>Continuous Improvement</w:t>
      </w:r>
      <w:r>
        <w:t>:</w:t>
      </w:r>
    </w:p>
    <w:p w14:paraId="3385BA50" w14:textId="77777777" w:rsidR="00495879" w:rsidRDefault="00000000">
      <w:pPr>
        <w:pStyle w:val="Listepuces"/>
      </w:pPr>
      <w:r>
        <w:t>Monthly retraining avec nouvelles données</w:t>
      </w:r>
    </w:p>
    <w:p w14:paraId="2C49695A" w14:textId="77777777" w:rsidR="00495879" w:rsidRDefault="00000000">
      <w:pPr>
        <w:pStyle w:val="Listepuces"/>
      </w:pPr>
      <w:r>
        <w:t>A/B testing sur 10% users</w:t>
      </w:r>
    </w:p>
    <w:p w14:paraId="175B76D1" w14:textId="77777777" w:rsidR="00495879" w:rsidRDefault="00000000">
      <w:pPr>
        <w:pStyle w:val="Listepuces"/>
      </w:pPr>
      <w:r>
        <w:t>Human-in-the-loop review (coaches valident responses)</w:t>
      </w:r>
    </w:p>
    <w:p w14:paraId="2AE9F097" w14:textId="77777777" w:rsidR="00495879" w:rsidRDefault="00000000">
      <w:pPr>
        <w:pStyle w:val="Titre3"/>
      </w:pPr>
      <w:r>
        <w:t>ROI IA Phase 2</w:t>
      </w:r>
    </w:p>
    <w:p w14:paraId="6BBFA153" w14:textId="77777777" w:rsidR="00495879" w:rsidRDefault="00000000">
      <w:r>
        <w:rPr>
          <w:b/>
        </w:rPr>
        <w:t>Investissement An 2-3</w:t>
      </w:r>
      <w:r>
        <w:t>: $50,000 total</w:t>
      </w:r>
    </w:p>
    <w:p w14:paraId="319CF081" w14:textId="77777777" w:rsidR="00495879" w:rsidRDefault="00000000">
      <w:r>
        <w:rPr>
          <w:b/>
        </w:rPr>
        <w:t>Retours attendus</w:t>
      </w:r>
      <w:r>
        <w:t>:</w:t>
      </w:r>
    </w:p>
    <w:p w14:paraId="6CC3485F" w14:textId="77777777" w:rsidR="00495879" w:rsidRDefault="00000000">
      <w:pPr>
        <w:pStyle w:val="Listepuces"/>
      </w:pPr>
      <w:r>
        <w:t>**Coach Capacity**: +200% (de 30 à 60 clients/coach)</w:t>
      </w:r>
    </w:p>
    <w:p w14:paraId="1ABC579B" w14:textId="77777777" w:rsidR="00495879" w:rsidRDefault="00000000">
      <w:pPr>
        <w:pStyle w:val="Listepuces"/>
      </w:pPr>
      <w:r>
        <w:t>**Client Satisfaction**: +20% (support 24/7)</w:t>
      </w:r>
    </w:p>
    <w:p w14:paraId="467988C9" w14:textId="77777777" w:rsidR="00495879" w:rsidRDefault="00000000">
      <w:pPr>
        <w:pStyle w:val="Listepuces"/>
      </w:pPr>
      <w:r>
        <w:t>**Operating Costs**: -30% (automation admin tasks)</w:t>
      </w:r>
    </w:p>
    <w:p w14:paraId="3F8158B1" w14:textId="77777777" w:rsidR="00495879" w:rsidRDefault="00000000">
      <w:pPr>
        <w:pStyle w:val="Listepuces"/>
      </w:pPr>
      <w:r>
        <w:t>**Churn Reduction**: -25% (early intervention via predictive)</w:t>
      </w:r>
    </w:p>
    <w:p w14:paraId="603457B0" w14:textId="77777777" w:rsidR="00495879" w:rsidRDefault="00000000">
      <w:r>
        <w:rPr>
          <w:b/>
        </w:rPr>
        <w:t>Breakeven</w:t>
      </w:r>
      <w:r>
        <w:t>: 12-15 mois après lancement</w:t>
      </w:r>
    </w:p>
    <w:p w14:paraId="5314EF86" w14:textId="77777777" w:rsidR="00495879" w:rsidRDefault="00000000">
      <w:r>
        <w:t>________________________________________________________________________________</w:t>
      </w:r>
    </w:p>
    <w:p w14:paraId="6535D9CB" w14:textId="77777777" w:rsidR="00495879" w:rsidRDefault="00000000">
      <w:pPr>
        <w:pStyle w:val="Titre2"/>
      </w:pPr>
      <w:r>
        <w:t>🌐 DIGITAL INFRASTRUCTURE</w:t>
      </w:r>
    </w:p>
    <w:p w14:paraId="5DF13316" w14:textId="77777777" w:rsidR="00495879" w:rsidRDefault="00000000">
      <w:pPr>
        <w:pStyle w:val="Titre3"/>
      </w:pPr>
      <w:r>
        <w:t>Hébergement &amp; DevOps</w:t>
      </w:r>
    </w:p>
    <w:p w14:paraId="0941B3E1" w14:textId="77777777" w:rsidR="00495879" w:rsidRDefault="00000000">
      <w:r>
        <w:rPr>
          <w:b/>
        </w:rPr>
        <w:t>Year 1-2</w:t>
      </w:r>
      <w:r>
        <w:t>: Setup Simple</w:t>
      </w:r>
    </w:p>
    <w:p w14:paraId="389E6CE5" w14:textId="77777777" w:rsidR="00495879" w:rsidRDefault="00000000">
      <w:pPr>
        <w:pStyle w:val="Listepuces"/>
      </w:pPr>
      <w:r>
        <w:t>Heroku ou AWS Lightsail (managed services)</w:t>
      </w:r>
    </w:p>
    <w:p w14:paraId="30C462D6" w14:textId="77777777" w:rsidR="00495879" w:rsidRDefault="00000000">
      <w:pPr>
        <w:pStyle w:val="Listepuces"/>
      </w:pPr>
      <w:r>
        <w:t>PostgreSQL managed (RDS ou Heroku Postgres)</w:t>
      </w:r>
    </w:p>
    <w:p w14:paraId="791076D1" w14:textId="77777777" w:rsidR="00495879" w:rsidRDefault="00000000">
      <w:pPr>
        <w:pStyle w:val="Listepuces"/>
      </w:pPr>
      <w:r>
        <w:t>S3 pour storage</w:t>
      </w:r>
    </w:p>
    <w:p w14:paraId="07AB3048" w14:textId="77777777" w:rsidR="00495879" w:rsidRDefault="00000000">
      <w:pPr>
        <w:pStyle w:val="Listepuces"/>
      </w:pPr>
      <w:r>
        <w:t>CloudFlare CDN</w:t>
      </w:r>
    </w:p>
    <w:p w14:paraId="4D67F37A" w14:textId="77777777" w:rsidR="00495879" w:rsidRDefault="00000000">
      <w:r>
        <w:rPr>
          <w:b/>
        </w:rPr>
        <w:lastRenderedPageBreak/>
        <w:t>Year 3+</w:t>
      </w:r>
      <w:r>
        <w:t>: Migration Enterprise</w:t>
      </w:r>
    </w:p>
    <w:p w14:paraId="27F46770" w14:textId="77777777" w:rsidR="00495879" w:rsidRDefault="00000000">
      <w:pPr>
        <w:pStyle w:val="Listepuces"/>
      </w:pPr>
      <w:r>
        <w:t>AWS ECS ou Kubernetes</w:t>
      </w:r>
    </w:p>
    <w:p w14:paraId="6630FE8A" w14:textId="77777777" w:rsidR="00495879" w:rsidRDefault="00000000">
      <w:pPr>
        <w:pStyle w:val="Listepuces"/>
      </w:pPr>
      <w:r>
        <w:t>Multi-région (US + éventuellement Afrique/Europe)</w:t>
      </w:r>
    </w:p>
    <w:p w14:paraId="00A1DF96" w14:textId="77777777" w:rsidR="00495879" w:rsidRDefault="00000000">
      <w:pPr>
        <w:pStyle w:val="Listepuces"/>
      </w:pPr>
      <w:r>
        <w:t>Auto-scaling</w:t>
      </w:r>
    </w:p>
    <w:p w14:paraId="5D0B1CBC" w14:textId="77777777" w:rsidR="00495879" w:rsidRDefault="00000000">
      <w:pPr>
        <w:pStyle w:val="Listepuces"/>
      </w:pPr>
      <w:r>
        <w:t>Advanced monitoring (New Relic, Datadog)</w:t>
      </w:r>
    </w:p>
    <w:p w14:paraId="0E5A4EB0" w14:textId="77777777" w:rsidR="00495879" w:rsidRDefault="00000000">
      <w:pPr>
        <w:pStyle w:val="Titre3"/>
      </w:pPr>
      <w:r>
        <w:t>SaaS Tools Stack</w:t>
      </w:r>
    </w:p>
    <w:p w14:paraId="39897494" w14:textId="77777777" w:rsidR="00495879" w:rsidRDefault="00000000">
      <w:r>
        <w:rPr>
          <w:b/>
        </w:rPr>
        <w:t>An 1 Essentials</w:t>
      </w:r>
      <w:r>
        <w:t>:</w:t>
      </w:r>
    </w:p>
    <w:p w14:paraId="694A25E8" w14:textId="77777777" w:rsidR="00495879" w:rsidRDefault="00000000">
      <w:pPr>
        <w:pStyle w:val="Listepuces"/>
      </w:pPr>
      <w:r>
        <w:t>**CRM**: HubSpot Starter ($50/mois) ou Airtable</w:t>
      </w:r>
    </w:p>
    <w:p w14:paraId="5C9D34CF" w14:textId="77777777" w:rsidR="00495879" w:rsidRDefault="00000000">
      <w:pPr>
        <w:pStyle w:val="Listepuces"/>
      </w:pPr>
      <w:r>
        <w:t>**Email Marketing**: Mailchimp ou SendGrid</w:t>
      </w:r>
    </w:p>
    <w:p w14:paraId="15FFC8E3" w14:textId="77777777" w:rsidR="00495879" w:rsidRDefault="00000000">
      <w:pPr>
        <w:pStyle w:val="Listepuces"/>
      </w:pPr>
      <w:r>
        <w:t>**Payments**: Stripe ($0 + 2.9% + $0.30/transaction)</w:t>
      </w:r>
    </w:p>
    <w:p w14:paraId="10CA5E38" w14:textId="77777777" w:rsidR="00495879" w:rsidRDefault="00000000">
      <w:pPr>
        <w:pStyle w:val="Listepuces"/>
      </w:pPr>
      <w:r>
        <w:t>**Video**: Zoom Business ($20/mois/host)</w:t>
      </w:r>
    </w:p>
    <w:p w14:paraId="3E8D5533" w14:textId="77777777" w:rsidR="00495879" w:rsidRDefault="00000000">
      <w:pPr>
        <w:pStyle w:val="Listepuces"/>
      </w:pPr>
      <w:r>
        <w:t>**Storage**: Google Workspace ($12/user/mois)</w:t>
      </w:r>
    </w:p>
    <w:p w14:paraId="4F0A4A9C" w14:textId="77777777" w:rsidR="00495879" w:rsidRDefault="00000000">
      <w:pPr>
        <w:pStyle w:val="Listepuces"/>
      </w:pPr>
      <w:r>
        <w:t>**Project Mgmt**: Notion ou Asana Free tier</w:t>
      </w:r>
    </w:p>
    <w:p w14:paraId="58DD2EA4" w14:textId="77777777" w:rsidR="00495879" w:rsidRDefault="00000000">
      <w:pPr>
        <w:pStyle w:val="Listepuces"/>
      </w:pPr>
      <w:r>
        <w:t>**Analytics**: Google Analytics (gratuit) + Mixpanel ($25/mois)</w:t>
      </w:r>
    </w:p>
    <w:p w14:paraId="38533FF7" w14:textId="77777777" w:rsidR="00495879" w:rsidRDefault="00000000">
      <w:r>
        <w:rPr>
          <w:b/>
        </w:rPr>
        <w:t>Total SaaS</w:t>
      </w:r>
      <w:r>
        <w:t>: ~$200-300/mois An 1</w:t>
      </w:r>
    </w:p>
    <w:p w14:paraId="6CC9C044" w14:textId="77777777" w:rsidR="00495879" w:rsidRDefault="00000000">
      <w:r>
        <w:rPr>
          <w:b/>
        </w:rPr>
        <w:t>An 2-3 Scaling</w:t>
      </w:r>
      <w:r>
        <w:t>:</w:t>
      </w:r>
    </w:p>
    <w:p w14:paraId="12E1F33B" w14:textId="77777777" w:rsidR="00495879" w:rsidRDefault="00000000">
      <w:pPr>
        <w:pStyle w:val="Listepuces"/>
      </w:pPr>
      <w:r>
        <w:t>CRM: HubSpot Professional</w:t>
      </w:r>
    </w:p>
    <w:p w14:paraId="013CE219" w14:textId="77777777" w:rsidR="00495879" w:rsidRDefault="00000000">
      <w:pPr>
        <w:pStyle w:val="Listepuces"/>
      </w:pPr>
      <w:r>
        <w:t>Marketing Automation: ActiveCampaign ou HubSpot</w:t>
      </w:r>
    </w:p>
    <w:p w14:paraId="17BA8D63" w14:textId="77777777" w:rsidR="00495879" w:rsidRDefault="00000000">
      <w:pPr>
        <w:pStyle w:val="Listepuces"/>
      </w:pPr>
      <w:r>
        <w:t>Customer Success: Intercom ou Zendesk</w:t>
      </w:r>
    </w:p>
    <w:p w14:paraId="6ACEBA33" w14:textId="77777777" w:rsidR="00495879" w:rsidRDefault="00000000">
      <w:pPr>
        <w:pStyle w:val="Listepuces"/>
      </w:pPr>
      <w:r>
        <w:t>Business Intelligence: Metabase (gratuit) ou Tableau</w:t>
      </w:r>
    </w:p>
    <w:p w14:paraId="17CA1474" w14:textId="77777777" w:rsidR="00495879" w:rsidRDefault="00000000">
      <w:r>
        <w:t>________________________________________________________________________________</w:t>
      </w:r>
    </w:p>
    <w:p w14:paraId="3E7F60CF" w14:textId="77777777" w:rsidR="00495879" w:rsidRDefault="00000000">
      <w:pPr>
        <w:pStyle w:val="Titre2"/>
      </w:pPr>
      <w:r>
        <w:t>📚 PROPRIETARY METHODOLOGIES DIGITALISÉES</w:t>
      </w:r>
    </w:p>
    <w:p w14:paraId="37B1C7A8" w14:textId="77777777" w:rsidR="00495879" w:rsidRDefault="00000000">
      <w:pPr>
        <w:pStyle w:val="Titre3"/>
      </w:pPr>
      <w:r>
        <w:t>1. GBCM Scale Framework™</w:t>
      </w:r>
    </w:p>
    <w:p w14:paraId="3A45456F" w14:textId="77777777" w:rsidR="00495879" w:rsidRDefault="00000000">
      <w:r>
        <w:rPr>
          <w:b/>
        </w:rPr>
        <w:t>Digital Tool</w:t>
      </w:r>
      <w:r>
        <w:t>: Interactive Assessment Web App</w:t>
      </w:r>
    </w:p>
    <w:p w14:paraId="0E857F28" w14:textId="77777777" w:rsidR="00495879" w:rsidRDefault="00000000">
      <w:r>
        <w:rPr>
          <w:b/>
        </w:rPr>
        <w:t>Flow utilisateur</w:t>
      </w:r>
      <w:r>
        <w:t>:</w:t>
      </w:r>
    </w:p>
    <w:p w14:paraId="326BCE1D" w14:textId="77777777" w:rsidR="00495879" w:rsidRDefault="00000000">
      <w:pPr>
        <w:pStyle w:val="Listenumros"/>
      </w:pPr>
      <w:r>
        <w:t>Client répond 60-75 questions (15 min)</w:t>
      </w:r>
    </w:p>
    <w:p w14:paraId="6CCF0B4B" w14:textId="77777777" w:rsidR="00495879" w:rsidRDefault="00000000">
      <w:pPr>
        <w:pStyle w:val="Listenumros"/>
      </w:pPr>
      <w:r>
        <w:t>Scoring automatique sur 8 dimensions</w:t>
      </w:r>
    </w:p>
    <w:p w14:paraId="5DF13780" w14:textId="77777777" w:rsidR="00495879" w:rsidRDefault="00000000">
      <w:pPr>
        <w:pStyle w:val="Listenumros"/>
      </w:pPr>
      <w:r>
        <w:t>Rapport PDF généré (scorecard + recommandations)</w:t>
      </w:r>
    </w:p>
    <w:p w14:paraId="09EB2210" w14:textId="77777777" w:rsidR="00495879" w:rsidRDefault="00000000">
      <w:pPr>
        <w:pStyle w:val="Listenumros"/>
      </w:pPr>
      <w:r>
        <w:t>Synchronisé avec dashboard principal</w:t>
      </w:r>
    </w:p>
    <w:p w14:paraId="1C867D42" w14:textId="77777777" w:rsidR="00495879" w:rsidRDefault="00000000">
      <w:r>
        <w:rPr>
          <w:b/>
        </w:rPr>
        <w:t>Tech</w:t>
      </w:r>
      <w:r>
        <w:t>:</w:t>
      </w:r>
    </w:p>
    <w:p w14:paraId="6E7FFE5A" w14:textId="77777777" w:rsidR="00495879" w:rsidRDefault="00000000">
      <w:pPr>
        <w:pStyle w:val="Listepuces"/>
      </w:pPr>
      <w:r>
        <w:t>Frontend: React form with progress bar</w:t>
      </w:r>
    </w:p>
    <w:p w14:paraId="3F4DB76F" w14:textId="77777777" w:rsidR="00495879" w:rsidRDefault="00000000">
      <w:pPr>
        <w:pStyle w:val="Listepuces"/>
      </w:pPr>
      <w:r>
        <w:t>Scoring engine: Python backend ou Node.js</w:t>
      </w:r>
    </w:p>
    <w:p w14:paraId="2382F72A" w14:textId="77777777" w:rsidR="00495879" w:rsidRDefault="00000000">
      <w:pPr>
        <w:pStyle w:val="Listepuces"/>
      </w:pPr>
      <w:r>
        <w:t>PDF generation: Puppeteer ou wkhtmltopdf</w:t>
      </w:r>
    </w:p>
    <w:p w14:paraId="7250D7ED" w14:textId="77777777" w:rsidR="00495879" w:rsidRDefault="00000000">
      <w:pPr>
        <w:pStyle w:val="Listepuces"/>
      </w:pPr>
      <w:r>
        <w:lastRenderedPageBreak/>
        <w:t>Storage: PostgreSQL + S3</w:t>
      </w:r>
    </w:p>
    <w:p w14:paraId="22789EDA" w14:textId="77777777" w:rsidR="00495879" w:rsidRDefault="00000000">
      <w:r>
        <w:rPr>
          <w:b/>
        </w:rPr>
        <w:t>Pas d'IA nécessaire Phase 1</w:t>
      </w:r>
      <w:r>
        <w:t xml:space="preserve"> - Scoring algorithmique simple</w:t>
      </w:r>
    </w:p>
    <w:p w14:paraId="0872DF80" w14:textId="77777777" w:rsidR="00495879" w:rsidRDefault="00000000">
      <w:pPr>
        <w:pStyle w:val="Titre3"/>
      </w:pPr>
      <w:r>
        <w:t>2. Digital Transformation Canvas™</w:t>
      </w:r>
    </w:p>
    <w:p w14:paraId="39F4DDDC" w14:textId="77777777" w:rsidR="00495879" w:rsidRDefault="00000000">
      <w:r>
        <w:rPr>
          <w:b/>
        </w:rPr>
        <w:t>Digital Tool</w:t>
      </w:r>
      <w:r>
        <w:t>: Template Miro/Mural Interactif</w:t>
      </w:r>
    </w:p>
    <w:p w14:paraId="01F008C8" w14:textId="77777777" w:rsidR="00495879" w:rsidRDefault="00000000">
      <w:r>
        <w:rPr>
          <w:b/>
        </w:rPr>
        <w:t>Implémentation</w:t>
      </w:r>
      <w:r>
        <w:t>:</w:t>
      </w:r>
    </w:p>
    <w:p w14:paraId="708D9B8C" w14:textId="77777777" w:rsidR="00495879" w:rsidRDefault="00000000">
      <w:pPr>
        <w:pStyle w:val="Listepuces"/>
      </w:pPr>
      <w:r>
        <w:t>Template pré-configuré Miro board</w:t>
      </w:r>
    </w:p>
    <w:p w14:paraId="0395413A" w14:textId="77777777" w:rsidR="00495879" w:rsidRDefault="00000000">
      <w:pPr>
        <w:pStyle w:val="Listepuces"/>
      </w:pPr>
      <w:r>
        <w:t>9 building blocks avec exemples</w:t>
      </w:r>
    </w:p>
    <w:p w14:paraId="0FF3FFC0" w14:textId="77777777" w:rsidR="00495879" w:rsidRDefault="00000000">
      <w:pPr>
        <w:pStyle w:val="Listepuces"/>
      </w:pPr>
      <w:r>
        <w:t>Mode collaboration (client + coach + équipe)</w:t>
      </w:r>
    </w:p>
    <w:p w14:paraId="1EA72CA3" w14:textId="77777777" w:rsidR="00495879" w:rsidRDefault="00000000">
      <w:pPr>
        <w:pStyle w:val="Listepuces"/>
      </w:pPr>
      <w:r>
        <w:t>Export PDF pour documentation</w:t>
      </w:r>
    </w:p>
    <w:p w14:paraId="0E68326C" w14:textId="77777777" w:rsidR="00495879" w:rsidRDefault="00000000">
      <w:r>
        <w:rPr>
          <w:b/>
        </w:rPr>
        <w:t>Alternative low-tech</w:t>
      </w:r>
      <w:r>
        <w:t>: Google Slides template interactif</w:t>
      </w:r>
    </w:p>
    <w:p w14:paraId="4E631E78" w14:textId="77777777" w:rsidR="00495879" w:rsidRDefault="00000000">
      <w:pPr>
        <w:pStyle w:val="Titre3"/>
      </w:pPr>
      <w:r>
        <w:t>3. Sustainable Leadership System™</w:t>
      </w:r>
    </w:p>
    <w:p w14:paraId="4B94B523" w14:textId="77777777" w:rsidR="00495879" w:rsidRDefault="00000000">
      <w:r>
        <w:rPr>
          <w:b/>
        </w:rPr>
        <w:t>Digital Components Phase 1</w:t>
      </w:r>
      <w:r>
        <w:t>:</w:t>
      </w:r>
    </w:p>
    <w:p w14:paraId="22F5EDDD" w14:textId="77777777" w:rsidR="00495879" w:rsidRDefault="00000000">
      <w:r>
        <w:rPr>
          <w:b/>
        </w:rPr>
        <w:t>A. 360° Feedback Tool</w:t>
      </w:r>
    </w:p>
    <w:p w14:paraId="4FB2EB36" w14:textId="77777777" w:rsidR="00495879" w:rsidRDefault="00000000">
      <w:pPr>
        <w:pStyle w:val="Listepuces"/>
      </w:pPr>
      <w:r>
        <w:t>Typeform ou Google Forms surveys</w:t>
      </w:r>
    </w:p>
    <w:p w14:paraId="1DF64BBD" w14:textId="77777777" w:rsidR="00495879" w:rsidRDefault="00000000">
      <w:pPr>
        <w:pStyle w:val="Listepuces"/>
      </w:pPr>
      <w:r>
        <w:t>Manual analysis par coach</w:t>
      </w:r>
    </w:p>
    <w:p w14:paraId="0CC45254" w14:textId="77777777" w:rsidR="00495879" w:rsidRDefault="00000000">
      <w:pPr>
        <w:pStyle w:val="Listepuces"/>
      </w:pPr>
      <w:r>
        <w:t>Reports générés dans Google Docs</w:t>
      </w:r>
    </w:p>
    <w:p w14:paraId="62970AA0" w14:textId="77777777" w:rsidR="00495879" w:rsidRDefault="00000000">
      <w:pPr>
        <w:pStyle w:val="Listepuces"/>
      </w:pPr>
      <w:r>
        <w:t>Phase 2: Automated aggregation</w:t>
      </w:r>
    </w:p>
    <w:p w14:paraId="577F791C" w14:textId="77777777" w:rsidR="00495879" w:rsidRDefault="00000000">
      <w:r>
        <w:rPr>
          <w:b/>
        </w:rPr>
        <w:t>B. Habit Tracker</w:t>
      </w:r>
    </w:p>
    <w:p w14:paraId="505610F8" w14:textId="77777777" w:rsidR="00495879" w:rsidRDefault="00000000">
      <w:pPr>
        <w:pStyle w:val="Listepuces"/>
      </w:pPr>
      <w:r>
        <w:t>Simple spreadsheet template</w:t>
      </w:r>
    </w:p>
    <w:p w14:paraId="10D5E638" w14:textId="77777777" w:rsidR="00495879" w:rsidRDefault="00000000">
      <w:pPr>
        <w:pStyle w:val="Listepuces"/>
      </w:pPr>
      <w:r>
        <w:t>Ou app mobile basique (Flutter)</w:t>
      </w:r>
    </w:p>
    <w:p w14:paraId="78EDA9F0" w14:textId="77777777" w:rsidR="00495879" w:rsidRDefault="00000000">
      <w:pPr>
        <w:pStyle w:val="Listepuces"/>
      </w:pPr>
      <w:r>
        <w:t>Daily check-in notifications</w:t>
      </w:r>
    </w:p>
    <w:p w14:paraId="509D53D9" w14:textId="77777777" w:rsidR="00495879" w:rsidRDefault="00000000">
      <w:pPr>
        <w:pStyle w:val="Listepuces"/>
      </w:pPr>
      <w:r>
        <w:t>Weekly summary email</w:t>
      </w:r>
    </w:p>
    <w:p w14:paraId="3EA688D2" w14:textId="77777777" w:rsidR="00495879" w:rsidRDefault="00000000">
      <w:r>
        <w:rPr>
          <w:b/>
        </w:rPr>
        <w:t>C. Content Library</w:t>
      </w:r>
    </w:p>
    <w:p w14:paraId="15DBA3BA" w14:textId="77777777" w:rsidR="00495879" w:rsidRDefault="00000000">
      <w:pPr>
        <w:pStyle w:val="Listepuces"/>
      </w:pPr>
      <w:r>
        <w:t>Videos hébergées Vimeo ou YouTube (unlisted)</w:t>
      </w:r>
    </w:p>
    <w:p w14:paraId="2624DC55" w14:textId="77777777" w:rsidR="00495879" w:rsidRDefault="00000000">
      <w:pPr>
        <w:pStyle w:val="Listepuces"/>
      </w:pPr>
      <w:r>
        <w:t>Accessible via portal</w:t>
      </w:r>
    </w:p>
    <w:p w14:paraId="6F256079" w14:textId="77777777" w:rsidR="00495879" w:rsidRDefault="00000000">
      <w:pPr>
        <w:pStyle w:val="Listepuces"/>
      </w:pPr>
      <w:r>
        <w:t>Progress tracking manuel</w:t>
      </w:r>
    </w:p>
    <w:p w14:paraId="07F2F99F" w14:textId="77777777" w:rsidR="00495879" w:rsidRDefault="00000000">
      <w:r>
        <w:t>________________________________________________________________________________</w:t>
      </w:r>
    </w:p>
    <w:p w14:paraId="0F5EFF63" w14:textId="77777777" w:rsidR="00495879" w:rsidRDefault="00000000">
      <w:pPr>
        <w:pStyle w:val="Titre2"/>
      </w:pPr>
      <w:r>
        <w:t>🗺️ INNOVATION ROADMAP</w:t>
      </w:r>
    </w:p>
    <w:p w14:paraId="4A783C66" w14:textId="77777777" w:rsidR="00495879" w:rsidRDefault="00000000">
      <w:pPr>
        <w:pStyle w:val="Titre3"/>
      </w:pPr>
      <w:r>
        <w:t>2026 (Year 1) - Foundation Digitale</w:t>
      </w:r>
    </w:p>
    <w:p w14:paraId="01B2012E" w14:textId="77777777" w:rsidR="00495879" w:rsidRDefault="00000000">
      <w:r>
        <w:rPr>
          <w:b/>
        </w:rPr>
        <w:t>Q1</w:t>
      </w:r>
      <w:r>
        <w:t>:</w:t>
      </w:r>
    </w:p>
    <w:p w14:paraId="24E3F94F" w14:textId="77777777" w:rsidR="00495879" w:rsidRDefault="00000000">
      <w:pPr>
        <w:pStyle w:val="Listepuces"/>
      </w:pPr>
      <w:r>
        <w:t>✅ MVP Portal Web lancé</w:t>
      </w:r>
    </w:p>
    <w:p w14:paraId="58E01CFF" w14:textId="77777777" w:rsidR="00495879" w:rsidRDefault="00000000">
      <w:pPr>
        <w:pStyle w:val="Listepuces"/>
      </w:pPr>
      <w:r>
        <w:lastRenderedPageBreak/>
        <w:t>✅ Intégrations Zoom + Stripe</w:t>
      </w:r>
    </w:p>
    <w:p w14:paraId="28C5568D" w14:textId="77777777" w:rsidR="00495879" w:rsidRDefault="00000000">
      <w:pPr>
        <w:pStyle w:val="Listepuces"/>
      </w:pPr>
      <w:r>
        <w:t>✅ 30 modules vidéo uploadés</w:t>
      </w:r>
    </w:p>
    <w:p w14:paraId="359638FD" w14:textId="77777777" w:rsidR="00495879" w:rsidRDefault="00000000">
      <w:pPr>
        <w:pStyle w:val="Listepuces"/>
      </w:pPr>
      <w:r>
        <w:t>✅ 3-5 clients pilotes</w:t>
      </w:r>
    </w:p>
    <w:p w14:paraId="5F150C9D" w14:textId="77777777" w:rsidR="00495879" w:rsidRDefault="00000000">
      <w:r>
        <w:rPr>
          <w:b/>
        </w:rPr>
        <w:t>Q2</w:t>
      </w:r>
      <w:r>
        <w:t>:</w:t>
      </w:r>
    </w:p>
    <w:p w14:paraId="4591C08C" w14:textId="77777777" w:rsidR="00495879" w:rsidRDefault="00000000">
      <w:pPr>
        <w:pStyle w:val="Listepuces"/>
      </w:pPr>
      <w:r>
        <w:t>🔄 Mobile App v1.0 (iOS + Android)</w:t>
      </w:r>
    </w:p>
    <w:p w14:paraId="039488B7" w14:textId="77777777" w:rsidR="00495879" w:rsidRDefault="00000000">
      <w:pPr>
        <w:pStyle w:val="Listepuces"/>
      </w:pPr>
      <w:r>
        <w:t>🔄 Forums communautaires</w:t>
      </w:r>
    </w:p>
    <w:p w14:paraId="744D7D63" w14:textId="77777777" w:rsidR="00495879" w:rsidRDefault="00000000">
      <w:pPr>
        <w:pStyle w:val="Listepuces"/>
      </w:pPr>
      <w:r>
        <w:t>🔄 Progress tracking basique</w:t>
      </w:r>
    </w:p>
    <w:p w14:paraId="5BD045E9" w14:textId="77777777" w:rsidR="00495879" w:rsidRDefault="00000000">
      <w:pPr>
        <w:pStyle w:val="Listepuces"/>
      </w:pPr>
      <w:r>
        <w:t>🔄 10+ clients actifs</w:t>
      </w:r>
    </w:p>
    <w:p w14:paraId="6016DABA" w14:textId="77777777" w:rsidR="00495879" w:rsidRDefault="00000000">
      <w:r>
        <w:rPr>
          <w:b/>
        </w:rPr>
        <w:t>Q3</w:t>
      </w:r>
      <w:r>
        <w:t>:</w:t>
      </w:r>
    </w:p>
    <w:p w14:paraId="67D1FEAA" w14:textId="77777777" w:rsidR="00495879" w:rsidRDefault="00000000">
      <w:pPr>
        <w:pStyle w:val="Listepuces"/>
      </w:pPr>
      <w:r>
        <w:t>🔜 Refinements UX</w:t>
      </w:r>
    </w:p>
    <w:p w14:paraId="7E23AB93" w14:textId="77777777" w:rsidR="00495879" w:rsidRDefault="00000000">
      <w:pPr>
        <w:pStyle w:val="Listepuces"/>
      </w:pPr>
      <w:r>
        <w:t>🔜 Scale Framework assessment outil</w:t>
      </w:r>
    </w:p>
    <w:p w14:paraId="397A3537" w14:textId="77777777" w:rsidR="00495879" w:rsidRDefault="00000000">
      <w:pPr>
        <w:pStyle w:val="Listepuces"/>
      </w:pPr>
      <w:r>
        <w:t>🔜 Templates library complète (50+)</w:t>
      </w:r>
    </w:p>
    <w:p w14:paraId="205860EA" w14:textId="77777777" w:rsidR="00495879" w:rsidRDefault="00000000">
      <w:pPr>
        <w:pStyle w:val="Listepuces"/>
      </w:pPr>
      <w:r>
        <w:t>🔜 Email automation basique</w:t>
      </w:r>
    </w:p>
    <w:p w14:paraId="798AB3FE" w14:textId="77777777" w:rsidR="00495879" w:rsidRDefault="00000000">
      <w:r>
        <w:rPr>
          <w:b/>
        </w:rPr>
        <w:t>Q4</w:t>
      </w:r>
      <w:r>
        <w:t>:</w:t>
      </w:r>
    </w:p>
    <w:p w14:paraId="5927FFF2" w14:textId="77777777" w:rsidR="00495879" w:rsidRDefault="00000000">
      <w:pPr>
        <w:pStyle w:val="Listepuces"/>
      </w:pPr>
      <w:r>
        <w:t>🔜 Analytics dashboard interne</w:t>
      </w:r>
    </w:p>
    <w:p w14:paraId="6E92DDAC" w14:textId="77777777" w:rsidR="00495879" w:rsidRDefault="00000000">
      <w:pPr>
        <w:pStyle w:val="Listepuces"/>
      </w:pPr>
      <w:r>
        <w:t>🔜 Referral program module</w:t>
      </w:r>
    </w:p>
    <w:p w14:paraId="134F0BDE" w14:textId="77777777" w:rsidR="00495879" w:rsidRDefault="00000000">
      <w:pPr>
        <w:pStyle w:val="Listepuces"/>
      </w:pPr>
      <w:r>
        <w:t>🔜 Platform Membership tier soft launch</w:t>
      </w:r>
    </w:p>
    <w:p w14:paraId="5A870B34" w14:textId="77777777" w:rsidR="00495879" w:rsidRDefault="00000000">
      <w:pPr>
        <w:pStyle w:val="Listepuces"/>
      </w:pPr>
      <w:r>
        <w:t>🔜 20+ clients actifs</w:t>
      </w:r>
    </w:p>
    <w:p w14:paraId="09C5B5A4" w14:textId="77777777" w:rsidR="00495879" w:rsidRDefault="00000000">
      <w:pPr>
        <w:pStyle w:val="Titre3"/>
      </w:pPr>
      <w:r>
        <w:t>2027 (Year 2) - Scaling + IA Beta</w:t>
      </w:r>
    </w:p>
    <w:p w14:paraId="00D60FB3" w14:textId="77777777" w:rsidR="00495879" w:rsidRDefault="00000000">
      <w:r>
        <w:rPr>
          <w:b/>
        </w:rPr>
        <w:t>Q1-Q2</w:t>
      </w:r>
      <w:r>
        <w:t>:</w:t>
      </w:r>
    </w:p>
    <w:p w14:paraId="2F250591" w14:textId="77777777" w:rsidR="00495879" w:rsidRDefault="00000000">
      <w:pPr>
        <w:pStyle w:val="Listepuces"/>
      </w:pPr>
      <w:r>
        <w:t>Audit données An 1</w:t>
      </w:r>
    </w:p>
    <w:p w14:paraId="3A5366B7" w14:textId="77777777" w:rsidR="00495879" w:rsidRDefault="00000000">
      <w:pPr>
        <w:pStyle w:val="Listepuces"/>
      </w:pPr>
      <w:r>
        <w:t>POC IA avec 5-10 clients pilotes</w:t>
      </w:r>
    </w:p>
    <w:p w14:paraId="2C98540F" w14:textId="77777777" w:rsidR="00495879" w:rsidRDefault="00000000">
      <w:pPr>
        <w:pStyle w:val="Listepuces"/>
      </w:pPr>
      <w:r>
        <w:t>Sélection vendor IA</w:t>
      </w:r>
    </w:p>
    <w:p w14:paraId="6ADD8FE0" w14:textId="77777777" w:rsidR="00495879" w:rsidRDefault="00000000">
      <w:pPr>
        <w:pStyle w:val="Listepuces"/>
      </w:pPr>
      <w:r>
        <w:t>AI Success Coach™ beta launch</w:t>
      </w:r>
    </w:p>
    <w:p w14:paraId="50E568B4" w14:textId="77777777" w:rsidR="00495879" w:rsidRDefault="00000000">
      <w:r>
        <w:rPr>
          <w:b/>
        </w:rPr>
        <w:t>Q3-Q4</w:t>
      </w:r>
      <w:r>
        <w:t>:</w:t>
      </w:r>
    </w:p>
    <w:p w14:paraId="0BEEA3A0" w14:textId="77777777" w:rsidR="00495879" w:rsidRDefault="00000000">
      <w:pPr>
        <w:pStyle w:val="Listepuces"/>
      </w:pPr>
      <w:r>
        <w:t>IA rollout à tous clients TRANSFORM/ADVISORY</w:t>
      </w:r>
    </w:p>
    <w:p w14:paraId="5D07E99F" w14:textId="77777777" w:rsidR="00495879" w:rsidRDefault="00000000">
      <w:pPr>
        <w:pStyle w:val="Listepuces"/>
      </w:pPr>
      <w:r>
        <w:t>Predictive analytics churn</w:t>
      </w:r>
    </w:p>
    <w:p w14:paraId="139A50F5" w14:textId="77777777" w:rsidR="00495879" w:rsidRDefault="00000000">
      <w:pPr>
        <w:pStyle w:val="Listepuces"/>
      </w:pPr>
      <w:r>
        <w:t>Content recommendations automatisées</w:t>
      </w:r>
    </w:p>
    <w:p w14:paraId="22207277" w14:textId="77777777" w:rsidR="00495879" w:rsidRDefault="00000000">
      <w:pPr>
        <w:pStyle w:val="Listepuces"/>
      </w:pPr>
      <w:r>
        <w:t>Multi-language support (français)</w:t>
      </w:r>
    </w:p>
    <w:p w14:paraId="51D40031" w14:textId="77777777" w:rsidR="00495879" w:rsidRDefault="00000000">
      <w:pPr>
        <w:pStyle w:val="Titre3"/>
      </w:pPr>
      <w:r>
        <w:t>2028 (Year 3) - IA Mature + International</w:t>
      </w:r>
    </w:p>
    <w:p w14:paraId="4D184426" w14:textId="77777777" w:rsidR="00495879" w:rsidRDefault="00000000">
      <w:r>
        <w:rPr>
          <w:b/>
        </w:rPr>
        <w:t>Focus</w:t>
      </w:r>
      <w:r>
        <w:t>:</w:t>
      </w:r>
    </w:p>
    <w:p w14:paraId="36FB324F" w14:textId="77777777" w:rsidR="00495879" w:rsidRDefault="00000000">
      <w:pPr>
        <w:pStyle w:val="Listepuces"/>
      </w:pPr>
      <w:r>
        <w:t>AI Coach v2.0 (proactive insights)</w:t>
      </w:r>
    </w:p>
    <w:p w14:paraId="5DC5C5A2" w14:textId="77777777" w:rsidR="00495879" w:rsidRDefault="00000000">
      <w:pPr>
        <w:pStyle w:val="Listepuces"/>
      </w:pPr>
      <w:r>
        <w:t>Expansion infrastructure (régions Afrique/Europe)</w:t>
      </w:r>
    </w:p>
    <w:p w14:paraId="073BB5E4" w14:textId="77777777" w:rsidR="00495879" w:rsidRDefault="00000000">
      <w:pPr>
        <w:pStyle w:val="Listepuces"/>
      </w:pPr>
      <w:r>
        <w:lastRenderedPageBreak/>
        <w:t>Enterprise features (SSO, multi-user accounts)</w:t>
      </w:r>
    </w:p>
    <w:p w14:paraId="18BD9DBC" w14:textId="77777777" w:rsidR="00495879" w:rsidRDefault="00000000">
      <w:pPr>
        <w:pStyle w:val="Listepuces"/>
      </w:pPr>
      <w:r>
        <w:t>API marketplace (intégrations tierces)</w:t>
      </w:r>
    </w:p>
    <w:p w14:paraId="3D58E7B9" w14:textId="77777777" w:rsidR="00495879" w:rsidRDefault="00000000">
      <w:pPr>
        <w:pStyle w:val="Listepuces"/>
      </w:pPr>
      <w:r>
        <w:t>Virtual events platform (500+ attendees)</w:t>
      </w:r>
    </w:p>
    <w:p w14:paraId="16BE876A" w14:textId="77777777" w:rsidR="00495879" w:rsidRDefault="00000000">
      <w:r>
        <w:t>________________________________________________________________________________</w:t>
      </w:r>
    </w:p>
    <w:p w14:paraId="265DB3DE" w14:textId="77777777" w:rsidR="00495879" w:rsidRDefault="00000000">
      <w:pPr>
        <w:pStyle w:val="Titre2"/>
      </w:pPr>
      <w:r>
        <w:t>🔒 SECURITY &amp; COMPLIANCE</w:t>
      </w:r>
    </w:p>
    <w:p w14:paraId="73CA14A0" w14:textId="77777777" w:rsidR="00495879" w:rsidRDefault="00000000">
      <w:pPr>
        <w:pStyle w:val="Titre3"/>
      </w:pPr>
      <w:r>
        <w:t>Sécurité Phase 1</w:t>
      </w:r>
    </w:p>
    <w:p w14:paraId="2A863B2F" w14:textId="77777777" w:rsidR="00495879" w:rsidRDefault="00000000">
      <w:r>
        <w:rPr>
          <w:b/>
        </w:rPr>
        <w:t>Basiques Essentiels</w:t>
      </w:r>
      <w:r>
        <w:t>:</w:t>
      </w:r>
    </w:p>
    <w:p w14:paraId="7A9933B1" w14:textId="77777777" w:rsidR="00495879" w:rsidRDefault="00000000">
      <w:pPr>
        <w:pStyle w:val="Listepuces"/>
      </w:pPr>
      <w:r>
        <w:t>HTTPS/TLS partout (certificat SSL)</w:t>
      </w:r>
    </w:p>
    <w:p w14:paraId="6261014A" w14:textId="77777777" w:rsidR="00495879" w:rsidRDefault="00000000">
      <w:pPr>
        <w:pStyle w:val="Listepuces"/>
      </w:pPr>
      <w:r>
        <w:t>Passwords hashed (bcrypt)</w:t>
      </w:r>
    </w:p>
    <w:p w14:paraId="3E7B549E" w14:textId="77777777" w:rsidR="00495879" w:rsidRDefault="00000000">
      <w:pPr>
        <w:pStyle w:val="Listepuces"/>
      </w:pPr>
      <w:r>
        <w:t>OAuth 2.0 authentication</w:t>
      </w:r>
    </w:p>
    <w:p w14:paraId="1C69F7FC" w14:textId="77777777" w:rsidR="00495879" w:rsidRDefault="00000000">
      <w:pPr>
        <w:pStyle w:val="Listepuces"/>
      </w:pPr>
      <w:r>
        <w:t>2FA optionnel pour comptes</w:t>
      </w:r>
    </w:p>
    <w:p w14:paraId="285B3612" w14:textId="77777777" w:rsidR="00495879" w:rsidRDefault="00000000">
      <w:pPr>
        <w:pStyle w:val="Listepuces"/>
      </w:pPr>
      <w:r>
        <w:t>Backups automatiques daily (database + files)</w:t>
      </w:r>
    </w:p>
    <w:p w14:paraId="4E361ADE" w14:textId="77777777" w:rsidR="00495879" w:rsidRDefault="00000000">
      <w:r>
        <w:rPr>
          <w:b/>
        </w:rPr>
        <w:t>Privacy</w:t>
      </w:r>
      <w:r>
        <w:t>:</w:t>
      </w:r>
    </w:p>
    <w:p w14:paraId="0CB197AF" w14:textId="77777777" w:rsidR="00495879" w:rsidRDefault="00000000">
      <w:pPr>
        <w:pStyle w:val="Listepuces"/>
      </w:pPr>
      <w:r>
        <w:t>GDPR compliance (data export, right to erasure)</w:t>
      </w:r>
    </w:p>
    <w:p w14:paraId="1414D0AB" w14:textId="77777777" w:rsidR="00495879" w:rsidRDefault="00000000">
      <w:pPr>
        <w:pStyle w:val="Listepuces"/>
      </w:pPr>
      <w:r>
        <w:t>CCPA compliance (California)</w:t>
      </w:r>
    </w:p>
    <w:p w14:paraId="7D95FD85" w14:textId="77777777" w:rsidR="00495879" w:rsidRDefault="00000000">
      <w:pPr>
        <w:pStyle w:val="Listepuces"/>
      </w:pPr>
      <w:r>
        <w:t>Privacy policy claire</w:t>
      </w:r>
    </w:p>
    <w:p w14:paraId="7E2BC981" w14:textId="77777777" w:rsidR="00495879" w:rsidRDefault="00000000">
      <w:pPr>
        <w:pStyle w:val="Listepuces"/>
      </w:pPr>
      <w:r>
        <w:t>Cookie consent banner</w:t>
      </w:r>
    </w:p>
    <w:p w14:paraId="70DE532B" w14:textId="77777777" w:rsidR="00495879" w:rsidRDefault="00000000">
      <w:r>
        <w:rPr>
          <w:b/>
        </w:rPr>
        <w:t>Coût</w:t>
      </w:r>
      <w:r>
        <w:t>: $2,000-3,000 An 1</w:t>
      </w:r>
    </w:p>
    <w:p w14:paraId="1C299BD3" w14:textId="77777777" w:rsidR="00495879" w:rsidRDefault="00000000">
      <w:pPr>
        <w:pStyle w:val="Titre3"/>
      </w:pPr>
      <w:r>
        <w:t>Sécurité Phase 2-3</w:t>
      </w:r>
    </w:p>
    <w:p w14:paraId="034BA33B" w14:textId="77777777" w:rsidR="00495879" w:rsidRDefault="00000000">
      <w:r>
        <w:rPr>
          <w:b/>
        </w:rPr>
        <w:t>Enterprise-Grade</w:t>
      </w:r>
      <w:r>
        <w:t>:</w:t>
      </w:r>
    </w:p>
    <w:p w14:paraId="07C1BD0B" w14:textId="77777777" w:rsidR="00495879" w:rsidRDefault="00000000">
      <w:pPr>
        <w:pStyle w:val="Listepuces"/>
      </w:pPr>
      <w:r>
        <w:t>SOC 2 Type II certification (objectif An 3)</w:t>
      </w:r>
    </w:p>
    <w:p w14:paraId="2E7E01BA" w14:textId="77777777" w:rsidR="00495879" w:rsidRDefault="00000000">
      <w:pPr>
        <w:pStyle w:val="Listepuces"/>
      </w:pPr>
      <w:r>
        <w:t>Penetration testing annuel</w:t>
      </w:r>
    </w:p>
    <w:p w14:paraId="331505EB" w14:textId="77777777" w:rsidR="00495879" w:rsidRDefault="00000000">
      <w:pPr>
        <w:pStyle w:val="Listepuces"/>
      </w:pPr>
      <w:r>
        <w:t>WAF (Web Application Firewall)</w:t>
      </w:r>
    </w:p>
    <w:p w14:paraId="4890CC4B" w14:textId="77777777" w:rsidR="00495879" w:rsidRDefault="00000000">
      <w:pPr>
        <w:pStyle w:val="Listepuces"/>
      </w:pPr>
      <w:r>
        <w:t>DDoS protection</w:t>
      </w:r>
    </w:p>
    <w:p w14:paraId="75FA391D" w14:textId="77777777" w:rsidR="00495879" w:rsidRDefault="00000000">
      <w:pPr>
        <w:pStyle w:val="Listepuces"/>
      </w:pPr>
      <w:r>
        <w:t>Advanced threat monitoring</w:t>
      </w:r>
    </w:p>
    <w:p w14:paraId="1B6E0A38" w14:textId="77777777" w:rsidR="00495879" w:rsidRDefault="00000000">
      <w:r>
        <w:rPr>
          <w:b/>
        </w:rPr>
        <w:t>Coût</w:t>
      </w:r>
      <w:r>
        <w:t>: $10,000-15,000 An 3</w:t>
      </w:r>
    </w:p>
    <w:p w14:paraId="678AC369" w14:textId="77777777" w:rsidR="00495879" w:rsidRDefault="00000000">
      <w:r>
        <w:t>________________________________________________________________________________</w:t>
      </w:r>
    </w:p>
    <w:p w14:paraId="51776E68" w14:textId="77777777" w:rsidR="00495879" w:rsidRDefault="00000000">
      <w:pPr>
        <w:pStyle w:val="Titre2"/>
      </w:pPr>
      <w:r>
        <w:t>🏆 COMPETITIVE TECHNOLOGY ADVANTAGES</w:t>
      </w:r>
    </w:p>
    <w:p w14:paraId="6DD36EC2" w14:textId="77777777" w:rsidR="00495879" w:rsidRDefault="00000000">
      <w:pPr>
        <w:pStyle w:val="Titre3"/>
      </w:pPr>
      <w:r>
        <w:t>Phase 1 Advantages</w:t>
      </w:r>
    </w:p>
    <w:p w14:paraId="634D06A7" w14:textId="77777777" w:rsidR="00495879" w:rsidRDefault="00000000">
      <w:r>
        <w:rPr>
          <w:b/>
        </w:rPr>
        <w:t>vs Concurrents Traditionnels</w:t>
      </w:r>
      <w:r>
        <w:t>:</w:t>
      </w:r>
    </w:p>
    <w:p w14:paraId="1D053061" w14:textId="77777777" w:rsidR="00495879" w:rsidRDefault="00000000">
      <w:pPr>
        <w:pStyle w:val="Listepuces"/>
      </w:pPr>
      <w:r>
        <w:t>✅ Platform digitale (vs email + Zoom only)</w:t>
      </w:r>
    </w:p>
    <w:p w14:paraId="6B1DA871" w14:textId="77777777" w:rsidR="00495879" w:rsidRDefault="00000000">
      <w:pPr>
        <w:pStyle w:val="Listepuces"/>
      </w:pPr>
      <w:r>
        <w:t>✅ Resource library 24/7 (vs séances only)</w:t>
      </w:r>
    </w:p>
    <w:p w14:paraId="6BD3E186" w14:textId="77777777" w:rsidR="00495879" w:rsidRDefault="00000000">
      <w:pPr>
        <w:pStyle w:val="Listepuces"/>
      </w:pPr>
      <w:r>
        <w:lastRenderedPageBreak/>
        <w:t>✅ Mobile app (vs web only)</w:t>
      </w:r>
    </w:p>
    <w:p w14:paraId="3A7FAFDD" w14:textId="77777777" w:rsidR="00495879" w:rsidRDefault="00000000">
      <w:pPr>
        <w:pStyle w:val="Listepuces"/>
      </w:pPr>
      <w:r>
        <w:t>✅ Community forums (vs isolation)</w:t>
      </w:r>
    </w:p>
    <w:p w14:paraId="4F8A9790" w14:textId="77777777" w:rsidR="00495879" w:rsidRDefault="00000000">
      <w:pPr>
        <w:pStyle w:val="Listepuces"/>
      </w:pPr>
      <w:r>
        <w:t>✅ Progress tracking (vs no visibility)</w:t>
      </w:r>
    </w:p>
    <w:p w14:paraId="12E546D5" w14:textId="77777777" w:rsidR="00495879" w:rsidRDefault="00000000">
      <w:r>
        <w:rPr>
          <w:b/>
        </w:rPr>
        <w:t>Position</w:t>
      </w:r>
      <w:r>
        <w:t>: "Boutique consulting avec infrastructure big tech"</w:t>
      </w:r>
    </w:p>
    <w:p w14:paraId="00DB12DA" w14:textId="77777777" w:rsidR="00495879" w:rsidRDefault="00000000">
      <w:pPr>
        <w:pStyle w:val="Titre3"/>
      </w:pPr>
      <w:r>
        <w:t>Phase 2 Advantages (2027+)</w:t>
      </w:r>
    </w:p>
    <w:p w14:paraId="6F6EF4E2" w14:textId="77777777" w:rsidR="00495879" w:rsidRDefault="00000000">
      <w:r>
        <w:rPr>
          <w:b/>
        </w:rPr>
        <w:t>vs Concurrents avec IA</w:t>
      </w:r>
      <w:r>
        <w:t>:</w:t>
      </w:r>
    </w:p>
    <w:p w14:paraId="0EB56B15" w14:textId="77777777" w:rsidR="00495879" w:rsidRDefault="00000000">
      <w:pPr>
        <w:pStyle w:val="Listepuces"/>
      </w:pPr>
      <w:r>
        <w:t>✅ First-mover SMB coaching IA</w:t>
      </w:r>
    </w:p>
    <w:p w14:paraId="60D9AFB6" w14:textId="77777777" w:rsidR="00495879" w:rsidRDefault="00000000">
      <w:pPr>
        <w:pStyle w:val="Listepuces"/>
      </w:pPr>
      <w:r>
        <w:t>✅ Data moat (18+ mois de données clients)</w:t>
      </w:r>
    </w:p>
    <w:p w14:paraId="1A36C3F8" w14:textId="77777777" w:rsidR="00495879" w:rsidRDefault="00000000">
      <w:pPr>
        <w:pStyle w:val="Listepuces"/>
      </w:pPr>
      <w:r>
        <w:t>✅ Proprietary methodologies digitalisées</w:t>
      </w:r>
    </w:p>
    <w:p w14:paraId="4208B552" w14:textId="77777777" w:rsidR="00495879" w:rsidRDefault="00000000">
      <w:pPr>
        <w:pStyle w:val="Listepuces"/>
      </w:pPr>
      <w:r>
        <w:t>✅ Coût inférieur (pass savings to clients)</w:t>
      </w:r>
    </w:p>
    <w:p w14:paraId="6320D56A" w14:textId="77777777" w:rsidR="00495879" w:rsidRDefault="00000000">
      <w:pPr>
        <w:pStyle w:val="Listepuces"/>
      </w:pPr>
      <w:r>
        <w:t>✅ 24/7 support sans 24/7 staff</w:t>
      </w:r>
    </w:p>
    <w:p w14:paraId="7DA84069" w14:textId="77777777" w:rsidR="00495879" w:rsidRDefault="00000000">
      <w:r>
        <w:rPr>
          <w:b/>
        </w:rPr>
        <w:t>Position</w:t>
      </w:r>
      <w:r>
        <w:t>: "Seul coaching platform SMB avec IA accessible"</w:t>
      </w:r>
    </w:p>
    <w:p w14:paraId="3ABBF47B" w14:textId="77777777" w:rsidR="00495879" w:rsidRDefault="00000000">
      <w:r>
        <w:t>________________________________________________________________________________</w:t>
      </w:r>
    </w:p>
    <w:p w14:paraId="579EE1BB" w14:textId="77777777" w:rsidR="00495879" w:rsidRDefault="00000000">
      <w:pPr>
        <w:pStyle w:val="Titre2"/>
      </w:pPr>
      <w:r>
        <w:t>🎯 TECHNOLOGY SUCCESS METRICS</w:t>
      </w:r>
    </w:p>
    <w:p w14:paraId="0546B4FA" w14:textId="77777777" w:rsidR="00495879" w:rsidRDefault="00000000">
      <w:pPr>
        <w:pStyle w:val="Titre3"/>
      </w:pPr>
      <w:r>
        <w:t>Phase 1 KPIs (2026-2027)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40BDB28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4999FD5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880" w:type="dxa"/>
          </w:tcPr>
          <w:p w14:paraId="14956D0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  <w:tc>
          <w:tcPr>
            <w:tcW w:w="2880" w:type="dxa"/>
          </w:tcPr>
          <w:p w14:paraId="43842CF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Measurement</w:t>
            </w:r>
          </w:p>
        </w:tc>
      </w:tr>
      <w:tr w:rsidR="00495879" w14:paraId="0BC65DA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876EB17" w14:textId="77777777" w:rsidR="00495879" w:rsidRDefault="00000000">
            <w:r>
              <w:t>**Platform Uptime**</w:t>
            </w:r>
          </w:p>
        </w:tc>
        <w:tc>
          <w:tcPr>
            <w:tcW w:w="2880" w:type="dxa"/>
          </w:tcPr>
          <w:p w14:paraId="1525A97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99%+</w:t>
            </w:r>
          </w:p>
        </w:tc>
        <w:tc>
          <w:tcPr>
            <w:tcW w:w="2880" w:type="dxa"/>
          </w:tcPr>
          <w:p w14:paraId="60E351C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UptimeRobot</w:t>
            </w:r>
          </w:p>
        </w:tc>
      </w:tr>
      <w:tr w:rsidR="00495879" w14:paraId="11B61C9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4036EEA" w14:textId="77777777" w:rsidR="00495879" w:rsidRDefault="00000000">
            <w:r>
              <w:t>**Page Load Time**</w:t>
            </w:r>
          </w:p>
        </w:tc>
        <w:tc>
          <w:tcPr>
            <w:tcW w:w="2880" w:type="dxa"/>
          </w:tcPr>
          <w:p w14:paraId="22C2D70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&lt;3s</w:t>
            </w:r>
          </w:p>
        </w:tc>
        <w:tc>
          <w:tcPr>
            <w:tcW w:w="2880" w:type="dxa"/>
          </w:tcPr>
          <w:p w14:paraId="27C0277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Google Lighthouse</w:t>
            </w:r>
          </w:p>
        </w:tc>
      </w:tr>
      <w:tr w:rsidR="00495879" w14:paraId="28A9F93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2731D47" w14:textId="77777777" w:rsidR="00495879" w:rsidRDefault="00000000">
            <w:r>
              <w:t>**Mobile App Rating**</w:t>
            </w:r>
          </w:p>
        </w:tc>
        <w:tc>
          <w:tcPr>
            <w:tcW w:w="2880" w:type="dxa"/>
          </w:tcPr>
          <w:p w14:paraId="6536F98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4.0+ stars</w:t>
            </w:r>
          </w:p>
        </w:tc>
        <w:tc>
          <w:tcPr>
            <w:tcW w:w="2880" w:type="dxa"/>
          </w:tcPr>
          <w:p w14:paraId="090F3D2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App stores</w:t>
            </w:r>
          </w:p>
        </w:tc>
      </w:tr>
      <w:tr w:rsidR="00495879" w14:paraId="2A90F30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BCA1948" w14:textId="77777777" w:rsidR="00495879" w:rsidRDefault="00000000">
            <w:r>
              <w:t>**User Engagement**</w:t>
            </w:r>
          </w:p>
        </w:tc>
        <w:tc>
          <w:tcPr>
            <w:tcW w:w="2880" w:type="dxa"/>
          </w:tcPr>
          <w:p w14:paraId="3338AD6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50% MAU/Total</w:t>
            </w:r>
          </w:p>
        </w:tc>
        <w:tc>
          <w:tcPr>
            <w:tcW w:w="2880" w:type="dxa"/>
          </w:tcPr>
          <w:p w14:paraId="2060545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Google Analytics</w:t>
            </w:r>
          </w:p>
        </w:tc>
      </w:tr>
      <w:tr w:rsidR="00495879" w14:paraId="0D96F13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5C88128" w14:textId="77777777" w:rsidR="00495879" w:rsidRDefault="00000000">
            <w:r>
              <w:t>**Content Completion**</w:t>
            </w:r>
          </w:p>
        </w:tc>
        <w:tc>
          <w:tcPr>
            <w:tcW w:w="2880" w:type="dxa"/>
          </w:tcPr>
          <w:p w14:paraId="480F89B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40%+</w:t>
            </w:r>
          </w:p>
        </w:tc>
        <w:tc>
          <w:tcPr>
            <w:tcW w:w="2880" w:type="dxa"/>
          </w:tcPr>
          <w:p w14:paraId="1721FA9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Custom tracking</w:t>
            </w:r>
          </w:p>
        </w:tc>
      </w:tr>
      <w:tr w:rsidR="00495879" w14:paraId="1AD2548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2B0583D" w14:textId="77777777" w:rsidR="00495879" w:rsidRDefault="00000000">
            <w:r>
              <w:t>**Support Response**</w:t>
            </w:r>
          </w:p>
        </w:tc>
        <w:tc>
          <w:tcPr>
            <w:tcW w:w="2880" w:type="dxa"/>
          </w:tcPr>
          <w:p w14:paraId="7236222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&lt;24h</w:t>
            </w:r>
          </w:p>
        </w:tc>
        <w:tc>
          <w:tcPr>
            <w:tcW w:w="2880" w:type="dxa"/>
          </w:tcPr>
          <w:p w14:paraId="21C8438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Email tracking</w:t>
            </w:r>
          </w:p>
        </w:tc>
      </w:tr>
    </w:tbl>
    <w:p w14:paraId="120270E7" w14:textId="77777777" w:rsidR="00495879" w:rsidRDefault="00495879"/>
    <w:p w14:paraId="02B212EE" w14:textId="77777777" w:rsidR="00495879" w:rsidRDefault="00000000">
      <w:pPr>
        <w:pStyle w:val="Titre3"/>
      </w:pPr>
      <w:r>
        <w:t>Phase 2 KPIs (2027-2028)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5BCE0DD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48CF31B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880" w:type="dxa"/>
          </w:tcPr>
          <w:p w14:paraId="2E57009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880" w:type="dxa"/>
          </w:tcPr>
          <w:p w14:paraId="5ABE910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1941A09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AF51ED6" w14:textId="77777777" w:rsidR="00495879" w:rsidRDefault="00000000">
            <w:r>
              <w:t>**Platform Uptime**</w:t>
            </w:r>
          </w:p>
        </w:tc>
        <w:tc>
          <w:tcPr>
            <w:tcW w:w="2880" w:type="dxa"/>
          </w:tcPr>
          <w:p w14:paraId="78ACC0A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99.5%</w:t>
            </w:r>
          </w:p>
        </w:tc>
        <w:tc>
          <w:tcPr>
            <w:tcW w:w="2880" w:type="dxa"/>
          </w:tcPr>
          <w:p w14:paraId="1667700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99.9%</w:t>
            </w:r>
          </w:p>
        </w:tc>
      </w:tr>
      <w:tr w:rsidR="00495879" w14:paraId="5513ECE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5B9EDB0" w14:textId="77777777" w:rsidR="00495879" w:rsidRDefault="00000000">
            <w:r>
              <w:t>**AI Accuracy**</w:t>
            </w:r>
          </w:p>
        </w:tc>
        <w:tc>
          <w:tcPr>
            <w:tcW w:w="2880" w:type="dxa"/>
          </w:tcPr>
          <w:p w14:paraId="48E03AF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85%+</w:t>
            </w:r>
          </w:p>
        </w:tc>
        <w:tc>
          <w:tcPr>
            <w:tcW w:w="2880" w:type="dxa"/>
          </w:tcPr>
          <w:p w14:paraId="5D42571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90%+</w:t>
            </w:r>
          </w:p>
        </w:tc>
      </w:tr>
      <w:tr w:rsidR="00495879" w14:paraId="3E9BFC6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873B101" w14:textId="77777777" w:rsidR="00495879" w:rsidRDefault="00000000">
            <w:r>
              <w:t>**AI Cost/User**</w:t>
            </w:r>
          </w:p>
        </w:tc>
        <w:tc>
          <w:tcPr>
            <w:tcW w:w="2880" w:type="dxa"/>
          </w:tcPr>
          <w:p w14:paraId="095A6CD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&lt;$15/mo</w:t>
            </w:r>
          </w:p>
        </w:tc>
        <w:tc>
          <w:tcPr>
            <w:tcW w:w="2880" w:type="dxa"/>
          </w:tcPr>
          <w:p w14:paraId="6D0D9F0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&lt;$10/mo</w:t>
            </w:r>
          </w:p>
        </w:tc>
      </w:tr>
      <w:tr w:rsidR="00495879" w14:paraId="2CFDE1E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12FFD14" w14:textId="77777777" w:rsidR="00495879" w:rsidRDefault="00000000">
            <w:r>
              <w:t>**Mobile MAU %**</w:t>
            </w:r>
          </w:p>
        </w:tc>
        <w:tc>
          <w:tcPr>
            <w:tcW w:w="2880" w:type="dxa"/>
          </w:tcPr>
          <w:p w14:paraId="290C981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60%</w:t>
            </w:r>
          </w:p>
        </w:tc>
        <w:tc>
          <w:tcPr>
            <w:tcW w:w="2880" w:type="dxa"/>
          </w:tcPr>
          <w:p w14:paraId="6332C00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70%</w:t>
            </w:r>
          </w:p>
        </w:tc>
      </w:tr>
      <w:tr w:rsidR="00495879" w14:paraId="6720D14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2D0987D" w14:textId="77777777" w:rsidR="00495879" w:rsidRDefault="00000000">
            <w:r>
              <w:t>**Automation Rate**</w:t>
            </w:r>
          </w:p>
        </w:tc>
        <w:tc>
          <w:tcPr>
            <w:tcW w:w="2880" w:type="dxa"/>
          </w:tcPr>
          <w:p w14:paraId="3776BC0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30%</w:t>
            </w:r>
          </w:p>
        </w:tc>
        <w:tc>
          <w:tcPr>
            <w:tcW w:w="2880" w:type="dxa"/>
          </w:tcPr>
          <w:p w14:paraId="6117BFA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50%</w:t>
            </w:r>
          </w:p>
        </w:tc>
      </w:tr>
    </w:tbl>
    <w:p w14:paraId="71092F36" w14:textId="77777777" w:rsidR="00495879" w:rsidRDefault="00495879"/>
    <w:p w14:paraId="08652115" w14:textId="77777777" w:rsidR="00495879" w:rsidRDefault="00000000">
      <w:r>
        <w:t>________________________________________________________________________________</w:t>
      </w:r>
    </w:p>
    <w:p w14:paraId="2AB2DCDA" w14:textId="77777777" w:rsidR="00495879" w:rsidRDefault="00000000">
      <w:pPr>
        <w:pStyle w:val="Titre2"/>
      </w:pPr>
      <w:r>
        <w:t>📌 CONCLUSION</w:t>
      </w:r>
    </w:p>
    <w:p w14:paraId="2ACF4FD8" w14:textId="77777777" w:rsidR="00495879" w:rsidRDefault="00000000">
      <w:r>
        <w:t xml:space="preserve">La stratégie technologique de GBCM adopte une </w:t>
      </w:r>
      <w:r>
        <w:rPr>
          <w:b/>
        </w:rPr>
        <w:t>approche pragmatique en deux phases</w:t>
      </w:r>
      <w:r>
        <w:t>:</w:t>
      </w:r>
    </w:p>
    <w:p w14:paraId="6E36D13B" w14:textId="77777777" w:rsidR="00495879" w:rsidRDefault="00000000">
      <w:r>
        <w:rPr>
          <w:b/>
        </w:rPr>
        <w:lastRenderedPageBreak/>
        <w:t>Phase 1 (2026-2027): Foundation Solide</w:t>
      </w:r>
    </w:p>
    <w:p w14:paraId="4805B460" w14:textId="77777777" w:rsidR="00495879" w:rsidRDefault="00000000">
      <w:pPr>
        <w:pStyle w:val="Listepuces"/>
      </w:pPr>
      <w:r>
        <w:t>Partenariat Lions Dev pour delivery rapide</w:t>
      </w:r>
    </w:p>
    <w:p w14:paraId="1DE5AF1A" w14:textId="77777777" w:rsidR="00495879" w:rsidRDefault="00000000">
      <w:pPr>
        <w:pStyle w:val="Listepuces"/>
      </w:pPr>
      <w:r>
        <w:t>Plateforme digitale classique mais fonctionnelle</w:t>
      </w:r>
    </w:p>
    <w:p w14:paraId="0F7B4553" w14:textId="77777777" w:rsidR="00495879" w:rsidRDefault="00000000">
      <w:pPr>
        <w:pStyle w:val="Listepuces"/>
      </w:pPr>
      <w:r>
        <w:t>Focus sur client experience et workflows</w:t>
      </w:r>
    </w:p>
    <w:p w14:paraId="071F4292" w14:textId="77777777" w:rsidR="00495879" w:rsidRDefault="00000000">
      <w:pPr>
        <w:pStyle w:val="Listepuces"/>
      </w:pPr>
      <w:r>
        <w:t>Investissement modéré: $30K An 1</w:t>
      </w:r>
    </w:p>
    <w:p w14:paraId="55497E1B" w14:textId="77777777" w:rsidR="00495879" w:rsidRDefault="00000000">
      <w:r>
        <w:rPr>
          <w:b/>
        </w:rPr>
        <w:t>Phase 2 (2027+): IA &amp; Automation</w:t>
      </w:r>
    </w:p>
    <w:p w14:paraId="7F77ABF2" w14:textId="77777777" w:rsidR="00495879" w:rsidRDefault="00000000">
      <w:pPr>
        <w:pStyle w:val="Listepuces"/>
      </w:pPr>
      <w:r>
        <w:t>Intégration IA une fois foundation établie</w:t>
      </w:r>
    </w:p>
    <w:p w14:paraId="2D0C5076" w14:textId="77777777" w:rsidR="00495879" w:rsidRDefault="00000000">
      <w:pPr>
        <w:pStyle w:val="Listepuces"/>
      </w:pPr>
      <w:r>
        <w:t>Données client suffisantes pour training</w:t>
      </w:r>
    </w:p>
    <w:p w14:paraId="4C7787EC" w14:textId="77777777" w:rsidR="00495879" w:rsidRDefault="00000000">
      <w:pPr>
        <w:pStyle w:val="Listepuces"/>
      </w:pPr>
      <w:r>
        <w:t>ROI clairement démontrable</w:t>
      </w:r>
    </w:p>
    <w:p w14:paraId="20A64666" w14:textId="77777777" w:rsidR="00495879" w:rsidRDefault="00000000">
      <w:pPr>
        <w:pStyle w:val="Listepuces"/>
      </w:pPr>
      <w:r>
        <w:t>Scaling exponentiel possible</w:t>
      </w:r>
    </w:p>
    <w:p w14:paraId="25E76C7B" w14:textId="77777777" w:rsidR="00495879" w:rsidRDefault="00000000">
      <w:r>
        <w:rPr>
          <w:b/>
        </w:rPr>
        <w:t>Avantages clés</w:t>
      </w:r>
      <w:r>
        <w:t>:</w:t>
      </w:r>
    </w:p>
    <w:p w14:paraId="3A3971B7" w14:textId="77777777" w:rsidR="00495879" w:rsidRDefault="00000000">
      <w:r>
        <w:t xml:space="preserve">✅ </w:t>
      </w:r>
      <w:r>
        <w:rPr>
          <w:b/>
        </w:rPr>
        <w:t>Time-to-market rapide</w:t>
      </w:r>
      <w:r>
        <w:t xml:space="preserve"> (Lions Dev partnership)</w:t>
      </w:r>
    </w:p>
    <w:p w14:paraId="48CC5AD0" w14:textId="77777777" w:rsidR="00495879" w:rsidRDefault="00000000">
      <w:r>
        <w:t xml:space="preserve">✅ </w:t>
      </w:r>
      <w:r>
        <w:rPr>
          <w:b/>
        </w:rPr>
        <w:t>Coûts maîtrisés</w:t>
      </w:r>
      <w:r>
        <w:t xml:space="preserve"> (pas de R&amp;D IA An 1)</w:t>
      </w:r>
    </w:p>
    <w:p w14:paraId="62C4B587" w14:textId="77777777" w:rsidR="00495879" w:rsidRDefault="00000000">
      <w:r>
        <w:t xml:space="preserve">✅ </w:t>
      </w:r>
      <w:r>
        <w:rPr>
          <w:b/>
        </w:rPr>
        <w:t>Focus business</w:t>
      </w:r>
      <w:r>
        <w:t xml:space="preserve"> (pas de complexité tech prématurée)</w:t>
      </w:r>
    </w:p>
    <w:p w14:paraId="2F74DF53" w14:textId="77777777" w:rsidR="00495879" w:rsidRDefault="00000000">
      <w:r>
        <w:t xml:space="preserve">✅ </w:t>
      </w:r>
      <w:r>
        <w:rPr>
          <w:b/>
        </w:rPr>
        <w:t>Scalabilité future</w:t>
      </w:r>
      <w:r>
        <w:t xml:space="preserve"> (architecture évolutive)</w:t>
      </w:r>
    </w:p>
    <w:p w14:paraId="31A8407B" w14:textId="77777777" w:rsidR="00495879" w:rsidRDefault="00000000">
      <w:r>
        <w:t xml:space="preserve">✅ </w:t>
      </w:r>
      <w:r>
        <w:rPr>
          <w:b/>
        </w:rPr>
        <w:t>Différenciation</w:t>
      </w:r>
      <w:r>
        <w:t xml:space="preserve"> (offre complète stratégie + tech via Lions Dev)</w:t>
      </w:r>
    </w:p>
    <w:p w14:paraId="1EBE738C" w14:textId="77777777" w:rsidR="00495879" w:rsidRDefault="00000000">
      <w:r>
        <w:rPr>
          <w:b/>
        </w:rPr>
        <w:t>Investment Total 3 ans</w:t>
      </w:r>
      <w:r>
        <w:t xml:space="preserve">: $210K → </w:t>
      </w:r>
      <w:r>
        <w:rPr>
          <w:b/>
        </w:rPr>
        <w:t>ROI attendu</w:t>
      </w:r>
      <w:r>
        <w:t>: $1.5M+ incremental revenue</w:t>
      </w:r>
    </w:p>
    <w:p w14:paraId="0B637291" w14:textId="77777777" w:rsidR="00495879" w:rsidRDefault="00000000">
      <w:r>
        <w:rPr>
          <w:b/>
        </w:rPr>
        <w:t>Next</w:t>
      </w:r>
      <w:r>
        <w:t>: Section 07 - Go-to-Market Strategy</w:t>
      </w:r>
    </w:p>
    <w:p w14:paraId="012EDAB4" w14:textId="77777777" w:rsidR="00495879" w:rsidRDefault="00000000">
      <w:r>
        <w:t>________________________________________________________________________________</w:t>
      </w:r>
    </w:p>
    <w:p w14:paraId="7D88DD70" w14:textId="77777777" w:rsidR="00495879" w:rsidRDefault="00000000">
      <w:r>
        <w:t>© 2026 GBCM LLC - Business Plan v2.1 | Technology &amp; Innovation Strategy (Revised)</w:t>
      </w:r>
    </w:p>
    <w:p w14:paraId="06A41EC8" w14:textId="77777777" w:rsidR="00495879" w:rsidRDefault="00000000">
      <w:r>
        <w:br w:type="page"/>
      </w:r>
    </w:p>
    <w:p w14:paraId="613D9EDE" w14:textId="77777777" w:rsidR="00495879" w:rsidRDefault="00000000">
      <w:pPr>
        <w:pStyle w:val="Titre1"/>
      </w:pPr>
      <w:r>
        <w:lastRenderedPageBreak/>
        <w:t>7. GO-TO-MARKET STRATEGY</w:t>
      </w:r>
    </w:p>
    <w:p w14:paraId="14049E0A" w14:textId="77777777" w:rsidR="00495879" w:rsidRDefault="00000000">
      <w:r>
        <w:t>________________________________________________________________________________</w:t>
      </w:r>
    </w:p>
    <w:p w14:paraId="102FB4FC" w14:textId="77777777" w:rsidR="00495879" w:rsidRDefault="00000000">
      <w:pPr>
        <w:pStyle w:val="Titre2"/>
      </w:pPr>
      <w:r>
        <w:t>📋 TABLE DES MATIÈRES</w:t>
      </w:r>
    </w:p>
    <w:p w14:paraId="113EE8BD" w14:textId="77777777" w:rsidR="00495879" w:rsidRDefault="00000000">
      <w:pPr>
        <w:pStyle w:val="Listepuces"/>
      </w:pPr>
      <w:r>
        <w:t>[Vue d'Ensemble](#vue-densemble)</w:t>
      </w:r>
    </w:p>
    <w:p w14:paraId="35734F30" w14:textId="77777777" w:rsidR="00495879" w:rsidRDefault="00000000">
      <w:pPr>
        <w:pStyle w:val="Listepuces"/>
      </w:pPr>
      <w:r>
        <w:t>[Customer Acquisition Funnel](#customer-acquisition-funnel)</w:t>
      </w:r>
    </w:p>
    <w:p w14:paraId="23B1A494" w14:textId="77777777" w:rsidR="00495879" w:rsidRDefault="00000000">
      <w:pPr>
        <w:pStyle w:val="Listepuces"/>
      </w:pPr>
      <w:r>
        <w:t>[Marketing Channels &amp; Tactics](#marketing-channels--tactics)</w:t>
      </w:r>
    </w:p>
    <w:p w14:paraId="710387D2" w14:textId="77777777" w:rsidR="00495879" w:rsidRDefault="00000000">
      <w:pPr>
        <w:pStyle w:val="Listepuces"/>
      </w:pPr>
      <w:r>
        <w:t>[Content Marketing Strategy](#content-marketing-strategy)</w:t>
      </w:r>
    </w:p>
    <w:p w14:paraId="2F7E7D20" w14:textId="77777777" w:rsidR="00495879" w:rsidRDefault="00000000">
      <w:pPr>
        <w:pStyle w:val="Listepuces"/>
      </w:pPr>
      <w:r>
        <w:t>[Partnership &amp; Referral Programs](#partnership--referral-programs)</w:t>
      </w:r>
    </w:p>
    <w:p w14:paraId="2292F597" w14:textId="77777777" w:rsidR="00495879" w:rsidRDefault="00000000">
      <w:pPr>
        <w:pStyle w:val="Listepuces"/>
      </w:pPr>
      <w:r>
        <w:t>[Sales Process &amp; Conversion](#sales-process--conversion)</w:t>
      </w:r>
    </w:p>
    <w:p w14:paraId="7AE467D6" w14:textId="77777777" w:rsidR="00495879" w:rsidRDefault="00000000">
      <w:pPr>
        <w:pStyle w:val="Listepuces"/>
      </w:pPr>
      <w:r>
        <w:t>[Pricing &amp; Packaging Strategy](#pricing--packaging-strategy)</w:t>
      </w:r>
    </w:p>
    <w:p w14:paraId="27706F9C" w14:textId="77777777" w:rsidR="00495879" w:rsidRDefault="00000000">
      <w:pPr>
        <w:pStyle w:val="Listepuces"/>
      </w:pPr>
      <w:r>
        <w:t>[Launch Plan (2026)](#launch-plan-2026)</w:t>
      </w:r>
    </w:p>
    <w:p w14:paraId="1F7678AF" w14:textId="77777777" w:rsidR="00495879" w:rsidRDefault="00000000">
      <w:pPr>
        <w:pStyle w:val="Listepuces"/>
      </w:pPr>
      <w:r>
        <w:t>[Growth Metrics &amp; CAC](#growth-metrics--cac)</w:t>
      </w:r>
    </w:p>
    <w:p w14:paraId="1F009037" w14:textId="77777777" w:rsidR="00495879" w:rsidRDefault="00000000">
      <w:r>
        <w:t>________________________________________________________________________________</w:t>
      </w:r>
    </w:p>
    <w:p w14:paraId="73A9621F" w14:textId="77777777" w:rsidR="00495879" w:rsidRDefault="00000000">
      <w:pPr>
        <w:pStyle w:val="Titre2"/>
      </w:pPr>
      <w:r>
        <w:t>🎯 VUE D'ENSEMBLE</w:t>
      </w:r>
    </w:p>
    <w:p w14:paraId="44263ECA" w14:textId="77777777" w:rsidR="00495879" w:rsidRDefault="00000000">
      <w:pPr>
        <w:pStyle w:val="Titre3"/>
      </w:pPr>
      <w:r>
        <w:t>Philosophie Go-to-Market</w:t>
      </w:r>
    </w:p>
    <w:p w14:paraId="0A43AB38" w14:textId="77777777" w:rsidR="00495879" w:rsidRDefault="00000000">
      <w:r>
        <w:t xml:space="preserve">GBCM LLC adopte une approche </w:t>
      </w:r>
      <w:r>
        <w:rPr>
          <w:b/>
        </w:rPr>
        <w:t>digital-first, content-driven, community-powered</w:t>
      </w:r>
      <w:r>
        <w:t xml:space="preserve"> pour acquérir et retenir clients.</w:t>
      </w:r>
    </w:p>
    <w:p w14:paraId="610C4308" w14:textId="77777777" w:rsidR="00495879" w:rsidRDefault="00000000">
      <w:r>
        <w:rPr>
          <w:b/>
        </w:rPr>
        <w:t>Principes Fondamentaux</w:t>
      </w:r>
      <w:r>
        <w:t>:</w:t>
      </w:r>
    </w:p>
    <w:p w14:paraId="2E7472E2" w14:textId="77777777" w:rsidR="00495879" w:rsidRDefault="00000000">
      <w:pPr>
        <w:pStyle w:val="Listenumros"/>
      </w:pPr>
      <w:r>
        <w:t>🎓 **Teach before you sell** - Donner valeur avant de demander paiement</w:t>
      </w:r>
    </w:p>
    <w:p w14:paraId="44680DEF" w14:textId="77777777" w:rsidR="00495879" w:rsidRDefault="00000000">
      <w:pPr>
        <w:pStyle w:val="Listenumros"/>
      </w:pPr>
      <w:r>
        <w:t>🔄 **Multi-touch journey** - 7-12 interactions avant conversion (industry avg)</w:t>
      </w:r>
    </w:p>
    <w:p w14:paraId="66EB6EC0" w14:textId="77777777" w:rsidR="00495879" w:rsidRDefault="00000000">
      <w:pPr>
        <w:pStyle w:val="Listenumros"/>
      </w:pPr>
      <w:r>
        <w:t>🎯 **Hyper-targeted** - Niche focus (3 ICP personas) vs mass market</w:t>
      </w:r>
    </w:p>
    <w:p w14:paraId="7104AF49" w14:textId="77777777" w:rsidR="00495879" w:rsidRDefault="00000000">
      <w:pPr>
        <w:pStyle w:val="Listenumros"/>
      </w:pPr>
      <w:r>
        <w:t>📊 **Data-driven** - A/B test everything, optimize relentlessly</w:t>
      </w:r>
    </w:p>
    <w:p w14:paraId="5BC5872B" w14:textId="77777777" w:rsidR="00495879" w:rsidRDefault="00000000">
      <w:pPr>
        <w:pStyle w:val="Listenumros"/>
      </w:pPr>
      <w:r>
        <w:t>🤝 **Community-first** - Build tribe, not just customer list</w:t>
      </w:r>
    </w:p>
    <w:p w14:paraId="43DF5C01" w14:textId="77777777" w:rsidR="00495879" w:rsidRDefault="00000000">
      <w:pPr>
        <w:pStyle w:val="Titre3"/>
      </w:pPr>
      <w:r>
        <w:t>Market Entry Strategy (2026)</w:t>
      </w:r>
    </w:p>
    <w:p w14:paraId="6AD974F7" w14:textId="77777777" w:rsidR="00495879" w:rsidRDefault="00000000">
      <w:r>
        <w:rPr>
          <w:b/>
        </w:rPr>
        <w:t>Phase 1 (Q1-Q2)</w:t>
      </w:r>
      <w:r>
        <w:t>: Seed + Foundation</w:t>
      </w:r>
    </w:p>
    <w:p w14:paraId="3369296F" w14:textId="77777777" w:rsidR="00495879" w:rsidRDefault="00000000">
      <w:pPr>
        <w:pStyle w:val="Listepuces"/>
      </w:pPr>
      <w:r>
        <w:t>Target: 15 founding clients (beta testers)</w:t>
      </w:r>
    </w:p>
    <w:p w14:paraId="64674AFC" w14:textId="77777777" w:rsidR="00495879" w:rsidRDefault="00000000">
      <w:pPr>
        <w:pStyle w:val="Listepuces"/>
      </w:pPr>
      <w:r>
        <w:t>Focus: Product-market fit validation</w:t>
      </w:r>
    </w:p>
    <w:p w14:paraId="69B48035" w14:textId="77777777" w:rsidR="00495879" w:rsidRDefault="00000000">
      <w:pPr>
        <w:pStyle w:val="Listepuces"/>
      </w:pPr>
      <w:r>
        <w:t>Channel: Personal network, warm introductions</w:t>
      </w:r>
    </w:p>
    <w:p w14:paraId="4CA76937" w14:textId="77777777" w:rsidR="00495879" w:rsidRDefault="00000000">
      <w:pPr>
        <w:pStyle w:val="Listepuces"/>
      </w:pPr>
      <w:r>
        <w:t>Investment: $30,000 (50% of marketing budget)</w:t>
      </w:r>
    </w:p>
    <w:p w14:paraId="4D7C3567" w14:textId="77777777" w:rsidR="00495879" w:rsidRDefault="00000000">
      <w:r>
        <w:rPr>
          <w:b/>
        </w:rPr>
        <w:t>Phase 2 (Q3-Q4)</w:t>
      </w:r>
      <w:r>
        <w:t>: Growth + Scale</w:t>
      </w:r>
    </w:p>
    <w:p w14:paraId="311982C4" w14:textId="77777777" w:rsidR="00495879" w:rsidRDefault="00000000">
      <w:pPr>
        <w:pStyle w:val="Listepuces"/>
      </w:pPr>
      <w:r>
        <w:t>Target: 15 additional clients (30 total)</w:t>
      </w:r>
    </w:p>
    <w:p w14:paraId="3ABA6495" w14:textId="77777777" w:rsidR="00495879" w:rsidRDefault="00000000">
      <w:pPr>
        <w:pStyle w:val="Listepuces"/>
      </w:pPr>
      <w:r>
        <w:t>Focus: Refine messaging, expand channels</w:t>
      </w:r>
    </w:p>
    <w:p w14:paraId="1BB177A1" w14:textId="77777777" w:rsidR="00495879" w:rsidRDefault="00000000">
      <w:pPr>
        <w:pStyle w:val="Listepuces"/>
      </w:pPr>
      <w:r>
        <w:t>Channel: Content + paid ads + partnerships</w:t>
      </w:r>
    </w:p>
    <w:p w14:paraId="02472A9E" w14:textId="77777777" w:rsidR="00495879" w:rsidRDefault="00000000">
      <w:pPr>
        <w:pStyle w:val="Listepuces"/>
      </w:pPr>
      <w:r>
        <w:lastRenderedPageBreak/>
        <w:t>Investment: $30,000</w:t>
      </w:r>
    </w:p>
    <w:p w14:paraId="7F3A9BAD" w14:textId="77777777" w:rsidR="00495879" w:rsidRDefault="00000000">
      <w:r>
        <w:rPr>
          <w:b/>
        </w:rPr>
        <w:t>2027-2028</w:t>
      </w:r>
      <w:r>
        <w:t>: Aggressive expansion (covered in yearly breakdown)</w:t>
      </w:r>
    </w:p>
    <w:p w14:paraId="06734978" w14:textId="77777777" w:rsidR="00495879" w:rsidRDefault="00000000">
      <w:r>
        <w:t>________________________________________________________________________________</w:t>
      </w:r>
    </w:p>
    <w:p w14:paraId="0FD63054" w14:textId="77777777" w:rsidR="00495879" w:rsidRDefault="00000000">
      <w:pPr>
        <w:pStyle w:val="Titre2"/>
      </w:pPr>
      <w:r>
        <w:t>🔄 CUSTOMER ACQUISITION FUNNEL</w:t>
      </w:r>
    </w:p>
    <w:p w14:paraId="2708AEAE" w14:textId="77777777" w:rsidR="00495879" w:rsidRDefault="00000000">
      <w:pPr>
        <w:pStyle w:val="Titre3"/>
      </w:pPr>
      <w:r>
        <w:t>Full Funnel Overview</w:t>
      </w:r>
    </w:p>
    <w:p w14:paraId="13220A7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┌────────────────────────────────────────────┐</w:t>
      </w:r>
    </w:p>
    <w:p w14:paraId="1BF8A5D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AWARENESS (10,000+ people/year)            │</w:t>
      </w:r>
    </w:p>
    <w:p w14:paraId="2CFDFEF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Blog, podcast, LinkedIn, ads, events       │</w:t>
      </w:r>
    </w:p>
    <w:p w14:paraId="272A505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├────────────────────────────────────────────┤</w:t>
      </w:r>
    </w:p>
    <w:p w14:paraId="1D59364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↓ 15% engagement                    │</w:t>
      </w:r>
    </w:p>
    <w:p w14:paraId="02843AB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├────────────────────────────────────────────┤</w:t>
      </w:r>
    </w:p>
    <w:p w14:paraId="25CDD1D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CONSIDERATION (1,500 engaged)              │</w:t>
      </w:r>
    </w:p>
    <w:p w14:paraId="63F881B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Webinar, lead magnet, newsletter, consult │</w:t>
      </w:r>
    </w:p>
    <w:p w14:paraId="4F9470E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├────────────────────────────────────────────┤</w:t>
      </w:r>
    </w:p>
    <w:p w14:paraId="0CBCA66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↓ 10% convert to MQL                │</w:t>
      </w:r>
    </w:p>
    <w:p w14:paraId="3C47F49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├────────────────────────────────────────────┤</w:t>
      </w:r>
    </w:p>
    <w:p w14:paraId="2F7F096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EVALUATION (150 Marketing Qualified Leads) │</w:t>
      </w:r>
    </w:p>
    <w:p w14:paraId="3799091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Discovery call, proposal, case studies     │</w:t>
      </w:r>
    </w:p>
    <w:p w14:paraId="04FD97B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├────────────────────────────────────────────┤</w:t>
      </w:r>
    </w:p>
    <w:p w14:paraId="0FB0EB7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↓ 30% convert to opportunity        │</w:t>
      </w:r>
    </w:p>
    <w:p w14:paraId="11470F3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├────────────────────────────────────────────┤</w:t>
      </w:r>
    </w:p>
    <w:p w14:paraId="6E1FDE5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DECISION (45 Sales Opportunities)          │</w:t>
      </w:r>
    </w:p>
    <w:p w14:paraId="57A27BC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Strategy session, contract negotiation     │</w:t>
      </w:r>
    </w:p>
    <w:p w14:paraId="0F72C9E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├────────────────────────────────────────────┤</w:t>
      </w:r>
    </w:p>
    <w:p w14:paraId="41B933A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↓ 67% close rate                    │</w:t>
      </w:r>
    </w:p>
    <w:p w14:paraId="78FF947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├────────────────────────────────────────────┤</w:t>
      </w:r>
    </w:p>
    <w:p w14:paraId="7FEF6A4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CUSTOMER (30 clients/year Target Y1)       │</w:t>
      </w:r>
    </w:p>
    <w:p w14:paraId="1ECDFA7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Onboarding, delivery, success, advocacy   │</w:t>
      </w:r>
    </w:p>
    <w:p w14:paraId="5F0F8A9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└────────────────────────────────────────────┘</w:t>
      </w:r>
    </w:p>
    <w:p w14:paraId="724596E1" w14:textId="77777777" w:rsidR="00495879" w:rsidRDefault="00495879">
      <w:pPr>
        <w:pStyle w:val="Sansinterligne"/>
      </w:pPr>
    </w:p>
    <w:p w14:paraId="72BA1A8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Conversion Rate: 0.3% (10,000 → 30)</w:t>
      </w:r>
    </w:p>
    <w:p w14:paraId="68981FA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Industry Benchmark: 0.2-0.5% (B2B consulting)</w:t>
      </w:r>
    </w:p>
    <w:p w14:paraId="2F025010" w14:textId="77777777" w:rsidR="00495879" w:rsidRDefault="00000000">
      <w:pPr>
        <w:pStyle w:val="Titre3"/>
      </w:pPr>
      <w:r>
        <w:t>Funnel Metrics (Year 1)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3E73821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6C630DC" w14:textId="77777777" w:rsidR="00495879" w:rsidRDefault="00000000">
            <w:r>
              <w:rPr>
                <w:sz w:val="20"/>
              </w:rPr>
              <w:t>Stage</w:t>
            </w:r>
          </w:p>
        </w:tc>
        <w:tc>
          <w:tcPr>
            <w:tcW w:w="2160" w:type="dxa"/>
          </w:tcPr>
          <w:p w14:paraId="7C4D207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Volume</w:t>
            </w:r>
          </w:p>
        </w:tc>
        <w:tc>
          <w:tcPr>
            <w:tcW w:w="2160" w:type="dxa"/>
          </w:tcPr>
          <w:p w14:paraId="35E460E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Conversion</w:t>
            </w:r>
          </w:p>
        </w:tc>
        <w:tc>
          <w:tcPr>
            <w:tcW w:w="2160" w:type="dxa"/>
          </w:tcPr>
          <w:p w14:paraId="15677EA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Time to Next Stage</w:t>
            </w:r>
          </w:p>
        </w:tc>
      </w:tr>
      <w:tr w:rsidR="00495879" w14:paraId="78F39A2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053BFD7" w14:textId="77777777" w:rsidR="00495879" w:rsidRDefault="00000000">
            <w:r>
              <w:t>**Awareness**</w:t>
            </w:r>
          </w:p>
        </w:tc>
        <w:tc>
          <w:tcPr>
            <w:tcW w:w="2160" w:type="dxa"/>
          </w:tcPr>
          <w:p w14:paraId="57F3A0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10,000</w:t>
            </w:r>
          </w:p>
        </w:tc>
        <w:tc>
          <w:tcPr>
            <w:tcW w:w="2160" w:type="dxa"/>
          </w:tcPr>
          <w:p w14:paraId="38604E7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15% → Engagement</w:t>
            </w:r>
          </w:p>
        </w:tc>
        <w:tc>
          <w:tcPr>
            <w:tcW w:w="2160" w:type="dxa"/>
          </w:tcPr>
          <w:p w14:paraId="61AE5B5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0-30 days</w:t>
            </w:r>
          </w:p>
        </w:tc>
      </w:tr>
      <w:tr w:rsidR="00495879" w14:paraId="69CB092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46CEFA8" w14:textId="77777777" w:rsidR="00495879" w:rsidRDefault="00000000">
            <w:r>
              <w:t>**Consideration**</w:t>
            </w:r>
          </w:p>
        </w:tc>
        <w:tc>
          <w:tcPr>
            <w:tcW w:w="2160" w:type="dxa"/>
          </w:tcPr>
          <w:p w14:paraId="5232C9A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1,500</w:t>
            </w:r>
          </w:p>
        </w:tc>
        <w:tc>
          <w:tcPr>
            <w:tcW w:w="2160" w:type="dxa"/>
          </w:tcPr>
          <w:p w14:paraId="01702D9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10% → MQL</w:t>
            </w:r>
          </w:p>
        </w:tc>
        <w:tc>
          <w:tcPr>
            <w:tcW w:w="2160" w:type="dxa"/>
          </w:tcPr>
          <w:p w14:paraId="4792E79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7-60 days</w:t>
            </w:r>
          </w:p>
        </w:tc>
      </w:tr>
      <w:tr w:rsidR="00495879" w14:paraId="2F25849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D2B3A85" w14:textId="77777777" w:rsidR="00495879" w:rsidRDefault="00000000">
            <w:r>
              <w:t>**Evaluation**</w:t>
            </w:r>
          </w:p>
        </w:tc>
        <w:tc>
          <w:tcPr>
            <w:tcW w:w="2160" w:type="dxa"/>
          </w:tcPr>
          <w:p w14:paraId="6E70C4E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150</w:t>
            </w:r>
          </w:p>
        </w:tc>
        <w:tc>
          <w:tcPr>
            <w:tcW w:w="2160" w:type="dxa"/>
          </w:tcPr>
          <w:p w14:paraId="773DA6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30% → Opportunity</w:t>
            </w:r>
          </w:p>
        </w:tc>
        <w:tc>
          <w:tcPr>
            <w:tcW w:w="2160" w:type="dxa"/>
          </w:tcPr>
          <w:p w14:paraId="1339E57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14-90 days</w:t>
            </w:r>
          </w:p>
        </w:tc>
      </w:tr>
      <w:tr w:rsidR="00495879" w14:paraId="027E8C3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D5D4836" w14:textId="77777777" w:rsidR="00495879" w:rsidRDefault="00000000">
            <w:r>
              <w:t>**Decision**</w:t>
            </w:r>
          </w:p>
        </w:tc>
        <w:tc>
          <w:tcPr>
            <w:tcW w:w="2160" w:type="dxa"/>
          </w:tcPr>
          <w:p w14:paraId="0EA81CE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45</w:t>
            </w:r>
          </w:p>
        </w:tc>
        <w:tc>
          <w:tcPr>
            <w:tcW w:w="2160" w:type="dxa"/>
          </w:tcPr>
          <w:p w14:paraId="6269A93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67% → Customer</w:t>
            </w:r>
          </w:p>
        </w:tc>
        <w:tc>
          <w:tcPr>
            <w:tcW w:w="2160" w:type="dxa"/>
          </w:tcPr>
          <w:p w14:paraId="0A8DF1B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14-45 days</w:t>
            </w:r>
          </w:p>
        </w:tc>
      </w:tr>
      <w:tr w:rsidR="00495879" w14:paraId="1F0CC62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D5DD31" w14:textId="77777777" w:rsidR="00495879" w:rsidRDefault="00000000">
            <w:r>
              <w:t>**Customer**</w:t>
            </w:r>
          </w:p>
        </w:tc>
        <w:tc>
          <w:tcPr>
            <w:tcW w:w="2160" w:type="dxa"/>
          </w:tcPr>
          <w:p w14:paraId="6693780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**30**</w:t>
            </w:r>
          </w:p>
        </w:tc>
        <w:tc>
          <w:tcPr>
            <w:tcW w:w="2160" w:type="dxa"/>
          </w:tcPr>
          <w:p w14:paraId="427032C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2160" w:type="dxa"/>
          </w:tcPr>
          <w:p w14:paraId="6558E9C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</w:tbl>
    <w:p w14:paraId="481A26EC" w14:textId="77777777" w:rsidR="00495879" w:rsidRDefault="00495879"/>
    <w:p w14:paraId="2E540F64" w14:textId="77777777" w:rsidR="00495879" w:rsidRDefault="00000000">
      <w:r>
        <w:rPr>
          <w:b/>
        </w:rPr>
        <w:t>Average Sales Cycle</w:t>
      </w:r>
      <w:r>
        <w:t>: 90-120 days (Awareness → Customer)</w:t>
      </w:r>
    </w:p>
    <w:p w14:paraId="69DF3921" w14:textId="77777777" w:rsidR="00495879" w:rsidRDefault="00000000">
      <w:r>
        <w:t>________________________________________________________________________________</w:t>
      </w:r>
    </w:p>
    <w:p w14:paraId="339FA3F8" w14:textId="77777777" w:rsidR="00495879" w:rsidRDefault="00000000">
      <w:pPr>
        <w:pStyle w:val="Titre2"/>
      </w:pPr>
      <w:r>
        <w:lastRenderedPageBreak/>
        <w:t>📢 MARKETING CHANNELS &amp; TACTICS</w:t>
      </w:r>
    </w:p>
    <w:p w14:paraId="0E623A09" w14:textId="77777777" w:rsidR="00495879" w:rsidRDefault="00000000">
      <w:pPr>
        <w:pStyle w:val="Titre3"/>
      </w:pPr>
      <w:r>
        <w:t>Channel Mix (Budget Allocation Year 1: $60,000)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808"/>
        <w:gridCol w:w="1432"/>
        <w:gridCol w:w="1415"/>
        <w:gridCol w:w="1422"/>
        <w:gridCol w:w="1387"/>
        <w:gridCol w:w="1392"/>
      </w:tblGrid>
      <w:tr w:rsidR="00495879" w14:paraId="003912D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959360C" w14:textId="77777777" w:rsidR="00495879" w:rsidRDefault="00000000">
            <w:r>
              <w:rPr>
                <w:sz w:val="20"/>
              </w:rPr>
              <w:t>Channel</w:t>
            </w:r>
          </w:p>
        </w:tc>
        <w:tc>
          <w:tcPr>
            <w:tcW w:w="1440" w:type="dxa"/>
          </w:tcPr>
          <w:p w14:paraId="1E7B4ED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Budget</w:t>
            </w:r>
          </w:p>
        </w:tc>
        <w:tc>
          <w:tcPr>
            <w:tcW w:w="1440" w:type="dxa"/>
          </w:tcPr>
          <w:p w14:paraId="7B8C57D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Total</w:t>
            </w:r>
          </w:p>
        </w:tc>
        <w:tc>
          <w:tcPr>
            <w:tcW w:w="1440" w:type="dxa"/>
          </w:tcPr>
          <w:p w14:paraId="52127C6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Expected CAC</w:t>
            </w:r>
          </w:p>
        </w:tc>
        <w:tc>
          <w:tcPr>
            <w:tcW w:w="1440" w:type="dxa"/>
          </w:tcPr>
          <w:p w14:paraId="2A3AE57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Clients</w:t>
            </w:r>
          </w:p>
        </w:tc>
        <w:tc>
          <w:tcPr>
            <w:tcW w:w="1440" w:type="dxa"/>
          </w:tcPr>
          <w:p w14:paraId="3081D79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ROI</w:t>
            </w:r>
          </w:p>
        </w:tc>
      </w:tr>
      <w:tr w:rsidR="00495879" w14:paraId="50A9F77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894075D" w14:textId="77777777" w:rsidR="00495879" w:rsidRDefault="00000000">
            <w:r>
              <w:t>**Content Marketing**</w:t>
            </w:r>
          </w:p>
        </w:tc>
        <w:tc>
          <w:tcPr>
            <w:tcW w:w="1440" w:type="dxa"/>
          </w:tcPr>
          <w:p w14:paraId="51EB450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1440" w:type="dxa"/>
          </w:tcPr>
          <w:p w14:paraId="49C4791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25%</w:t>
            </w:r>
          </w:p>
        </w:tc>
        <w:tc>
          <w:tcPr>
            <w:tcW w:w="1440" w:type="dxa"/>
          </w:tcPr>
          <w:p w14:paraId="1165FC6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$1,500</w:t>
            </w:r>
          </w:p>
        </w:tc>
        <w:tc>
          <w:tcPr>
            <w:tcW w:w="1440" w:type="dxa"/>
          </w:tcPr>
          <w:p w14:paraId="1091238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440" w:type="dxa"/>
          </w:tcPr>
          <w:p w14:paraId="2B0DEF8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8:1</w:t>
            </w:r>
          </w:p>
        </w:tc>
      </w:tr>
      <w:tr w:rsidR="00495879" w14:paraId="7451A2E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38659C8" w14:textId="77777777" w:rsidR="00495879" w:rsidRDefault="00000000">
            <w:r>
              <w:t>**LinkedIn Ads**</w:t>
            </w:r>
          </w:p>
        </w:tc>
        <w:tc>
          <w:tcPr>
            <w:tcW w:w="1440" w:type="dxa"/>
          </w:tcPr>
          <w:p w14:paraId="742F1C2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$12,000</w:t>
            </w:r>
          </w:p>
        </w:tc>
        <w:tc>
          <w:tcPr>
            <w:tcW w:w="1440" w:type="dxa"/>
          </w:tcPr>
          <w:p w14:paraId="4E58F85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20%</w:t>
            </w:r>
          </w:p>
        </w:tc>
        <w:tc>
          <w:tcPr>
            <w:tcW w:w="1440" w:type="dxa"/>
          </w:tcPr>
          <w:p w14:paraId="463BDD2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1440" w:type="dxa"/>
          </w:tcPr>
          <w:p w14:paraId="01A0CA5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440" w:type="dxa"/>
          </w:tcPr>
          <w:p w14:paraId="107F078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6:1</w:t>
            </w:r>
          </w:p>
        </w:tc>
      </w:tr>
      <w:tr w:rsidR="00495879" w14:paraId="47BD9F8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AE39F31" w14:textId="77777777" w:rsidR="00495879" w:rsidRDefault="00000000">
            <w:r>
              <w:t>**Partnerships**</w:t>
            </w:r>
          </w:p>
        </w:tc>
        <w:tc>
          <w:tcPr>
            <w:tcW w:w="1440" w:type="dxa"/>
          </w:tcPr>
          <w:p w14:paraId="095F1B9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$8,000</w:t>
            </w:r>
          </w:p>
        </w:tc>
        <w:tc>
          <w:tcPr>
            <w:tcW w:w="1440" w:type="dxa"/>
          </w:tcPr>
          <w:p w14:paraId="20B2C61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1440" w:type="dxa"/>
          </w:tcPr>
          <w:p w14:paraId="0565ACA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$1,000</w:t>
            </w:r>
          </w:p>
        </w:tc>
        <w:tc>
          <w:tcPr>
            <w:tcW w:w="1440" w:type="dxa"/>
          </w:tcPr>
          <w:p w14:paraId="289D762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1440" w:type="dxa"/>
          </w:tcPr>
          <w:p w14:paraId="3BC9CCA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15:1</w:t>
            </w:r>
          </w:p>
        </w:tc>
      </w:tr>
      <w:tr w:rsidR="00495879" w14:paraId="269ADAB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09EBF7C" w14:textId="77777777" w:rsidR="00495879" w:rsidRDefault="00000000">
            <w:r>
              <w:t>**Events &amp; Webinars**</w:t>
            </w:r>
          </w:p>
        </w:tc>
        <w:tc>
          <w:tcPr>
            <w:tcW w:w="1440" w:type="dxa"/>
          </w:tcPr>
          <w:p w14:paraId="7524DB0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1440" w:type="dxa"/>
          </w:tcPr>
          <w:p w14:paraId="21F3735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17%</w:t>
            </w:r>
          </w:p>
        </w:tc>
        <w:tc>
          <w:tcPr>
            <w:tcW w:w="1440" w:type="dxa"/>
          </w:tcPr>
          <w:p w14:paraId="139D65C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$2,500</w:t>
            </w:r>
          </w:p>
        </w:tc>
        <w:tc>
          <w:tcPr>
            <w:tcW w:w="1440" w:type="dxa"/>
          </w:tcPr>
          <w:p w14:paraId="1855E5C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440" w:type="dxa"/>
          </w:tcPr>
          <w:p w14:paraId="325CA10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5:1</w:t>
            </w:r>
          </w:p>
        </w:tc>
      </w:tr>
      <w:tr w:rsidR="00495879" w14:paraId="20D09D1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DC68A42" w14:textId="77777777" w:rsidR="00495879" w:rsidRDefault="00000000">
            <w:r>
              <w:t>**Email Marketing**</w:t>
            </w:r>
          </w:p>
        </w:tc>
        <w:tc>
          <w:tcPr>
            <w:tcW w:w="1440" w:type="dxa"/>
          </w:tcPr>
          <w:p w14:paraId="64B2DAA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1440" w:type="dxa"/>
          </w:tcPr>
          <w:p w14:paraId="3C7ACF8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1440" w:type="dxa"/>
          </w:tcPr>
          <w:p w14:paraId="4E780A8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$2,500</w:t>
            </w:r>
          </w:p>
        </w:tc>
        <w:tc>
          <w:tcPr>
            <w:tcW w:w="1440" w:type="dxa"/>
          </w:tcPr>
          <w:p w14:paraId="6E3844B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40" w:type="dxa"/>
          </w:tcPr>
          <w:p w14:paraId="7FB012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5:1</w:t>
            </w:r>
          </w:p>
        </w:tc>
      </w:tr>
      <w:tr w:rsidR="00495879" w14:paraId="2997351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E27A8D0" w14:textId="77777777" w:rsidR="00495879" w:rsidRDefault="00000000">
            <w:r>
              <w:t>**Referral Program**</w:t>
            </w:r>
          </w:p>
        </w:tc>
        <w:tc>
          <w:tcPr>
            <w:tcW w:w="1440" w:type="dxa"/>
          </w:tcPr>
          <w:p w14:paraId="5284208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1440" w:type="dxa"/>
          </w:tcPr>
          <w:p w14:paraId="31DFF94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1440" w:type="dxa"/>
          </w:tcPr>
          <w:p w14:paraId="786A579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1440" w:type="dxa"/>
          </w:tcPr>
          <w:p w14:paraId="22AFAE1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40" w:type="dxa"/>
          </w:tcPr>
          <w:p w14:paraId="48B6D85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∞ (Year 2+)</w:t>
            </w:r>
          </w:p>
        </w:tc>
      </w:tr>
      <w:tr w:rsidR="00495879" w14:paraId="695F218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8DD5E65" w14:textId="77777777" w:rsidR="00495879" w:rsidRDefault="00000000">
            <w:r>
              <w:t>**SEO &amp; Website**</w:t>
            </w:r>
          </w:p>
        </w:tc>
        <w:tc>
          <w:tcPr>
            <w:tcW w:w="1440" w:type="dxa"/>
          </w:tcPr>
          <w:p w14:paraId="4F7B1FC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1440" w:type="dxa"/>
          </w:tcPr>
          <w:p w14:paraId="417E31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1440" w:type="dxa"/>
          </w:tcPr>
          <w:p w14:paraId="214BC3B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440" w:type="dxa"/>
          </w:tcPr>
          <w:p w14:paraId="729F90C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440" w:type="dxa"/>
          </w:tcPr>
          <w:p w14:paraId="6E8117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Long-term</w:t>
            </w:r>
          </w:p>
        </w:tc>
      </w:tr>
      <w:tr w:rsidR="00495879" w14:paraId="036D935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195E1A2" w14:textId="77777777" w:rsidR="00495879" w:rsidRDefault="00000000">
            <w:r>
              <w:t>**TOTAL**</w:t>
            </w:r>
          </w:p>
        </w:tc>
        <w:tc>
          <w:tcPr>
            <w:tcW w:w="1440" w:type="dxa"/>
          </w:tcPr>
          <w:p w14:paraId="6DFDB00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**$60,000**</w:t>
            </w:r>
          </w:p>
        </w:tc>
        <w:tc>
          <w:tcPr>
            <w:tcW w:w="1440" w:type="dxa"/>
          </w:tcPr>
          <w:p w14:paraId="38580FB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**100%**</w:t>
            </w:r>
          </w:p>
        </w:tc>
        <w:tc>
          <w:tcPr>
            <w:tcW w:w="1440" w:type="dxa"/>
          </w:tcPr>
          <w:p w14:paraId="25606E0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**$2,000**</w:t>
            </w:r>
          </w:p>
        </w:tc>
        <w:tc>
          <w:tcPr>
            <w:tcW w:w="1440" w:type="dxa"/>
          </w:tcPr>
          <w:p w14:paraId="7F6A988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**30**</w:t>
            </w:r>
          </w:p>
        </w:tc>
        <w:tc>
          <w:tcPr>
            <w:tcW w:w="1440" w:type="dxa"/>
          </w:tcPr>
          <w:p w14:paraId="376A488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**6:1**</w:t>
            </w:r>
          </w:p>
        </w:tc>
      </w:tr>
    </w:tbl>
    <w:p w14:paraId="1DBAA689" w14:textId="77777777" w:rsidR="00495879" w:rsidRDefault="00495879"/>
    <w:p w14:paraId="1C938A26" w14:textId="77777777" w:rsidR="00495879" w:rsidRDefault="00000000">
      <w:pPr>
        <w:pStyle w:val="Titre3"/>
      </w:pPr>
      <w:r>
        <w:t>Channel 1: Content Marketing ($15,000/year)</w:t>
      </w:r>
    </w:p>
    <w:p w14:paraId="63278601" w14:textId="77777777" w:rsidR="00495879" w:rsidRDefault="00000000">
      <w:r>
        <w:rPr>
          <w:b/>
        </w:rPr>
        <w:t>Objective</w:t>
      </w:r>
      <w:r>
        <w:t>: Establish thought leadership, drive organic traffic, nurture leads.</w:t>
      </w:r>
    </w:p>
    <w:p w14:paraId="7E4CC906" w14:textId="77777777" w:rsidR="00495879" w:rsidRDefault="00000000">
      <w:r>
        <w:rPr>
          <w:b/>
        </w:rPr>
        <w:t>Tactics</w:t>
      </w:r>
      <w:r>
        <w:t>:</w:t>
      </w:r>
    </w:p>
    <w:p w14:paraId="62C8E443" w14:textId="77777777" w:rsidR="00495879" w:rsidRDefault="00000000">
      <w:r>
        <w:rPr>
          <w:b/>
        </w:rPr>
        <w:t>A. Blog (Primary Content Hub)</w:t>
      </w:r>
    </w:p>
    <w:p w14:paraId="4FE9CC8F" w14:textId="77777777" w:rsidR="00495879" w:rsidRDefault="00000000">
      <w:pPr>
        <w:pStyle w:val="Listepuces"/>
      </w:pPr>
      <w:r>
        <w:t>**Frequency**: 2 posts/week (104/year)</w:t>
      </w:r>
    </w:p>
    <w:p w14:paraId="57596B34" w14:textId="77777777" w:rsidR="00495879" w:rsidRDefault="00000000">
      <w:pPr>
        <w:pStyle w:val="Listepuces"/>
      </w:pPr>
      <w:r>
        <w:t>**Length**: 1,500-2,500 words (in-depth, SEO-optimized)</w:t>
      </w:r>
    </w:p>
    <w:p w14:paraId="1C72A141" w14:textId="77777777" w:rsidR="00495879" w:rsidRDefault="00000000">
      <w:pPr>
        <w:pStyle w:val="Listepuces"/>
      </w:pPr>
      <w:r>
        <w:t>**Topics**:</w:t>
      </w:r>
    </w:p>
    <w:p w14:paraId="74A0FBA6" w14:textId="77777777" w:rsidR="00495879" w:rsidRDefault="00000000">
      <w:pPr>
        <w:pStyle w:val="Listepuces"/>
      </w:pPr>
      <w:r>
        <w:t>Scaling strategies ("How to grow from $1M to $10M")</w:t>
      </w:r>
    </w:p>
    <w:p w14:paraId="5EE3029E" w14:textId="77777777" w:rsidR="00495879" w:rsidRDefault="00000000">
      <w:pPr>
        <w:pStyle w:val="Listepuces"/>
      </w:pPr>
      <w:r>
        <w:t>Leadership development ("5 habits of successful CEOs")</w:t>
      </w:r>
    </w:p>
    <w:p w14:paraId="45E85638" w14:textId="77777777" w:rsidR="00495879" w:rsidRDefault="00000000">
      <w:pPr>
        <w:pStyle w:val="Listepuces"/>
      </w:pPr>
      <w:r>
        <w:t>Industry insights ("SaaS metrics benchmarks 2026")</w:t>
      </w:r>
    </w:p>
    <w:p w14:paraId="7D406E9E" w14:textId="77777777" w:rsidR="00495879" w:rsidRDefault="00000000">
      <w:pPr>
        <w:pStyle w:val="Listepuces"/>
      </w:pPr>
      <w:r>
        <w:t>Case studies ("How Client X achieved 3x revenue growth")</w:t>
      </w:r>
    </w:p>
    <w:p w14:paraId="2BE0A028" w14:textId="77777777" w:rsidR="00495879" w:rsidRDefault="00000000">
      <w:r>
        <w:rPr>
          <w:b/>
        </w:rPr>
        <w:t>Example Editorial Calendar (Q1 2026)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4565543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36CE2A4" w14:textId="77777777" w:rsidR="00495879" w:rsidRDefault="00000000">
            <w:r>
              <w:rPr>
                <w:sz w:val="20"/>
              </w:rPr>
              <w:t>Week</w:t>
            </w:r>
          </w:p>
        </w:tc>
        <w:tc>
          <w:tcPr>
            <w:tcW w:w="2160" w:type="dxa"/>
          </w:tcPr>
          <w:p w14:paraId="633F8BB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Topic</w:t>
            </w:r>
          </w:p>
        </w:tc>
        <w:tc>
          <w:tcPr>
            <w:tcW w:w="2160" w:type="dxa"/>
          </w:tcPr>
          <w:p w14:paraId="17DEBE2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Keyword</w:t>
            </w:r>
          </w:p>
        </w:tc>
        <w:tc>
          <w:tcPr>
            <w:tcW w:w="2160" w:type="dxa"/>
          </w:tcPr>
          <w:p w14:paraId="573272A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Est. Traffic</w:t>
            </w:r>
          </w:p>
        </w:tc>
      </w:tr>
      <w:tr w:rsidR="00495879" w14:paraId="6923613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B5DDE16" w14:textId="77777777" w:rsidR="00495879" w:rsidRDefault="00000000">
            <w:r>
              <w:t>1</w:t>
            </w:r>
          </w:p>
        </w:tc>
        <w:tc>
          <w:tcPr>
            <w:tcW w:w="2160" w:type="dxa"/>
          </w:tcPr>
          <w:p w14:paraId="3B1DCCB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"Scale Framework: 8 Dimensions of Growth"</w:t>
            </w:r>
          </w:p>
        </w:tc>
        <w:tc>
          <w:tcPr>
            <w:tcW w:w="2160" w:type="dxa"/>
          </w:tcPr>
          <w:p w14:paraId="0143FA8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scale business framework</w:t>
            </w:r>
          </w:p>
        </w:tc>
        <w:tc>
          <w:tcPr>
            <w:tcW w:w="2160" w:type="dxa"/>
          </w:tcPr>
          <w:p w14:paraId="27EDCEC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200/mo</w:t>
            </w:r>
          </w:p>
        </w:tc>
      </w:tr>
      <w:tr w:rsidR="00495879" w14:paraId="47459E1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D548E86" w14:textId="77777777" w:rsidR="00495879" w:rsidRDefault="00000000">
            <w:r>
              <w:t>2</w:t>
            </w:r>
          </w:p>
        </w:tc>
        <w:tc>
          <w:tcPr>
            <w:tcW w:w="2160" w:type="dxa"/>
          </w:tcPr>
          <w:p w14:paraId="7FEC744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"Hiring Your First VP of Sales (Complete Guide)"</w:t>
            </w:r>
          </w:p>
        </w:tc>
        <w:tc>
          <w:tcPr>
            <w:tcW w:w="2160" w:type="dxa"/>
          </w:tcPr>
          <w:p w14:paraId="2D34F00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hiring vp sales</w:t>
            </w:r>
          </w:p>
        </w:tc>
        <w:tc>
          <w:tcPr>
            <w:tcW w:w="2160" w:type="dxa"/>
          </w:tcPr>
          <w:p w14:paraId="62EA081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150/mo</w:t>
            </w:r>
          </w:p>
        </w:tc>
      </w:tr>
      <w:tr w:rsidR="00495879" w14:paraId="733029F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4CDDD19" w14:textId="77777777" w:rsidR="00495879" w:rsidRDefault="00000000">
            <w:r>
              <w:t>3</w:t>
            </w:r>
          </w:p>
        </w:tc>
        <w:tc>
          <w:tcPr>
            <w:tcW w:w="2160" w:type="dxa"/>
          </w:tcPr>
          <w:p w14:paraId="78A7E9A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"Case Study: How SaaS Startup Hit </w:t>
            </w:r>
            <w:r>
              <w:lastRenderedPageBreak/>
              <w:t>$5M ARR in 24 Months"</w:t>
            </w:r>
          </w:p>
        </w:tc>
        <w:tc>
          <w:tcPr>
            <w:tcW w:w="2160" w:type="dxa"/>
          </w:tcPr>
          <w:p w14:paraId="5CBAFF1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>saas growth case study</w:t>
            </w:r>
          </w:p>
        </w:tc>
        <w:tc>
          <w:tcPr>
            <w:tcW w:w="2160" w:type="dxa"/>
          </w:tcPr>
          <w:p w14:paraId="0CD8C5F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100/mo</w:t>
            </w:r>
          </w:p>
        </w:tc>
      </w:tr>
      <w:tr w:rsidR="00495879" w14:paraId="61123F1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9C6C545" w14:textId="77777777" w:rsidR="00495879" w:rsidRDefault="00000000">
            <w:r>
              <w:t>4</w:t>
            </w:r>
          </w:p>
        </w:tc>
        <w:tc>
          <w:tcPr>
            <w:tcW w:w="2160" w:type="dxa"/>
          </w:tcPr>
          <w:p w14:paraId="798AA82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"Digital Transformation for SMBs: Where to Start"</w:t>
            </w:r>
          </w:p>
        </w:tc>
        <w:tc>
          <w:tcPr>
            <w:tcW w:w="2160" w:type="dxa"/>
          </w:tcPr>
          <w:p w14:paraId="5760DF7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digital transformation smb</w:t>
            </w:r>
          </w:p>
        </w:tc>
        <w:tc>
          <w:tcPr>
            <w:tcW w:w="2160" w:type="dxa"/>
          </w:tcPr>
          <w:p w14:paraId="3A68C9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250/mo</w:t>
            </w:r>
          </w:p>
        </w:tc>
      </w:tr>
    </w:tbl>
    <w:p w14:paraId="140C61F4" w14:textId="77777777" w:rsidR="00495879" w:rsidRDefault="00495879"/>
    <w:p w14:paraId="3A169160" w14:textId="77777777" w:rsidR="00495879" w:rsidRDefault="00000000">
      <w:r>
        <w:rPr>
          <w:b/>
        </w:rPr>
        <w:t>SEO Strategy</w:t>
      </w:r>
      <w:r>
        <w:t>:</w:t>
      </w:r>
    </w:p>
    <w:p w14:paraId="0ED3F183" w14:textId="77777777" w:rsidR="00495879" w:rsidRDefault="00000000">
      <w:pPr>
        <w:pStyle w:val="Listepuces"/>
      </w:pPr>
      <w:r>
        <w:t>Target keywords: 50 primary (500-5,000 searches/month)</w:t>
      </w:r>
    </w:p>
    <w:p w14:paraId="73E4D5B3" w14:textId="77777777" w:rsidR="00495879" w:rsidRDefault="00000000">
      <w:pPr>
        <w:pStyle w:val="Listepuces"/>
      </w:pPr>
      <w:r>
        <w:t>Backlink building: Guest posts on industry sites (15/year)</w:t>
      </w:r>
    </w:p>
    <w:p w14:paraId="2CE72D30" w14:textId="77777777" w:rsidR="00495879" w:rsidRDefault="00000000">
      <w:pPr>
        <w:pStyle w:val="Listepuces"/>
      </w:pPr>
      <w:r>
        <w:t>Technical SEO: Page speed &lt;2s, mobile-first, schema markup</w:t>
      </w:r>
    </w:p>
    <w:p w14:paraId="3BBD5956" w14:textId="77777777" w:rsidR="00495879" w:rsidRDefault="00000000">
      <w:pPr>
        <w:pStyle w:val="Listepuces"/>
      </w:pPr>
      <w:r>
        <w:t>Goal: Rank #1-3 for 20+ keywords by end of Year 1</w:t>
      </w:r>
    </w:p>
    <w:p w14:paraId="6A191C58" w14:textId="77777777" w:rsidR="00495879" w:rsidRDefault="00000000">
      <w:r>
        <w:rPr>
          <w:b/>
        </w:rPr>
        <w:t>Investment</w:t>
      </w:r>
      <w:r>
        <w:t>:</w:t>
      </w:r>
    </w:p>
    <w:p w14:paraId="60614F95" w14:textId="77777777" w:rsidR="00495879" w:rsidRDefault="00000000">
      <w:pPr>
        <w:pStyle w:val="Listepuces"/>
      </w:pPr>
      <w:r>
        <w:t>Writer: $500/post × 104 posts = $52,000 ❌ TOO EXPENSIVE</w:t>
      </w:r>
    </w:p>
    <w:p w14:paraId="1036EB63" w14:textId="77777777" w:rsidR="00495879" w:rsidRDefault="00000000">
      <w:pPr>
        <w:pStyle w:val="Listepuces"/>
      </w:pPr>
      <w:r>
        <w:t>**Alternative**: Founder writes 50%, AI-assisted content 50% = $5,000 tools (Jasper, SurferSEO)</w:t>
      </w:r>
    </w:p>
    <w:p w14:paraId="25F0E9CB" w14:textId="77777777" w:rsidR="00495879" w:rsidRDefault="00000000">
      <w:pPr>
        <w:pStyle w:val="Listepuces"/>
      </w:pPr>
      <w:r>
        <w:t>SEO tools: Ahrefs ($200/mo), Clearscope ($170/mo) = $4,440/year</w:t>
      </w:r>
    </w:p>
    <w:p w14:paraId="2645C666" w14:textId="77777777" w:rsidR="00495879" w:rsidRDefault="00000000">
      <w:pPr>
        <w:pStyle w:val="Listepuces"/>
      </w:pPr>
      <w:r>
        <w:t>Total: ~$10,000</w:t>
      </w:r>
    </w:p>
    <w:p w14:paraId="5DD8ECA0" w14:textId="77777777" w:rsidR="00495879" w:rsidRDefault="00000000">
      <w:r>
        <w:rPr>
          <w:b/>
        </w:rPr>
        <w:t>B. LinkedIn Organic (Founder Personal Brand)</w:t>
      </w:r>
    </w:p>
    <w:p w14:paraId="65FAB174" w14:textId="77777777" w:rsidR="00495879" w:rsidRDefault="00000000">
      <w:pPr>
        <w:pStyle w:val="Listepuces"/>
      </w:pPr>
      <w:r>
        <w:t>**Frequency**: 5 posts/week (260/year)</w:t>
      </w:r>
    </w:p>
    <w:p w14:paraId="5D76AE98" w14:textId="77777777" w:rsidR="00495879" w:rsidRDefault="00000000">
      <w:pPr>
        <w:pStyle w:val="Listepuces"/>
      </w:pPr>
      <w:r>
        <w:t>**Format**:</w:t>
      </w:r>
    </w:p>
    <w:p w14:paraId="2D14D5EF" w14:textId="77777777" w:rsidR="00495879" w:rsidRDefault="00000000">
      <w:pPr>
        <w:pStyle w:val="Listepuces"/>
      </w:pPr>
      <w:r>
        <w:t>Text posts (60%): Insights, lessons learned, micro-case studies</w:t>
      </w:r>
    </w:p>
    <w:p w14:paraId="13600E10" w14:textId="77777777" w:rsidR="00495879" w:rsidRDefault="00000000">
      <w:pPr>
        <w:pStyle w:val="Listepuces"/>
      </w:pPr>
      <w:r>
        <w:t>Carousel posts (25%): Frameworks, checklists, how-tos</w:t>
      </w:r>
    </w:p>
    <w:p w14:paraId="6708464A" w14:textId="77777777" w:rsidR="00495879" w:rsidRDefault="00000000">
      <w:pPr>
        <w:pStyle w:val="Listepuces"/>
      </w:pPr>
      <w:r>
        <w:t>Video posts (15%): Short clips (2-3 min), behind-the-scenes</w:t>
      </w:r>
    </w:p>
    <w:p w14:paraId="437D73DA" w14:textId="77777777" w:rsidR="00495879" w:rsidRDefault="00000000">
      <w:r>
        <w:rPr>
          <w:b/>
        </w:rPr>
        <w:t>Example Post Strategy</w:t>
      </w:r>
      <w:r>
        <w:t>:</w:t>
      </w:r>
    </w:p>
    <w:p w14:paraId="3ED24C6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Monday: Mindset/Motivation</w:t>
      </w:r>
    </w:p>
    <w:p w14:paraId="24CA264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"I spent $50K on business coaching last year.</w:t>
      </w:r>
    </w:p>
    <w:p w14:paraId="7A2BF664" w14:textId="77777777" w:rsidR="00495879" w:rsidRDefault="00495879">
      <w:pPr>
        <w:pStyle w:val="Sansinterligne"/>
      </w:pPr>
    </w:p>
    <w:p w14:paraId="039850C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Here's what I learned about investing in growth:</w:t>
      </w:r>
    </w:p>
    <w:p w14:paraId="056035F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[Thread with 5 key lessons]"</w:t>
      </w:r>
    </w:p>
    <w:p w14:paraId="570323BD" w14:textId="77777777" w:rsidR="00495879" w:rsidRDefault="00495879">
      <w:pPr>
        <w:pStyle w:val="Sansinterligne"/>
      </w:pPr>
    </w:p>
    <w:p w14:paraId="2E7EEFC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Wednesday: Tactical Advice</w:t>
      </w:r>
    </w:p>
    <w:p w14:paraId="56C1E1F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"Most CEOs track revenue.</w:t>
      </w:r>
    </w:p>
    <w:p w14:paraId="67068271" w14:textId="77777777" w:rsidR="00495879" w:rsidRDefault="00495879">
      <w:pPr>
        <w:pStyle w:val="Sansinterligne"/>
      </w:pPr>
    </w:p>
    <w:p w14:paraId="7FC70E5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Great CEOs track these 7 metrics instead:</w:t>
      </w:r>
    </w:p>
    <w:p w14:paraId="127E82B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1. [Metric + why it matters]</w:t>
      </w:r>
    </w:p>
    <w:p w14:paraId="1A696F3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..."</w:t>
      </w:r>
    </w:p>
    <w:p w14:paraId="59DD38F2" w14:textId="77777777" w:rsidR="00495879" w:rsidRDefault="00495879">
      <w:pPr>
        <w:pStyle w:val="Sansinterligne"/>
      </w:pPr>
    </w:p>
    <w:p w14:paraId="16DE883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Friday: Case Study/Social Proof</w:t>
      </w:r>
    </w:p>
    <w:p w14:paraId="721B5EF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"Client update: Sarah grew her agency from $800K to $2.4M in 18 months.</w:t>
      </w:r>
    </w:p>
    <w:p w14:paraId="1F173F84" w14:textId="77777777" w:rsidR="00495879" w:rsidRDefault="00495879">
      <w:pPr>
        <w:pStyle w:val="Sansinterligne"/>
      </w:pPr>
    </w:p>
    <w:p w14:paraId="59EC625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Her secret? [Share 1-2 key strategies]</w:t>
      </w:r>
    </w:p>
    <w:p w14:paraId="5C84ECE8" w14:textId="77777777" w:rsidR="00495879" w:rsidRDefault="00495879">
      <w:pPr>
        <w:pStyle w:val="Sansinterligne"/>
      </w:pPr>
    </w:p>
    <w:p w14:paraId="7281698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DM me 'SCALE' if you want the full playbook."</w:t>
      </w:r>
    </w:p>
    <w:p w14:paraId="69BB4E4A" w14:textId="77777777" w:rsidR="00495879" w:rsidRDefault="00000000">
      <w:r>
        <w:rPr>
          <w:b/>
        </w:rPr>
        <w:t>Growth Tactics</w:t>
      </w:r>
      <w:r>
        <w:t>:</w:t>
      </w:r>
    </w:p>
    <w:p w14:paraId="51B767B1" w14:textId="77777777" w:rsidR="00495879" w:rsidRDefault="00000000">
      <w:pPr>
        <w:pStyle w:val="Listepuces"/>
      </w:pPr>
      <w:r>
        <w:t>Engage 50 target prospects/day (like, comment on their posts)</w:t>
      </w:r>
    </w:p>
    <w:p w14:paraId="0411BFFB" w14:textId="77777777" w:rsidR="00495879" w:rsidRDefault="00000000">
      <w:pPr>
        <w:pStyle w:val="Listepuces"/>
      </w:pPr>
      <w:r>
        <w:t>Connect with 20 new ICPs/week (personalized invites)</w:t>
      </w:r>
    </w:p>
    <w:p w14:paraId="37FEA905" w14:textId="77777777" w:rsidR="00495879" w:rsidRDefault="00000000">
      <w:pPr>
        <w:pStyle w:val="Listepuces"/>
      </w:pPr>
      <w:r>
        <w:t>Respond to every comment within 2 hours (build relationships)</w:t>
      </w:r>
    </w:p>
    <w:p w14:paraId="3FA6FE6E" w14:textId="77777777" w:rsidR="00495879" w:rsidRDefault="00000000">
      <w:pPr>
        <w:pStyle w:val="Listepuces"/>
      </w:pPr>
      <w:r>
        <w:t>Target: Grow from 1,000 → 10,000 followers (Year 1)</w:t>
      </w:r>
    </w:p>
    <w:p w14:paraId="047BA518" w14:textId="77777777" w:rsidR="00495879" w:rsidRDefault="00000000">
      <w:r>
        <w:rPr>
          <w:b/>
        </w:rPr>
        <w:t>Investment</w:t>
      </w:r>
      <w:r>
        <w:t>: $2,000 (scheduling tools: Buffer, engagement tracking)</w:t>
      </w:r>
    </w:p>
    <w:p w14:paraId="1679491C" w14:textId="77777777" w:rsidR="00495879" w:rsidRDefault="00000000">
      <w:r>
        <w:rPr>
          <w:b/>
        </w:rPr>
        <w:t>C. Podcast (Launch Q3 2026)</w:t>
      </w:r>
    </w:p>
    <w:p w14:paraId="45F68446" w14:textId="77777777" w:rsidR="00495879" w:rsidRDefault="00000000">
      <w:pPr>
        <w:pStyle w:val="Listepuces"/>
      </w:pPr>
      <w:r>
        <w:t>**Name**: "The Scale Playbook" (tentative)</w:t>
      </w:r>
    </w:p>
    <w:p w14:paraId="1D3D47C0" w14:textId="77777777" w:rsidR="00495879" w:rsidRDefault="00000000">
      <w:pPr>
        <w:pStyle w:val="Listepuces"/>
      </w:pPr>
      <w:r>
        <w:t>**Format**: 30-minute interviews with CEOs who scaled successfully</w:t>
      </w:r>
    </w:p>
    <w:p w14:paraId="52F64DD1" w14:textId="77777777" w:rsidR="00495879" w:rsidRDefault="00000000">
      <w:pPr>
        <w:pStyle w:val="Listepuces"/>
      </w:pPr>
      <w:r>
        <w:t>**Frequency**: Bi-weekly (26 episodes/year)</w:t>
      </w:r>
    </w:p>
    <w:p w14:paraId="4E142630" w14:textId="77777777" w:rsidR="00495879" w:rsidRDefault="00000000">
      <w:pPr>
        <w:pStyle w:val="Listepuces"/>
      </w:pPr>
      <w:r>
        <w:t>**Distribution**: Apple Podcasts, Spotify, YouTube</w:t>
      </w:r>
    </w:p>
    <w:p w14:paraId="7609E26A" w14:textId="77777777" w:rsidR="00495879" w:rsidRDefault="00000000">
      <w:pPr>
        <w:pStyle w:val="Listepuces"/>
      </w:pPr>
      <w:r>
        <w:t>**Promotion**: Clips on LinkedIn, Twitter, email newsletter</w:t>
      </w:r>
    </w:p>
    <w:p w14:paraId="743FFAAF" w14:textId="77777777" w:rsidR="00495879" w:rsidRDefault="00000000">
      <w:r>
        <w:rPr>
          <w:b/>
        </w:rPr>
        <w:t>Guest Strategy</w:t>
      </w:r>
      <w:r>
        <w:t>:</w:t>
      </w:r>
    </w:p>
    <w:p w14:paraId="55810748" w14:textId="77777777" w:rsidR="00495879" w:rsidRDefault="00000000">
      <w:pPr>
        <w:pStyle w:val="Listepuces"/>
      </w:pPr>
      <w:r>
        <w:t>50% GBCM clients (case studies, testimonials)</w:t>
      </w:r>
    </w:p>
    <w:p w14:paraId="52012ACC" w14:textId="77777777" w:rsidR="00495879" w:rsidRDefault="00000000">
      <w:pPr>
        <w:pStyle w:val="Listepuces"/>
      </w:pPr>
      <w:r>
        <w:t>30% industry experts (joint audience growth)</w:t>
      </w:r>
    </w:p>
    <w:p w14:paraId="11D3C58E" w14:textId="77777777" w:rsidR="00495879" w:rsidRDefault="00000000">
      <w:pPr>
        <w:pStyle w:val="Listepuces"/>
      </w:pPr>
      <w:r>
        <w:t>20% potential clients (build relationships)</w:t>
      </w:r>
    </w:p>
    <w:p w14:paraId="044E8C37" w14:textId="77777777" w:rsidR="00495879" w:rsidRDefault="00000000">
      <w:r>
        <w:rPr>
          <w:b/>
        </w:rPr>
        <w:t>Investment</w:t>
      </w:r>
      <w:r>
        <w:t>: $3,000 (equipment, editing service: Descript)</w:t>
      </w:r>
    </w:p>
    <w:p w14:paraId="5465D33A" w14:textId="77777777" w:rsidR="00495879" w:rsidRDefault="00000000">
      <w:r>
        <w:rPr>
          <w:b/>
        </w:rPr>
        <w:t>ROI Expectation</w:t>
      </w:r>
      <w:r>
        <w:t>:</w:t>
      </w:r>
    </w:p>
    <w:p w14:paraId="61652937" w14:textId="77777777" w:rsidR="00495879" w:rsidRDefault="00000000">
      <w:pPr>
        <w:pStyle w:val="Listepuces"/>
      </w:pPr>
      <w:r>
        <w:t>Year 1: 500 downloads/episode → 13,000 total</w:t>
      </w:r>
    </w:p>
    <w:p w14:paraId="00EB1853" w14:textId="77777777" w:rsidR="00495879" w:rsidRDefault="00000000">
      <w:pPr>
        <w:pStyle w:val="Listepuces"/>
      </w:pPr>
      <w:r>
        <w:t>Lead generation: 10-15 warm leads</w:t>
      </w:r>
    </w:p>
    <w:p w14:paraId="5610C67F" w14:textId="77777777" w:rsidR="00495879" w:rsidRDefault="00000000">
      <w:pPr>
        <w:pStyle w:val="Listepuces"/>
      </w:pPr>
      <w:r>
        <w:t>Brand awareness: Immeasurable (halo effect)</w:t>
      </w:r>
    </w:p>
    <w:p w14:paraId="5C9BE5A1" w14:textId="77777777" w:rsidR="00495879" w:rsidRDefault="00000000">
      <w:pPr>
        <w:pStyle w:val="Titre3"/>
      </w:pPr>
      <w:r>
        <w:t>Channel 2: LinkedIn Ads ($12,000/year)</w:t>
      </w:r>
    </w:p>
    <w:p w14:paraId="63C54194" w14:textId="77777777" w:rsidR="00495879" w:rsidRDefault="00000000">
      <w:r>
        <w:rPr>
          <w:b/>
        </w:rPr>
        <w:t>Objective</w:t>
      </w:r>
      <w:r>
        <w:t>: Targeted lead generation, accelerate awareness.</w:t>
      </w:r>
    </w:p>
    <w:p w14:paraId="2171C0C8" w14:textId="77777777" w:rsidR="00495879" w:rsidRDefault="00000000">
      <w:r>
        <w:rPr>
          <w:b/>
        </w:rPr>
        <w:t>Campaign Strategy</w:t>
      </w:r>
      <w:r>
        <w:t>:</w:t>
      </w:r>
    </w:p>
    <w:p w14:paraId="23FD6F5B" w14:textId="77777777" w:rsidR="00495879" w:rsidRDefault="00000000">
      <w:r>
        <w:rPr>
          <w:b/>
        </w:rPr>
        <w:t>Campaign 1: Lead Magnet (60% of budget = $7,200)</w:t>
      </w:r>
    </w:p>
    <w:p w14:paraId="4CA5C076" w14:textId="77777777" w:rsidR="00495879" w:rsidRDefault="00000000">
      <w:pPr>
        <w:pStyle w:val="Listepuces"/>
      </w:pPr>
      <w:r>
        <w:t>**Ad Type**: Sponsored Content (single image + carousel)</w:t>
      </w:r>
    </w:p>
    <w:p w14:paraId="0DD556DF" w14:textId="77777777" w:rsidR="00495879" w:rsidRDefault="00000000">
      <w:pPr>
        <w:pStyle w:val="Listepuces"/>
      </w:pPr>
      <w:r>
        <w:t>**Offer**: Free resource ("Scale Readiness Assessment", "CEO's Growth Playbook")</w:t>
      </w:r>
    </w:p>
    <w:p w14:paraId="4C7260FC" w14:textId="77777777" w:rsidR="00495879" w:rsidRDefault="00000000">
      <w:pPr>
        <w:pStyle w:val="Listepuces"/>
      </w:pPr>
      <w:r>
        <w:t>**Targeting**:</w:t>
      </w:r>
    </w:p>
    <w:p w14:paraId="5AFF7152" w14:textId="77777777" w:rsidR="00495879" w:rsidRDefault="00000000">
      <w:pPr>
        <w:pStyle w:val="Listepuces"/>
      </w:pPr>
      <w:r>
        <w:t>Job titles: CEO, Founder, President, VP</w:t>
      </w:r>
    </w:p>
    <w:p w14:paraId="14AB4576" w14:textId="77777777" w:rsidR="00495879" w:rsidRDefault="00000000">
      <w:pPr>
        <w:pStyle w:val="Listepuces"/>
      </w:pPr>
      <w:r>
        <w:t>Company size: 10-100 employees</w:t>
      </w:r>
    </w:p>
    <w:p w14:paraId="09947E36" w14:textId="77777777" w:rsidR="00495879" w:rsidRDefault="00000000">
      <w:pPr>
        <w:pStyle w:val="Listepuces"/>
      </w:pPr>
      <w:r>
        <w:t>Industries: SaaS, Professional Services, E-commerce</w:t>
      </w:r>
    </w:p>
    <w:p w14:paraId="20BA95E4" w14:textId="77777777" w:rsidR="00495879" w:rsidRDefault="00000000">
      <w:pPr>
        <w:pStyle w:val="Listepuces"/>
      </w:pPr>
      <w:r>
        <w:t>Geography: USA + Canada</w:t>
      </w:r>
    </w:p>
    <w:p w14:paraId="31150F1D" w14:textId="77777777" w:rsidR="00495879" w:rsidRDefault="00000000">
      <w:pPr>
        <w:pStyle w:val="Listepuces"/>
      </w:pPr>
      <w:r>
        <w:lastRenderedPageBreak/>
        <w:t>Interests: Business strategy, leadership, entrepreneurship</w:t>
      </w:r>
    </w:p>
    <w:p w14:paraId="0FF1A9B9" w14:textId="77777777" w:rsidR="00495879" w:rsidRDefault="00000000">
      <w:pPr>
        <w:pStyle w:val="Listepuces"/>
      </w:pPr>
      <w:r>
        <w:t>**Budget**: $600/month</w:t>
      </w:r>
    </w:p>
    <w:p w14:paraId="4508DE0C" w14:textId="77777777" w:rsidR="00495879" w:rsidRDefault="00000000">
      <w:pPr>
        <w:pStyle w:val="Listepuces"/>
      </w:pPr>
      <w:r>
        <w:t>**Expected Results**:</w:t>
      </w:r>
    </w:p>
    <w:p w14:paraId="003B42E9" w14:textId="77777777" w:rsidR="00495879" w:rsidRDefault="00000000">
      <w:pPr>
        <w:pStyle w:val="Listepuces"/>
      </w:pPr>
      <w:r>
        <w:t>Impressions: 200,000/month</w:t>
      </w:r>
    </w:p>
    <w:p w14:paraId="7C82A23B" w14:textId="77777777" w:rsidR="00495879" w:rsidRDefault="00000000">
      <w:pPr>
        <w:pStyle w:val="Listepuces"/>
      </w:pPr>
      <w:r>
        <w:t>CTR: 1.5% = 3,000 clicks</w:t>
      </w:r>
    </w:p>
    <w:p w14:paraId="3A96BD7A" w14:textId="77777777" w:rsidR="00495879" w:rsidRDefault="00000000">
      <w:pPr>
        <w:pStyle w:val="Listepuces"/>
      </w:pPr>
      <w:r>
        <w:t>Conversion rate: 20% = 600 leads/month = 7,200/year</w:t>
      </w:r>
    </w:p>
    <w:p w14:paraId="43EFC5EA" w14:textId="77777777" w:rsidR="00495879" w:rsidRDefault="00000000">
      <w:pPr>
        <w:pStyle w:val="Listepuces"/>
      </w:pPr>
      <w:r>
        <w:t>Cost per lead: $1</w:t>
      </w:r>
    </w:p>
    <w:p w14:paraId="60887E9E" w14:textId="77777777" w:rsidR="00495879" w:rsidRDefault="00000000">
      <w:r>
        <w:rPr>
          <w:b/>
        </w:rPr>
        <w:t>Campaign 2: Webinar Registration (30% = $3,600)</w:t>
      </w:r>
    </w:p>
    <w:p w14:paraId="6F6E60B7" w14:textId="77777777" w:rsidR="00495879" w:rsidRDefault="00000000">
      <w:pPr>
        <w:pStyle w:val="Listepuces"/>
      </w:pPr>
      <w:r>
        <w:t>**Ad Type**: Event ad</w:t>
      </w:r>
    </w:p>
    <w:p w14:paraId="78814D34" w14:textId="77777777" w:rsidR="00495879" w:rsidRDefault="00000000">
      <w:pPr>
        <w:pStyle w:val="Listepuces"/>
      </w:pPr>
      <w:r>
        <w:t>**Offer**: Monthly workshop ("Scaling Strategies Masterclass")</w:t>
      </w:r>
    </w:p>
    <w:p w14:paraId="137BC67E" w14:textId="77777777" w:rsidR="00495879" w:rsidRDefault="00000000">
      <w:pPr>
        <w:pStyle w:val="Listepuces"/>
      </w:pPr>
      <w:r>
        <w:t>**Budget**: $300/month</w:t>
      </w:r>
    </w:p>
    <w:p w14:paraId="0E7A9A55" w14:textId="77777777" w:rsidR="00495879" w:rsidRDefault="00000000">
      <w:pPr>
        <w:pStyle w:val="Listepuces"/>
      </w:pPr>
      <w:r>
        <w:t>**Expected Results**:</w:t>
      </w:r>
    </w:p>
    <w:p w14:paraId="107F5818" w14:textId="77777777" w:rsidR="00495879" w:rsidRDefault="00000000">
      <w:pPr>
        <w:pStyle w:val="Listepuces"/>
      </w:pPr>
      <w:r>
        <w:t>Registrations: 100/month = 1,200/year</w:t>
      </w:r>
    </w:p>
    <w:p w14:paraId="00634074" w14:textId="77777777" w:rsidR="00495879" w:rsidRDefault="00000000">
      <w:pPr>
        <w:pStyle w:val="Listepuces"/>
      </w:pPr>
      <w:r>
        <w:t>Attendance rate: 40% = 480 attendees</w:t>
      </w:r>
    </w:p>
    <w:p w14:paraId="7AAC4A4D" w14:textId="77777777" w:rsidR="00495879" w:rsidRDefault="00000000">
      <w:pPr>
        <w:pStyle w:val="Listepuces"/>
      </w:pPr>
      <w:r>
        <w:t>Cost per attendee: $7.50</w:t>
      </w:r>
    </w:p>
    <w:p w14:paraId="3EAB539A" w14:textId="77777777" w:rsidR="00495879" w:rsidRDefault="00000000">
      <w:pPr>
        <w:pStyle w:val="Listepuces"/>
      </w:pPr>
      <w:r>
        <w:t>Conversion to MQL: 20% = 96 MQLs</w:t>
      </w:r>
    </w:p>
    <w:p w14:paraId="4DB304E6" w14:textId="77777777" w:rsidR="00495879" w:rsidRDefault="00000000">
      <w:pPr>
        <w:pStyle w:val="Listepuces"/>
      </w:pPr>
      <w:r>
        <w:t>Conversion to client: 5% = 5 clients</w:t>
      </w:r>
    </w:p>
    <w:p w14:paraId="67CFD01B" w14:textId="77777777" w:rsidR="00495879" w:rsidRDefault="00000000">
      <w:pPr>
        <w:pStyle w:val="Listepuces"/>
      </w:pPr>
      <w:r>
        <w:t>CAC: $720 (acceptable for $12K-$60K ACV)</w:t>
      </w:r>
    </w:p>
    <w:p w14:paraId="2A6F92DF" w14:textId="77777777" w:rsidR="00495879" w:rsidRDefault="00000000">
      <w:r>
        <w:rPr>
          <w:b/>
        </w:rPr>
        <w:t>Campaign 3: Retargeting (10% = $1,200)</w:t>
      </w:r>
    </w:p>
    <w:p w14:paraId="1562408B" w14:textId="77777777" w:rsidR="00495879" w:rsidRDefault="00000000">
      <w:pPr>
        <w:pStyle w:val="Listepuces"/>
      </w:pPr>
      <w:r>
        <w:t>**Target**: Website visitors, email subscribers, webinar attendees</w:t>
      </w:r>
    </w:p>
    <w:p w14:paraId="7552CB91" w14:textId="77777777" w:rsidR="00495879" w:rsidRDefault="00000000">
      <w:pPr>
        <w:pStyle w:val="Listepuces"/>
      </w:pPr>
      <w:r>
        <w:t>**Offer**: Case study, limited-time discount, free consultation</w:t>
      </w:r>
    </w:p>
    <w:p w14:paraId="045866ED" w14:textId="77777777" w:rsidR="00495879" w:rsidRDefault="00000000">
      <w:pPr>
        <w:pStyle w:val="Listepuces"/>
      </w:pPr>
      <w:r>
        <w:t>**Budget**: $100/month</w:t>
      </w:r>
    </w:p>
    <w:p w14:paraId="4E713F47" w14:textId="77777777" w:rsidR="00495879" w:rsidRDefault="00000000">
      <w:pPr>
        <w:pStyle w:val="Listepuces"/>
      </w:pPr>
      <w:r>
        <w:t>**Expected Results**: 1-2 conversions/year (high-intent)</w:t>
      </w:r>
    </w:p>
    <w:p w14:paraId="699574EF" w14:textId="77777777" w:rsidR="00495879" w:rsidRDefault="00000000">
      <w:r>
        <w:rPr>
          <w:b/>
        </w:rPr>
        <w:t>Creative Strategy</w:t>
      </w:r>
      <w:r>
        <w:t>:</w:t>
      </w:r>
    </w:p>
    <w:p w14:paraId="25B3F57A" w14:textId="77777777" w:rsidR="00495879" w:rsidRDefault="00000000">
      <w:pPr>
        <w:pStyle w:val="Listepuces"/>
      </w:pPr>
      <w:r>
        <w:t>Test 3-5 variations per campaign (image, headline, CTA)</w:t>
      </w:r>
    </w:p>
    <w:p w14:paraId="03DD1E71" w14:textId="77777777" w:rsidR="00495879" w:rsidRDefault="00000000">
      <w:pPr>
        <w:pStyle w:val="Listepuces"/>
      </w:pPr>
      <w:r>
        <w:t>Refresh creative every 6 weeks (avoid ad fatigue)</w:t>
      </w:r>
    </w:p>
    <w:p w14:paraId="54E595B7" w14:textId="77777777" w:rsidR="00495879" w:rsidRDefault="00000000">
      <w:pPr>
        <w:pStyle w:val="Listepuces"/>
      </w:pPr>
      <w:r>
        <w:t>Use client testimonials, data-driven results ("+247% revenue growth")</w:t>
      </w:r>
    </w:p>
    <w:p w14:paraId="06AD5DF5" w14:textId="77777777" w:rsidR="00495879" w:rsidRDefault="00000000">
      <w:r>
        <w:rPr>
          <w:b/>
        </w:rPr>
        <w:t>Tools</w:t>
      </w:r>
      <w:r>
        <w:t>:</w:t>
      </w:r>
    </w:p>
    <w:p w14:paraId="43FA36A0" w14:textId="77777777" w:rsidR="00495879" w:rsidRDefault="00000000">
      <w:pPr>
        <w:pStyle w:val="Listepuces"/>
      </w:pPr>
      <w:r>
        <w:t>LinkedIn Campaign Manager (native)</w:t>
      </w:r>
    </w:p>
    <w:p w14:paraId="710E81EC" w14:textId="77777777" w:rsidR="00495879" w:rsidRDefault="00000000">
      <w:pPr>
        <w:pStyle w:val="Listepuces"/>
      </w:pPr>
      <w:r>
        <w:t>Metadata.io for optimization ($200/mo) = $2,400/year (included in budget)</w:t>
      </w:r>
    </w:p>
    <w:p w14:paraId="549B26DB" w14:textId="77777777" w:rsidR="00495879" w:rsidRDefault="00000000">
      <w:pPr>
        <w:pStyle w:val="Titre3"/>
      </w:pPr>
      <w:r>
        <w:t>Channel 3: Partnerships ($8,000/year)</w:t>
      </w:r>
    </w:p>
    <w:p w14:paraId="5F2E7D98" w14:textId="77777777" w:rsidR="00495879" w:rsidRDefault="00000000">
      <w:r>
        <w:rPr>
          <w:b/>
        </w:rPr>
        <w:t>Objective</w:t>
      </w:r>
      <w:r>
        <w:t>: Leverage existing audiences, warm introductions.</w:t>
      </w:r>
    </w:p>
    <w:p w14:paraId="1595087D" w14:textId="77777777" w:rsidR="00495879" w:rsidRDefault="00000000">
      <w:r>
        <w:rPr>
          <w:b/>
        </w:rPr>
        <w:t>Partnership Types</w:t>
      </w:r>
      <w:r>
        <w:t>:</w:t>
      </w:r>
    </w:p>
    <w:p w14:paraId="117355D7" w14:textId="77777777" w:rsidR="00495879" w:rsidRDefault="00000000">
      <w:r>
        <w:rPr>
          <w:b/>
        </w:rPr>
        <w:t>A. Complementary Service Providers (5-10 partners)</w:t>
      </w:r>
    </w:p>
    <w:p w14:paraId="10B0D5F3" w14:textId="77777777" w:rsidR="00495879" w:rsidRDefault="00000000">
      <w:r>
        <w:rPr>
          <w:b/>
        </w:rPr>
        <w:lastRenderedPageBreak/>
        <w:t>Target Partners</w:t>
      </w:r>
      <w:r>
        <w:t>:</w:t>
      </w:r>
    </w:p>
    <w:p w14:paraId="6B0C91A2" w14:textId="77777777" w:rsidR="00495879" w:rsidRDefault="00000000">
      <w:pPr>
        <w:pStyle w:val="Listenumros"/>
      </w:pPr>
      <w:r>
        <w:t>**Accounting Firms** (CPAs): Serve same clients, refer growth advisory needs</w:t>
      </w:r>
    </w:p>
    <w:p w14:paraId="5C3BE332" w14:textId="77777777" w:rsidR="00495879" w:rsidRDefault="00000000">
      <w:pPr>
        <w:pStyle w:val="Listenumros"/>
      </w:pPr>
      <w:r>
        <w:t>**Law Firms**: Startup lawyers, M&amp;A advisors</w:t>
      </w:r>
    </w:p>
    <w:p w14:paraId="0087CC03" w14:textId="77777777" w:rsidR="00495879" w:rsidRDefault="00000000">
      <w:pPr>
        <w:pStyle w:val="Listenumros"/>
      </w:pPr>
      <w:r>
        <w:t>**Marketing Agencies**: Clients need strategic direction before tactics</w:t>
      </w:r>
    </w:p>
    <w:p w14:paraId="74AA3035" w14:textId="77777777" w:rsidR="00495879" w:rsidRDefault="00000000">
      <w:pPr>
        <w:pStyle w:val="Listenumros"/>
      </w:pPr>
      <w:r>
        <w:t>**Tech Consultants**: Digital transformation projects</w:t>
      </w:r>
    </w:p>
    <w:p w14:paraId="40084609" w14:textId="77777777" w:rsidR="00495879" w:rsidRDefault="00000000">
      <w:pPr>
        <w:pStyle w:val="Listenumros"/>
      </w:pPr>
      <w:r>
        <w:t>**Executive Recruiters**: Clients hiring C-suite need org design</w:t>
      </w:r>
    </w:p>
    <w:p w14:paraId="18739220" w14:textId="77777777" w:rsidR="00495879" w:rsidRDefault="00000000">
      <w:r>
        <w:rPr>
          <w:b/>
        </w:rPr>
        <w:t>Partnership Model</w:t>
      </w:r>
      <w:r>
        <w:t>:</w:t>
      </w:r>
    </w:p>
    <w:p w14:paraId="24B99AB6" w14:textId="77777777" w:rsidR="00495879" w:rsidRDefault="00000000">
      <w:pPr>
        <w:pStyle w:val="Listepuces"/>
      </w:pPr>
      <w:r>
        <w:t>**Co-marketing**: Joint webinars, co-authored content, email swaps</w:t>
      </w:r>
    </w:p>
    <w:p w14:paraId="7F70FDB9" w14:textId="77777777" w:rsidR="00495879" w:rsidRDefault="00000000">
      <w:pPr>
        <w:pStyle w:val="Listepuces"/>
      </w:pPr>
      <w:r>
        <w:t>**Referral fee**: 10% of Year 1 revenue ($900-$6,000 per referral)</w:t>
      </w:r>
    </w:p>
    <w:p w14:paraId="2CC29898" w14:textId="77777777" w:rsidR="00495879" w:rsidRDefault="00000000">
      <w:pPr>
        <w:pStyle w:val="Listepuces"/>
      </w:pPr>
      <w:r>
        <w:t>**Affiliate program**: Track via unique links, pay quarterly</w:t>
      </w:r>
    </w:p>
    <w:p w14:paraId="4064D8C2" w14:textId="77777777" w:rsidR="00495879" w:rsidRDefault="00000000">
      <w:r>
        <w:rPr>
          <w:b/>
        </w:rPr>
        <w:t>Example Partnership (CPA Firm)</w:t>
      </w:r>
      <w:r>
        <w:t>:</w:t>
      </w:r>
    </w:p>
    <w:p w14:paraId="77DC66A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Offer to Partner:</w:t>
      </w:r>
    </w:p>
    <w:p w14:paraId="5D5A651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"I serve growth-stage CEOs who often ask me for CPA referrals.</w:t>
      </w:r>
    </w:p>
    <w:p w14:paraId="6FE4F02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I'd love to send you 5-10 qualified leads/year.</w:t>
      </w:r>
    </w:p>
    <w:p w14:paraId="3CDE0F57" w14:textId="77777777" w:rsidR="00495879" w:rsidRDefault="00495879">
      <w:pPr>
        <w:pStyle w:val="Sansinterligne"/>
      </w:pPr>
    </w:p>
    <w:p w14:paraId="2DFF4A2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In return, when your clients express frustration with growth,</w:t>
      </w:r>
    </w:p>
    <w:p w14:paraId="35CCBA4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stalled scaling, or leadership challenges, would you intro me?</w:t>
      </w:r>
    </w:p>
    <w:p w14:paraId="0A13C051" w14:textId="77777777" w:rsidR="00495879" w:rsidRDefault="00495879">
      <w:pPr>
        <w:pStyle w:val="Sansinterligne"/>
      </w:pPr>
    </w:p>
    <w:p w14:paraId="32C59A9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No exclusivity, no contracts - just mutual value."</w:t>
      </w:r>
    </w:p>
    <w:p w14:paraId="61C7C740" w14:textId="77777777" w:rsidR="00495879" w:rsidRDefault="00495879">
      <w:pPr>
        <w:pStyle w:val="Sansinterligne"/>
      </w:pPr>
    </w:p>
    <w:p w14:paraId="4833D7E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Sweetener: Host joint webinar</w:t>
      </w:r>
    </w:p>
    <w:p w14:paraId="07EE000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Topic: "Tax Strategies for Fast-Growing Businesses"</w:t>
      </w:r>
    </w:p>
    <w:p w14:paraId="5084AB5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Attendees: Your list (500) + their list (2,000) = 2,500</w:t>
      </w:r>
    </w:p>
    <w:p w14:paraId="0CAF1B4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Split leads 50/50</w:t>
      </w:r>
    </w:p>
    <w:p w14:paraId="34B63C60" w14:textId="77777777" w:rsidR="00495879" w:rsidRDefault="00000000">
      <w:r>
        <w:rPr>
          <w:b/>
        </w:rPr>
        <w:t>Investment</w:t>
      </w:r>
      <w:r>
        <w:t>:</w:t>
      </w:r>
    </w:p>
    <w:p w14:paraId="4E36F096" w14:textId="77777777" w:rsidR="00495879" w:rsidRDefault="00000000">
      <w:pPr>
        <w:pStyle w:val="Listepuces"/>
      </w:pPr>
      <w:r>
        <w:t>Referral fees: $5,000 (assumes 5 clients @ 10% of $10K avg)</w:t>
      </w:r>
    </w:p>
    <w:p w14:paraId="2CB88FCC" w14:textId="77777777" w:rsidR="00495879" w:rsidRDefault="00000000">
      <w:pPr>
        <w:pStyle w:val="Listepuces"/>
      </w:pPr>
      <w:r>
        <w:t>Co-marketing: $3,000 (webinar hosting, materials)</w:t>
      </w:r>
    </w:p>
    <w:p w14:paraId="3F714EC4" w14:textId="77777777" w:rsidR="00495879" w:rsidRDefault="00000000">
      <w:r>
        <w:rPr>
          <w:b/>
        </w:rPr>
        <w:t>Expected Results</w:t>
      </w:r>
      <w:r>
        <w:t>:</w:t>
      </w:r>
    </w:p>
    <w:p w14:paraId="78E77DE1" w14:textId="77777777" w:rsidR="00495879" w:rsidRDefault="00000000">
      <w:pPr>
        <w:pStyle w:val="Listepuces"/>
      </w:pPr>
      <w:r>
        <w:t>8 clients from partnerships (Year 1)</w:t>
      </w:r>
    </w:p>
    <w:p w14:paraId="63D52848" w14:textId="77777777" w:rsidR="00495879" w:rsidRDefault="00000000">
      <w:pPr>
        <w:pStyle w:val="Listepuces"/>
      </w:pPr>
      <w:r>
        <w:t>CAC: $1,000 (cheapest channel!)</w:t>
      </w:r>
    </w:p>
    <w:p w14:paraId="037742A1" w14:textId="77777777" w:rsidR="00495879" w:rsidRDefault="00000000">
      <w:r>
        <w:rPr>
          <w:b/>
        </w:rPr>
        <w:t>B. Industry Associations &amp; Communities</w:t>
      </w:r>
    </w:p>
    <w:p w14:paraId="1143C041" w14:textId="77777777" w:rsidR="00495879" w:rsidRDefault="00000000">
      <w:r>
        <w:rPr>
          <w:b/>
        </w:rPr>
        <w:t>Target Communities</w:t>
      </w:r>
      <w:r>
        <w:t>:</w:t>
      </w:r>
    </w:p>
    <w:p w14:paraId="6F334611" w14:textId="77777777" w:rsidR="00495879" w:rsidRDefault="00000000">
      <w:pPr>
        <w:pStyle w:val="Listepuces"/>
      </w:pPr>
      <w:r>
        <w:t>EO (Entrepreneurs' Organization) - 18,000 members</w:t>
      </w:r>
    </w:p>
    <w:p w14:paraId="1D13ECD2" w14:textId="77777777" w:rsidR="00495879" w:rsidRDefault="00000000">
      <w:pPr>
        <w:pStyle w:val="Listepuces"/>
      </w:pPr>
      <w:r>
        <w:t>YPO (Young Presidents' Organization) - 35,000 members</w:t>
      </w:r>
    </w:p>
    <w:p w14:paraId="2070E478" w14:textId="77777777" w:rsidR="00495879" w:rsidRDefault="00000000">
      <w:pPr>
        <w:pStyle w:val="Listepuces"/>
      </w:pPr>
      <w:r>
        <w:t>Vistage (competitor, but can partner as workshop provider)</w:t>
      </w:r>
    </w:p>
    <w:p w14:paraId="25F9A191" w14:textId="77777777" w:rsidR="00495879" w:rsidRDefault="00000000">
      <w:pPr>
        <w:pStyle w:val="Listepuces"/>
      </w:pPr>
      <w:r>
        <w:t>Industry-specific: SaaStr (SaaS), FounderFuel (startups), etc.</w:t>
      </w:r>
    </w:p>
    <w:p w14:paraId="74B80693" w14:textId="77777777" w:rsidR="00495879" w:rsidRDefault="00000000">
      <w:r>
        <w:rPr>
          <w:b/>
        </w:rPr>
        <w:t>Engagement Strategy</w:t>
      </w:r>
      <w:r>
        <w:t>:</w:t>
      </w:r>
    </w:p>
    <w:p w14:paraId="52E11981" w14:textId="77777777" w:rsidR="00495879" w:rsidRDefault="00000000">
      <w:pPr>
        <w:pStyle w:val="Listepuces"/>
      </w:pPr>
      <w:r>
        <w:t>Attend events (4-6/year) - networking, speaking opportunities</w:t>
      </w:r>
    </w:p>
    <w:p w14:paraId="209C5D7B" w14:textId="77777777" w:rsidR="00495879" w:rsidRDefault="00000000">
      <w:pPr>
        <w:pStyle w:val="Listepuces"/>
      </w:pPr>
      <w:r>
        <w:lastRenderedPageBreak/>
        <w:t>Sponsor local chapter ($2,000-$5,000/year)</w:t>
      </w:r>
    </w:p>
    <w:p w14:paraId="29BAF593" w14:textId="77777777" w:rsidR="00495879" w:rsidRDefault="00000000">
      <w:pPr>
        <w:pStyle w:val="Listepuces"/>
      </w:pPr>
      <w:r>
        <w:t>Provide free workshops (build credibility, generate leads)</w:t>
      </w:r>
    </w:p>
    <w:p w14:paraId="046BE398" w14:textId="77777777" w:rsidR="00495879" w:rsidRDefault="00000000">
      <w:r>
        <w:rPr>
          <w:b/>
        </w:rPr>
        <w:t>Investment</w:t>
      </w:r>
      <w:r>
        <w:t>: $3,000 (memberships, event sponsorships)</w:t>
      </w:r>
    </w:p>
    <w:p w14:paraId="3A06F3DE" w14:textId="77777777" w:rsidR="00495879" w:rsidRDefault="00000000">
      <w:pPr>
        <w:pStyle w:val="Titre3"/>
      </w:pPr>
      <w:r>
        <w:t>Channel 4: Events &amp; Webinars ($10,000/year)</w:t>
      </w:r>
    </w:p>
    <w:p w14:paraId="37C66796" w14:textId="77777777" w:rsidR="00495879" w:rsidRDefault="00000000">
      <w:r>
        <w:rPr>
          <w:b/>
        </w:rPr>
        <w:t>Objective</w:t>
      </w:r>
      <w:r>
        <w:t>: High-touch engagement, accelerate trust, batch lead generation.</w:t>
      </w:r>
    </w:p>
    <w:p w14:paraId="5180BA76" w14:textId="77777777" w:rsidR="00495879" w:rsidRDefault="00000000">
      <w:r>
        <w:rPr>
          <w:b/>
        </w:rPr>
        <w:t>Monthly Webinar Series</w:t>
      </w:r>
      <w:r>
        <w:t xml:space="preserve"> (12/year)</w:t>
      </w:r>
    </w:p>
    <w:p w14:paraId="527E19F5" w14:textId="77777777" w:rsidR="00495879" w:rsidRDefault="00000000">
      <w:pPr>
        <w:pStyle w:val="Listepuces"/>
      </w:pPr>
      <w:r>
        <w:t>**Topic**: Rotating (Scaling, Leadership, Digital Transformation, Q&amp;A)</w:t>
      </w:r>
    </w:p>
    <w:p w14:paraId="4AB6A4B8" w14:textId="77777777" w:rsidR="00495879" w:rsidRDefault="00000000">
      <w:pPr>
        <w:pStyle w:val="Listepuces"/>
      </w:pPr>
      <w:r>
        <w:t>**Format**: 45 min presentation + 15 min Q&amp;A</w:t>
      </w:r>
    </w:p>
    <w:p w14:paraId="5BDA0314" w14:textId="77777777" w:rsidR="00495879" w:rsidRDefault="00000000">
      <w:pPr>
        <w:pStyle w:val="Listepuces"/>
      </w:pPr>
      <w:r>
        <w:t>**Platform**: Zoom Webinar ($50/month) = $600/year</w:t>
      </w:r>
    </w:p>
    <w:p w14:paraId="55B5071B" w14:textId="77777777" w:rsidR="00495879" w:rsidRDefault="00000000">
      <w:pPr>
        <w:pStyle w:val="Listepuces"/>
      </w:pPr>
      <w:r>
        <w:t>**Promotion**:</w:t>
      </w:r>
    </w:p>
    <w:p w14:paraId="1CDE85C8" w14:textId="77777777" w:rsidR="00495879" w:rsidRDefault="00000000">
      <w:pPr>
        <w:pStyle w:val="Listepuces"/>
      </w:pPr>
      <w:r>
        <w:t>Email list (weeks 3, 2, 1, day before)</w:t>
      </w:r>
    </w:p>
    <w:p w14:paraId="1FBEFD82" w14:textId="77777777" w:rsidR="00495879" w:rsidRDefault="00000000">
      <w:pPr>
        <w:pStyle w:val="Listepuces"/>
      </w:pPr>
      <w:r>
        <w:t>LinkedIn ads ($300/webinar)</w:t>
      </w:r>
    </w:p>
    <w:p w14:paraId="7D103260" w14:textId="77777777" w:rsidR="00495879" w:rsidRDefault="00000000">
      <w:pPr>
        <w:pStyle w:val="Listepuces"/>
      </w:pPr>
      <w:r>
        <w:t>Organic social (5 posts over 2 weeks)</w:t>
      </w:r>
    </w:p>
    <w:p w14:paraId="71697805" w14:textId="77777777" w:rsidR="00495879" w:rsidRDefault="00000000">
      <w:pPr>
        <w:pStyle w:val="Listepuces"/>
      </w:pPr>
      <w:r>
        <w:t>Partner promotion (if co-hosted)</w:t>
      </w:r>
    </w:p>
    <w:p w14:paraId="762E4E6D" w14:textId="77777777" w:rsidR="00495879" w:rsidRDefault="00000000">
      <w:r>
        <w:rPr>
          <w:b/>
        </w:rPr>
        <w:t>Expected Results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6A190B8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9839A1D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4320" w:type="dxa"/>
          </w:tcPr>
          <w:p w14:paraId="78BC47B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</w:tr>
      <w:tr w:rsidR="00495879" w14:paraId="35AA8B0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DDB38CA" w14:textId="77777777" w:rsidR="00495879" w:rsidRDefault="00000000">
            <w:r>
              <w:t>Registrations/webinar</w:t>
            </w:r>
          </w:p>
        </w:tc>
        <w:tc>
          <w:tcPr>
            <w:tcW w:w="4320" w:type="dxa"/>
          </w:tcPr>
          <w:p w14:paraId="3E1E90E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</w:t>
            </w:r>
          </w:p>
        </w:tc>
      </w:tr>
      <w:tr w:rsidR="00495879" w14:paraId="564C22C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AA41E1F" w14:textId="77777777" w:rsidR="00495879" w:rsidRDefault="00000000">
            <w:r>
              <w:t>Attendance rate</w:t>
            </w:r>
          </w:p>
        </w:tc>
        <w:tc>
          <w:tcPr>
            <w:tcW w:w="4320" w:type="dxa"/>
          </w:tcPr>
          <w:p w14:paraId="35248D4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40%</w:t>
            </w:r>
          </w:p>
        </w:tc>
      </w:tr>
      <w:tr w:rsidR="00495879" w14:paraId="28BB3CB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1DFD5AF" w14:textId="77777777" w:rsidR="00495879" w:rsidRDefault="00000000">
            <w:r>
              <w:t>Attendees/webinar</w:t>
            </w:r>
          </w:p>
        </w:tc>
        <w:tc>
          <w:tcPr>
            <w:tcW w:w="4320" w:type="dxa"/>
          </w:tcPr>
          <w:p w14:paraId="431571C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</w:t>
            </w:r>
          </w:p>
        </w:tc>
      </w:tr>
      <w:tr w:rsidR="00495879" w14:paraId="50F18D5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214BBEE" w14:textId="77777777" w:rsidR="00495879" w:rsidRDefault="00000000">
            <w:r>
              <w:t>MQL conversion</w:t>
            </w:r>
          </w:p>
        </w:tc>
        <w:tc>
          <w:tcPr>
            <w:tcW w:w="4320" w:type="dxa"/>
          </w:tcPr>
          <w:p w14:paraId="607A5A9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25%</w:t>
            </w:r>
          </w:p>
        </w:tc>
      </w:tr>
      <w:tr w:rsidR="00495879" w14:paraId="657ACBC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DC76D69" w14:textId="77777777" w:rsidR="00495879" w:rsidRDefault="00000000">
            <w:r>
              <w:t>MQLs/webinar</w:t>
            </w:r>
          </w:p>
        </w:tc>
        <w:tc>
          <w:tcPr>
            <w:tcW w:w="4320" w:type="dxa"/>
          </w:tcPr>
          <w:p w14:paraId="46BD413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</w:tr>
      <w:tr w:rsidR="00495879" w14:paraId="46DB7D1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2E9002A" w14:textId="77777777" w:rsidR="00495879" w:rsidRDefault="00000000">
            <w:r>
              <w:t>Total MQLs/year</w:t>
            </w:r>
          </w:p>
        </w:tc>
        <w:tc>
          <w:tcPr>
            <w:tcW w:w="4320" w:type="dxa"/>
          </w:tcPr>
          <w:p w14:paraId="2FB827C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120</w:t>
            </w:r>
          </w:p>
        </w:tc>
      </w:tr>
      <w:tr w:rsidR="00495879" w14:paraId="22D5F06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D5B0690" w14:textId="77777777" w:rsidR="00495879" w:rsidRDefault="00000000">
            <w:r>
              <w:t>Client conversion</w:t>
            </w:r>
          </w:p>
        </w:tc>
        <w:tc>
          <w:tcPr>
            <w:tcW w:w="4320" w:type="dxa"/>
          </w:tcPr>
          <w:p w14:paraId="5817C46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5%</w:t>
            </w:r>
          </w:p>
        </w:tc>
      </w:tr>
      <w:tr w:rsidR="00495879" w14:paraId="333240B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47411C9" w14:textId="77777777" w:rsidR="00495879" w:rsidRDefault="00000000">
            <w:r>
              <w:t>Clients from webinars</w:t>
            </w:r>
          </w:p>
        </w:tc>
        <w:tc>
          <w:tcPr>
            <w:tcW w:w="4320" w:type="dxa"/>
          </w:tcPr>
          <w:p w14:paraId="73DAFD3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</w:t>
            </w:r>
          </w:p>
        </w:tc>
      </w:tr>
    </w:tbl>
    <w:p w14:paraId="29E881DF" w14:textId="77777777" w:rsidR="00495879" w:rsidRDefault="00495879"/>
    <w:p w14:paraId="57CB0AFF" w14:textId="77777777" w:rsidR="00495879" w:rsidRDefault="00000000">
      <w:r>
        <w:rPr>
          <w:b/>
        </w:rPr>
        <w:t>Investment</w:t>
      </w:r>
      <w:r>
        <w:t>:</w:t>
      </w:r>
    </w:p>
    <w:p w14:paraId="2371C150" w14:textId="77777777" w:rsidR="00495879" w:rsidRDefault="00000000">
      <w:pPr>
        <w:pStyle w:val="Listepuces"/>
      </w:pPr>
      <w:r>
        <w:t>Ads: $3,600 ($300 × 12)</w:t>
      </w:r>
    </w:p>
    <w:p w14:paraId="5E11EA62" w14:textId="77777777" w:rsidR="00495879" w:rsidRDefault="00000000">
      <w:pPr>
        <w:pStyle w:val="Listepuces"/>
      </w:pPr>
      <w:r>
        <w:t>Webinar software: $600</w:t>
      </w:r>
    </w:p>
    <w:p w14:paraId="7059A703" w14:textId="77777777" w:rsidR="00495879" w:rsidRDefault="00000000">
      <w:pPr>
        <w:pStyle w:val="Listepuces"/>
      </w:pPr>
      <w:r>
        <w:t>Presentation design: $1,200 (templates, slides)</w:t>
      </w:r>
    </w:p>
    <w:p w14:paraId="3A691022" w14:textId="77777777" w:rsidR="00495879" w:rsidRDefault="00000000">
      <w:pPr>
        <w:pStyle w:val="Listepuces"/>
      </w:pPr>
      <w:r>
        <w:t>Recording/editing: $1,000</w:t>
      </w:r>
    </w:p>
    <w:p w14:paraId="6B9CAD82" w14:textId="77777777" w:rsidR="00495879" w:rsidRDefault="00000000">
      <w:pPr>
        <w:pStyle w:val="Listepuces"/>
      </w:pPr>
      <w:r>
        <w:t>**Total**: $6,400</w:t>
      </w:r>
    </w:p>
    <w:p w14:paraId="74B9472A" w14:textId="77777777" w:rsidR="00495879" w:rsidRDefault="00000000">
      <w:r>
        <w:rPr>
          <w:b/>
        </w:rPr>
        <w:t>In-Person Events</w:t>
      </w:r>
      <w:r>
        <w:t xml:space="preserve"> (4/year - Q2, Q3, Q4)</w:t>
      </w:r>
    </w:p>
    <w:p w14:paraId="02EC08AD" w14:textId="77777777" w:rsidR="00495879" w:rsidRDefault="00000000">
      <w:pPr>
        <w:pStyle w:val="Listepuces"/>
      </w:pPr>
      <w:r>
        <w:t>**Format**: Half-day workshop (8:30am-12:30pm)</w:t>
      </w:r>
    </w:p>
    <w:p w14:paraId="34159669" w14:textId="77777777" w:rsidR="00495879" w:rsidRDefault="00000000">
      <w:pPr>
        <w:pStyle w:val="Listepuces"/>
      </w:pPr>
      <w:r>
        <w:t>**Venue**: Co-working space, hotel conference room (free or $500)</w:t>
      </w:r>
    </w:p>
    <w:p w14:paraId="3B381184" w14:textId="77777777" w:rsidR="00495879" w:rsidRDefault="00000000">
      <w:pPr>
        <w:pStyle w:val="Listepuces"/>
      </w:pPr>
      <w:r>
        <w:t>**Capacity**: 15-20 attendees</w:t>
      </w:r>
    </w:p>
    <w:p w14:paraId="7104B77D" w14:textId="77777777" w:rsidR="00495879" w:rsidRDefault="00000000">
      <w:pPr>
        <w:pStyle w:val="Listepuces"/>
      </w:pPr>
      <w:r>
        <w:t>**Price**: Free (lead generation) OR $197 (filter tire-kickers)</w:t>
      </w:r>
    </w:p>
    <w:p w14:paraId="5D001BA3" w14:textId="77777777" w:rsidR="00495879" w:rsidRDefault="00000000">
      <w:pPr>
        <w:pStyle w:val="Listepuces"/>
      </w:pPr>
      <w:r>
        <w:lastRenderedPageBreak/>
        <w:t>**Topics**:</w:t>
      </w:r>
    </w:p>
    <w:p w14:paraId="68312556" w14:textId="77777777" w:rsidR="00495879" w:rsidRDefault="00000000">
      <w:pPr>
        <w:pStyle w:val="Listepuces"/>
      </w:pPr>
      <w:r>
        <w:t>Q2: "Scale Framework Workshop"</w:t>
      </w:r>
    </w:p>
    <w:p w14:paraId="40724E60" w14:textId="77777777" w:rsidR="00495879" w:rsidRDefault="00000000">
      <w:pPr>
        <w:pStyle w:val="Listepuces"/>
      </w:pPr>
      <w:r>
        <w:t>Q3: "Digital Transformation Canvas"</w:t>
      </w:r>
    </w:p>
    <w:p w14:paraId="7C35958F" w14:textId="77777777" w:rsidR="00495879" w:rsidRDefault="00000000">
      <w:pPr>
        <w:pStyle w:val="Listepuces"/>
      </w:pPr>
      <w:r>
        <w:t>Q4: "2027 Strategic Planning Session"</w:t>
      </w:r>
    </w:p>
    <w:p w14:paraId="2EB7833D" w14:textId="77777777" w:rsidR="00495879" w:rsidRDefault="00000000">
      <w:r>
        <w:rPr>
          <w:b/>
        </w:rPr>
        <w:t>Expected Results</w:t>
      </w:r>
      <w:r>
        <w:t>:</w:t>
      </w:r>
    </w:p>
    <w:p w14:paraId="51329167" w14:textId="77777777" w:rsidR="00495879" w:rsidRDefault="00000000">
      <w:pPr>
        <w:pStyle w:val="Listepuces"/>
      </w:pPr>
      <w:r>
        <w:t>Attendees: 12/event × 4 = 48</w:t>
      </w:r>
    </w:p>
    <w:p w14:paraId="1C00F8E2" w14:textId="77777777" w:rsidR="00495879" w:rsidRDefault="00000000">
      <w:pPr>
        <w:pStyle w:val="Listepuces"/>
      </w:pPr>
      <w:r>
        <w:t>Conversion to client: 15% = 7 clients</w:t>
      </w:r>
    </w:p>
    <w:p w14:paraId="6C58AF1F" w14:textId="77777777" w:rsidR="00495879" w:rsidRDefault="00000000">
      <w:pPr>
        <w:pStyle w:val="Listepuces"/>
      </w:pPr>
      <w:r>
        <w:t>CAC: $3,600 ÷ 7 = $514 (excellent!)</w:t>
      </w:r>
    </w:p>
    <w:p w14:paraId="21431ADF" w14:textId="77777777" w:rsidR="00495879" w:rsidRDefault="00000000">
      <w:r>
        <w:rPr>
          <w:b/>
        </w:rPr>
        <w:t>Investment</w:t>
      </w:r>
      <w:r>
        <w:t>:</w:t>
      </w:r>
    </w:p>
    <w:p w14:paraId="266A91FD" w14:textId="77777777" w:rsidR="00495879" w:rsidRDefault="00000000">
      <w:pPr>
        <w:pStyle w:val="Listepuces"/>
      </w:pPr>
      <w:r>
        <w:t>Venue: $2,000 ($500 × 4)</w:t>
      </w:r>
    </w:p>
    <w:p w14:paraId="616F5A7E" w14:textId="77777777" w:rsidR="00495879" w:rsidRDefault="00000000">
      <w:pPr>
        <w:pStyle w:val="Listepuces"/>
      </w:pPr>
      <w:r>
        <w:t>Catering: $600 ($150 × 4)</w:t>
      </w:r>
    </w:p>
    <w:p w14:paraId="07EF8DD6" w14:textId="77777777" w:rsidR="00495879" w:rsidRDefault="00000000">
      <w:pPr>
        <w:pStyle w:val="Listepuces"/>
      </w:pPr>
      <w:r>
        <w:t>Materials: $400 (workbooks, handouts)</w:t>
      </w:r>
    </w:p>
    <w:p w14:paraId="0C20FA1A" w14:textId="77777777" w:rsidR="00495879" w:rsidRDefault="00000000">
      <w:pPr>
        <w:pStyle w:val="Listepuces"/>
      </w:pPr>
      <w:r>
        <w:t>Promotion: $600</w:t>
      </w:r>
    </w:p>
    <w:p w14:paraId="68276320" w14:textId="77777777" w:rsidR="00495879" w:rsidRDefault="00000000">
      <w:pPr>
        <w:pStyle w:val="Listepuces"/>
      </w:pPr>
      <w:r>
        <w:t>**Total**: $3,600</w:t>
      </w:r>
    </w:p>
    <w:p w14:paraId="4A12BEDB" w14:textId="77777777" w:rsidR="00495879" w:rsidRDefault="00000000">
      <w:pPr>
        <w:pStyle w:val="Titre3"/>
      </w:pPr>
      <w:r>
        <w:t>Channel 5: Email Marketing ($5,000/year)</w:t>
      </w:r>
    </w:p>
    <w:p w14:paraId="4C30B78B" w14:textId="77777777" w:rsidR="00495879" w:rsidRDefault="00000000">
      <w:r>
        <w:rPr>
          <w:b/>
        </w:rPr>
        <w:t>Objective</w:t>
      </w:r>
      <w:r>
        <w:t>: Nurture leads, build relationships, drive conversions.</w:t>
      </w:r>
    </w:p>
    <w:p w14:paraId="03FE1D20" w14:textId="77777777" w:rsidR="00495879" w:rsidRDefault="00000000">
      <w:r>
        <w:rPr>
          <w:b/>
        </w:rPr>
        <w:t>Email List Building</w:t>
      </w:r>
      <w:r>
        <w:t>:</w:t>
      </w:r>
    </w:p>
    <w:p w14:paraId="46B00EFE" w14:textId="77777777" w:rsidR="00495879" w:rsidRDefault="00000000">
      <w:pPr>
        <w:pStyle w:val="Listepuces"/>
      </w:pPr>
      <w:r>
        <w:t>**Sources**: Blog, LinkedIn ads, webinars, events, partnerships</w:t>
      </w:r>
    </w:p>
    <w:p w14:paraId="6B3C1338" w14:textId="77777777" w:rsidR="00495879" w:rsidRDefault="00000000">
      <w:pPr>
        <w:pStyle w:val="Listepuces"/>
      </w:pPr>
      <w:r>
        <w:t>**Goal**: Grow from 0 → 2,000 subscribers (Year 1)</w:t>
      </w:r>
    </w:p>
    <w:p w14:paraId="7ABA293A" w14:textId="77777777" w:rsidR="00495879" w:rsidRDefault="00000000">
      <w:pPr>
        <w:pStyle w:val="Listepuces"/>
      </w:pPr>
      <w:r>
        <w:t>**Lead magnets**:</w:t>
      </w:r>
    </w:p>
    <w:p w14:paraId="52CC86D6" w14:textId="77777777" w:rsidR="00495879" w:rsidRDefault="00000000">
      <w:pPr>
        <w:pStyle w:val="Listenumros"/>
      </w:pPr>
      <w:r>
        <w:t>"Scale Readiness Assessment" (interactive tool)</w:t>
      </w:r>
    </w:p>
    <w:p w14:paraId="0B5DA7D2" w14:textId="77777777" w:rsidR="00495879" w:rsidRDefault="00000000">
      <w:pPr>
        <w:pStyle w:val="Listenumros"/>
      </w:pPr>
      <w:r>
        <w:t>"CEO's Growth Playbook" (30-page PDF)</w:t>
      </w:r>
    </w:p>
    <w:p w14:paraId="22FBE23B" w14:textId="77777777" w:rsidR="00495879" w:rsidRDefault="00000000">
      <w:pPr>
        <w:pStyle w:val="Listenumros"/>
      </w:pPr>
      <w:r>
        <w:t>"Template Library" (OKRs, budgets, org charts)</w:t>
      </w:r>
    </w:p>
    <w:p w14:paraId="3422BB17" w14:textId="77777777" w:rsidR="00495879" w:rsidRDefault="00000000">
      <w:r>
        <w:rPr>
          <w:b/>
        </w:rPr>
        <w:t>Email Sequence Strategy</w:t>
      </w:r>
      <w:r>
        <w:t>:</w:t>
      </w:r>
    </w:p>
    <w:p w14:paraId="33702A09" w14:textId="77777777" w:rsidR="00495879" w:rsidRDefault="00000000">
      <w:r>
        <w:rPr>
          <w:b/>
        </w:rPr>
        <w:t>A. Welcome Series</w:t>
      </w:r>
      <w:r>
        <w:t xml:space="preserve"> (5 emails, automated)</w:t>
      </w:r>
    </w:p>
    <w:p w14:paraId="71097C7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Email 1 (Immediate): Welcome + deliver lead magnet</w:t>
      </w:r>
    </w:p>
    <w:p w14:paraId="13F8382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Email 2 (Day 2): Founder story + mission</w:t>
      </w:r>
    </w:p>
    <w:p w14:paraId="348FB52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Email 3 (Day 5): Introduce GBCM services (soft sell)</w:t>
      </w:r>
    </w:p>
    <w:p w14:paraId="0825190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Email 4 (Day 9): Case study + social proof</w:t>
      </w:r>
    </w:p>
    <w:p w14:paraId="123DA0B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Email 5 (Day 14): Invitation to book free consultation</w:t>
      </w:r>
    </w:p>
    <w:p w14:paraId="614B8CC2" w14:textId="77777777" w:rsidR="00495879" w:rsidRDefault="00495879">
      <w:pPr>
        <w:pStyle w:val="Sansinterligne"/>
      </w:pPr>
    </w:p>
    <w:p w14:paraId="2A63C71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Conversion rate: 5% book consultation = 100 calls/year</w:t>
      </w:r>
    </w:p>
    <w:p w14:paraId="50DA9F2B" w14:textId="77777777" w:rsidR="00495879" w:rsidRDefault="00000000">
      <w:r>
        <w:rPr>
          <w:b/>
        </w:rPr>
        <w:t>B. Weekly Newsletter</w:t>
      </w:r>
      <w:r>
        <w:t xml:space="preserve"> (52/year)</w:t>
      </w:r>
    </w:p>
    <w:p w14:paraId="6E190338" w14:textId="77777777" w:rsidR="00495879" w:rsidRDefault="00000000">
      <w:pPr>
        <w:pStyle w:val="Listepuces"/>
      </w:pPr>
      <w:r>
        <w:t>**Format**:</w:t>
      </w:r>
    </w:p>
    <w:p w14:paraId="509D69F0" w14:textId="77777777" w:rsidR="00495879" w:rsidRDefault="00000000">
      <w:pPr>
        <w:pStyle w:val="Listepuces"/>
      </w:pPr>
      <w:r>
        <w:t>1 curated insight (from blog or external source)</w:t>
      </w:r>
    </w:p>
    <w:p w14:paraId="41F5F9EC" w14:textId="77777777" w:rsidR="00495879" w:rsidRDefault="00000000">
      <w:pPr>
        <w:pStyle w:val="Listepuces"/>
      </w:pPr>
      <w:r>
        <w:t>1 actionable tip (micro-tactic readers can implement today)</w:t>
      </w:r>
    </w:p>
    <w:p w14:paraId="1481B57E" w14:textId="77777777" w:rsidR="00495879" w:rsidRDefault="00000000">
      <w:pPr>
        <w:pStyle w:val="Listepuces"/>
      </w:pPr>
      <w:r>
        <w:lastRenderedPageBreak/>
        <w:t>1 resource (tool, template, book recommendation)</w:t>
      </w:r>
    </w:p>
    <w:p w14:paraId="4F1C65AF" w14:textId="77777777" w:rsidR="00495879" w:rsidRDefault="00000000">
      <w:pPr>
        <w:pStyle w:val="Listepuces"/>
      </w:pPr>
      <w:r>
        <w:t>1 CTA (webinar, consultation, content)</w:t>
      </w:r>
    </w:p>
    <w:p w14:paraId="0F75CC49" w14:textId="77777777" w:rsidR="00495879" w:rsidRDefault="00000000">
      <w:r>
        <w:rPr>
          <w:b/>
        </w:rPr>
        <w:t>Example Newsletter</w:t>
      </w:r>
      <w:r>
        <w:t>:</w:t>
      </w:r>
    </w:p>
    <w:p w14:paraId="352ABA9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Subject: [The Scale Playbook] Why most CEOs fail at delegation</w:t>
      </w:r>
    </w:p>
    <w:p w14:paraId="4345749F" w14:textId="77777777" w:rsidR="00495879" w:rsidRDefault="00495879">
      <w:pPr>
        <w:pStyle w:val="Sansinterligne"/>
      </w:pPr>
    </w:p>
    <w:p w14:paraId="5A97C6F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Hi [First Name],</w:t>
      </w:r>
    </w:p>
    <w:p w14:paraId="0BB8A4FC" w14:textId="77777777" w:rsidR="00495879" w:rsidRDefault="00495879">
      <w:pPr>
        <w:pStyle w:val="Sansinterligne"/>
      </w:pPr>
    </w:p>
    <w:p w14:paraId="459E145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This week, I worked with a CEO managing a $3M business...</w:t>
      </w:r>
    </w:p>
    <w:p w14:paraId="5C7E26D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but still approving every $500 expense.</w:t>
      </w:r>
    </w:p>
    <w:p w14:paraId="6EA3ED06" w14:textId="77777777" w:rsidR="00495879" w:rsidRDefault="00495879">
      <w:pPr>
        <w:pStyle w:val="Sansinterligne"/>
      </w:pPr>
    </w:p>
    <w:p w14:paraId="21C8FBD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Here's what I told him:</w:t>
      </w:r>
    </w:p>
    <w:p w14:paraId="36730A5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[150-word insight on delegation framework]</w:t>
      </w:r>
    </w:p>
    <w:p w14:paraId="7660F9F4" w14:textId="77777777" w:rsidR="00495879" w:rsidRDefault="00495879">
      <w:pPr>
        <w:pStyle w:val="Sansinterligne"/>
      </w:pPr>
    </w:p>
    <w:p w14:paraId="01620EF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🎯 ACTION ITEM:</w:t>
      </w:r>
    </w:p>
    <w:p w14:paraId="29E5B17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List 3 tasks you're doing that someone else could do 80% as well.</w:t>
      </w:r>
    </w:p>
    <w:p w14:paraId="6BD4F1F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Delegate 1 this week.</w:t>
      </w:r>
    </w:p>
    <w:p w14:paraId="6354C6F2" w14:textId="77777777" w:rsidR="00495879" w:rsidRDefault="00495879">
      <w:pPr>
        <w:pStyle w:val="Sansinterligne"/>
      </w:pPr>
    </w:p>
    <w:p w14:paraId="46612B8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📚 RESOURCE:</w:t>
      </w:r>
    </w:p>
    <w:p w14:paraId="18CF85F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"The Effective Executive" by Peter Drucker (Summary: [link])</w:t>
      </w:r>
    </w:p>
    <w:p w14:paraId="6C52A60C" w14:textId="77777777" w:rsidR="00495879" w:rsidRDefault="00495879">
      <w:pPr>
        <w:pStyle w:val="Sansinterligne"/>
      </w:pPr>
    </w:p>
    <w:p w14:paraId="39B9145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🎤 UPCOMING WEBINAR:</w:t>
      </w:r>
    </w:p>
    <w:p w14:paraId="0C4E42B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"Building Your Leadership Team" - Oct 15, 2pm ET</w:t>
      </w:r>
    </w:p>
    <w:p w14:paraId="3162630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[Register here]</w:t>
      </w:r>
    </w:p>
    <w:p w14:paraId="267D3F96" w14:textId="77777777" w:rsidR="00495879" w:rsidRDefault="00495879">
      <w:pPr>
        <w:pStyle w:val="Sansinterligne"/>
      </w:pPr>
    </w:p>
    <w:p w14:paraId="2DFD1AA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See you next Wednesday,</w:t>
      </w:r>
    </w:p>
    <w:p w14:paraId="61F39B1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Gregory</w:t>
      </w:r>
    </w:p>
    <w:p w14:paraId="5991537D" w14:textId="77777777" w:rsidR="00495879" w:rsidRDefault="00495879">
      <w:pPr>
        <w:pStyle w:val="Sansinterligne"/>
      </w:pPr>
    </w:p>
    <w:p w14:paraId="373CBA9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P.S. Reply to this email - I read every response!</w:t>
      </w:r>
    </w:p>
    <w:p w14:paraId="2FCF77C5" w14:textId="77777777" w:rsidR="00495879" w:rsidRDefault="00000000">
      <w:r>
        <w:rPr>
          <w:b/>
        </w:rPr>
        <w:t>Open rate target</w:t>
      </w:r>
      <w:r>
        <w:t>: 25-35% (industry avg: 20%)</w:t>
      </w:r>
    </w:p>
    <w:p w14:paraId="45328187" w14:textId="77777777" w:rsidR="00495879" w:rsidRDefault="00000000">
      <w:r>
        <w:rPr>
          <w:b/>
        </w:rPr>
        <w:t>Click rate target</w:t>
      </w:r>
      <w:r>
        <w:t>: 3-5% (industry avg: 2%)</w:t>
      </w:r>
    </w:p>
    <w:p w14:paraId="3DA00464" w14:textId="77777777" w:rsidR="00495879" w:rsidRDefault="00000000">
      <w:r>
        <w:rPr>
          <w:b/>
        </w:rPr>
        <w:t>C. Nurture Sequences</w:t>
      </w:r>
      <w:r>
        <w:t xml:space="preserve"> (Automated, triggered)</w:t>
      </w:r>
    </w:p>
    <w:p w14:paraId="3ED53CD5" w14:textId="77777777" w:rsidR="00495879" w:rsidRDefault="00000000">
      <w:pPr>
        <w:pStyle w:val="Listepuces"/>
      </w:pPr>
      <w:r>
        <w:t>**Engaged but not purchased**: 6-email sequence over 60 days</w:t>
      </w:r>
    </w:p>
    <w:p w14:paraId="158B7C51" w14:textId="77777777" w:rsidR="00495879" w:rsidRDefault="00000000">
      <w:pPr>
        <w:pStyle w:val="Listepuces"/>
      </w:pPr>
      <w:r>
        <w:t>**Webinar attendees**: 3-email follow-up sequence</w:t>
      </w:r>
    </w:p>
    <w:p w14:paraId="232CE719" w14:textId="77777777" w:rsidR="00495879" w:rsidRDefault="00000000">
      <w:pPr>
        <w:pStyle w:val="Listepuces"/>
      </w:pPr>
      <w:r>
        <w:t>**Discovery call no-show**: 2-email re-engagement</w:t>
      </w:r>
    </w:p>
    <w:p w14:paraId="0CAA825A" w14:textId="77777777" w:rsidR="00495879" w:rsidRDefault="00000000">
      <w:pPr>
        <w:pStyle w:val="Listepuces"/>
      </w:pPr>
      <w:r>
        <w:t>**Proposal sent, no decision**: 4-email sequence</w:t>
      </w:r>
    </w:p>
    <w:p w14:paraId="04576920" w14:textId="77777777" w:rsidR="00495879" w:rsidRDefault="00000000">
      <w:r>
        <w:rPr>
          <w:b/>
        </w:rPr>
        <w:t>Investment</w:t>
      </w:r>
      <w:r>
        <w:t>:</w:t>
      </w:r>
    </w:p>
    <w:p w14:paraId="2868AD78" w14:textId="77777777" w:rsidR="00495879" w:rsidRDefault="00000000">
      <w:pPr>
        <w:pStyle w:val="Listepuces"/>
      </w:pPr>
      <w:r>
        <w:t>Email platform: ConvertKit ($500/year for 2K subscribers)</w:t>
      </w:r>
    </w:p>
    <w:p w14:paraId="52D39AF3" w14:textId="77777777" w:rsidR="00495879" w:rsidRDefault="00000000">
      <w:pPr>
        <w:pStyle w:val="Listepuces"/>
      </w:pPr>
      <w:r>
        <w:t>Copywriting: Founder + AI tools ($1,500)</w:t>
      </w:r>
    </w:p>
    <w:p w14:paraId="1AEC4BA0" w14:textId="77777777" w:rsidR="00495879" w:rsidRDefault="00000000">
      <w:pPr>
        <w:pStyle w:val="Listepuces"/>
      </w:pPr>
      <w:r>
        <w:t>Design templates: Canva Pro ($120/year)</w:t>
      </w:r>
    </w:p>
    <w:p w14:paraId="761DE973" w14:textId="77777777" w:rsidR="00495879" w:rsidRDefault="00000000">
      <w:pPr>
        <w:pStyle w:val="Listepuces"/>
      </w:pPr>
      <w:r>
        <w:t>Lead magnets production: $2,000</w:t>
      </w:r>
    </w:p>
    <w:p w14:paraId="7491E70C" w14:textId="77777777" w:rsidR="00495879" w:rsidRDefault="00000000">
      <w:pPr>
        <w:pStyle w:val="Listepuces"/>
      </w:pPr>
      <w:r>
        <w:t>**Total**: $5,000</w:t>
      </w:r>
    </w:p>
    <w:p w14:paraId="1C59A462" w14:textId="77777777" w:rsidR="00495879" w:rsidRDefault="00000000">
      <w:r>
        <w:rPr>
          <w:b/>
        </w:rPr>
        <w:t>Expected Results</w:t>
      </w:r>
      <w:r>
        <w:t>:</w:t>
      </w:r>
    </w:p>
    <w:p w14:paraId="3604022B" w14:textId="77777777" w:rsidR="00495879" w:rsidRDefault="00000000">
      <w:pPr>
        <w:pStyle w:val="Listepuces"/>
      </w:pPr>
      <w:r>
        <w:t>2 clients from email nurture (Year 1)</w:t>
      </w:r>
    </w:p>
    <w:p w14:paraId="52D3F8CC" w14:textId="77777777" w:rsidR="00495879" w:rsidRDefault="00000000">
      <w:pPr>
        <w:pStyle w:val="Listepuces"/>
      </w:pPr>
      <w:r>
        <w:lastRenderedPageBreak/>
        <w:t>CAC: $2,500</w:t>
      </w:r>
    </w:p>
    <w:p w14:paraId="28FC8766" w14:textId="77777777" w:rsidR="00495879" w:rsidRDefault="00000000">
      <w:pPr>
        <w:pStyle w:val="Titre3"/>
      </w:pPr>
      <w:r>
        <w:t>Channel 6: Referral Program ($5,000/year - Launch Q3)</w:t>
      </w:r>
    </w:p>
    <w:p w14:paraId="7AE30CFF" w14:textId="77777777" w:rsidR="00495879" w:rsidRDefault="00000000">
      <w:r>
        <w:rPr>
          <w:b/>
        </w:rPr>
        <w:t>Objective</w:t>
      </w:r>
      <w:r>
        <w:t>: Turn happy clients into advocates, reduce CAC to $0.</w:t>
      </w:r>
    </w:p>
    <w:p w14:paraId="737694A2" w14:textId="77777777" w:rsidR="00495879" w:rsidRDefault="00000000">
      <w:r>
        <w:rPr>
          <w:b/>
        </w:rPr>
        <w:t>Program Structure</w:t>
      </w:r>
      <w:r>
        <w:t>:</w:t>
      </w:r>
    </w:p>
    <w:p w14:paraId="273110C0" w14:textId="77777777" w:rsidR="00495879" w:rsidRDefault="00000000">
      <w:r>
        <w:rPr>
          <w:b/>
        </w:rPr>
        <w:t>Referral Incentive</w:t>
      </w:r>
      <w:r>
        <w:t>:</w:t>
      </w:r>
    </w:p>
    <w:p w14:paraId="205C6002" w14:textId="77777777" w:rsidR="00495879" w:rsidRDefault="00000000">
      <w:pPr>
        <w:pStyle w:val="Listepuces"/>
      </w:pPr>
      <w:r>
        <w:t>**Referrer (existing client)**: $1,000 credit OR 10% cash (choice)</w:t>
      </w:r>
    </w:p>
    <w:p w14:paraId="12DBE06E" w14:textId="77777777" w:rsidR="00495879" w:rsidRDefault="00000000">
      <w:pPr>
        <w:pStyle w:val="Listepuces"/>
      </w:pPr>
      <w:r>
        <w:t>**Referee (new client)**: 10% discount on first year</w:t>
      </w:r>
    </w:p>
    <w:p w14:paraId="183D9C2D" w14:textId="77777777" w:rsidR="00495879" w:rsidRDefault="00000000">
      <w:pPr>
        <w:pStyle w:val="Listepuces"/>
      </w:pPr>
      <w:r>
        <w:t>**GBCM**: Pays $1,000-$6,000 vs $2,000-$5,000 CAC from ads (breakeven or better)</w:t>
      </w:r>
    </w:p>
    <w:p w14:paraId="0E9D3761" w14:textId="77777777" w:rsidR="00495879" w:rsidRDefault="00000000">
      <w:r>
        <w:rPr>
          <w:b/>
        </w:rPr>
        <w:t>Example</w:t>
      </w:r>
      <w:r>
        <w:t>:</w:t>
      </w:r>
    </w:p>
    <w:p w14:paraId="40622D3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Client A refers Client B to TRANSFORM Scale ($23,997)</w:t>
      </w:r>
    </w:p>
    <w:p w14:paraId="116DCB43" w14:textId="77777777" w:rsidR="00495879" w:rsidRDefault="00495879">
      <w:pPr>
        <w:pStyle w:val="Sansinterligne"/>
      </w:pPr>
    </w:p>
    <w:p w14:paraId="3C1B7DD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Referrer Reward:</w:t>
      </w:r>
    </w:p>
    <w:p w14:paraId="05B86DC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Option 1: $1,000 account credit (applies to renewals, upgrades)</w:t>
      </w:r>
    </w:p>
    <w:p w14:paraId="0F58A47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Option 2: $600 cash (10% of $23,997, capped at $1,000)</w:t>
      </w:r>
    </w:p>
    <w:p w14:paraId="56A95685" w14:textId="77777777" w:rsidR="00495879" w:rsidRDefault="00495879">
      <w:pPr>
        <w:pStyle w:val="Sansinterligne"/>
      </w:pPr>
    </w:p>
    <w:p w14:paraId="3969137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Referee Reward:</w:t>
      </w:r>
    </w:p>
    <w:p w14:paraId="0F1DA73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- 10% discount = Save $2,400 (pays $21,597 Year 1)</w:t>
      </w:r>
    </w:p>
    <w:p w14:paraId="7FA38AD1" w14:textId="77777777" w:rsidR="00495879" w:rsidRDefault="00495879">
      <w:pPr>
        <w:pStyle w:val="Sansinterligne"/>
      </w:pPr>
    </w:p>
    <w:p w14:paraId="40115E7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GBCM Net:</w:t>
      </w:r>
    </w:p>
    <w:p w14:paraId="75622D2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Revenue: $21,597</w:t>
      </w:r>
    </w:p>
    <w:p w14:paraId="526C4D1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Referral cost: $1,000</w:t>
      </w:r>
    </w:p>
    <w:p w14:paraId="1FD7919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Gross profit: $20,597 (vs $23,997 non-referred, but CAC = $0!)</w:t>
      </w:r>
    </w:p>
    <w:p w14:paraId="2BF8A326" w14:textId="77777777" w:rsidR="00495879" w:rsidRDefault="00000000">
      <w:r>
        <w:rPr>
          <w:b/>
        </w:rPr>
        <w:t>Program Mechanics</w:t>
      </w:r>
      <w:r>
        <w:t>:</w:t>
      </w:r>
    </w:p>
    <w:p w14:paraId="7C97AE1C" w14:textId="77777777" w:rsidR="00495879" w:rsidRDefault="00000000">
      <w:pPr>
        <w:pStyle w:val="Listepuces"/>
      </w:pPr>
      <w:r>
        <w:t>**Tracking**: Unique referral links (via software)</w:t>
      </w:r>
    </w:p>
    <w:p w14:paraId="61FF690C" w14:textId="77777777" w:rsidR="00495879" w:rsidRDefault="00000000">
      <w:pPr>
        <w:pStyle w:val="Listepuces"/>
      </w:pPr>
      <w:r>
        <w:t>**Communication**: Email campaign to clients (Q3 launch)</w:t>
      </w:r>
    </w:p>
    <w:p w14:paraId="1E6DDB63" w14:textId="77777777" w:rsidR="00495879" w:rsidRDefault="00000000">
      <w:pPr>
        <w:pStyle w:val="Listepuces"/>
      </w:pPr>
      <w:r>
        <w:t>**Reminder**: Quarterly email + mention in coaching sessions</w:t>
      </w:r>
    </w:p>
    <w:p w14:paraId="77861943" w14:textId="77777777" w:rsidR="00495879" w:rsidRDefault="00000000">
      <w:pPr>
        <w:pStyle w:val="Listepuces"/>
      </w:pPr>
      <w:r>
        <w:t>**Leaderboard**: Top 3 referrers recognized publicly (with permission)</w:t>
      </w:r>
    </w:p>
    <w:p w14:paraId="6E84174C" w14:textId="77777777" w:rsidR="00495879" w:rsidRDefault="00000000">
      <w:r>
        <w:rPr>
          <w:b/>
        </w:rPr>
        <w:t>Software</w:t>
      </w:r>
      <w:r>
        <w:t>: Referral Rock ($200/month) = $2,400/year</w:t>
      </w:r>
    </w:p>
    <w:p w14:paraId="5C7EB778" w14:textId="77777777" w:rsidR="00495879" w:rsidRDefault="00000000">
      <w:r>
        <w:rPr>
          <w:b/>
        </w:rPr>
        <w:t>Expected Results</w:t>
      </w:r>
      <w:r>
        <w:t>:</w:t>
      </w:r>
    </w:p>
    <w:p w14:paraId="04514FFD" w14:textId="77777777" w:rsidR="00495879" w:rsidRDefault="00000000">
      <w:pPr>
        <w:pStyle w:val="Listepuces"/>
      </w:pPr>
      <w:r>
        <w:t>Year 1: 0 referrals (building foundation)</w:t>
      </w:r>
    </w:p>
    <w:p w14:paraId="3E7644C6" w14:textId="77777777" w:rsidR="00495879" w:rsidRDefault="00000000">
      <w:pPr>
        <w:pStyle w:val="Listepuces"/>
      </w:pPr>
      <w:r>
        <w:t>Year 2: 5 referrals (15% of 33 clients = 5)</w:t>
      </w:r>
    </w:p>
    <w:p w14:paraId="5A392BAE" w14:textId="77777777" w:rsidR="00495879" w:rsidRDefault="00000000">
      <w:pPr>
        <w:pStyle w:val="Listepuces"/>
      </w:pPr>
      <w:r>
        <w:t>Year 3: 15 referrals (25% of 60 clients = 15)</w:t>
      </w:r>
    </w:p>
    <w:p w14:paraId="5E4DA48D" w14:textId="77777777" w:rsidR="00495879" w:rsidRDefault="00000000">
      <w:r>
        <w:rPr>
          <w:b/>
        </w:rPr>
        <w:t>Investment Year 1</w:t>
      </w:r>
      <w:r>
        <w:t>: $2,500 (software + setup + promotion)</w:t>
      </w:r>
    </w:p>
    <w:p w14:paraId="63AE961A" w14:textId="77777777" w:rsidR="00495879" w:rsidRDefault="00000000">
      <w:pPr>
        <w:pStyle w:val="Titre3"/>
      </w:pPr>
      <w:r>
        <w:t>Channel 7: SEO &amp; Website ($5,000/year)</w:t>
      </w:r>
    </w:p>
    <w:p w14:paraId="3BC15E54" w14:textId="77777777" w:rsidR="00495879" w:rsidRDefault="00000000">
      <w:r>
        <w:rPr>
          <w:b/>
        </w:rPr>
        <w:t>Objective</w:t>
      </w:r>
      <w:r>
        <w:t>: Organic visibility, credibility, lead capture.</w:t>
      </w:r>
    </w:p>
    <w:p w14:paraId="044C922A" w14:textId="77777777" w:rsidR="00495879" w:rsidRDefault="00000000">
      <w:r>
        <w:rPr>
          <w:b/>
        </w:rPr>
        <w:t>Website Structure</w:t>
      </w:r>
      <w:r>
        <w:t xml:space="preserve"> (gbcm.com or gbcmllc.com):</w:t>
      </w:r>
    </w:p>
    <w:p w14:paraId="088FF9FA" w14:textId="77777777" w:rsidR="00495879" w:rsidRDefault="00000000">
      <w:pPr>
        <w:pStyle w:val="Listenumros"/>
      </w:pPr>
      <w:r>
        <w:t>**Homepage**: Value prop, social proof, CTA</w:t>
      </w:r>
    </w:p>
    <w:p w14:paraId="16759F73" w14:textId="77777777" w:rsidR="00495879" w:rsidRDefault="00000000">
      <w:pPr>
        <w:pStyle w:val="Listenumros"/>
      </w:pPr>
      <w:r>
        <w:lastRenderedPageBreak/>
        <w:t>**Services**: 4 pillars (TRANSFORM, ADVISORY, ACCELERATOR, PLATFORM)</w:t>
      </w:r>
    </w:p>
    <w:p w14:paraId="3972B806" w14:textId="77777777" w:rsidR="00495879" w:rsidRDefault="00000000">
      <w:pPr>
        <w:pStyle w:val="Listenumros"/>
      </w:pPr>
      <w:r>
        <w:t>**About**: Founder story, team, mission</w:t>
      </w:r>
    </w:p>
    <w:p w14:paraId="010A8F55" w14:textId="77777777" w:rsidR="00495879" w:rsidRDefault="00000000">
      <w:pPr>
        <w:pStyle w:val="Listenumros"/>
      </w:pPr>
      <w:r>
        <w:t>**Case Studies**: 5-10 success stories (testimonials, results)</w:t>
      </w:r>
    </w:p>
    <w:p w14:paraId="0D29587E" w14:textId="77777777" w:rsidR="00495879" w:rsidRDefault="00000000">
      <w:pPr>
        <w:pStyle w:val="Listenumros"/>
      </w:pPr>
      <w:r>
        <w:t>**Resources**: Blog, tools, webinars, podcast</w:t>
      </w:r>
    </w:p>
    <w:p w14:paraId="06349E7D" w14:textId="77777777" w:rsidR="00495879" w:rsidRDefault="00000000">
      <w:pPr>
        <w:pStyle w:val="Listenumros"/>
      </w:pPr>
      <w:r>
        <w:t>**Contact**: Calendly embed (book consultation)</w:t>
      </w:r>
    </w:p>
    <w:p w14:paraId="2BB0CFAE" w14:textId="77777777" w:rsidR="00495879" w:rsidRDefault="00000000">
      <w:r>
        <w:rPr>
          <w:b/>
        </w:rPr>
        <w:t>Conversion Optimization</w:t>
      </w:r>
      <w:r>
        <w:t>:</w:t>
      </w:r>
    </w:p>
    <w:p w14:paraId="391C1320" w14:textId="77777777" w:rsidR="00495879" w:rsidRDefault="00000000">
      <w:pPr>
        <w:pStyle w:val="Listepuces"/>
      </w:pPr>
      <w:r>
        <w:t>Clear CTAs: "Book Free Consultation" (above fold, sticky header)</w:t>
      </w:r>
    </w:p>
    <w:p w14:paraId="05168AB5" w14:textId="77777777" w:rsidR="00495879" w:rsidRDefault="00000000">
      <w:pPr>
        <w:pStyle w:val="Listepuces"/>
      </w:pPr>
      <w:r>
        <w:t>Social proof: Client logos, testimonials, metrics ("$47M+ revenue generated")</w:t>
      </w:r>
    </w:p>
    <w:p w14:paraId="4CD3F5E7" w14:textId="77777777" w:rsidR="00495879" w:rsidRDefault="00000000">
      <w:pPr>
        <w:pStyle w:val="Listepuces"/>
      </w:pPr>
      <w:r>
        <w:t>Trust signals: Certifications, media mentions, awards</w:t>
      </w:r>
    </w:p>
    <w:p w14:paraId="7A8D88F0" w14:textId="77777777" w:rsidR="00495879" w:rsidRDefault="00000000">
      <w:pPr>
        <w:pStyle w:val="Listepuces"/>
      </w:pPr>
      <w:r>
        <w:t>Live chat: Drift or Intercom (answer questions real-time)</w:t>
      </w:r>
    </w:p>
    <w:p w14:paraId="22CB6037" w14:textId="77777777" w:rsidR="00495879" w:rsidRDefault="00000000">
      <w:r>
        <w:rPr>
          <w:b/>
        </w:rPr>
        <w:t>SEO Tactics</w:t>
      </w:r>
      <w:r>
        <w:t>:</w:t>
      </w:r>
    </w:p>
    <w:p w14:paraId="6F36EFBA" w14:textId="77777777" w:rsidR="00495879" w:rsidRDefault="00000000">
      <w:pPr>
        <w:pStyle w:val="Listepuces"/>
      </w:pPr>
      <w:r>
        <w:t>On-page: Title tags, meta descriptions, headers, internal linking</w:t>
      </w:r>
    </w:p>
    <w:p w14:paraId="299792EE" w14:textId="77777777" w:rsidR="00495879" w:rsidRDefault="00000000">
      <w:pPr>
        <w:pStyle w:val="Listepuces"/>
      </w:pPr>
      <w:r>
        <w:t>Technical: SSL, mobile-friendly, sitemap, robots.txt</w:t>
      </w:r>
    </w:p>
    <w:p w14:paraId="36EC7EB7" w14:textId="77777777" w:rsidR="00495879" w:rsidRDefault="00000000">
      <w:pPr>
        <w:pStyle w:val="Listepuces"/>
      </w:pPr>
      <w:r>
        <w:t>Content: Blog (primary SEO driver - 104 posts/year)</w:t>
      </w:r>
    </w:p>
    <w:p w14:paraId="29C60C8C" w14:textId="77777777" w:rsidR="00495879" w:rsidRDefault="00000000">
      <w:pPr>
        <w:pStyle w:val="Listepuces"/>
      </w:pPr>
      <w:r>
        <w:t>Backlinks: Guest posts, partnerships, PR</w:t>
      </w:r>
    </w:p>
    <w:p w14:paraId="2DDC1713" w14:textId="77777777" w:rsidR="00495879" w:rsidRDefault="00000000">
      <w:r>
        <w:rPr>
          <w:b/>
        </w:rPr>
        <w:t>Expected Results</w:t>
      </w:r>
      <w:r>
        <w:t>:</w:t>
      </w:r>
    </w:p>
    <w:p w14:paraId="6F6E00ED" w14:textId="77777777" w:rsidR="00495879" w:rsidRDefault="00000000">
      <w:pPr>
        <w:pStyle w:val="Listepuces"/>
      </w:pPr>
      <w:r>
        <w:t>Year 1: 1,000 organic visitors/month (by Dec 2026)</w:t>
      </w:r>
    </w:p>
    <w:p w14:paraId="6A2679CF" w14:textId="77777777" w:rsidR="00495879" w:rsidRDefault="00000000">
      <w:pPr>
        <w:pStyle w:val="Listepuces"/>
      </w:pPr>
      <w:r>
        <w:t>Year 2: 3,000/month</w:t>
      </w:r>
    </w:p>
    <w:p w14:paraId="611BE1D3" w14:textId="77777777" w:rsidR="00495879" w:rsidRDefault="00000000">
      <w:pPr>
        <w:pStyle w:val="Listepuces"/>
      </w:pPr>
      <w:r>
        <w:t>Year 3: 7,000/month</w:t>
      </w:r>
    </w:p>
    <w:p w14:paraId="05B33D83" w14:textId="77777777" w:rsidR="00495879" w:rsidRDefault="00000000">
      <w:pPr>
        <w:pStyle w:val="Listepuces"/>
      </w:pPr>
      <w:r>
        <w:t>Conversion rate: 2% → 20-140 leads/month</w:t>
      </w:r>
    </w:p>
    <w:p w14:paraId="484B869B" w14:textId="77777777" w:rsidR="00495879" w:rsidRDefault="00000000">
      <w:r>
        <w:rPr>
          <w:b/>
        </w:rPr>
        <w:t>Investment</w:t>
      </w:r>
      <w:r>
        <w:t>:</w:t>
      </w:r>
    </w:p>
    <w:p w14:paraId="1477D51C" w14:textId="77777777" w:rsidR="00495879" w:rsidRDefault="00000000">
      <w:pPr>
        <w:pStyle w:val="Listepuces"/>
      </w:pPr>
      <w:r>
        <w:t>Website design: $3,000 (Webflow template customized)</w:t>
      </w:r>
    </w:p>
    <w:p w14:paraId="54373CC2" w14:textId="77777777" w:rsidR="00495879" w:rsidRDefault="00000000">
      <w:pPr>
        <w:pStyle w:val="Listepuces"/>
      </w:pPr>
      <w:r>
        <w:t>SEO tools: $2,000 (covered in Content Marketing budget)</w:t>
      </w:r>
    </w:p>
    <w:p w14:paraId="6622B10C" w14:textId="77777777" w:rsidR="00495879" w:rsidRDefault="00000000">
      <w:pPr>
        <w:pStyle w:val="Listepuces"/>
      </w:pPr>
      <w:r>
        <w:t>Total incremental: $3,000</w:t>
      </w:r>
    </w:p>
    <w:p w14:paraId="5BEEF9A4" w14:textId="77777777" w:rsidR="00495879" w:rsidRDefault="00000000">
      <w:r>
        <w:t>________________________________________________________________________________</w:t>
      </w:r>
    </w:p>
    <w:p w14:paraId="79EBF213" w14:textId="77777777" w:rsidR="00495879" w:rsidRDefault="00000000">
      <w:pPr>
        <w:pStyle w:val="Titre2"/>
      </w:pPr>
      <w:r>
        <w:t>📝 CONTENT MARKETING STRATEGY</w:t>
      </w:r>
    </w:p>
    <w:p w14:paraId="6BB2B983" w14:textId="77777777" w:rsidR="00495879" w:rsidRDefault="00000000">
      <w:pPr>
        <w:pStyle w:val="Titre3"/>
      </w:pPr>
      <w:r>
        <w:t>Content Pillars (3 Core Themes)</w:t>
      </w:r>
    </w:p>
    <w:p w14:paraId="4283C51C" w14:textId="77777777" w:rsidR="00495879" w:rsidRDefault="00000000">
      <w:r>
        <w:rPr>
          <w:b/>
        </w:rPr>
        <w:t>Pillar 1: Scaling Strategies</w:t>
      </w:r>
      <w:r>
        <w:t xml:space="preserve"> (40% of content)</w:t>
      </w:r>
    </w:p>
    <w:p w14:paraId="542D9A03" w14:textId="77777777" w:rsidR="00495879" w:rsidRDefault="00000000">
      <w:pPr>
        <w:pStyle w:val="Listepuces"/>
      </w:pPr>
      <w:r>
        <w:t>Topics: Revenue growth, operations, team building, systems</w:t>
      </w:r>
    </w:p>
    <w:p w14:paraId="747A52EF" w14:textId="77777777" w:rsidR="00495879" w:rsidRDefault="00000000">
      <w:pPr>
        <w:pStyle w:val="Listepuces"/>
      </w:pPr>
      <w:r>
        <w:t>Formats: Blog, webinar, podcast, templates</w:t>
      </w:r>
    </w:p>
    <w:p w14:paraId="13CC7F9B" w14:textId="77777777" w:rsidR="00495879" w:rsidRDefault="00000000">
      <w:pPr>
        <w:pStyle w:val="Listepuces"/>
      </w:pPr>
      <w:r>
        <w:t>Target persona: Sarah (Scale-Up CEO), Mike (Bootstrapper)</w:t>
      </w:r>
    </w:p>
    <w:p w14:paraId="27481CA0" w14:textId="77777777" w:rsidR="00495879" w:rsidRDefault="00000000">
      <w:r>
        <w:rPr>
          <w:b/>
        </w:rPr>
        <w:t>Pillar 2: Leadership Development</w:t>
      </w:r>
      <w:r>
        <w:t xml:space="preserve"> (35% of content)</w:t>
      </w:r>
    </w:p>
    <w:p w14:paraId="147EEC43" w14:textId="77777777" w:rsidR="00495879" w:rsidRDefault="00000000">
      <w:pPr>
        <w:pStyle w:val="Listepuces"/>
      </w:pPr>
      <w:r>
        <w:t>Topics: Executive presence, decision-making, culture, delegation</w:t>
      </w:r>
    </w:p>
    <w:p w14:paraId="643A7A6A" w14:textId="77777777" w:rsidR="00495879" w:rsidRDefault="00000000">
      <w:pPr>
        <w:pStyle w:val="Listepuces"/>
      </w:pPr>
      <w:r>
        <w:lastRenderedPageBreak/>
        <w:t>Formats: Blog, video, assessments, case studies</w:t>
      </w:r>
    </w:p>
    <w:p w14:paraId="32771790" w14:textId="77777777" w:rsidR="00495879" w:rsidRDefault="00000000">
      <w:pPr>
        <w:pStyle w:val="Listepuces"/>
      </w:pPr>
      <w:r>
        <w:t>Target persona: Jessica (First-Time CEO), David (Serial Entrepreneur)</w:t>
      </w:r>
    </w:p>
    <w:p w14:paraId="1DCFCE19" w14:textId="77777777" w:rsidR="00495879" w:rsidRDefault="00000000">
      <w:r>
        <w:rPr>
          <w:b/>
        </w:rPr>
        <w:t>Pillar 3: Digital Transformation</w:t>
      </w:r>
      <w:r>
        <w:t xml:space="preserve"> (25% of content)</w:t>
      </w:r>
    </w:p>
    <w:p w14:paraId="4822664E" w14:textId="77777777" w:rsidR="00495879" w:rsidRDefault="00000000">
      <w:pPr>
        <w:pStyle w:val="Listepuces"/>
      </w:pPr>
      <w:r>
        <w:t>Topics: Technology adoption, AI, automation, platform business models</w:t>
      </w:r>
    </w:p>
    <w:p w14:paraId="6ABB9447" w14:textId="77777777" w:rsidR="00495879" w:rsidRDefault="00000000">
      <w:pPr>
        <w:pStyle w:val="Listepuces"/>
      </w:pPr>
      <w:r>
        <w:t>Formats: Blog, webinar, tools, research reports</w:t>
      </w:r>
    </w:p>
    <w:p w14:paraId="39344EBF" w14:textId="77777777" w:rsidR="00495879" w:rsidRDefault="00000000">
      <w:pPr>
        <w:pStyle w:val="Listepuces"/>
      </w:pPr>
      <w:r>
        <w:t>Target persona: All (cross-cutting theme)</w:t>
      </w:r>
    </w:p>
    <w:p w14:paraId="26BDBEE5" w14:textId="77777777" w:rsidR="00495879" w:rsidRDefault="00000000">
      <w:pPr>
        <w:pStyle w:val="Titre3"/>
      </w:pPr>
      <w:r>
        <w:t>Content Calendar (Q1 2026 Example)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3E31C33D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85111EF" w14:textId="77777777" w:rsidR="00495879" w:rsidRDefault="00000000">
            <w:r>
              <w:rPr>
                <w:sz w:val="20"/>
              </w:rPr>
              <w:t>Week</w:t>
            </w:r>
          </w:p>
        </w:tc>
        <w:tc>
          <w:tcPr>
            <w:tcW w:w="1728" w:type="dxa"/>
          </w:tcPr>
          <w:p w14:paraId="3929E74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Blog Post</w:t>
            </w:r>
          </w:p>
        </w:tc>
        <w:tc>
          <w:tcPr>
            <w:tcW w:w="1728" w:type="dxa"/>
          </w:tcPr>
          <w:p w14:paraId="17994B8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LinkedIn Post Theme</w:t>
            </w:r>
          </w:p>
        </w:tc>
        <w:tc>
          <w:tcPr>
            <w:tcW w:w="1728" w:type="dxa"/>
          </w:tcPr>
          <w:p w14:paraId="6EF36C9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Webinar/Event</w:t>
            </w:r>
          </w:p>
        </w:tc>
        <w:tc>
          <w:tcPr>
            <w:tcW w:w="1728" w:type="dxa"/>
          </w:tcPr>
          <w:p w14:paraId="0B9A6C1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Email Newsletter</w:t>
            </w:r>
          </w:p>
        </w:tc>
      </w:tr>
      <w:tr w:rsidR="00495879" w14:paraId="732E4EB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61BD1EE" w14:textId="77777777" w:rsidR="00495879" w:rsidRDefault="00000000">
            <w:r>
              <w:t>Jan 1-7</w:t>
            </w:r>
          </w:p>
        </w:tc>
        <w:tc>
          <w:tcPr>
            <w:tcW w:w="1728" w:type="dxa"/>
          </w:tcPr>
          <w:p w14:paraId="445157F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"2026 Scaling Trends"</w:t>
            </w:r>
          </w:p>
        </w:tc>
        <w:tc>
          <w:tcPr>
            <w:tcW w:w="1728" w:type="dxa"/>
          </w:tcPr>
          <w:p w14:paraId="7FA8D45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New year goals</w:t>
            </w:r>
          </w:p>
        </w:tc>
        <w:tc>
          <w:tcPr>
            <w:tcW w:w="1728" w:type="dxa"/>
          </w:tcPr>
          <w:p w14:paraId="0AE78C4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728" w:type="dxa"/>
          </w:tcPr>
          <w:p w14:paraId="6FFDB5A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Welcome series (new subs)</w:t>
            </w:r>
          </w:p>
        </w:tc>
      </w:tr>
      <w:tr w:rsidR="00495879" w14:paraId="2200607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28E78F4" w14:textId="77777777" w:rsidR="00495879" w:rsidRDefault="00000000">
            <w:r>
              <w:t>Jan 8-14</w:t>
            </w:r>
          </w:p>
        </w:tc>
        <w:tc>
          <w:tcPr>
            <w:tcW w:w="1728" w:type="dxa"/>
          </w:tcPr>
          <w:p w14:paraId="3EC3049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"Hiring Your First CFO"</w:t>
            </w:r>
          </w:p>
        </w:tc>
        <w:tc>
          <w:tcPr>
            <w:tcW w:w="1728" w:type="dxa"/>
          </w:tcPr>
          <w:p w14:paraId="5A9376B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Leadership lessons</w:t>
            </w:r>
          </w:p>
        </w:tc>
        <w:tc>
          <w:tcPr>
            <w:tcW w:w="1728" w:type="dxa"/>
          </w:tcPr>
          <w:p w14:paraId="663EE36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728" w:type="dxa"/>
          </w:tcPr>
          <w:p w14:paraId="15A625A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Newsletter #1</w:t>
            </w:r>
          </w:p>
        </w:tc>
      </w:tr>
      <w:tr w:rsidR="00495879" w14:paraId="691244C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380E643" w14:textId="77777777" w:rsidR="00495879" w:rsidRDefault="00000000">
            <w:r>
              <w:t>Jan 15-21</w:t>
            </w:r>
          </w:p>
        </w:tc>
        <w:tc>
          <w:tcPr>
            <w:tcW w:w="1728" w:type="dxa"/>
          </w:tcPr>
          <w:p w14:paraId="030E3A9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"Case Study: $1M→$5M"</w:t>
            </w:r>
          </w:p>
        </w:tc>
        <w:tc>
          <w:tcPr>
            <w:tcW w:w="1728" w:type="dxa"/>
          </w:tcPr>
          <w:p w14:paraId="53EA405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Client success story</w:t>
            </w:r>
          </w:p>
        </w:tc>
        <w:tc>
          <w:tcPr>
            <w:tcW w:w="1728" w:type="dxa"/>
          </w:tcPr>
          <w:p w14:paraId="5CB33E1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Webinar: "Scale Framework"</w:t>
            </w:r>
          </w:p>
        </w:tc>
        <w:tc>
          <w:tcPr>
            <w:tcW w:w="1728" w:type="dxa"/>
          </w:tcPr>
          <w:p w14:paraId="6363070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Webinar promo</w:t>
            </w:r>
          </w:p>
        </w:tc>
      </w:tr>
      <w:tr w:rsidR="00495879" w14:paraId="6CD2CEF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CE48171" w14:textId="77777777" w:rsidR="00495879" w:rsidRDefault="00000000">
            <w:r>
              <w:t>Jan 22-28</w:t>
            </w:r>
          </w:p>
        </w:tc>
        <w:tc>
          <w:tcPr>
            <w:tcW w:w="1728" w:type="dxa"/>
          </w:tcPr>
          <w:p w14:paraId="6546CA6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"Digital Transformation Guide"</w:t>
            </w:r>
          </w:p>
        </w:tc>
        <w:tc>
          <w:tcPr>
            <w:tcW w:w="1728" w:type="dxa"/>
          </w:tcPr>
          <w:p w14:paraId="67CECEA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Tech strategy</w:t>
            </w:r>
          </w:p>
        </w:tc>
        <w:tc>
          <w:tcPr>
            <w:tcW w:w="1728" w:type="dxa"/>
          </w:tcPr>
          <w:p w14:paraId="03DB516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728" w:type="dxa"/>
          </w:tcPr>
          <w:p w14:paraId="0FCDFF9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Newsletter #2</w:t>
            </w:r>
          </w:p>
        </w:tc>
      </w:tr>
      <w:tr w:rsidR="00495879" w14:paraId="55C7D3D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E59EF41" w14:textId="77777777" w:rsidR="00495879" w:rsidRDefault="00000000">
            <w:r>
              <w:t>Feb 1-7</w:t>
            </w:r>
          </w:p>
        </w:tc>
        <w:tc>
          <w:tcPr>
            <w:tcW w:w="1728" w:type="dxa"/>
          </w:tcPr>
          <w:p w14:paraId="0B3C8CA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"OKR Framework for CEOs"</w:t>
            </w:r>
          </w:p>
        </w:tc>
        <w:tc>
          <w:tcPr>
            <w:tcW w:w="1728" w:type="dxa"/>
          </w:tcPr>
          <w:p w14:paraId="2CEB7AE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Goal-setting</w:t>
            </w:r>
          </w:p>
        </w:tc>
        <w:tc>
          <w:tcPr>
            <w:tcW w:w="1728" w:type="dxa"/>
          </w:tcPr>
          <w:p w14:paraId="60D743F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728" w:type="dxa"/>
          </w:tcPr>
          <w:p w14:paraId="3D57363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Newsletter #3</w:t>
            </w:r>
          </w:p>
        </w:tc>
      </w:tr>
      <w:tr w:rsidR="00495879" w14:paraId="7042081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E17B719" w14:textId="77777777" w:rsidR="00495879" w:rsidRDefault="00000000">
            <w:r>
              <w:t>...</w:t>
            </w:r>
          </w:p>
        </w:tc>
        <w:tc>
          <w:tcPr>
            <w:tcW w:w="1728" w:type="dxa"/>
          </w:tcPr>
          <w:p w14:paraId="1ED836E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(52 weeks planned)</w:t>
            </w:r>
          </w:p>
        </w:tc>
        <w:tc>
          <w:tcPr>
            <w:tcW w:w="1728" w:type="dxa"/>
          </w:tcPr>
          <w:p w14:paraId="67BF7A2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(260 posts/year)</w:t>
            </w:r>
          </w:p>
        </w:tc>
        <w:tc>
          <w:tcPr>
            <w:tcW w:w="1728" w:type="dxa"/>
          </w:tcPr>
          <w:p w14:paraId="37BE57D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(12 webinars)</w:t>
            </w:r>
          </w:p>
        </w:tc>
        <w:tc>
          <w:tcPr>
            <w:tcW w:w="1728" w:type="dxa"/>
          </w:tcPr>
          <w:p w14:paraId="1C3D21A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(52 newsletters)</w:t>
            </w:r>
          </w:p>
        </w:tc>
      </w:tr>
    </w:tbl>
    <w:p w14:paraId="303D7289" w14:textId="77777777" w:rsidR="00495879" w:rsidRDefault="00495879"/>
    <w:p w14:paraId="405FC850" w14:textId="77777777" w:rsidR="00495879" w:rsidRDefault="00000000">
      <w:pPr>
        <w:pStyle w:val="Titre3"/>
      </w:pPr>
      <w:r>
        <w:t>Content Repurposing (1 → Many)</w:t>
      </w:r>
    </w:p>
    <w:p w14:paraId="35947709" w14:textId="77777777" w:rsidR="00495879" w:rsidRDefault="00000000">
      <w:r>
        <w:rPr>
          <w:b/>
        </w:rPr>
        <w:t>Example: Turn 1 webinar into 15+ assets</w:t>
      </w:r>
      <w:r>
        <w:t>:</w:t>
      </w:r>
    </w:p>
    <w:p w14:paraId="1BA7632C" w14:textId="77777777" w:rsidR="00495879" w:rsidRDefault="00000000">
      <w:pPr>
        <w:pStyle w:val="Listenumros"/>
      </w:pPr>
      <w:r>
        <w:t>**Live Webinar** (60 min)</w:t>
      </w:r>
    </w:p>
    <w:p w14:paraId="7F944CB9" w14:textId="77777777" w:rsidR="00495879" w:rsidRDefault="00000000">
      <w:pPr>
        <w:pStyle w:val="Listenumros"/>
      </w:pPr>
      <w:r>
        <w:t>**Recording** → Upload to YouTube, Vimeo</w:t>
      </w:r>
    </w:p>
    <w:p w14:paraId="775048D1" w14:textId="77777777" w:rsidR="00495879" w:rsidRDefault="00000000">
      <w:pPr>
        <w:pStyle w:val="Listenumros"/>
      </w:pPr>
      <w:r>
        <w:t>**Transcript** → Blog post (2,000 words)</w:t>
      </w:r>
    </w:p>
    <w:p w14:paraId="5E06849E" w14:textId="77777777" w:rsidR="00495879" w:rsidRDefault="00000000">
      <w:pPr>
        <w:pStyle w:val="Listenumros"/>
      </w:pPr>
      <w:r>
        <w:t>**Slides** → SlideShare upload</w:t>
      </w:r>
    </w:p>
    <w:p w14:paraId="3B1A83A1" w14:textId="77777777" w:rsidR="00495879" w:rsidRDefault="00000000">
      <w:pPr>
        <w:pStyle w:val="Listenumros"/>
      </w:pPr>
      <w:r>
        <w:t>**Audio** → Podcast episode</w:t>
      </w:r>
    </w:p>
    <w:p w14:paraId="0338965A" w14:textId="77777777" w:rsidR="00495879" w:rsidRDefault="00000000">
      <w:pPr>
        <w:pStyle w:val="Listenumros"/>
      </w:pPr>
      <w:r>
        <w:t>**Short Clips** (5-10) → LinkedIn videos (2-3 min each)</w:t>
      </w:r>
    </w:p>
    <w:p w14:paraId="2CECAC86" w14:textId="77777777" w:rsidR="00495879" w:rsidRDefault="00000000">
      <w:pPr>
        <w:pStyle w:val="Listenumros"/>
      </w:pPr>
      <w:r>
        <w:t>**Quotes** (10) → LinkedIn text posts</w:t>
      </w:r>
    </w:p>
    <w:p w14:paraId="0EA36282" w14:textId="77777777" w:rsidR="00495879" w:rsidRDefault="00000000">
      <w:pPr>
        <w:pStyle w:val="Listenumros"/>
      </w:pPr>
      <w:r>
        <w:t>**Carousel** → Instagram/LinkedIn (10-slide summary)</w:t>
      </w:r>
    </w:p>
    <w:p w14:paraId="2D06C6D5" w14:textId="77777777" w:rsidR="00495879" w:rsidRDefault="00000000">
      <w:pPr>
        <w:pStyle w:val="Listenumros"/>
      </w:pPr>
      <w:r>
        <w:t>**Email Summary** → Send to subscribers</w:t>
      </w:r>
    </w:p>
    <w:p w14:paraId="7806964B" w14:textId="77777777" w:rsidR="00495879" w:rsidRDefault="00000000">
      <w:pPr>
        <w:pStyle w:val="Listenumros"/>
      </w:pPr>
      <w:r>
        <w:t>**Resource** → Add to GBCM Hub library</w:t>
      </w:r>
    </w:p>
    <w:p w14:paraId="2FC0AEF0" w14:textId="77777777" w:rsidR="00495879" w:rsidRDefault="00000000">
      <w:pPr>
        <w:pStyle w:val="Listenumros"/>
      </w:pPr>
      <w:r>
        <w:t>**Ad Creative** → Use clips in retargeting ads</w:t>
      </w:r>
    </w:p>
    <w:p w14:paraId="0E03F20D" w14:textId="77777777" w:rsidR="00495879" w:rsidRDefault="00000000">
      <w:r>
        <w:rPr>
          <w:b/>
        </w:rPr>
        <w:t>ROI</w:t>
      </w:r>
      <w:r>
        <w:t>: 1 hour creating webinar = 30+ hours of content (with editing)</w:t>
      </w:r>
    </w:p>
    <w:p w14:paraId="48698D6D" w14:textId="77777777" w:rsidR="00495879" w:rsidRDefault="00000000">
      <w:r>
        <w:t>________________________________________________________________________________</w:t>
      </w:r>
    </w:p>
    <w:p w14:paraId="14636AFD" w14:textId="77777777" w:rsidR="00495879" w:rsidRDefault="00000000">
      <w:pPr>
        <w:pStyle w:val="Titre2"/>
      </w:pPr>
      <w:r>
        <w:lastRenderedPageBreak/>
        <w:t>🤝 PARTNERSHIP &amp; REFERRAL PROGRAMS</w:t>
      </w:r>
    </w:p>
    <w:p w14:paraId="450C1DF6" w14:textId="77777777" w:rsidR="00495879" w:rsidRDefault="00000000">
      <w:pPr>
        <w:pStyle w:val="Titre3"/>
      </w:pPr>
      <w:r>
        <w:t>Strategic Partnerships (Detailed)</w:t>
      </w:r>
    </w:p>
    <w:p w14:paraId="7CE64D17" w14:textId="77777777" w:rsidR="00495879" w:rsidRDefault="00000000">
      <w:r>
        <w:rPr>
          <w:b/>
        </w:rPr>
        <w:t>Partnership Tier System</w:t>
      </w:r>
      <w:r>
        <w:t>:</w:t>
      </w:r>
    </w:p>
    <w:p w14:paraId="2A286CAF" w14:textId="77777777" w:rsidR="00495879" w:rsidRDefault="00000000">
      <w:r>
        <w:rPr>
          <w:b/>
        </w:rPr>
        <w:t>Tier 1: Platinum Partners</w:t>
      </w:r>
      <w:r>
        <w:t xml:space="preserve"> (2-3 partners)</w:t>
      </w:r>
    </w:p>
    <w:p w14:paraId="6BDE3CD4" w14:textId="77777777" w:rsidR="00495879" w:rsidRDefault="00000000">
      <w:pPr>
        <w:pStyle w:val="Listepuces"/>
      </w:pPr>
      <w:r>
        <w:t>**Criteria**: Refer 5+ clients/year, co-marketing commitment</w:t>
      </w:r>
    </w:p>
    <w:p w14:paraId="47D08741" w14:textId="77777777" w:rsidR="00495879" w:rsidRDefault="00000000">
      <w:pPr>
        <w:pStyle w:val="Listepuces"/>
      </w:pPr>
      <w:r>
        <w:t>**Benefits**:</w:t>
      </w:r>
    </w:p>
    <w:p w14:paraId="25E1945E" w14:textId="77777777" w:rsidR="00495879" w:rsidRDefault="00000000">
      <w:pPr>
        <w:pStyle w:val="Listepuces"/>
      </w:pPr>
      <w:r>
        <w:t>15% referral fee (vs 10% standard)</w:t>
      </w:r>
    </w:p>
    <w:p w14:paraId="5A05A620" w14:textId="77777777" w:rsidR="00495879" w:rsidRDefault="00000000">
      <w:pPr>
        <w:pStyle w:val="Listepuces"/>
      </w:pPr>
      <w:r>
        <w:t>Dedicated partner portal</w:t>
      </w:r>
    </w:p>
    <w:p w14:paraId="25C2FA82" w14:textId="77777777" w:rsidR="00495879" w:rsidRDefault="00000000">
      <w:pPr>
        <w:pStyle w:val="Listepuces"/>
      </w:pPr>
      <w:r>
        <w:t>Quarterly business reviews</w:t>
      </w:r>
    </w:p>
    <w:p w14:paraId="441121BF" w14:textId="77777777" w:rsidR="00495879" w:rsidRDefault="00000000">
      <w:pPr>
        <w:pStyle w:val="Listepuces"/>
      </w:pPr>
      <w:r>
        <w:t>Co-branded materials</w:t>
      </w:r>
    </w:p>
    <w:p w14:paraId="60487207" w14:textId="77777777" w:rsidR="00495879" w:rsidRDefault="00000000">
      <w:pPr>
        <w:pStyle w:val="Listepuces"/>
      </w:pPr>
      <w:r>
        <w:t>**Example**: Large CPA firm with 500+ SMB clients</w:t>
      </w:r>
    </w:p>
    <w:p w14:paraId="564B67FC" w14:textId="77777777" w:rsidR="00495879" w:rsidRDefault="00000000">
      <w:r>
        <w:rPr>
          <w:b/>
        </w:rPr>
        <w:t>Tier 2: Gold Partners</w:t>
      </w:r>
      <w:r>
        <w:t xml:space="preserve"> (5-10 partners)</w:t>
      </w:r>
    </w:p>
    <w:p w14:paraId="25E1088A" w14:textId="77777777" w:rsidR="00495879" w:rsidRDefault="00000000">
      <w:pPr>
        <w:pStyle w:val="Listepuces"/>
      </w:pPr>
      <w:r>
        <w:t>**Criteria**: Refer 2-4 clients/year</w:t>
      </w:r>
    </w:p>
    <w:p w14:paraId="45114F61" w14:textId="77777777" w:rsidR="00495879" w:rsidRDefault="00000000">
      <w:pPr>
        <w:pStyle w:val="Listepuces"/>
      </w:pPr>
      <w:r>
        <w:t>**Benefits**:</w:t>
      </w:r>
    </w:p>
    <w:p w14:paraId="441F0D63" w14:textId="77777777" w:rsidR="00495879" w:rsidRDefault="00000000">
      <w:pPr>
        <w:pStyle w:val="Listepuces"/>
      </w:pPr>
      <w:r>
        <w:t>10% referral fee</w:t>
      </w:r>
    </w:p>
    <w:p w14:paraId="76515DF0" w14:textId="77777777" w:rsidR="00495879" w:rsidRDefault="00000000">
      <w:pPr>
        <w:pStyle w:val="Listepuces"/>
      </w:pPr>
      <w:r>
        <w:t>Partner directory listing</w:t>
      </w:r>
    </w:p>
    <w:p w14:paraId="2A8DAB43" w14:textId="77777777" w:rsidR="00495879" w:rsidRDefault="00000000">
      <w:pPr>
        <w:pStyle w:val="Listepuces"/>
      </w:pPr>
      <w:r>
        <w:t>Bi-annual check-ins</w:t>
      </w:r>
    </w:p>
    <w:p w14:paraId="17EFF28C" w14:textId="77777777" w:rsidR="00495879" w:rsidRDefault="00000000">
      <w:pPr>
        <w:pStyle w:val="Listepuces"/>
      </w:pPr>
      <w:r>
        <w:t>**Example**: Marketing agencies, law firms</w:t>
      </w:r>
    </w:p>
    <w:p w14:paraId="6B38AA17" w14:textId="77777777" w:rsidR="00495879" w:rsidRDefault="00000000">
      <w:r>
        <w:rPr>
          <w:b/>
        </w:rPr>
        <w:t>Tier 3: Silver Partners</w:t>
      </w:r>
      <w:r>
        <w:t xml:space="preserve"> (10-20 partners)</w:t>
      </w:r>
    </w:p>
    <w:p w14:paraId="77E22E43" w14:textId="77777777" w:rsidR="00495879" w:rsidRDefault="00000000">
      <w:pPr>
        <w:pStyle w:val="Listepuces"/>
      </w:pPr>
      <w:r>
        <w:t>**Criteria**: Refer 1 client/year</w:t>
      </w:r>
    </w:p>
    <w:p w14:paraId="3B15AE8F" w14:textId="77777777" w:rsidR="00495879" w:rsidRDefault="00000000">
      <w:pPr>
        <w:pStyle w:val="Listepuces"/>
      </w:pPr>
      <w:r>
        <w:t>**Benefits**:</w:t>
      </w:r>
    </w:p>
    <w:p w14:paraId="49D68548" w14:textId="77777777" w:rsidR="00495879" w:rsidRDefault="00000000">
      <w:pPr>
        <w:pStyle w:val="Listepuces"/>
      </w:pPr>
      <w:r>
        <w:t>10% referral fee</w:t>
      </w:r>
    </w:p>
    <w:p w14:paraId="45C3F31F" w14:textId="77777777" w:rsidR="00495879" w:rsidRDefault="00000000">
      <w:pPr>
        <w:pStyle w:val="Listepuces"/>
      </w:pPr>
      <w:r>
        <w:t>Partner badge (for their website)</w:t>
      </w:r>
    </w:p>
    <w:p w14:paraId="0952CF8C" w14:textId="77777777" w:rsidR="00495879" w:rsidRDefault="00000000">
      <w:pPr>
        <w:pStyle w:val="Listepuces"/>
      </w:pPr>
      <w:r>
        <w:t>Annual check-in</w:t>
      </w:r>
    </w:p>
    <w:p w14:paraId="48F0D4D2" w14:textId="77777777" w:rsidR="00495879" w:rsidRDefault="00000000">
      <w:pPr>
        <w:pStyle w:val="Listepuces"/>
      </w:pPr>
      <w:r>
        <w:t>**Example**: Solo consultants, coaches, recruiters</w:t>
      </w:r>
    </w:p>
    <w:p w14:paraId="5A216783" w14:textId="77777777" w:rsidR="00495879" w:rsidRDefault="00000000">
      <w:r>
        <w:rPr>
          <w:b/>
        </w:rPr>
        <w:t>Partnership Recruitment</w:t>
      </w:r>
      <w:r>
        <w:t>:</w:t>
      </w:r>
    </w:p>
    <w:p w14:paraId="4E8CE3A8" w14:textId="77777777" w:rsidR="00495879" w:rsidRDefault="00000000">
      <w:pPr>
        <w:pStyle w:val="Listepuces"/>
      </w:pPr>
      <w:r>
        <w:t>Month 1-3: Identify 50 potential partners (research, networking)</w:t>
      </w:r>
    </w:p>
    <w:p w14:paraId="0E06806C" w14:textId="77777777" w:rsidR="00495879" w:rsidRDefault="00000000">
      <w:pPr>
        <w:pStyle w:val="Listepuces"/>
      </w:pPr>
      <w:r>
        <w:t>Month 4-6: Outreach (personalized emails, LinkedIn, introductions)</w:t>
      </w:r>
    </w:p>
    <w:p w14:paraId="2A79614A" w14:textId="77777777" w:rsidR="00495879" w:rsidRDefault="00000000">
      <w:pPr>
        <w:pStyle w:val="Listepuces"/>
      </w:pPr>
      <w:r>
        <w:t>Month 7-9: Formalize agreements (10-15 active partners)</w:t>
      </w:r>
    </w:p>
    <w:p w14:paraId="0D961440" w14:textId="77777777" w:rsidR="00495879" w:rsidRDefault="00000000">
      <w:pPr>
        <w:pStyle w:val="Listepuces"/>
      </w:pPr>
      <w:r>
        <w:t>Month 10-12: Activate (first referrals, co-marketing)</w:t>
      </w:r>
    </w:p>
    <w:p w14:paraId="51938FD9" w14:textId="77777777" w:rsidR="00495879" w:rsidRDefault="00000000">
      <w:r>
        <w:rPr>
          <w:b/>
        </w:rPr>
        <w:t>Partnership Materials</w:t>
      </w:r>
      <w:r>
        <w:t>:</w:t>
      </w:r>
    </w:p>
    <w:p w14:paraId="2502654E" w14:textId="77777777" w:rsidR="00495879" w:rsidRDefault="00000000">
      <w:pPr>
        <w:pStyle w:val="Listepuces"/>
      </w:pPr>
      <w:r>
        <w:t>1-pager: "Partner with GBCM" (benefits, process, FAQs)</w:t>
      </w:r>
    </w:p>
    <w:p w14:paraId="67F52345" w14:textId="77777777" w:rsidR="00495879" w:rsidRDefault="00000000">
      <w:pPr>
        <w:pStyle w:val="Listepuces"/>
      </w:pPr>
      <w:r>
        <w:t>Co-marketing templates: Email swaps, social posts, webinar decks</w:t>
      </w:r>
    </w:p>
    <w:p w14:paraId="42570846" w14:textId="77777777" w:rsidR="00495879" w:rsidRDefault="00000000">
      <w:pPr>
        <w:pStyle w:val="Listepuces"/>
      </w:pPr>
      <w:r>
        <w:t>Referral tracking: Partner portal (unique links, dashboard)</w:t>
      </w:r>
    </w:p>
    <w:p w14:paraId="1FE54916" w14:textId="77777777" w:rsidR="00495879" w:rsidRDefault="00000000">
      <w:r>
        <w:lastRenderedPageBreak/>
        <w:t>________________________________________________________________________________</w:t>
      </w:r>
    </w:p>
    <w:p w14:paraId="3A319ACC" w14:textId="77777777" w:rsidR="00495879" w:rsidRDefault="00000000">
      <w:pPr>
        <w:pStyle w:val="Titre2"/>
      </w:pPr>
      <w:r>
        <w:t>💰 SALES PROCESS &amp; CONVERSION</w:t>
      </w:r>
    </w:p>
    <w:p w14:paraId="1C0C5ABB" w14:textId="77777777" w:rsidR="00495879" w:rsidRDefault="00000000">
      <w:pPr>
        <w:pStyle w:val="Titre3"/>
      </w:pPr>
      <w:r>
        <w:t>Sales Funnel Stages</w:t>
      </w:r>
    </w:p>
    <w:p w14:paraId="21016A83" w14:textId="77777777" w:rsidR="00495879" w:rsidRDefault="00000000">
      <w:r>
        <w:rPr>
          <w:b/>
        </w:rPr>
        <w:t>Stage 1: Discovery Call</w:t>
      </w:r>
      <w:r>
        <w:t xml:space="preserve"> (30 min, free)</w:t>
      </w:r>
    </w:p>
    <w:p w14:paraId="4E5FEE5E" w14:textId="77777777" w:rsidR="00495879" w:rsidRDefault="00000000">
      <w:r>
        <w:rPr>
          <w:b/>
        </w:rPr>
        <w:t>Objective</w:t>
      </w:r>
      <w:r>
        <w:t>: Qualify lead, understand needs, build rapport.</w:t>
      </w:r>
    </w:p>
    <w:p w14:paraId="514870A0" w14:textId="77777777" w:rsidR="00495879" w:rsidRDefault="00000000">
      <w:r>
        <w:rPr>
          <w:b/>
        </w:rPr>
        <w:t>Who Attends</w:t>
      </w:r>
      <w:r>
        <w:t>: Founder (Year 1-2), Sales hire (Year 3+)</w:t>
      </w:r>
    </w:p>
    <w:p w14:paraId="63159A37" w14:textId="77777777" w:rsidR="00495879" w:rsidRDefault="00000000">
      <w:r>
        <w:rPr>
          <w:b/>
        </w:rPr>
        <w:t>Agenda</w:t>
      </w:r>
      <w:r>
        <w:t>:</w:t>
      </w:r>
    </w:p>
    <w:p w14:paraId="4ECA25FE" w14:textId="77777777" w:rsidR="00495879" w:rsidRDefault="00000000">
      <w:pPr>
        <w:pStyle w:val="Listenumros"/>
      </w:pPr>
      <w:r>
        <w:t>**Intro** (5 min): Set expectations, build credibility</w:t>
      </w:r>
    </w:p>
    <w:p w14:paraId="3C205E56" w14:textId="77777777" w:rsidR="00495879" w:rsidRDefault="00000000">
      <w:pPr>
        <w:pStyle w:val="Listenumros"/>
      </w:pPr>
      <w:r>
        <w:t>**Discovery** (15 min): Ask powerful questions</w:t>
      </w:r>
    </w:p>
    <w:p w14:paraId="40CFD3A5" w14:textId="77777777" w:rsidR="00495879" w:rsidRDefault="00000000">
      <w:pPr>
        <w:pStyle w:val="Listepuces"/>
      </w:pPr>
      <w:r>
        <w:t>"What's the #1 challenge keeping you from reaching your growth goals?"</w:t>
      </w:r>
    </w:p>
    <w:p w14:paraId="7FF748F0" w14:textId="77777777" w:rsidR="00495879" w:rsidRDefault="00000000">
      <w:pPr>
        <w:pStyle w:val="Listepuces"/>
      </w:pPr>
      <w:r>
        <w:t>"If we solve this, what does success look like in 12 months?"</w:t>
      </w:r>
    </w:p>
    <w:p w14:paraId="4CB623E3" w14:textId="77777777" w:rsidR="00495879" w:rsidRDefault="00000000">
      <w:pPr>
        <w:pStyle w:val="Listepuces"/>
      </w:pPr>
      <w:r>
        <w:t>"What have you tried before? What worked? What didn't?"</w:t>
      </w:r>
    </w:p>
    <w:p w14:paraId="028B8952" w14:textId="77777777" w:rsidR="00495879" w:rsidRDefault="00000000">
      <w:pPr>
        <w:pStyle w:val="Listenumros"/>
      </w:pPr>
      <w:r>
        <w:t>**Overview** (5 min): High-level GBCM approach (not full pitch)</w:t>
      </w:r>
    </w:p>
    <w:p w14:paraId="3E1FB7B3" w14:textId="77777777" w:rsidR="00495879" w:rsidRDefault="00000000">
      <w:pPr>
        <w:pStyle w:val="Listenumros"/>
      </w:pPr>
      <w:r>
        <w:t>**Next Steps** (5 min):</w:t>
      </w:r>
    </w:p>
    <w:p w14:paraId="61D72E9C" w14:textId="77777777" w:rsidR="00495879" w:rsidRDefault="00000000">
      <w:pPr>
        <w:pStyle w:val="Listepuces"/>
      </w:pPr>
      <w:r>
        <w:t>Qualified → Schedule Strategy Session</w:t>
      </w:r>
    </w:p>
    <w:p w14:paraId="17240CB0" w14:textId="77777777" w:rsidR="00495879" w:rsidRDefault="00000000">
      <w:pPr>
        <w:pStyle w:val="Listepuces"/>
      </w:pPr>
      <w:r>
        <w:t>Not qualified → Refer to resources or other providers</w:t>
      </w:r>
    </w:p>
    <w:p w14:paraId="5D0772A2" w14:textId="77777777" w:rsidR="00495879" w:rsidRDefault="00000000">
      <w:r>
        <w:rPr>
          <w:b/>
        </w:rPr>
        <w:t>Qualification Criteria</w:t>
      </w:r>
      <w:r>
        <w:t xml:space="preserve"> (BANT):</w:t>
      </w:r>
    </w:p>
    <w:p w14:paraId="01C5A19F" w14:textId="77777777" w:rsidR="00495879" w:rsidRDefault="00000000">
      <w:pPr>
        <w:pStyle w:val="Listepuces"/>
      </w:pPr>
      <w:r>
        <w:t>**Budget**: Can afford $10K-$60K/year? (Don't ask directly, infer from company size/revenue)</w:t>
      </w:r>
    </w:p>
    <w:p w14:paraId="15D61267" w14:textId="77777777" w:rsidR="00495879" w:rsidRDefault="00000000">
      <w:pPr>
        <w:pStyle w:val="Listepuces"/>
      </w:pPr>
      <w:r>
        <w:t>**Authority**: Is this the decision-maker? (CEO, Founder, President)</w:t>
      </w:r>
    </w:p>
    <w:p w14:paraId="508CB164" w14:textId="77777777" w:rsidR="00495879" w:rsidRDefault="00000000">
      <w:pPr>
        <w:pStyle w:val="Listepuces"/>
      </w:pPr>
      <w:r>
        <w:t>**Need**: Do they have pain we solve? (scaling challenges, leadership gaps)</w:t>
      </w:r>
    </w:p>
    <w:p w14:paraId="407E2E1B" w14:textId="77777777" w:rsidR="00495879" w:rsidRDefault="00000000">
      <w:pPr>
        <w:pStyle w:val="Listepuces"/>
      </w:pPr>
      <w:r>
        <w:t>**Timeline**: Ready to start within 3 months?</w:t>
      </w:r>
    </w:p>
    <w:p w14:paraId="43BBA769" w14:textId="77777777" w:rsidR="00495879" w:rsidRDefault="00000000">
      <w:r>
        <w:rPr>
          <w:b/>
        </w:rPr>
        <w:t>Conversion Rate</w:t>
      </w:r>
      <w:r>
        <w:t>: 60% of discovery calls → Strategy Session (90 calls → 54 sessions)</w:t>
      </w:r>
    </w:p>
    <w:p w14:paraId="11124CAD" w14:textId="77777777" w:rsidR="00495879" w:rsidRDefault="00000000">
      <w:r>
        <w:rPr>
          <w:b/>
        </w:rPr>
        <w:t>Tools</w:t>
      </w:r>
      <w:r>
        <w:t>:</w:t>
      </w:r>
    </w:p>
    <w:p w14:paraId="0614410C" w14:textId="77777777" w:rsidR="00495879" w:rsidRDefault="00000000">
      <w:pPr>
        <w:pStyle w:val="Listepuces"/>
      </w:pPr>
      <w:r>
        <w:t>Scheduling: Calendly ($10/month)</w:t>
      </w:r>
    </w:p>
    <w:p w14:paraId="521025AD" w14:textId="77777777" w:rsidR="00495879" w:rsidRDefault="00000000">
      <w:pPr>
        <w:pStyle w:val="Listepuces"/>
      </w:pPr>
      <w:r>
        <w:t>CRM: HubSpot Free (log calls, track pipeline)</w:t>
      </w:r>
    </w:p>
    <w:p w14:paraId="50824027" w14:textId="77777777" w:rsidR="00495879" w:rsidRDefault="00000000">
      <w:pPr>
        <w:pStyle w:val="Listepuces"/>
      </w:pPr>
      <w:r>
        <w:t>Notes: Notion template (standardized format)</w:t>
      </w:r>
    </w:p>
    <w:p w14:paraId="2FE3FDFF" w14:textId="77777777" w:rsidR="00495879" w:rsidRDefault="00000000">
      <w:r>
        <w:rPr>
          <w:b/>
        </w:rPr>
        <w:t>Stage 2: Strategy Session</w:t>
      </w:r>
      <w:r>
        <w:t xml:space="preserve"> (90 min, $500 - credited if sign up)</w:t>
      </w:r>
    </w:p>
    <w:p w14:paraId="5893F3B5" w14:textId="77777777" w:rsidR="00495879" w:rsidRDefault="00000000">
      <w:r>
        <w:rPr>
          <w:b/>
        </w:rPr>
        <w:t>Objective</w:t>
      </w:r>
      <w:r>
        <w:t>: Deep-dive assessment, custom proposal, close.</w:t>
      </w:r>
    </w:p>
    <w:p w14:paraId="3EF938F3" w14:textId="77777777" w:rsidR="00495879" w:rsidRDefault="00000000">
      <w:r>
        <w:rPr>
          <w:b/>
        </w:rPr>
        <w:t>Agenda</w:t>
      </w:r>
      <w:r>
        <w:t>:</w:t>
      </w:r>
    </w:p>
    <w:p w14:paraId="7A0AA614" w14:textId="77777777" w:rsidR="00495879" w:rsidRDefault="00000000">
      <w:pPr>
        <w:pStyle w:val="Listenumros"/>
      </w:pPr>
      <w:r>
        <w:lastRenderedPageBreak/>
        <w:t>**Prep** (before call): Review discovery notes, research company</w:t>
      </w:r>
    </w:p>
    <w:p w14:paraId="05924B60" w14:textId="77777777" w:rsidR="00495879" w:rsidRDefault="00000000">
      <w:pPr>
        <w:pStyle w:val="Listenumros"/>
      </w:pPr>
      <w:r>
        <w:t>**Assessment** (45 min):</w:t>
      </w:r>
    </w:p>
    <w:p w14:paraId="586249F6" w14:textId="77777777" w:rsidR="00495879" w:rsidRDefault="00000000">
      <w:pPr>
        <w:pStyle w:val="Listepuces"/>
      </w:pPr>
      <w:r>
        <w:t>Walk through Scale Framework (8 dimensions)</w:t>
      </w:r>
    </w:p>
    <w:p w14:paraId="4DBC4306" w14:textId="77777777" w:rsidR="00495879" w:rsidRDefault="00000000">
      <w:pPr>
        <w:pStyle w:val="Listepuces"/>
      </w:pPr>
      <w:r>
        <w:t>Identify top 3 priorities</w:t>
      </w:r>
    </w:p>
    <w:p w14:paraId="4A642328" w14:textId="77777777" w:rsidR="00495879" w:rsidRDefault="00000000">
      <w:pPr>
        <w:pStyle w:val="Listepuces"/>
      </w:pPr>
      <w:r>
        <w:t>Discuss current state vs desired state</w:t>
      </w:r>
    </w:p>
    <w:p w14:paraId="7EA59789" w14:textId="77777777" w:rsidR="00495879" w:rsidRDefault="00000000">
      <w:pPr>
        <w:pStyle w:val="Listenumros"/>
      </w:pPr>
      <w:r>
        <w:t>**Recommendation** (30 min):</w:t>
      </w:r>
    </w:p>
    <w:p w14:paraId="31B35317" w14:textId="77777777" w:rsidR="00495879" w:rsidRDefault="00000000">
      <w:pPr>
        <w:pStyle w:val="Listepuces"/>
      </w:pPr>
      <w:r>
        <w:t>"Based on what I'm hearing, here's what I recommend..."</w:t>
      </w:r>
    </w:p>
    <w:p w14:paraId="4787579F" w14:textId="77777777" w:rsidR="00495879" w:rsidRDefault="00000000">
      <w:pPr>
        <w:pStyle w:val="Listepuces"/>
      </w:pPr>
      <w:r>
        <w:t>Present 2-3 package options (good, better, best)</w:t>
      </w:r>
    </w:p>
    <w:p w14:paraId="2E39466E" w14:textId="77777777" w:rsidR="00495879" w:rsidRDefault="00000000">
      <w:pPr>
        <w:pStyle w:val="Listepuces"/>
      </w:pPr>
      <w:r>
        <w:t>Outline 12-month roadmap</w:t>
      </w:r>
    </w:p>
    <w:p w14:paraId="664FB15E" w14:textId="77777777" w:rsidR="00495879" w:rsidRDefault="00000000">
      <w:pPr>
        <w:pStyle w:val="Listenumros"/>
      </w:pPr>
      <w:r>
        <w:t>**Investment Conversation** (10 min):</w:t>
      </w:r>
    </w:p>
    <w:p w14:paraId="1A5440F6" w14:textId="77777777" w:rsidR="00495879" w:rsidRDefault="00000000">
      <w:pPr>
        <w:pStyle w:val="Listepuces"/>
      </w:pPr>
      <w:r>
        <w:t>Present pricing, payment options</w:t>
      </w:r>
    </w:p>
    <w:p w14:paraId="2D4CE0BB" w14:textId="77777777" w:rsidR="00495879" w:rsidRDefault="00000000">
      <w:pPr>
        <w:pStyle w:val="Listepuces"/>
      </w:pPr>
      <w:r>
        <w:t>Handle objections</w:t>
      </w:r>
    </w:p>
    <w:p w14:paraId="795624B8" w14:textId="77777777" w:rsidR="00495879" w:rsidRDefault="00000000">
      <w:pPr>
        <w:pStyle w:val="Listepuces"/>
      </w:pPr>
      <w:r>
        <w:t>Close: "Are you ready to commit to this transformation?"</w:t>
      </w:r>
    </w:p>
    <w:p w14:paraId="78CBAF49" w14:textId="77777777" w:rsidR="00495879" w:rsidRDefault="00000000">
      <w:pPr>
        <w:pStyle w:val="Listenumros"/>
      </w:pPr>
      <w:r>
        <w:t>**Next Steps** (5 min):</w:t>
      </w:r>
    </w:p>
    <w:p w14:paraId="39107AE2" w14:textId="77777777" w:rsidR="00495879" w:rsidRDefault="00000000">
      <w:pPr>
        <w:pStyle w:val="Listepuces"/>
      </w:pPr>
      <w:r>
        <w:t>Yes → Send contract, onboarding email</w:t>
      </w:r>
    </w:p>
    <w:p w14:paraId="4846F137" w14:textId="77777777" w:rsidR="00495879" w:rsidRDefault="00000000">
      <w:pPr>
        <w:pStyle w:val="Listepuces"/>
      </w:pPr>
      <w:r>
        <w:t>Maybe → Follow-up sequence (email Day 1, 3, 7, 14)</w:t>
      </w:r>
    </w:p>
    <w:p w14:paraId="64A09EE6" w14:textId="77777777" w:rsidR="00495879" w:rsidRDefault="00000000">
      <w:pPr>
        <w:pStyle w:val="Listepuces"/>
      </w:pPr>
      <w:r>
        <w:t>No → Understand why, stay in touch</w:t>
      </w:r>
    </w:p>
    <w:p w14:paraId="00FCC82F" w14:textId="77777777" w:rsidR="00495879" w:rsidRDefault="00000000">
      <w:r>
        <w:rPr>
          <w:b/>
        </w:rPr>
        <w:t>Conversion Rate</w:t>
      </w:r>
      <w:r>
        <w:t>: 67% of strategy sessions → Client (54 sessions → 36 clients)</w:t>
      </w:r>
    </w:p>
    <w:p w14:paraId="7C985264" w14:textId="77777777" w:rsidR="00495879" w:rsidRDefault="00000000">
      <w:r>
        <w:rPr>
          <w:b/>
        </w:rPr>
        <w:t>Pricing Presentation</w:t>
      </w:r>
      <w:r>
        <w:t>:</w:t>
      </w:r>
    </w:p>
    <w:p w14:paraId="7A9DC3A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Option 1: PLATFORM Membership ($297/month = $3,564/year)</w:t>
      </w:r>
    </w:p>
    <w:p w14:paraId="1168F19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Best for: Self-directed, early-stage (&lt;$500K revenue)</w:t>
      </w:r>
    </w:p>
    <w:p w14:paraId="0209A9D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Includes: [List features]</w:t>
      </w:r>
    </w:p>
    <w:p w14:paraId="47C57179" w14:textId="77777777" w:rsidR="00495879" w:rsidRDefault="00495879">
      <w:pPr>
        <w:pStyle w:val="Sansinterligne"/>
      </w:pPr>
    </w:p>
    <w:p w14:paraId="7C9F1D0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Option 2: TRANSFORM Growth ($8,997/year)</w:t>
      </w:r>
    </w:p>
    <w:p w14:paraId="7F297FD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Best for: Growing businesses ($500K-$2M) ⭐ MOST POPULAR</w:t>
      </w:r>
    </w:p>
    <w:p w14:paraId="761B37E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Includes: [List features]</w:t>
      </w:r>
    </w:p>
    <w:p w14:paraId="0D3C3AB7" w14:textId="77777777" w:rsidR="00495879" w:rsidRDefault="00495879">
      <w:pPr>
        <w:pStyle w:val="Sansinterligne"/>
      </w:pPr>
    </w:p>
    <w:p w14:paraId="5AA52EF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Option 3: TRANSFORM Scale ($23,997/year)</w:t>
      </w:r>
    </w:p>
    <w:p w14:paraId="0E075AD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Best for: Scaling businesses ($2M-$10M)</w:t>
      </w:r>
    </w:p>
    <w:p w14:paraId="4B351B9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Includes: [List features]</w:t>
      </w:r>
    </w:p>
    <w:p w14:paraId="4F711546" w14:textId="77777777" w:rsidR="00495879" w:rsidRDefault="00495879">
      <w:pPr>
        <w:pStyle w:val="Sansinterligne"/>
      </w:pPr>
    </w:p>
    <w:p w14:paraId="404A03F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Option 4: ADVISORY Retainer ($90,000-$180,000/year)</w:t>
      </w:r>
    </w:p>
    <w:p w14:paraId="7286AC9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Best for: Rapid growth ($10M+), complex challenges</w:t>
      </w:r>
    </w:p>
    <w:p w14:paraId="3396F2F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Includes: [Fully custom]</w:t>
      </w:r>
    </w:p>
    <w:p w14:paraId="40F4DCA8" w14:textId="77777777" w:rsidR="00495879" w:rsidRDefault="00495879">
      <w:pPr>
        <w:pStyle w:val="Sansinterligne"/>
      </w:pPr>
    </w:p>
    <w:p w14:paraId="0CC1DF7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"Which of these feels like the right fit for where you are now?"</w:t>
      </w:r>
    </w:p>
    <w:p w14:paraId="04A6A82F" w14:textId="77777777" w:rsidR="00495879" w:rsidRDefault="00000000">
      <w:r>
        <w:rPr>
          <w:b/>
        </w:rPr>
        <w:t>Objection Handling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12096B3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88EBF49" w14:textId="77777777" w:rsidR="00495879" w:rsidRDefault="00000000">
            <w:r>
              <w:rPr>
                <w:sz w:val="20"/>
              </w:rPr>
              <w:t>Objection</w:t>
            </w:r>
          </w:p>
        </w:tc>
        <w:tc>
          <w:tcPr>
            <w:tcW w:w="4320" w:type="dxa"/>
          </w:tcPr>
          <w:p w14:paraId="674D0D7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Response</w:t>
            </w:r>
          </w:p>
        </w:tc>
      </w:tr>
      <w:tr w:rsidR="00495879" w14:paraId="756FF79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E61E0B0" w14:textId="77777777" w:rsidR="00495879" w:rsidRDefault="00000000">
            <w:r>
              <w:t>"Too expensive"</w:t>
            </w:r>
          </w:p>
        </w:tc>
        <w:tc>
          <w:tcPr>
            <w:tcW w:w="4320" w:type="dxa"/>
          </w:tcPr>
          <w:p w14:paraId="5BF5880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"I understand. Let me ask: if we achieve [their stated goal], what's that worth to </w:t>
            </w:r>
            <w:r>
              <w:lastRenderedPageBreak/>
              <w:t>you? [Goal is usually 10x-100x the investment]. This isn't a cost, it's the highest-ROI investment you can make."</w:t>
            </w:r>
          </w:p>
        </w:tc>
      </w:tr>
      <w:tr w:rsidR="00495879" w14:paraId="262E88B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37B2D08" w14:textId="77777777" w:rsidR="00495879" w:rsidRDefault="00000000">
            <w:r>
              <w:lastRenderedPageBreak/>
              <w:t>"Need to think about it"</w:t>
            </w:r>
          </w:p>
        </w:tc>
        <w:tc>
          <w:tcPr>
            <w:tcW w:w="4320" w:type="dxa"/>
          </w:tcPr>
          <w:p w14:paraId="077B746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"Of course. What specifically do you need to think about? [Uncover real objection]. Let's address that now."</w:t>
            </w:r>
          </w:p>
        </w:tc>
      </w:tr>
      <w:tr w:rsidR="00495879" w14:paraId="74871CF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23F8568" w14:textId="77777777" w:rsidR="00495879" w:rsidRDefault="00000000">
            <w:r>
              <w:t>"Need to talk to my partner/team"</w:t>
            </w:r>
          </w:p>
        </w:tc>
        <w:tc>
          <w:tcPr>
            <w:tcW w:w="4320" w:type="dxa"/>
          </w:tcPr>
          <w:p w14:paraId="39EDD8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"Great! Why don't we schedule a 3-way call with them? I'm happy to answer their questions too. [Get on calendar]"</w:t>
            </w:r>
          </w:p>
        </w:tc>
      </w:tr>
      <w:tr w:rsidR="00495879" w14:paraId="79FB9BD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E6EA47D" w14:textId="77777777" w:rsidR="00495879" w:rsidRDefault="00000000">
            <w:r>
              <w:t>"Tried coaching before, didn't work"</w:t>
            </w:r>
          </w:p>
        </w:tc>
        <w:tc>
          <w:tcPr>
            <w:tcW w:w="4320" w:type="dxa"/>
          </w:tcPr>
          <w:p w14:paraId="75A9465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"Tell me about that experience. [Listen]. Here's how we're different: [data-driven, tech platform, proven methodology]. Plus, our guarantee: if you don't see progress in 90 days, we'll refund 100%."</w:t>
            </w:r>
          </w:p>
        </w:tc>
      </w:tr>
    </w:tbl>
    <w:p w14:paraId="44958DA6" w14:textId="77777777" w:rsidR="00495879" w:rsidRDefault="00495879"/>
    <w:p w14:paraId="3867E25C" w14:textId="77777777" w:rsidR="00495879" w:rsidRDefault="00000000">
      <w:r>
        <w:rPr>
          <w:b/>
        </w:rPr>
        <w:t>Stage 3: Contract &amp; Onboarding</w:t>
      </w:r>
    </w:p>
    <w:p w14:paraId="0463C116" w14:textId="77777777" w:rsidR="00495879" w:rsidRDefault="00000000">
      <w:r>
        <w:rPr>
          <w:b/>
        </w:rPr>
        <w:t>Contract</w:t>
      </w:r>
      <w:r>
        <w:t>:</w:t>
      </w:r>
    </w:p>
    <w:p w14:paraId="01F31E6C" w14:textId="77777777" w:rsidR="00495879" w:rsidRDefault="00000000">
      <w:pPr>
        <w:pStyle w:val="Listepuces"/>
      </w:pPr>
      <w:r>
        <w:t>**Tool**: PandaDoc ($50/month) for e-signatures</w:t>
      </w:r>
    </w:p>
    <w:p w14:paraId="66E2B5E7" w14:textId="77777777" w:rsidR="00495879" w:rsidRDefault="00000000">
      <w:pPr>
        <w:pStyle w:val="Listepuces"/>
      </w:pPr>
      <w:r>
        <w:t>**Terms**: 12-month commitment, monthly or annual payment</w:t>
      </w:r>
    </w:p>
    <w:p w14:paraId="22694041" w14:textId="77777777" w:rsidR="00495879" w:rsidRDefault="00000000">
      <w:pPr>
        <w:pStyle w:val="Listepuces"/>
      </w:pPr>
      <w:r>
        <w:t>**Guarantee**: 90-day satisfaction (full refund if not happy)</w:t>
      </w:r>
    </w:p>
    <w:p w14:paraId="3AD2C638" w14:textId="77777777" w:rsidR="00495879" w:rsidRDefault="00000000">
      <w:r>
        <w:rPr>
          <w:b/>
        </w:rPr>
        <w:t>Payment</w:t>
      </w:r>
      <w:r>
        <w:t>:</w:t>
      </w:r>
    </w:p>
    <w:p w14:paraId="430B2C8F" w14:textId="77777777" w:rsidR="00495879" w:rsidRDefault="00000000">
      <w:pPr>
        <w:pStyle w:val="Listepuces"/>
      </w:pPr>
      <w:r>
        <w:t>**Processor**: Stripe (2.9% + $0.30 fee)</w:t>
      </w:r>
    </w:p>
    <w:p w14:paraId="1EB9381A" w14:textId="77777777" w:rsidR="00495879" w:rsidRDefault="00000000">
      <w:pPr>
        <w:pStyle w:val="Listepuces"/>
      </w:pPr>
      <w:r>
        <w:t>**Options**:</w:t>
      </w:r>
    </w:p>
    <w:p w14:paraId="42AA023B" w14:textId="77777777" w:rsidR="00495879" w:rsidRDefault="00000000">
      <w:pPr>
        <w:pStyle w:val="Listepuces"/>
      </w:pPr>
      <w:r>
        <w:t>Pay in full (5% discount)</w:t>
      </w:r>
    </w:p>
    <w:p w14:paraId="0F246189" w14:textId="77777777" w:rsidR="00495879" w:rsidRDefault="00000000">
      <w:pPr>
        <w:pStyle w:val="Listepuces"/>
      </w:pPr>
      <w:r>
        <w:t>Monthly autopay (standard pricing)</w:t>
      </w:r>
    </w:p>
    <w:p w14:paraId="01BE7EEB" w14:textId="77777777" w:rsidR="00495879" w:rsidRDefault="00000000">
      <w:pPr>
        <w:pStyle w:val="Listepuces"/>
      </w:pPr>
      <w:r>
        <w:t>Quarterly (no discount)</w:t>
      </w:r>
    </w:p>
    <w:p w14:paraId="0417AF0D" w14:textId="77777777" w:rsidR="00495879" w:rsidRDefault="00000000">
      <w:r>
        <w:rPr>
          <w:b/>
        </w:rPr>
        <w:t>Onboarding</w:t>
      </w:r>
      <w:r>
        <w:t xml:space="preserve"> (Week 1-2):</w:t>
      </w:r>
    </w:p>
    <w:p w14:paraId="1BA3499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Day 1: Welcome email (contract, portal access, next steps)</w:t>
      </w:r>
    </w:p>
    <w:p w14:paraId="624BC5D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Day 2: Platform onboarding (account setup, tutorial video)</w:t>
      </w:r>
    </w:p>
    <w:p w14:paraId="0FF2CF4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Day 3: Schedule Kickoff Call (60 min)</w:t>
      </w:r>
    </w:p>
    <w:p w14:paraId="7107592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Day 5: Kickoff Call (goals, roadmap, first 90 days)</w:t>
      </w:r>
    </w:p>
    <w:p w14:paraId="41F3C5A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Day 7: First workshop/session</w:t>
      </w:r>
    </w:p>
    <w:p w14:paraId="3FF31A3F" w14:textId="77777777" w:rsidR="00495879" w:rsidRDefault="00000000">
      <w:r>
        <w:rPr>
          <w:b/>
        </w:rPr>
        <w:t>Tools</w:t>
      </w:r>
      <w:r>
        <w:t>: Notion checklist, automated email sequences (via HubSpot)</w:t>
      </w:r>
    </w:p>
    <w:p w14:paraId="6C42B6A7" w14:textId="77777777" w:rsidR="00495879" w:rsidRDefault="00000000">
      <w:r>
        <w:t>________________________________________________________________________________</w:t>
      </w:r>
    </w:p>
    <w:p w14:paraId="566627B7" w14:textId="77777777" w:rsidR="00495879" w:rsidRDefault="00000000">
      <w:pPr>
        <w:pStyle w:val="Titre2"/>
      </w:pPr>
      <w:r>
        <w:t>💵 PRICING &amp; PACKAGING STRATEGY</w:t>
      </w:r>
    </w:p>
    <w:p w14:paraId="280E8BD9" w14:textId="77777777" w:rsidR="00495879" w:rsidRDefault="00000000">
      <w:pPr>
        <w:pStyle w:val="Titre3"/>
      </w:pPr>
      <w:r>
        <w:t>Pricing Philosophy</w:t>
      </w:r>
    </w:p>
    <w:p w14:paraId="5117BAAE" w14:textId="77777777" w:rsidR="00495879" w:rsidRDefault="00000000">
      <w:r>
        <w:rPr>
          <w:b/>
        </w:rPr>
        <w:t>Value-Based Pricing</w:t>
      </w:r>
      <w:r>
        <w:t xml:space="preserve"> (not cost-plus):</w:t>
      </w:r>
    </w:p>
    <w:p w14:paraId="16617D8E" w14:textId="77777777" w:rsidR="00495879" w:rsidRDefault="00000000">
      <w:pPr>
        <w:pStyle w:val="Listepuces"/>
      </w:pPr>
      <w:r>
        <w:t>Client pays for **outcome** (revenue growth, efficiency, leadership development)</w:t>
      </w:r>
    </w:p>
    <w:p w14:paraId="351A69FB" w14:textId="77777777" w:rsidR="00495879" w:rsidRDefault="00000000">
      <w:pPr>
        <w:pStyle w:val="Listepuces"/>
      </w:pPr>
      <w:r>
        <w:lastRenderedPageBreak/>
        <w:t>NOT hourly rate (misaligns incentives - we want fast results, not long engagements)</w:t>
      </w:r>
    </w:p>
    <w:p w14:paraId="5160A144" w14:textId="77777777" w:rsidR="00495879" w:rsidRDefault="00000000">
      <w:r>
        <w:rPr>
          <w:b/>
        </w:rPr>
        <w:t>Price Anchoring</w:t>
      </w:r>
      <w:r>
        <w:t>:</w:t>
      </w:r>
    </w:p>
    <w:p w14:paraId="03179ACE" w14:textId="77777777" w:rsidR="00495879" w:rsidRDefault="00000000">
      <w:pPr>
        <w:pStyle w:val="Listepuces"/>
      </w:pPr>
      <w:r>
        <w:t>Present 3-4 options (creates comparison, avoids yes/no decision)</w:t>
      </w:r>
    </w:p>
    <w:p w14:paraId="3B9A6FEF" w14:textId="77777777" w:rsidR="00495879" w:rsidRDefault="00000000">
      <w:pPr>
        <w:pStyle w:val="Listepuces"/>
      </w:pPr>
      <w:r>
        <w:t>Middle option = most popular (60% choose)</w:t>
      </w:r>
    </w:p>
    <w:p w14:paraId="2EC4E5EA" w14:textId="77777777" w:rsidR="00495879" w:rsidRDefault="00000000">
      <w:pPr>
        <w:pStyle w:val="Listepuces"/>
      </w:pPr>
      <w:r>
        <w:t>High option = makes middle look reasonable</w:t>
      </w:r>
    </w:p>
    <w:p w14:paraId="52B5146E" w14:textId="77777777" w:rsidR="00495879" w:rsidRDefault="00000000">
      <w:r>
        <w:rPr>
          <w:b/>
        </w:rPr>
        <w:t>Discounting Policy</w:t>
      </w:r>
      <w:r>
        <w:t>:</w:t>
      </w:r>
    </w:p>
    <w:p w14:paraId="07DD9250" w14:textId="77777777" w:rsidR="00495879" w:rsidRDefault="00000000">
      <w:pPr>
        <w:pStyle w:val="Listepuces"/>
      </w:pPr>
      <w:r>
        <w:t>**Never discount** on discovery calls (devalues service)</w:t>
      </w:r>
    </w:p>
    <w:p w14:paraId="5A42AC13" w14:textId="77777777" w:rsidR="00495879" w:rsidRDefault="00000000">
      <w:pPr>
        <w:pStyle w:val="Listepuces"/>
      </w:pPr>
      <w:r>
        <w:t>**Rare exceptions**: Non-profits (20% discount), pay-in-full (5% discount)</w:t>
      </w:r>
    </w:p>
    <w:p w14:paraId="4AD04AC4" w14:textId="77777777" w:rsidR="00495879" w:rsidRDefault="00000000">
      <w:pPr>
        <w:pStyle w:val="Listepuces"/>
      </w:pPr>
      <w:r>
        <w:t>**Alternatives to discount**: Add value (extra sessions, extended access)</w:t>
      </w:r>
    </w:p>
    <w:p w14:paraId="33D11054" w14:textId="77777777" w:rsidR="00495879" w:rsidRDefault="00000000">
      <w:pPr>
        <w:pStyle w:val="Titre3"/>
      </w:pPr>
      <w:r>
        <w:t>Packaging Strategy (Recap from Section 5)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7DB5865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66C3929" w14:textId="77777777" w:rsidR="00495879" w:rsidRDefault="00000000">
            <w:r>
              <w:rPr>
                <w:sz w:val="20"/>
              </w:rPr>
              <w:t>Package</w:t>
            </w:r>
          </w:p>
        </w:tc>
        <w:tc>
          <w:tcPr>
            <w:tcW w:w="2160" w:type="dxa"/>
          </w:tcPr>
          <w:p w14:paraId="30D9C12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Price</w:t>
            </w:r>
          </w:p>
        </w:tc>
        <w:tc>
          <w:tcPr>
            <w:tcW w:w="2160" w:type="dxa"/>
          </w:tcPr>
          <w:p w14:paraId="2CD38DF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  <w:tc>
          <w:tcPr>
            <w:tcW w:w="2160" w:type="dxa"/>
          </w:tcPr>
          <w:p w14:paraId="4AFA41A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Positioning</w:t>
            </w:r>
          </w:p>
        </w:tc>
      </w:tr>
      <w:tr w:rsidR="00495879" w14:paraId="360B755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7EFE6A4" w14:textId="77777777" w:rsidR="00495879" w:rsidRDefault="00000000">
            <w:r>
              <w:t>**PLATFORM**</w:t>
            </w:r>
          </w:p>
        </w:tc>
        <w:tc>
          <w:tcPr>
            <w:tcW w:w="2160" w:type="dxa"/>
          </w:tcPr>
          <w:p w14:paraId="096FE10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$297/mo</w:t>
            </w:r>
          </w:p>
        </w:tc>
        <w:tc>
          <w:tcPr>
            <w:tcW w:w="2160" w:type="dxa"/>
          </w:tcPr>
          <w:p w14:paraId="2419371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DIY, early-stage</w:t>
            </w:r>
          </w:p>
        </w:tc>
        <w:tc>
          <w:tcPr>
            <w:tcW w:w="2160" w:type="dxa"/>
          </w:tcPr>
          <w:p w14:paraId="7662595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Entry point, content access</w:t>
            </w:r>
          </w:p>
        </w:tc>
      </w:tr>
      <w:tr w:rsidR="00495879" w14:paraId="139E05A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0A07C2A" w14:textId="77777777" w:rsidR="00495879" w:rsidRDefault="00000000">
            <w:r>
              <w:t>**TRANSFORM Growth**</w:t>
            </w:r>
          </w:p>
        </w:tc>
        <w:tc>
          <w:tcPr>
            <w:tcW w:w="2160" w:type="dxa"/>
          </w:tcPr>
          <w:p w14:paraId="57C84BF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$8,997/yr</w:t>
            </w:r>
          </w:p>
        </w:tc>
        <w:tc>
          <w:tcPr>
            <w:tcW w:w="2160" w:type="dxa"/>
          </w:tcPr>
          <w:p w14:paraId="3A184F7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Growing ($500K-$2M)</w:t>
            </w:r>
          </w:p>
        </w:tc>
        <w:tc>
          <w:tcPr>
            <w:tcW w:w="2160" w:type="dxa"/>
          </w:tcPr>
          <w:p w14:paraId="51ADCCF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Core offering, highest volume</w:t>
            </w:r>
          </w:p>
        </w:tc>
      </w:tr>
      <w:tr w:rsidR="00495879" w14:paraId="657B183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04C18FC" w14:textId="77777777" w:rsidR="00495879" w:rsidRDefault="00000000">
            <w:r>
              <w:t>**TRANSFORM Scale**</w:t>
            </w:r>
          </w:p>
        </w:tc>
        <w:tc>
          <w:tcPr>
            <w:tcW w:w="2160" w:type="dxa"/>
          </w:tcPr>
          <w:p w14:paraId="7267474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$23,997/yr</w:t>
            </w:r>
          </w:p>
        </w:tc>
        <w:tc>
          <w:tcPr>
            <w:tcW w:w="2160" w:type="dxa"/>
          </w:tcPr>
          <w:p w14:paraId="7F2720F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Scaling ($2M-$10M)</w:t>
            </w:r>
          </w:p>
        </w:tc>
        <w:tc>
          <w:tcPr>
            <w:tcW w:w="2160" w:type="dxa"/>
          </w:tcPr>
          <w:p w14:paraId="1B27EB5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Premium, hands-on support</w:t>
            </w:r>
          </w:p>
        </w:tc>
      </w:tr>
      <w:tr w:rsidR="00495879" w14:paraId="17D500E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E5D63CE" w14:textId="77777777" w:rsidR="00495879" w:rsidRDefault="00000000">
            <w:r>
              <w:t>**TRANSFORM Transform**</w:t>
            </w:r>
          </w:p>
        </w:tc>
        <w:tc>
          <w:tcPr>
            <w:tcW w:w="2160" w:type="dxa"/>
          </w:tcPr>
          <w:p w14:paraId="1FCA9D8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$59,997/yr</w:t>
            </w:r>
          </w:p>
        </w:tc>
        <w:tc>
          <w:tcPr>
            <w:tcW w:w="2160" w:type="dxa"/>
          </w:tcPr>
          <w:p w14:paraId="3B0AB0D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Established ($10M+)</w:t>
            </w:r>
          </w:p>
        </w:tc>
        <w:tc>
          <w:tcPr>
            <w:tcW w:w="2160" w:type="dxa"/>
          </w:tcPr>
          <w:p w14:paraId="242E1B2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VIP, full access</w:t>
            </w:r>
          </w:p>
        </w:tc>
      </w:tr>
      <w:tr w:rsidR="00495879" w14:paraId="6F10FD2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190BEA3" w14:textId="77777777" w:rsidR="00495879" w:rsidRDefault="00000000">
            <w:r>
              <w:t>**ADVISORY**</w:t>
            </w:r>
          </w:p>
        </w:tc>
        <w:tc>
          <w:tcPr>
            <w:tcW w:w="2160" w:type="dxa"/>
          </w:tcPr>
          <w:p w14:paraId="08EE64C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$7.5K-$15K/mo</w:t>
            </w:r>
          </w:p>
        </w:tc>
        <w:tc>
          <w:tcPr>
            <w:tcW w:w="2160" w:type="dxa"/>
          </w:tcPr>
          <w:p w14:paraId="3C9E1AC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Custom</w:t>
            </w:r>
          </w:p>
        </w:tc>
        <w:tc>
          <w:tcPr>
            <w:tcW w:w="2160" w:type="dxa"/>
          </w:tcPr>
          <w:p w14:paraId="1875823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Executive coaching, deep dive</w:t>
            </w:r>
          </w:p>
        </w:tc>
      </w:tr>
      <w:tr w:rsidR="00495879" w14:paraId="321A020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9CC8919" w14:textId="77777777" w:rsidR="00495879" w:rsidRDefault="00000000">
            <w:r>
              <w:t>**ACCELERATOR**</w:t>
            </w:r>
          </w:p>
        </w:tc>
        <w:tc>
          <w:tcPr>
            <w:tcW w:w="2160" w:type="dxa"/>
          </w:tcPr>
          <w:p w14:paraId="36B46C4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$25K/90 days</w:t>
            </w:r>
          </w:p>
        </w:tc>
        <w:tc>
          <w:tcPr>
            <w:tcW w:w="2160" w:type="dxa"/>
          </w:tcPr>
          <w:p w14:paraId="42ABDFA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Intensive</w:t>
            </w:r>
          </w:p>
        </w:tc>
        <w:tc>
          <w:tcPr>
            <w:tcW w:w="2160" w:type="dxa"/>
          </w:tcPr>
          <w:p w14:paraId="56AFD20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Project-based, specific outcome</w:t>
            </w:r>
          </w:p>
        </w:tc>
      </w:tr>
    </w:tbl>
    <w:p w14:paraId="2ACCC76C" w14:textId="77777777" w:rsidR="00495879" w:rsidRDefault="00495879"/>
    <w:p w14:paraId="0D0B3DE6" w14:textId="77777777" w:rsidR="00495879" w:rsidRDefault="00000000">
      <w:r>
        <w:rPr>
          <w:b/>
        </w:rPr>
        <w:t>Upsell Path</w:t>
      </w:r>
      <w:r>
        <w:t>:</w:t>
      </w:r>
    </w:p>
    <w:p w14:paraId="035254D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PLATFORM → TRANSFORM Growth (3x price)</w:t>
      </w:r>
    </w:p>
    <w:p w14:paraId="088E272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TRANSFORM Growth → TRANSFORM Scale (2.7x)</w:t>
      </w:r>
    </w:p>
    <w:p w14:paraId="5080FBF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TRANSFORM Scale → ADVISORY (4-8x)</w:t>
      </w:r>
    </w:p>
    <w:p w14:paraId="7F4EA8FA" w14:textId="77777777" w:rsidR="00495879" w:rsidRDefault="00000000">
      <w:r>
        <w:rPr>
          <w:b/>
        </w:rPr>
        <w:t>Churn Prevention</w:t>
      </w:r>
      <w:r>
        <w:t>: Lock-in 12 months (reduces churn from 10%/month to &lt;5%/year)</w:t>
      </w:r>
    </w:p>
    <w:p w14:paraId="07B57E94" w14:textId="77777777" w:rsidR="00495879" w:rsidRDefault="00000000">
      <w:r>
        <w:t>________________________________________________________________________________</w:t>
      </w:r>
    </w:p>
    <w:p w14:paraId="58C59BB4" w14:textId="77777777" w:rsidR="00495879" w:rsidRDefault="00000000">
      <w:pPr>
        <w:pStyle w:val="Titre2"/>
      </w:pPr>
      <w:r>
        <w:t>🚀 LAUNCH PLAN (2026)</w:t>
      </w:r>
    </w:p>
    <w:p w14:paraId="2FF31B1D" w14:textId="77777777" w:rsidR="00495879" w:rsidRDefault="00000000">
      <w:pPr>
        <w:pStyle w:val="Titre3"/>
      </w:pPr>
      <w:r>
        <w:t>Pre-Launch (Oct-Dec 2025)</w:t>
      </w:r>
    </w:p>
    <w:p w14:paraId="1C63EF65" w14:textId="77777777" w:rsidR="00495879" w:rsidRDefault="00000000">
      <w:r>
        <w:rPr>
          <w:b/>
        </w:rPr>
        <w:t>Objectives</w:t>
      </w:r>
      <w:r>
        <w:t>: Build assets, seed audience, beta test.</w:t>
      </w:r>
    </w:p>
    <w:p w14:paraId="40E3B096" w14:textId="77777777" w:rsidR="00495879" w:rsidRDefault="00000000">
      <w:r>
        <w:rPr>
          <w:b/>
        </w:rPr>
        <w:t>Milestones</w:t>
      </w:r>
      <w:r>
        <w:t>:</w:t>
      </w:r>
    </w:p>
    <w:p w14:paraId="79FA3B7D" w14:textId="77777777" w:rsidR="00495879" w:rsidRDefault="00000000">
      <w:pPr>
        <w:pStyle w:val="Listepuces"/>
      </w:pPr>
      <w:r>
        <w:t>✅ Finalize branding (logo, colors, messaging)</w:t>
      </w:r>
    </w:p>
    <w:p w14:paraId="0FC911D1" w14:textId="77777777" w:rsidR="00495879" w:rsidRDefault="00000000">
      <w:pPr>
        <w:pStyle w:val="Listepuces"/>
      </w:pPr>
      <w:r>
        <w:t>✅ Build website (Webflow, 10 pages)</w:t>
      </w:r>
    </w:p>
    <w:p w14:paraId="2FBD2584" w14:textId="77777777" w:rsidR="00495879" w:rsidRDefault="00000000">
      <w:pPr>
        <w:pStyle w:val="Listepuces"/>
      </w:pPr>
      <w:r>
        <w:lastRenderedPageBreak/>
        <w:t>✅ Create lead magnets (3 resources)</w:t>
      </w:r>
    </w:p>
    <w:p w14:paraId="06550156" w14:textId="77777777" w:rsidR="00495879" w:rsidRDefault="00000000">
      <w:pPr>
        <w:pStyle w:val="Listepuces"/>
      </w:pPr>
      <w:r>
        <w:t>✅ Set up tech stack (CRM, email, calendar)</w:t>
      </w:r>
    </w:p>
    <w:p w14:paraId="0621058E" w14:textId="77777777" w:rsidR="00495879" w:rsidRDefault="00000000">
      <w:pPr>
        <w:pStyle w:val="Listepuces"/>
      </w:pPr>
      <w:r>
        <w:t>✅ Develop first 20 blog posts (SEO foundation)</w:t>
      </w:r>
    </w:p>
    <w:p w14:paraId="3BDECCBD" w14:textId="77777777" w:rsidR="00495879" w:rsidRDefault="00000000">
      <w:pPr>
        <w:pStyle w:val="Listepuces"/>
      </w:pPr>
      <w:r>
        <w:t>✅ Recruit 5 beta clients (from personal network)</w:t>
      </w:r>
    </w:p>
    <w:p w14:paraId="6D613251" w14:textId="77777777" w:rsidR="00495879" w:rsidRDefault="00000000">
      <w:r>
        <w:rPr>
          <w:b/>
        </w:rPr>
        <w:t>Budget</w:t>
      </w:r>
      <w:r>
        <w:t>: $15,000 (website, tools, initial content)</w:t>
      </w:r>
    </w:p>
    <w:p w14:paraId="44D44E74" w14:textId="77777777" w:rsidR="00495879" w:rsidRDefault="00000000">
      <w:pPr>
        <w:pStyle w:val="Titre3"/>
      </w:pPr>
      <w:r>
        <w:t>Launch (Jan-Mar 2026 - Q1)</w:t>
      </w:r>
    </w:p>
    <w:p w14:paraId="1FD289E4" w14:textId="77777777" w:rsidR="00495879" w:rsidRDefault="00000000">
      <w:r>
        <w:rPr>
          <w:b/>
        </w:rPr>
        <w:t>Week 1-2: Soft Launch</w:t>
      </w:r>
    </w:p>
    <w:p w14:paraId="6B00A9D2" w14:textId="77777777" w:rsidR="00495879" w:rsidRDefault="00000000">
      <w:pPr>
        <w:pStyle w:val="Listepuces"/>
      </w:pPr>
      <w:r>
        <w:t>Announce on LinkedIn (founder's network)</w:t>
      </w:r>
    </w:p>
    <w:p w14:paraId="137FCDC2" w14:textId="77777777" w:rsidR="00495879" w:rsidRDefault="00000000">
      <w:pPr>
        <w:pStyle w:val="Listepuces"/>
      </w:pPr>
      <w:r>
        <w:t>Email personal contacts (500 people)</w:t>
      </w:r>
    </w:p>
    <w:p w14:paraId="290557AE" w14:textId="77777777" w:rsidR="00495879" w:rsidRDefault="00000000">
      <w:pPr>
        <w:pStyle w:val="Listepuces"/>
      </w:pPr>
      <w:r>
        <w:t>Offer: "Founding Member" discount (10% off Year 1)</w:t>
      </w:r>
    </w:p>
    <w:p w14:paraId="4D017DA2" w14:textId="77777777" w:rsidR="00495879" w:rsidRDefault="00000000">
      <w:pPr>
        <w:pStyle w:val="Listepuces"/>
      </w:pPr>
      <w:r>
        <w:t>Goal: 5 clients</w:t>
      </w:r>
    </w:p>
    <w:p w14:paraId="4D3D9E5F" w14:textId="77777777" w:rsidR="00495879" w:rsidRDefault="00000000">
      <w:r>
        <w:rPr>
          <w:b/>
        </w:rPr>
        <w:t>Week 3-6: Public Launch</w:t>
      </w:r>
    </w:p>
    <w:p w14:paraId="4FF17947" w14:textId="77777777" w:rsidR="00495879" w:rsidRDefault="00000000">
      <w:pPr>
        <w:pStyle w:val="Listepuces"/>
      </w:pPr>
      <w:r>
        <w:t>Press release (send to 20 industry publications)</w:t>
      </w:r>
    </w:p>
    <w:p w14:paraId="7DC67FAB" w14:textId="77777777" w:rsidR="00495879" w:rsidRDefault="00000000">
      <w:pPr>
        <w:pStyle w:val="Listepuces"/>
      </w:pPr>
      <w:r>
        <w:t>Launch webinar: "Introducing GBCM Scale Framework"</w:t>
      </w:r>
    </w:p>
    <w:p w14:paraId="431CAC05" w14:textId="77777777" w:rsidR="00495879" w:rsidRDefault="00000000">
      <w:pPr>
        <w:pStyle w:val="Listepuces"/>
      </w:pPr>
      <w:r>
        <w:t>LinkedIn ad campaign (lead magnet)</w:t>
      </w:r>
    </w:p>
    <w:p w14:paraId="3E00210C" w14:textId="77777777" w:rsidR="00495879" w:rsidRDefault="00000000">
      <w:pPr>
        <w:pStyle w:val="Listepuces"/>
      </w:pPr>
      <w:r>
        <w:t>Partnerships: Announce first 3 partners</w:t>
      </w:r>
    </w:p>
    <w:p w14:paraId="26008C0C" w14:textId="77777777" w:rsidR="00495879" w:rsidRDefault="00000000">
      <w:pPr>
        <w:pStyle w:val="Listepuces"/>
      </w:pPr>
      <w:r>
        <w:t>Goal: 5 additional clients (10 total by end Q1)</w:t>
      </w:r>
    </w:p>
    <w:p w14:paraId="7E097528" w14:textId="77777777" w:rsidR="00495879" w:rsidRDefault="00000000">
      <w:r>
        <w:rPr>
          <w:b/>
        </w:rPr>
        <w:t>Week 7-12: Momentum Building</w:t>
      </w:r>
    </w:p>
    <w:p w14:paraId="4BE086B4" w14:textId="77777777" w:rsidR="00495879" w:rsidRDefault="00000000">
      <w:pPr>
        <w:pStyle w:val="Listepuces"/>
      </w:pPr>
      <w:r>
        <w:t>Weekly blog posts (2/week)</w:t>
      </w:r>
    </w:p>
    <w:p w14:paraId="7F9C74F0" w14:textId="77777777" w:rsidR="00495879" w:rsidRDefault="00000000">
      <w:pPr>
        <w:pStyle w:val="Listepuces"/>
      </w:pPr>
      <w:r>
        <w:t>Monthly webinar (March topic: "Q2 Planning")</w:t>
      </w:r>
    </w:p>
    <w:p w14:paraId="303F1B51" w14:textId="77777777" w:rsidR="00495879" w:rsidRDefault="00000000">
      <w:pPr>
        <w:pStyle w:val="Listepuces"/>
      </w:pPr>
      <w:r>
        <w:t>In-person event (local, 15 attendees)</w:t>
      </w:r>
    </w:p>
    <w:p w14:paraId="0007BD49" w14:textId="77777777" w:rsidR="00495879" w:rsidRDefault="00000000">
      <w:pPr>
        <w:pStyle w:val="Listepuces"/>
      </w:pPr>
      <w:r>
        <w:t>Goal: 5 more clients (15 total by Mar 31)</w:t>
      </w:r>
    </w:p>
    <w:p w14:paraId="43F5383D" w14:textId="77777777" w:rsidR="00495879" w:rsidRDefault="00000000">
      <w:pPr>
        <w:pStyle w:val="Titre3"/>
      </w:pPr>
      <w:r>
        <w:t>Growth (Apr-Dec 2026 - Q2-Q4)</w:t>
      </w:r>
    </w:p>
    <w:p w14:paraId="317B6822" w14:textId="77777777" w:rsidR="00495879" w:rsidRDefault="00000000">
      <w:r>
        <w:rPr>
          <w:b/>
        </w:rPr>
        <w:t>Q2 (Apr-Jun)</w:t>
      </w:r>
      <w:r>
        <w:t>:</w:t>
      </w:r>
    </w:p>
    <w:p w14:paraId="6656BE03" w14:textId="77777777" w:rsidR="00495879" w:rsidRDefault="00000000">
      <w:pPr>
        <w:pStyle w:val="Listepuces"/>
      </w:pPr>
      <w:r>
        <w:t>First podcast episodes (launch June)</w:t>
      </w:r>
    </w:p>
    <w:p w14:paraId="28C454E1" w14:textId="77777777" w:rsidR="00495879" w:rsidRDefault="00000000">
      <w:pPr>
        <w:pStyle w:val="Listepuces"/>
      </w:pPr>
      <w:r>
        <w:t>Expand LinkedIn ads (2x budget)</w:t>
      </w:r>
    </w:p>
    <w:p w14:paraId="0EF902C6" w14:textId="77777777" w:rsidR="00495879" w:rsidRDefault="00000000">
      <w:pPr>
        <w:pStyle w:val="Listepuces"/>
      </w:pPr>
      <w:r>
        <w:t>Host first full-day workshop (April)</w:t>
      </w:r>
    </w:p>
    <w:p w14:paraId="01EC20E7" w14:textId="77777777" w:rsidR="00495879" w:rsidRDefault="00000000">
      <w:pPr>
        <w:pStyle w:val="Listepuces"/>
      </w:pPr>
      <w:r>
        <w:t>Activate referral program (June)</w:t>
      </w:r>
    </w:p>
    <w:p w14:paraId="5AB6EF85" w14:textId="77777777" w:rsidR="00495879" w:rsidRDefault="00000000">
      <w:pPr>
        <w:pStyle w:val="Listepuces"/>
      </w:pPr>
      <w:r>
        <w:t>Goal: +5 clients (20 total by June 30)</w:t>
      </w:r>
    </w:p>
    <w:p w14:paraId="370FA499" w14:textId="77777777" w:rsidR="00495879" w:rsidRDefault="00000000">
      <w:r>
        <w:rPr>
          <w:b/>
        </w:rPr>
        <w:t>Q3 (Jul-Sep)</w:t>
      </w:r>
      <w:r>
        <w:t>:</w:t>
      </w:r>
    </w:p>
    <w:p w14:paraId="6E2A65E9" w14:textId="77777777" w:rsidR="00495879" w:rsidRDefault="00000000">
      <w:pPr>
        <w:pStyle w:val="Listepuces"/>
      </w:pPr>
      <w:r>
        <w:t>Scale content (hire VA for repurposing)</w:t>
      </w:r>
    </w:p>
    <w:p w14:paraId="6B947DCC" w14:textId="77777777" w:rsidR="00495879" w:rsidRDefault="00000000">
      <w:pPr>
        <w:pStyle w:val="Listepuces"/>
      </w:pPr>
      <w:r>
        <w:t>Partnership: Co-host event with CPA firm</w:t>
      </w:r>
    </w:p>
    <w:p w14:paraId="3AAAF984" w14:textId="77777777" w:rsidR="00495879" w:rsidRDefault="00000000">
      <w:pPr>
        <w:pStyle w:val="Listepuces"/>
      </w:pPr>
      <w:r>
        <w:t>Launch ACCELERATOR offering (August)</w:t>
      </w:r>
    </w:p>
    <w:p w14:paraId="4C3300EA" w14:textId="77777777" w:rsidR="00495879" w:rsidRDefault="00000000">
      <w:pPr>
        <w:pStyle w:val="Listepuces"/>
      </w:pPr>
      <w:r>
        <w:t>Goal: +5 clients (25 total by Sept 30)</w:t>
      </w:r>
    </w:p>
    <w:p w14:paraId="5BB6E12E" w14:textId="77777777" w:rsidR="00495879" w:rsidRDefault="00000000">
      <w:r>
        <w:rPr>
          <w:b/>
        </w:rPr>
        <w:lastRenderedPageBreak/>
        <w:t>Q4 (Oct-Dec)</w:t>
      </w:r>
      <w:r>
        <w:t>:</w:t>
      </w:r>
    </w:p>
    <w:p w14:paraId="11E98931" w14:textId="77777777" w:rsidR="00495879" w:rsidRDefault="00000000">
      <w:pPr>
        <w:pStyle w:val="Listepuces"/>
      </w:pPr>
      <w:r>
        <w:t>Year-end planning workshops (October-November)</w:t>
      </w:r>
    </w:p>
    <w:p w14:paraId="4740CA5B" w14:textId="77777777" w:rsidR="00495879" w:rsidRDefault="00000000">
      <w:pPr>
        <w:pStyle w:val="Listepuces"/>
      </w:pPr>
      <w:r>
        <w:t>Black Friday offer (November 25-30)</w:t>
      </w:r>
    </w:p>
    <w:p w14:paraId="1B9FEFAF" w14:textId="77777777" w:rsidR="00495879" w:rsidRDefault="00000000">
      <w:pPr>
        <w:pStyle w:val="Listepuces"/>
      </w:pPr>
      <w:r>
        <w:t>Reflect &amp; plan 2027 strategy (December)</w:t>
      </w:r>
    </w:p>
    <w:p w14:paraId="61BAD241" w14:textId="77777777" w:rsidR="00495879" w:rsidRDefault="00000000">
      <w:pPr>
        <w:pStyle w:val="Listepuces"/>
      </w:pPr>
      <w:r>
        <w:t>Goal: +5 clients (30 total by Dec 31 ✅ TARGET HIT)</w:t>
      </w:r>
    </w:p>
    <w:p w14:paraId="572104F8" w14:textId="77777777" w:rsidR="00495879" w:rsidRDefault="00000000">
      <w:r>
        <w:t>________________________________________________________________________________</w:t>
      </w:r>
    </w:p>
    <w:p w14:paraId="28C87384" w14:textId="77777777" w:rsidR="00495879" w:rsidRDefault="00000000">
      <w:pPr>
        <w:pStyle w:val="Titre2"/>
      </w:pPr>
      <w:r>
        <w:t>📊 GROWTH METRICS &amp; CAC</w:t>
      </w:r>
    </w:p>
    <w:p w14:paraId="2D044521" w14:textId="77777777" w:rsidR="00495879" w:rsidRDefault="00000000">
      <w:pPr>
        <w:pStyle w:val="Titre3"/>
      </w:pPr>
      <w:r>
        <w:t>Customer Acquisition Cost (CAC) Breakdown</w:t>
      </w:r>
    </w:p>
    <w:p w14:paraId="17DCC2FB" w14:textId="77777777" w:rsidR="00495879" w:rsidRDefault="00000000">
      <w:r>
        <w:rPr>
          <w:b/>
        </w:rPr>
        <w:t>Year 1 Total Marketing Spend</w:t>
      </w:r>
      <w:r>
        <w:t>: $60,000</w:t>
      </w:r>
    </w:p>
    <w:p w14:paraId="0B30CF4F" w14:textId="77777777" w:rsidR="00495879" w:rsidRDefault="00000000">
      <w:r>
        <w:rPr>
          <w:b/>
        </w:rPr>
        <w:t>Year 1 Total Clients</w:t>
      </w:r>
      <w:r>
        <w:t>: 30</w:t>
      </w:r>
    </w:p>
    <w:p w14:paraId="6A8DBF0C" w14:textId="77777777" w:rsidR="00495879" w:rsidRDefault="00000000">
      <w:r>
        <w:rPr>
          <w:b/>
        </w:rPr>
        <w:t>Blended CAC</w:t>
      </w:r>
      <w:r>
        <w:t>: $2,000/client</w:t>
      </w:r>
    </w:p>
    <w:p w14:paraId="5AE715C9" w14:textId="77777777" w:rsidR="00495879" w:rsidRDefault="00000000">
      <w:r>
        <w:rPr>
          <w:b/>
        </w:rPr>
        <w:t>CAC by Channel</w:t>
      </w:r>
      <w:r>
        <w:t xml:space="preserve"> (from earlier table):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2D168C33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E3BA578" w14:textId="77777777" w:rsidR="00495879" w:rsidRDefault="00000000">
            <w:r>
              <w:rPr>
                <w:sz w:val="20"/>
              </w:rPr>
              <w:t>Channel</w:t>
            </w:r>
          </w:p>
        </w:tc>
        <w:tc>
          <w:tcPr>
            <w:tcW w:w="2880" w:type="dxa"/>
          </w:tcPr>
          <w:p w14:paraId="0147EA8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CAC</w:t>
            </w:r>
          </w:p>
        </w:tc>
        <w:tc>
          <w:tcPr>
            <w:tcW w:w="2880" w:type="dxa"/>
          </w:tcPr>
          <w:p w14:paraId="3EFDE3B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of Clients</w:t>
            </w:r>
          </w:p>
        </w:tc>
      </w:tr>
      <w:tr w:rsidR="00495879" w14:paraId="26CE959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50D4ADB" w14:textId="77777777" w:rsidR="00495879" w:rsidRDefault="00000000">
            <w:r>
              <w:t>Partnerships</w:t>
            </w:r>
          </w:p>
        </w:tc>
        <w:tc>
          <w:tcPr>
            <w:tcW w:w="2880" w:type="dxa"/>
          </w:tcPr>
          <w:p w14:paraId="79FD949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$1,000</w:t>
            </w:r>
          </w:p>
        </w:tc>
        <w:tc>
          <w:tcPr>
            <w:tcW w:w="2880" w:type="dxa"/>
          </w:tcPr>
          <w:p w14:paraId="103A475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27% (8 clients)</w:t>
            </w:r>
          </w:p>
        </w:tc>
      </w:tr>
      <w:tr w:rsidR="00495879" w14:paraId="0B8074C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E4E81CC" w14:textId="77777777" w:rsidR="00495879" w:rsidRDefault="00000000">
            <w:r>
              <w:t>Content Marketing</w:t>
            </w:r>
          </w:p>
        </w:tc>
        <w:tc>
          <w:tcPr>
            <w:tcW w:w="2880" w:type="dxa"/>
          </w:tcPr>
          <w:p w14:paraId="04D6602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$1,500</w:t>
            </w:r>
          </w:p>
        </w:tc>
        <w:tc>
          <w:tcPr>
            <w:tcW w:w="2880" w:type="dxa"/>
          </w:tcPr>
          <w:p w14:paraId="2F347BD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33% (10 clients)</w:t>
            </w:r>
          </w:p>
        </w:tc>
      </w:tr>
      <w:tr w:rsidR="00495879" w14:paraId="556547D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A0C9F34" w14:textId="77777777" w:rsidR="00495879" w:rsidRDefault="00000000">
            <w:r>
              <w:t>LinkedIn Ads</w:t>
            </w:r>
          </w:p>
        </w:tc>
        <w:tc>
          <w:tcPr>
            <w:tcW w:w="2880" w:type="dxa"/>
          </w:tcPr>
          <w:p w14:paraId="31446E7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880" w:type="dxa"/>
          </w:tcPr>
          <w:p w14:paraId="294EF6F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20% (6 clients)</w:t>
            </w:r>
          </w:p>
        </w:tc>
      </w:tr>
      <w:tr w:rsidR="00495879" w14:paraId="3D3BA76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9828C81" w14:textId="77777777" w:rsidR="00495879" w:rsidRDefault="00000000">
            <w:r>
              <w:t>Events</w:t>
            </w:r>
          </w:p>
        </w:tc>
        <w:tc>
          <w:tcPr>
            <w:tcW w:w="2880" w:type="dxa"/>
          </w:tcPr>
          <w:p w14:paraId="1054F29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$2,500</w:t>
            </w:r>
          </w:p>
        </w:tc>
        <w:tc>
          <w:tcPr>
            <w:tcW w:w="2880" w:type="dxa"/>
          </w:tcPr>
          <w:p w14:paraId="25EAD6B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13% (4 clients)</w:t>
            </w:r>
          </w:p>
        </w:tc>
      </w:tr>
      <w:tr w:rsidR="00495879" w14:paraId="0C3DA21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4922FD3" w14:textId="77777777" w:rsidR="00495879" w:rsidRDefault="00000000">
            <w:r>
              <w:t>Email</w:t>
            </w:r>
          </w:p>
        </w:tc>
        <w:tc>
          <w:tcPr>
            <w:tcW w:w="2880" w:type="dxa"/>
          </w:tcPr>
          <w:p w14:paraId="674192D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$2,500</w:t>
            </w:r>
          </w:p>
        </w:tc>
        <w:tc>
          <w:tcPr>
            <w:tcW w:w="2880" w:type="dxa"/>
          </w:tcPr>
          <w:p w14:paraId="59AAE5C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7% (2 clients)</w:t>
            </w:r>
          </w:p>
        </w:tc>
      </w:tr>
      <w:tr w:rsidR="00495879" w14:paraId="00F796B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38018EF" w14:textId="77777777" w:rsidR="00495879" w:rsidRDefault="00000000">
            <w:r>
              <w:t>Referrals</w:t>
            </w:r>
          </w:p>
        </w:tc>
        <w:tc>
          <w:tcPr>
            <w:tcW w:w="2880" w:type="dxa"/>
          </w:tcPr>
          <w:p w14:paraId="544954B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880" w:type="dxa"/>
          </w:tcPr>
          <w:p w14:paraId="1C443D7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0% (Year 1)</w:t>
            </w:r>
          </w:p>
        </w:tc>
      </w:tr>
    </w:tbl>
    <w:p w14:paraId="355CB335" w14:textId="77777777" w:rsidR="00495879" w:rsidRDefault="00495879"/>
    <w:p w14:paraId="4053C6DB" w14:textId="77777777" w:rsidR="00495879" w:rsidRDefault="00000000">
      <w:r>
        <w:rPr>
          <w:b/>
        </w:rPr>
        <w:t>Payback Period</w:t>
      </w:r>
      <w:r>
        <w:t>:</w:t>
      </w:r>
    </w:p>
    <w:p w14:paraId="6900934A" w14:textId="77777777" w:rsidR="00495879" w:rsidRDefault="00000000">
      <w:pPr>
        <w:pStyle w:val="Listepuces"/>
      </w:pPr>
      <w:r>
        <w:t>**TRANSFORM Growth** ($8,997 ACV, $1,500 CAC): 2 months</w:t>
      </w:r>
    </w:p>
    <w:p w14:paraId="561F6A3A" w14:textId="77777777" w:rsidR="00495879" w:rsidRDefault="00000000">
      <w:pPr>
        <w:pStyle w:val="Listepuces"/>
      </w:pPr>
      <w:r>
        <w:t>**TRANSFORM Scale** ($23,997 ACV, $2,000 CAC): 1 month</w:t>
      </w:r>
    </w:p>
    <w:p w14:paraId="0E3B25F0" w14:textId="77777777" w:rsidR="00495879" w:rsidRDefault="00000000">
      <w:pPr>
        <w:pStyle w:val="Listepuces"/>
      </w:pPr>
      <w:r>
        <w:t>**ADVISORY** ($120,000 ACV, $5,000 CAC): &lt;1 month</w:t>
      </w:r>
    </w:p>
    <w:p w14:paraId="0E2B2D20" w14:textId="77777777" w:rsidR="00495879" w:rsidRDefault="00000000">
      <w:r>
        <w:rPr>
          <w:b/>
        </w:rPr>
        <w:t>LTV:CAC Ratio</w:t>
      </w:r>
      <w:r>
        <w:t>: 6:1 to 67:1 (see Section 5 for details)</w:t>
      </w:r>
    </w:p>
    <w:p w14:paraId="296EDC4C" w14:textId="77777777" w:rsidR="00495879" w:rsidRDefault="00000000">
      <w:pPr>
        <w:pStyle w:val="Titre3"/>
      </w:pPr>
      <w:r>
        <w:t>Key Performance Indicators (KPIs)</w:t>
      </w:r>
    </w:p>
    <w:p w14:paraId="1D0627E1" w14:textId="77777777" w:rsidR="00495879" w:rsidRDefault="00000000">
      <w:r>
        <w:rPr>
          <w:b/>
        </w:rPr>
        <w:t>Awareness Metrics</w:t>
      </w:r>
      <w:r>
        <w:t>:</w:t>
      </w:r>
    </w:p>
    <w:p w14:paraId="1034952B" w14:textId="77777777" w:rsidR="00495879" w:rsidRDefault="00000000">
      <w:pPr>
        <w:pStyle w:val="Listepuces"/>
      </w:pPr>
      <w:r>
        <w:t>Website traffic: 500 → 1,000/month (Q1 → Q4)</w:t>
      </w:r>
    </w:p>
    <w:p w14:paraId="4C4B4F76" w14:textId="77777777" w:rsidR="00495879" w:rsidRDefault="00000000">
      <w:pPr>
        <w:pStyle w:val="Listepuces"/>
      </w:pPr>
      <w:r>
        <w:t>LinkedIn followers: 1,000 → 10,000</w:t>
      </w:r>
    </w:p>
    <w:p w14:paraId="00344E98" w14:textId="77777777" w:rsidR="00495879" w:rsidRDefault="00000000">
      <w:pPr>
        <w:pStyle w:val="Listepuces"/>
      </w:pPr>
      <w:r>
        <w:t>Email subscribers: 0 → 2,000</w:t>
      </w:r>
    </w:p>
    <w:p w14:paraId="71B7BFD5" w14:textId="77777777" w:rsidR="00495879" w:rsidRDefault="00000000">
      <w:pPr>
        <w:pStyle w:val="Listepuces"/>
      </w:pPr>
      <w:r>
        <w:t>Podcast downloads: 0 → 13,000 (Q3-Q4)</w:t>
      </w:r>
    </w:p>
    <w:p w14:paraId="31474B70" w14:textId="77777777" w:rsidR="00495879" w:rsidRDefault="00000000">
      <w:r>
        <w:rPr>
          <w:b/>
        </w:rPr>
        <w:t>Engagement Metrics</w:t>
      </w:r>
      <w:r>
        <w:t>:</w:t>
      </w:r>
    </w:p>
    <w:p w14:paraId="1725CFB2" w14:textId="77777777" w:rsidR="00495879" w:rsidRDefault="00000000">
      <w:pPr>
        <w:pStyle w:val="Listepuces"/>
      </w:pPr>
      <w:r>
        <w:lastRenderedPageBreak/>
        <w:t>Webinar registrations: 100/month</w:t>
      </w:r>
    </w:p>
    <w:p w14:paraId="209DA87F" w14:textId="77777777" w:rsidR="00495879" w:rsidRDefault="00000000">
      <w:pPr>
        <w:pStyle w:val="Listepuces"/>
      </w:pPr>
      <w:r>
        <w:t>Webinar attendance rate: 40%</w:t>
      </w:r>
    </w:p>
    <w:p w14:paraId="5B55D8E4" w14:textId="77777777" w:rsidR="00495879" w:rsidRDefault="00000000">
      <w:pPr>
        <w:pStyle w:val="Listepuces"/>
      </w:pPr>
      <w:r>
        <w:t>Email open rate: 30%</w:t>
      </w:r>
    </w:p>
    <w:p w14:paraId="076E8AFB" w14:textId="77777777" w:rsidR="00495879" w:rsidRDefault="00000000">
      <w:pPr>
        <w:pStyle w:val="Listepuces"/>
      </w:pPr>
      <w:r>
        <w:t>Content consumption: 50 modules completed/month</w:t>
      </w:r>
    </w:p>
    <w:p w14:paraId="36D68518" w14:textId="77777777" w:rsidR="00495879" w:rsidRDefault="00000000">
      <w:r>
        <w:rPr>
          <w:b/>
        </w:rPr>
        <w:t>Conversion Metrics</w:t>
      </w:r>
      <w:r>
        <w:t>:</w:t>
      </w:r>
    </w:p>
    <w:p w14:paraId="5EBCAF40" w14:textId="77777777" w:rsidR="00495879" w:rsidRDefault="00000000">
      <w:pPr>
        <w:pStyle w:val="Listepuces"/>
      </w:pPr>
      <w:r>
        <w:t>MQLs (Marketing Qualified Leads): 150/year</w:t>
      </w:r>
    </w:p>
    <w:p w14:paraId="079C19AC" w14:textId="77777777" w:rsidR="00495879" w:rsidRDefault="00000000">
      <w:pPr>
        <w:pStyle w:val="Listepuces"/>
      </w:pPr>
      <w:r>
        <w:t>Discovery calls booked: 90/year</w:t>
      </w:r>
    </w:p>
    <w:p w14:paraId="0A9192C9" w14:textId="77777777" w:rsidR="00495879" w:rsidRDefault="00000000">
      <w:pPr>
        <w:pStyle w:val="Listepuces"/>
      </w:pPr>
      <w:r>
        <w:t>Strategy sessions: 54/year</w:t>
      </w:r>
    </w:p>
    <w:p w14:paraId="0DB8DE72" w14:textId="77777777" w:rsidR="00495879" w:rsidRDefault="00000000">
      <w:pPr>
        <w:pStyle w:val="Listepuces"/>
      </w:pPr>
      <w:r>
        <w:t>Clients closed: 30/year</w:t>
      </w:r>
    </w:p>
    <w:p w14:paraId="083A8273" w14:textId="77777777" w:rsidR="00495879" w:rsidRDefault="00000000">
      <w:pPr>
        <w:pStyle w:val="Listepuces"/>
      </w:pPr>
      <w:r>
        <w:t>**Overall conversion rate**: 0.3% (Awareness → Customer)</w:t>
      </w:r>
    </w:p>
    <w:p w14:paraId="47AB30BF" w14:textId="77777777" w:rsidR="00495879" w:rsidRDefault="00000000">
      <w:r>
        <w:rPr>
          <w:b/>
        </w:rPr>
        <w:t>Customer Success Metrics</w:t>
      </w:r>
      <w:r>
        <w:t>:</w:t>
      </w:r>
    </w:p>
    <w:p w14:paraId="0D79E75B" w14:textId="77777777" w:rsidR="00495879" w:rsidRDefault="00000000">
      <w:pPr>
        <w:pStyle w:val="Listepuces"/>
      </w:pPr>
      <w:r>
        <w:t>NPS (Net Promoter Score): 70+ (Year 1 target)</w:t>
      </w:r>
    </w:p>
    <w:p w14:paraId="18AD4AFA" w14:textId="77777777" w:rsidR="00495879" w:rsidRDefault="00000000">
      <w:pPr>
        <w:pStyle w:val="Listepuces"/>
      </w:pPr>
      <w:r>
        <w:t>Renewal rate: 80%+ (after initial 12-month term)</w:t>
      </w:r>
    </w:p>
    <w:p w14:paraId="4B222625" w14:textId="77777777" w:rsidR="00495879" w:rsidRDefault="00000000">
      <w:pPr>
        <w:pStyle w:val="Listepuces"/>
      </w:pPr>
      <w:r>
        <w:t>Upsell rate: 20% (clients upgrading to higher tier)</w:t>
      </w:r>
    </w:p>
    <w:p w14:paraId="781E44A9" w14:textId="77777777" w:rsidR="00495879" w:rsidRDefault="00000000">
      <w:pPr>
        <w:pStyle w:val="Listepuces"/>
      </w:pPr>
      <w:r>
        <w:t>Referral rate: 15% (clients who refer, Year 2+)</w:t>
      </w:r>
    </w:p>
    <w:p w14:paraId="3C3D04D3" w14:textId="77777777" w:rsidR="00495879" w:rsidRDefault="00000000">
      <w:pPr>
        <w:pStyle w:val="Titre3"/>
      </w:pPr>
      <w:r>
        <w:t>Year 2-3 Growth Projections</w:t>
      </w:r>
    </w:p>
    <w:p w14:paraId="0BEEEF31" w14:textId="77777777" w:rsidR="00495879" w:rsidRDefault="00000000">
      <w:r>
        <w:rPr>
          <w:b/>
        </w:rPr>
        <w:t>Year 2 (2027)</w:t>
      </w:r>
      <w:r>
        <w:t>:</w:t>
      </w:r>
    </w:p>
    <w:p w14:paraId="685AEACA" w14:textId="77777777" w:rsidR="00495879" w:rsidRDefault="00000000">
      <w:pPr>
        <w:pStyle w:val="Listepuces"/>
      </w:pPr>
      <w:r>
        <w:t>Marketing budget: $100,000 (+67%)</w:t>
      </w:r>
    </w:p>
    <w:p w14:paraId="02EE25DF" w14:textId="77777777" w:rsidR="00495879" w:rsidRDefault="00000000">
      <w:pPr>
        <w:pStyle w:val="Listepuces"/>
      </w:pPr>
      <w:r>
        <w:t>Channels: Add Google Ads, podcast sponsorships, PR firm</w:t>
      </w:r>
    </w:p>
    <w:p w14:paraId="052F915D" w14:textId="77777777" w:rsidR="00495879" w:rsidRDefault="00000000">
      <w:pPr>
        <w:pStyle w:val="Listepuces"/>
      </w:pPr>
      <w:r>
        <w:t>Clients: +33 (63 total)</w:t>
      </w:r>
    </w:p>
    <w:p w14:paraId="0CE85CDB" w14:textId="77777777" w:rsidR="00495879" w:rsidRDefault="00000000">
      <w:pPr>
        <w:pStyle w:val="Listepuces"/>
      </w:pPr>
      <w:r>
        <w:t>CAC target: $3,000 (higher investment, but higher LTV from ADVISORY)</w:t>
      </w:r>
    </w:p>
    <w:p w14:paraId="493EED47" w14:textId="77777777" w:rsidR="00495879" w:rsidRDefault="00000000">
      <w:r>
        <w:rPr>
          <w:b/>
        </w:rPr>
        <w:t>Year 3 (2028)</w:t>
      </w:r>
      <w:r>
        <w:t>:</w:t>
      </w:r>
    </w:p>
    <w:p w14:paraId="0E21A26D" w14:textId="77777777" w:rsidR="00495879" w:rsidRDefault="00000000">
      <w:pPr>
        <w:pStyle w:val="Listepuces"/>
      </w:pPr>
      <w:r>
        <w:t>Marketing budget: $150,000 (+50%)</w:t>
      </w:r>
    </w:p>
    <w:p w14:paraId="3B60F62E" w14:textId="77777777" w:rsidR="00495879" w:rsidRDefault="00000000">
      <w:pPr>
        <w:pStyle w:val="Listepuces"/>
      </w:pPr>
      <w:r>
        <w:t>Channels: Add influencer partnerships, affiliate program, events</w:t>
      </w:r>
    </w:p>
    <w:p w14:paraId="11D12099" w14:textId="77777777" w:rsidR="00495879" w:rsidRDefault="00000000">
      <w:pPr>
        <w:pStyle w:val="Listepuces"/>
      </w:pPr>
      <w:r>
        <w:t>Clients: +37 (100 total)</w:t>
      </w:r>
    </w:p>
    <w:p w14:paraId="1EDC57EA" w14:textId="77777777" w:rsidR="00495879" w:rsidRDefault="00000000">
      <w:pPr>
        <w:pStyle w:val="Listepuces"/>
      </w:pPr>
      <w:r>
        <w:t>CAC target: $4,000 (scale premium offerings)</w:t>
      </w:r>
    </w:p>
    <w:p w14:paraId="062566AE" w14:textId="77777777" w:rsidR="00495879" w:rsidRDefault="00000000">
      <w:r>
        <w:t>________________________________________________________________________________</w:t>
      </w:r>
    </w:p>
    <w:p w14:paraId="63E0DD4D" w14:textId="77777777" w:rsidR="00495879" w:rsidRDefault="00000000">
      <w:pPr>
        <w:pStyle w:val="Titre2"/>
      </w:pPr>
      <w:r>
        <w:t>🎯 SUCCESS FACTORS &amp; RISKS</w:t>
      </w:r>
    </w:p>
    <w:p w14:paraId="4496C6BD" w14:textId="77777777" w:rsidR="00495879" w:rsidRDefault="00000000">
      <w:pPr>
        <w:pStyle w:val="Titre3"/>
      </w:pPr>
      <w:r>
        <w:t>Critical Success Factors</w:t>
      </w:r>
    </w:p>
    <w:p w14:paraId="67530C7C" w14:textId="77777777" w:rsidR="00495879" w:rsidRDefault="00000000">
      <w:r>
        <w:t xml:space="preserve">✅ </w:t>
      </w:r>
      <w:r>
        <w:rPr>
          <w:b/>
        </w:rPr>
        <w:t>Founder-Led Sales</w:t>
      </w:r>
      <w:r>
        <w:t xml:space="preserve"> (Year 1-2): Personal touch, high close rate</w:t>
      </w:r>
    </w:p>
    <w:p w14:paraId="7812EA5A" w14:textId="77777777" w:rsidR="00495879" w:rsidRDefault="00000000">
      <w:r>
        <w:t xml:space="preserve">✅ </w:t>
      </w:r>
      <w:r>
        <w:rPr>
          <w:b/>
        </w:rPr>
        <w:t>Content Consistency</w:t>
      </w:r>
      <w:r>
        <w:t>: 2 blog posts/week, 5 LinkedIn posts/week (NO GAPS)</w:t>
      </w:r>
    </w:p>
    <w:p w14:paraId="08B581D3" w14:textId="77777777" w:rsidR="00495879" w:rsidRDefault="00000000">
      <w:r>
        <w:t xml:space="preserve">✅ </w:t>
      </w:r>
      <w:r>
        <w:rPr>
          <w:b/>
        </w:rPr>
        <w:t>Partnership Execution</w:t>
      </w:r>
      <w:r>
        <w:t>: Activate 3+ platinum partners by Q3</w:t>
      </w:r>
    </w:p>
    <w:p w14:paraId="36422A55" w14:textId="77777777" w:rsidR="00495879" w:rsidRDefault="00000000">
      <w:r>
        <w:lastRenderedPageBreak/>
        <w:t xml:space="preserve">✅ </w:t>
      </w:r>
      <w:r>
        <w:rPr>
          <w:b/>
        </w:rPr>
        <w:t>Client Success</w:t>
      </w:r>
      <w:r>
        <w:t>: First 15 clients = case studies, testimonials, referrals</w:t>
      </w:r>
    </w:p>
    <w:p w14:paraId="235EDEF0" w14:textId="77777777" w:rsidR="00495879" w:rsidRDefault="00000000">
      <w:r>
        <w:t xml:space="preserve">✅ </w:t>
      </w:r>
      <w:r>
        <w:rPr>
          <w:b/>
        </w:rPr>
        <w:t>Data Discipline</w:t>
      </w:r>
      <w:r>
        <w:t>: Track every metric, optimize weekly</w:t>
      </w:r>
    </w:p>
    <w:p w14:paraId="099B71C9" w14:textId="77777777" w:rsidR="00495879" w:rsidRDefault="00000000">
      <w:pPr>
        <w:pStyle w:val="Titre3"/>
      </w:pPr>
      <w:r>
        <w:t>Go-to-Market Risks</w:t>
      </w:r>
    </w:p>
    <w:p w14:paraId="2B68E245" w14:textId="77777777" w:rsidR="00495879" w:rsidRDefault="00000000">
      <w:r>
        <w:t xml:space="preserve">⚠️ </w:t>
      </w:r>
      <w:r>
        <w:rPr>
          <w:b/>
        </w:rPr>
        <w:t>Risk 1: Slow Pipeline Build</w:t>
      </w:r>
    </w:p>
    <w:p w14:paraId="71BD3805" w14:textId="77777777" w:rsidR="00495879" w:rsidRDefault="00000000">
      <w:pPr>
        <w:pStyle w:val="Listepuces"/>
      </w:pPr>
      <w:r>
        <w:t>Mitigation: Front-load personal network outreach (warm leads close faster)</w:t>
      </w:r>
    </w:p>
    <w:p w14:paraId="031B188C" w14:textId="77777777" w:rsidR="00495879" w:rsidRDefault="00000000">
      <w:pPr>
        <w:pStyle w:val="Listepuces"/>
      </w:pPr>
      <w:r>
        <w:t>Contingency: Increase ad spend +50% if Q1 &lt; 10 clients</w:t>
      </w:r>
    </w:p>
    <w:p w14:paraId="418968BC" w14:textId="77777777" w:rsidR="00495879" w:rsidRDefault="00000000">
      <w:r>
        <w:t xml:space="preserve">⚠️ </w:t>
      </w:r>
      <w:r>
        <w:rPr>
          <w:b/>
        </w:rPr>
        <w:t>Risk 2: Content Fatigue (Founder Burnout)</w:t>
      </w:r>
    </w:p>
    <w:p w14:paraId="4F83BEC7" w14:textId="77777777" w:rsidR="00495879" w:rsidRDefault="00000000">
      <w:pPr>
        <w:pStyle w:val="Listepuces"/>
      </w:pPr>
      <w:r>
        <w:t>Mitigation: Batch content creation (dedicate 1 day/week), leverage AI tools</w:t>
      </w:r>
    </w:p>
    <w:p w14:paraId="0C3AB7E8" w14:textId="77777777" w:rsidR="00495879" w:rsidRDefault="00000000">
      <w:pPr>
        <w:pStyle w:val="Listepuces"/>
      </w:pPr>
      <w:r>
        <w:t>Contingency: Hire content VA by Q3 ($1,500/month)</w:t>
      </w:r>
    </w:p>
    <w:p w14:paraId="43ADEA11" w14:textId="77777777" w:rsidR="00495879" w:rsidRDefault="00000000">
      <w:r>
        <w:t xml:space="preserve">⚠️ </w:t>
      </w:r>
      <w:r>
        <w:rPr>
          <w:b/>
        </w:rPr>
        <w:t>Risk 3: Low Conversion Rates</w:t>
      </w:r>
    </w:p>
    <w:p w14:paraId="01F95D28" w14:textId="77777777" w:rsidR="00495879" w:rsidRDefault="00000000">
      <w:pPr>
        <w:pStyle w:val="Listepuces"/>
      </w:pPr>
      <w:r>
        <w:t>Mitigation: A/B test every element (landing pages, email subject lines, ad creative)</w:t>
      </w:r>
    </w:p>
    <w:p w14:paraId="567765E0" w14:textId="77777777" w:rsidR="00495879" w:rsidRDefault="00000000">
      <w:pPr>
        <w:pStyle w:val="Listepuces"/>
      </w:pPr>
      <w:r>
        <w:t>Contingency: Hire conversion optimization consultant ($5K audit)</w:t>
      </w:r>
    </w:p>
    <w:p w14:paraId="3D8C31DF" w14:textId="77777777" w:rsidR="00495879" w:rsidRDefault="00000000">
      <w:r>
        <w:t xml:space="preserve">⚠️ </w:t>
      </w:r>
      <w:r>
        <w:rPr>
          <w:b/>
        </w:rPr>
        <w:t>Risk 4: Partnership Underperformance</w:t>
      </w:r>
    </w:p>
    <w:p w14:paraId="46620D48" w14:textId="77777777" w:rsidR="00495879" w:rsidRDefault="00000000">
      <w:pPr>
        <w:pStyle w:val="Listepuces"/>
      </w:pPr>
      <w:r>
        <w:t>Mitigation: Weekly check-ins with top partners, quarterly business reviews</w:t>
      </w:r>
    </w:p>
    <w:p w14:paraId="3AA451C2" w14:textId="77777777" w:rsidR="00495879" w:rsidRDefault="00000000">
      <w:pPr>
        <w:pStyle w:val="Listepuces"/>
      </w:pPr>
      <w:r>
        <w:t>Contingency: Replace non-performing partners (churn bottom 20% annually)</w:t>
      </w:r>
    </w:p>
    <w:p w14:paraId="4CE147B5" w14:textId="77777777" w:rsidR="00495879" w:rsidRDefault="00000000">
      <w:r>
        <w:t>________________________________________________________________________________</w:t>
      </w:r>
    </w:p>
    <w:p w14:paraId="7988C87C" w14:textId="77777777" w:rsidR="00495879" w:rsidRDefault="00000000">
      <w:pPr>
        <w:pStyle w:val="Titre2"/>
      </w:pPr>
      <w:r>
        <w:t>📌 CONCLUSION</w:t>
      </w:r>
    </w:p>
    <w:p w14:paraId="0F80462B" w14:textId="77777777" w:rsidR="00495879" w:rsidRDefault="00000000">
      <w:r>
        <w:t xml:space="preserve">La stratégie Go-to-Market de GBCM LLC repose sur </w:t>
      </w:r>
      <w:r>
        <w:rPr>
          <w:b/>
        </w:rPr>
        <w:t>3 piliers</w:t>
      </w:r>
      <w:r>
        <w:t>:</w:t>
      </w:r>
    </w:p>
    <w:p w14:paraId="4710A2AF" w14:textId="77777777" w:rsidR="00495879" w:rsidRDefault="00000000">
      <w:pPr>
        <w:pStyle w:val="Listenumros"/>
      </w:pPr>
      <w:r>
        <w:t>**🎓 Thought Leadership** - Content educates, builds trust, drives inbound</w:t>
      </w:r>
    </w:p>
    <w:p w14:paraId="643DDCDA" w14:textId="77777777" w:rsidR="00495879" w:rsidRDefault="00000000">
      <w:pPr>
        <w:pStyle w:val="Listenumros"/>
      </w:pPr>
      <w:r>
        <w:t>**🤝 Strategic Partnerships** - Leverage existing relationships, warm introductions</w:t>
      </w:r>
    </w:p>
    <w:p w14:paraId="344E89C3" w14:textId="77777777" w:rsidR="00495879" w:rsidRDefault="00000000">
      <w:pPr>
        <w:pStyle w:val="Listenumros"/>
      </w:pPr>
      <w:r>
        <w:t>**📊 Data-Driven Optimization** - Test, measure, refine every channel</w:t>
      </w:r>
    </w:p>
    <w:p w14:paraId="4407CD44" w14:textId="77777777" w:rsidR="00495879" w:rsidRDefault="00000000">
      <w:r>
        <w:rPr>
          <w:b/>
        </w:rPr>
        <w:t>Year 1 Goal</w:t>
      </w:r>
      <w:r>
        <w:t>: 30 clients, $180K revenue, $2K blended CAC ✅ ACHIEVABLE</w:t>
      </w:r>
    </w:p>
    <w:p w14:paraId="7A5A71DB" w14:textId="77777777" w:rsidR="00495879" w:rsidRDefault="00000000">
      <w:r>
        <w:rPr>
          <w:b/>
        </w:rPr>
        <w:t>Competitive Advantage</w:t>
      </w:r>
      <w:r>
        <w:t>:</w:t>
      </w:r>
    </w:p>
    <w:p w14:paraId="7ACEDBB0" w14:textId="77777777" w:rsidR="00495879" w:rsidRDefault="00000000">
      <w:pPr>
        <w:pStyle w:val="Listepuces"/>
      </w:pPr>
      <w:r>
        <w:t>Digital-first approach (vs traditional networking-only)</w:t>
      </w:r>
    </w:p>
    <w:p w14:paraId="6CCED5F6" w14:textId="77777777" w:rsidR="00495879" w:rsidRDefault="00000000">
      <w:pPr>
        <w:pStyle w:val="Listepuces"/>
      </w:pPr>
      <w:r>
        <w:t>Content moat (100+ blog posts, 12 webinars, 26 podcast episodes)</w:t>
      </w:r>
    </w:p>
    <w:p w14:paraId="55F33547" w14:textId="77777777" w:rsidR="00495879" w:rsidRDefault="00000000">
      <w:pPr>
        <w:pStyle w:val="Listepuces"/>
      </w:pPr>
      <w:r>
        <w:t>Tech-enabled sales (AI Coach assists with nurture, reduces manual work)</w:t>
      </w:r>
    </w:p>
    <w:p w14:paraId="6E4FC8D2" w14:textId="77777777" w:rsidR="00495879" w:rsidRDefault="00000000">
      <w:r>
        <w:rPr>
          <w:b/>
        </w:rPr>
        <w:t>Next</w:t>
      </w:r>
      <w:r>
        <w:t>: Section 08 - Operations Plan</w:t>
      </w:r>
    </w:p>
    <w:p w14:paraId="05D80CF0" w14:textId="77777777" w:rsidR="00495879" w:rsidRDefault="00000000">
      <w:r>
        <w:t>________________________________________________________________________________</w:t>
      </w:r>
    </w:p>
    <w:p w14:paraId="4C751559" w14:textId="77777777" w:rsidR="00495879" w:rsidRDefault="00000000">
      <w:r>
        <w:t>© 2025 GBCM LLC - Business Plan v2.0 | Go-to-Market Strategy</w:t>
      </w:r>
    </w:p>
    <w:p w14:paraId="42C0E015" w14:textId="77777777" w:rsidR="00495879" w:rsidRDefault="00000000">
      <w:r>
        <w:lastRenderedPageBreak/>
        <w:br w:type="page"/>
      </w:r>
    </w:p>
    <w:p w14:paraId="7C615CEB" w14:textId="77777777" w:rsidR="00495879" w:rsidRDefault="00000000">
      <w:pPr>
        <w:pStyle w:val="Titre1"/>
      </w:pPr>
      <w:r>
        <w:lastRenderedPageBreak/>
        <w:t>8. OPERATIONS PLAN</w:t>
      </w:r>
    </w:p>
    <w:p w14:paraId="3E3694AA" w14:textId="77777777" w:rsidR="00495879" w:rsidRDefault="00000000">
      <w:r>
        <w:t>________________________________________________________________________________</w:t>
      </w:r>
    </w:p>
    <w:p w14:paraId="4EF209CF" w14:textId="77777777" w:rsidR="00495879" w:rsidRDefault="00000000">
      <w:pPr>
        <w:pStyle w:val="Titre2"/>
      </w:pPr>
      <w:r>
        <w:t>📋 TABLE DES MATIÈRES</w:t>
      </w:r>
    </w:p>
    <w:p w14:paraId="366F320D" w14:textId="77777777" w:rsidR="00495879" w:rsidRDefault="00000000">
      <w:pPr>
        <w:pStyle w:val="Listepuces"/>
      </w:pPr>
      <w:r>
        <w:t>[Vue d'Ensemble](#vue-densemble)</w:t>
      </w:r>
    </w:p>
    <w:p w14:paraId="62DFED1E" w14:textId="77777777" w:rsidR="00495879" w:rsidRDefault="00000000">
      <w:pPr>
        <w:pStyle w:val="Listepuces"/>
      </w:pPr>
      <w:r>
        <w:t>[Service Delivery Model](#service-delivery-model)</w:t>
      </w:r>
    </w:p>
    <w:p w14:paraId="43989448" w14:textId="77777777" w:rsidR="00495879" w:rsidRDefault="00000000">
      <w:pPr>
        <w:pStyle w:val="Listepuces"/>
      </w:pPr>
      <w:r>
        <w:t>[Client Journey &amp; Experience](#client-journey--experience)</w:t>
      </w:r>
    </w:p>
    <w:p w14:paraId="4F7D55B6" w14:textId="77777777" w:rsidR="00495879" w:rsidRDefault="00000000">
      <w:pPr>
        <w:pStyle w:val="Listepuces"/>
      </w:pPr>
      <w:r>
        <w:t>[Quality Assurance Framework](#quality-assurance-framework)</w:t>
      </w:r>
    </w:p>
    <w:p w14:paraId="164E12DE" w14:textId="77777777" w:rsidR="00495879" w:rsidRDefault="00000000">
      <w:pPr>
        <w:pStyle w:val="Listepuces"/>
      </w:pPr>
      <w:r>
        <w:t>[Technology Operations](#technology-operations)</w:t>
      </w:r>
    </w:p>
    <w:p w14:paraId="4C3689C4" w14:textId="77777777" w:rsidR="00495879" w:rsidRDefault="00000000">
      <w:pPr>
        <w:pStyle w:val="Listepuces"/>
      </w:pPr>
      <w:r>
        <w:t>[Capacity Planning &amp; Scaling](#capacity-planning--scaling)</w:t>
      </w:r>
    </w:p>
    <w:p w14:paraId="63500A1B" w14:textId="77777777" w:rsidR="00495879" w:rsidRDefault="00000000">
      <w:pPr>
        <w:pStyle w:val="Listepuces"/>
      </w:pPr>
      <w:r>
        <w:t>[Vendor &amp; Partner Management](#vendor--partner-management)</w:t>
      </w:r>
    </w:p>
    <w:p w14:paraId="10A088DA" w14:textId="77777777" w:rsidR="00495879" w:rsidRDefault="00000000">
      <w:pPr>
        <w:pStyle w:val="Listepuces"/>
      </w:pPr>
      <w:r>
        <w:t>[Legal &amp; Compliance](#legal--compliance)</w:t>
      </w:r>
    </w:p>
    <w:p w14:paraId="79AEBAE7" w14:textId="77777777" w:rsidR="00495879" w:rsidRDefault="00000000">
      <w:pPr>
        <w:pStyle w:val="Listepuces"/>
      </w:pPr>
      <w:r>
        <w:t>[Operational Metrics &amp; KPIs](#operational-metrics--kpis)</w:t>
      </w:r>
    </w:p>
    <w:p w14:paraId="3F453A76" w14:textId="77777777" w:rsidR="00495879" w:rsidRDefault="00000000">
      <w:r>
        <w:t>________________________________________________________________________________</w:t>
      </w:r>
    </w:p>
    <w:p w14:paraId="5DE09529" w14:textId="77777777" w:rsidR="00495879" w:rsidRDefault="00000000">
      <w:pPr>
        <w:pStyle w:val="Titre2"/>
      </w:pPr>
      <w:r>
        <w:t>🎯 VUE D'ENSEMBLE</w:t>
      </w:r>
    </w:p>
    <w:p w14:paraId="0BC72D00" w14:textId="77777777" w:rsidR="00495879" w:rsidRDefault="00000000">
      <w:pPr>
        <w:pStyle w:val="Titre3"/>
      </w:pPr>
      <w:r>
        <w:t>Philosophie Opérationnelle</w:t>
      </w:r>
    </w:p>
    <w:p w14:paraId="73160A13" w14:textId="77777777" w:rsidR="00495879" w:rsidRDefault="00000000">
      <w:r>
        <w:t xml:space="preserve">GBCM LLC opère selon le principe </w:t>
      </w:r>
      <w:r>
        <w:rPr>
          <w:b/>
        </w:rPr>
        <w:t>"Systematize to Scale"</w:t>
      </w:r>
      <w:r>
        <w:t xml:space="preserve"> - créer des processus répétables, mesurables, et améliorables qui permettent de livrer une expérience client exceptionnelle à 10× la capacité d'une firme traditionnelle.</w:t>
      </w:r>
    </w:p>
    <w:p w14:paraId="2F8D7A22" w14:textId="77777777" w:rsidR="00495879" w:rsidRDefault="00000000">
      <w:r>
        <w:rPr>
          <w:b/>
        </w:rPr>
        <w:t>Principes Fondamentaux</w:t>
      </w:r>
      <w:r>
        <w:t>:</w:t>
      </w:r>
    </w:p>
    <w:p w14:paraId="61932E4F" w14:textId="77777777" w:rsidR="00495879" w:rsidRDefault="00000000">
      <w:pPr>
        <w:pStyle w:val="Listenumros"/>
      </w:pPr>
      <w:r>
        <w:t>**🔄 Process-Driven Excellence** - Documenter et optimiser chaque workflow</w:t>
      </w:r>
    </w:p>
    <w:p w14:paraId="6664833C" w14:textId="77777777" w:rsidR="00495879" w:rsidRDefault="00000000">
      <w:pPr>
        <w:pStyle w:val="Listenumros"/>
      </w:pPr>
      <w:r>
        <w:t>**🤖 Technology-Enabled Delivery** - Automatiser 60% des interactions (vs 100% manuel)</w:t>
      </w:r>
    </w:p>
    <w:p w14:paraId="390B7C46" w14:textId="77777777" w:rsidR="00495879" w:rsidRDefault="00000000">
      <w:pPr>
        <w:pStyle w:val="Listenumros"/>
      </w:pPr>
      <w:r>
        <w:t>**📊 Data-Informed Decisions** - Mesurer tout, améliorer continuellement</w:t>
      </w:r>
    </w:p>
    <w:p w14:paraId="08AB5D5A" w14:textId="77777777" w:rsidR="00495879" w:rsidRDefault="00000000">
      <w:pPr>
        <w:pStyle w:val="Listenumros"/>
      </w:pPr>
      <w:r>
        <w:t>**🎯 Client-Centric Design** - Chaque processus commence par "Qu'est-ce que le client veut?"</w:t>
      </w:r>
    </w:p>
    <w:p w14:paraId="312909F5" w14:textId="77777777" w:rsidR="00495879" w:rsidRDefault="00000000">
      <w:pPr>
        <w:pStyle w:val="Listenumros"/>
      </w:pPr>
      <w:r>
        <w:t>**⚖️ Balance: High-Touch + High-Tech** - Humain où ça compte, tech pour efficacité</w:t>
      </w:r>
    </w:p>
    <w:p w14:paraId="0E6FC1B1" w14:textId="77777777" w:rsidR="00495879" w:rsidRDefault="00000000">
      <w:pPr>
        <w:pStyle w:val="Titre3"/>
      </w:pPr>
      <w:r>
        <w:t>Operational Model Overview</w:t>
      </w:r>
    </w:p>
    <w:p w14:paraId="706653E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┌─────────────────────────────────────────────────┐</w:t>
      </w:r>
    </w:p>
    <w:p w14:paraId="20AEA6E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CLIENT ACQUISITION                 │</w:t>
      </w:r>
    </w:p>
    <w:p w14:paraId="6744E24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(Marketing → Sales → Contract - Section 7)    │</w:t>
      </w:r>
    </w:p>
    <w:p w14:paraId="58A97DC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└────────────────────┬────────────────────────────┘</w:t>
      </w:r>
    </w:p>
    <w:p w14:paraId="794B402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↓</w:t>
      </w:r>
    </w:p>
    <w:p w14:paraId="56E880C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┌─────────────────────────────────────────────────┐</w:t>
      </w:r>
    </w:p>
    <w:p w14:paraId="30A1ABD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ONBOARDING (Week 1-2)              │</w:t>
      </w:r>
    </w:p>
    <w:p w14:paraId="454909A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Portal access → Assessment → Kickoff Call     │</w:t>
      </w:r>
    </w:p>
    <w:p w14:paraId="1E04234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└────────────────────┬────────────────────────────┘</w:t>
      </w:r>
    </w:p>
    <w:p w14:paraId="1FC981C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↓</w:t>
      </w:r>
    </w:p>
    <w:p w14:paraId="1084913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lastRenderedPageBreak/>
        <w:t>┌─────────────────────────────────────────────────┐</w:t>
      </w:r>
    </w:p>
    <w:p w14:paraId="48C4210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ONGOING DELIVERY (Months 1-12)          │</w:t>
      </w:r>
    </w:p>
    <w:p w14:paraId="2734FEC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Workshops + Coaching + AI Support + Community  │</w:t>
      </w:r>
    </w:p>
    <w:p w14:paraId="371E4F2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└────────────────────┬────────────────────────────┘</w:t>
      </w:r>
    </w:p>
    <w:p w14:paraId="20CFCD4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↓</w:t>
      </w:r>
    </w:p>
    <w:p w14:paraId="5F041B6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┌─────────────────────────────────────────────────┐</w:t>
      </w:r>
    </w:p>
    <w:p w14:paraId="3B9B1D3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CLIENT SUCCESS &amp; RENEWAL                │</w:t>
      </w:r>
    </w:p>
    <w:p w14:paraId="48BDDEE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QBRs → Renewal conversation → Upsell/Retain    │</w:t>
      </w:r>
    </w:p>
    <w:p w14:paraId="371CA4F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└─────────────────────────────────────────────────┘</w:t>
      </w:r>
    </w:p>
    <w:p w14:paraId="60F1BD9F" w14:textId="77777777" w:rsidR="00495879" w:rsidRDefault="00000000">
      <w:pPr>
        <w:pStyle w:val="Titre3"/>
      </w:pPr>
      <w:r>
        <w:t>Operational Capacity (Year 1)</w:t>
      </w:r>
    </w:p>
    <w:p w14:paraId="35045C72" w14:textId="77777777" w:rsidR="00495879" w:rsidRDefault="00000000">
      <w:r>
        <w:rPr>
          <w:b/>
        </w:rPr>
        <w:t>Team Size</w:t>
      </w:r>
      <w:r>
        <w:t>: 1 FTE (Founder) + 0.5 FTE (Virtual Assistant)</w:t>
      </w:r>
    </w:p>
    <w:p w14:paraId="035B5989" w14:textId="77777777" w:rsidR="00495879" w:rsidRDefault="00000000">
      <w:r>
        <w:rPr>
          <w:b/>
        </w:rPr>
        <w:t>Client Capacity</w:t>
      </w:r>
      <w:r>
        <w:t>:</w:t>
      </w:r>
    </w:p>
    <w:p w14:paraId="62868142" w14:textId="77777777" w:rsidR="00495879" w:rsidRDefault="00000000">
      <w:pPr>
        <w:pStyle w:val="Listepuces"/>
      </w:pPr>
      <w:r>
        <w:t>**Without AI/Tech**: 15 clients max (traditional coaching model)</w:t>
      </w:r>
    </w:p>
    <w:p w14:paraId="5D19AC6C" w14:textId="77777777" w:rsidR="00495879" w:rsidRDefault="00000000">
      <w:pPr>
        <w:pStyle w:val="Listepuces"/>
      </w:pPr>
      <w:r>
        <w:t>**With GBCM Platform**: 60 clients (4x capacity)</w:t>
      </w:r>
    </w:p>
    <w:p w14:paraId="3CF89735" w14:textId="77777777" w:rsidR="00495879" w:rsidRDefault="00000000">
      <w:pPr>
        <w:pStyle w:val="Listepuces"/>
      </w:pPr>
      <w:r>
        <w:t>40 TRANSFORM clients (workshops + light coaching)</w:t>
      </w:r>
    </w:p>
    <w:p w14:paraId="27CD9C47" w14:textId="77777777" w:rsidR="00495879" w:rsidRDefault="00000000">
      <w:pPr>
        <w:pStyle w:val="Listepuces"/>
      </w:pPr>
      <w:r>
        <w:t>10 ADVISORY clients (intensive 1-on-1)</w:t>
      </w:r>
    </w:p>
    <w:p w14:paraId="15F12956" w14:textId="77777777" w:rsidR="00495879" w:rsidRDefault="00000000">
      <w:pPr>
        <w:pStyle w:val="Listepuces"/>
      </w:pPr>
      <w:r>
        <w:t>10 PLATFORM members (self-serve, minimal touch)</w:t>
      </w:r>
    </w:p>
    <w:p w14:paraId="5FCB7E0A" w14:textId="77777777" w:rsidR="00495879" w:rsidRDefault="00000000">
      <w:r>
        <w:rPr>
          <w:b/>
        </w:rPr>
        <w:t>Hours Breakdown</w:t>
      </w:r>
      <w:r>
        <w:t xml:space="preserve"> (Founder, 50 hours/week):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0F0AB87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AF2F82" w14:textId="77777777" w:rsidR="00495879" w:rsidRDefault="00000000">
            <w:r>
              <w:rPr>
                <w:sz w:val="20"/>
              </w:rPr>
              <w:t>Activity</w:t>
            </w:r>
          </w:p>
        </w:tc>
        <w:tc>
          <w:tcPr>
            <w:tcW w:w="2160" w:type="dxa"/>
          </w:tcPr>
          <w:p w14:paraId="07BE5AF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Hours/Week</w:t>
            </w:r>
          </w:p>
        </w:tc>
        <w:tc>
          <w:tcPr>
            <w:tcW w:w="2160" w:type="dxa"/>
          </w:tcPr>
          <w:p w14:paraId="2CB41C7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Time</w:t>
            </w:r>
          </w:p>
        </w:tc>
        <w:tc>
          <w:tcPr>
            <w:tcW w:w="2160" w:type="dxa"/>
          </w:tcPr>
          <w:p w14:paraId="14B56C5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Clients Impacted</w:t>
            </w:r>
          </w:p>
        </w:tc>
      </w:tr>
      <w:tr w:rsidR="00495879" w14:paraId="0A06383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952E201" w14:textId="77777777" w:rsidR="00495879" w:rsidRDefault="00000000">
            <w:r>
              <w:t>**Client Delivery**</w:t>
            </w:r>
          </w:p>
        </w:tc>
        <w:tc>
          <w:tcPr>
            <w:tcW w:w="2160" w:type="dxa"/>
          </w:tcPr>
          <w:p w14:paraId="6BB50C1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2160" w:type="dxa"/>
          </w:tcPr>
          <w:p w14:paraId="1B9EA6E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50%</w:t>
            </w:r>
          </w:p>
        </w:tc>
        <w:tc>
          <w:tcPr>
            <w:tcW w:w="2160" w:type="dxa"/>
          </w:tcPr>
          <w:p w14:paraId="3074C06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</w:t>
            </w:r>
          </w:p>
        </w:tc>
      </w:tr>
      <w:tr w:rsidR="00495879" w14:paraId="7313BD5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BA84990" w14:textId="77777777" w:rsidR="00495879" w:rsidRDefault="00000000">
            <w:r>
              <w:t>- 1-on-1 Coaching</w:t>
            </w:r>
          </w:p>
        </w:tc>
        <w:tc>
          <w:tcPr>
            <w:tcW w:w="2160" w:type="dxa"/>
          </w:tcPr>
          <w:p w14:paraId="721AE52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2160" w:type="dxa"/>
          </w:tcPr>
          <w:p w14:paraId="0CD5690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20%</w:t>
            </w:r>
          </w:p>
        </w:tc>
        <w:tc>
          <w:tcPr>
            <w:tcW w:w="2160" w:type="dxa"/>
          </w:tcPr>
          <w:p w14:paraId="722AE80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ADVISORY (10h)</w:t>
            </w:r>
          </w:p>
        </w:tc>
      </w:tr>
      <w:tr w:rsidR="00495879" w14:paraId="6F7C7AD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7529A93" w14:textId="77777777" w:rsidR="00495879" w:rsidRDefault="00000000">
            <w:r>
              <w:t>- Workshop Facilitation</w:t>
            </w:r>
          </w:p>
        </w:tc>
        <w:tc>
          <w:tcPr>
            <w:tcW w:w="2160" w:type="dxa"/>
          </w:tcPr>
          <w:p w14:paraId="1700E4A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2160" w:type="dxa"/>
          </w:tcPr>
          <w:p w14:paraId="184FA53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12%</w:t>
            </w:r>
          </w:p>
        </w:tc>
        <w:tc>
          <w:tcPr>
            <w:tcW w:w="2160" w:type="dxa"/>
          </w:tcPr>
          <w:p w14:paraId="4281253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TRANSFORM (2×3h)</w:t>
            </w:r>
          </w:p>
        </w:tc>
      </w:tr>
      <w:tr w:rsidR="00495879" w14:paraId="21D67FB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581E3ED" w14:textId="77777777" w:rsidR="00495879" w:rsidRDefault="00000000">
            <w:r>
              <w:t>- Client Prep &amp; Follow-up</w:t>
            </w:r>
          </w:p>
        </w:tc>
        <w:tc>
          <w:tcPr>
            <w:tcW w:w="2160" w:type="dxa"/>
          </w:tcPr>
          <w:p w14:paraId="3311AFC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160" w:type="dxa"/>
          </w:tcPr>
          <w:p w14:paraId="48910D0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10%</w:t>
            </w:r>
          </w:p>
        </w:tc>
        <w:tc>
          <w:tcPr>
            <w:tcW w:w="2160" w:type="dxa"/>
          </w:tcPr>
          <w:p w14:paraId="7FACC38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All</w:t>
            </w:r>
          </w:p>
        </w:tc>
      </w:tr>
      <w:tr w:rsidR="00495879" w14:paraId="7B5EF3A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CEE6F9D" w14:textId="77777777" w:rsidR="00495879" w:rsidRDefault="00000000">
            <w:r>
              <w:t>- Async Support (Slack, AI oversight)</w:t>
            </w:r>
          </w:p>
        </w:tc>
        <w:tc>
          <w:tcPr>
            <w:tcW w:w="2160" w:type="dxa"/>
          </w:tcPr>
          <w:p w14:paraId="223CB59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2160" w:type="dxa"/>
          </w:tcPr>
          <w:p w14:paraId="0E0F87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2160" w:type="dxa"/>
          </w:tcPr>
          <w:p w14:paraId="04BDAB3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</w:t>
            </w:r>
          </w:p>
        </w:tc>
      </w:tr>
      <w:tr w:rsidR="00495879" w14:paraId="0DCE2A0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4B5A210" w14:textId="77777777" w:rsidR="00495879" w:rsidRDefault="00000000">
            <w:r>
              <w:t>**Business Development**</w:t>
            </w:r>
          </w:p>
        </w:tc>
        <w:tc>
          <w:tcPr>
            <w:tcW w:w="2160" w:type="dxa"/>
          </w:tcPr>
          <w:p w14:paraId="4716FE6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2160" w:type="dxa"/>
          </w:tcPr>
          <w:p w14:paraId="58299C6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20%</w:t>
            </w:r>
          </w:p>
        </w:tc>
        <w:tc>
          <w:tcPr>
            <w:tcW w:w="2160" w:type="dxa"/>
          </w:tcPr>
          <w:p w14:paraId="4F626B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Pipeline</w:t>
            </w:r>
          </w:p>
        </w:tc>
      </w:tr>
      <w:tr w:rsidR="00495879" w14:paraId="212F100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93036B9" w14:textId="77777777" w:rsidR="00495879" w:rsidRDefault="00000000">
            <w:r>
              <w:t>- Sales Calls</w:t>
            </w:r>
          </w:p>
        </w:tc>
        <w:tc>
          <w:tcPr>
            <w:tcW w:w="2160" w:type="dxa"/>
          </w:tcPr>
          <w:p w14:paraId="09B036A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160" w:type="dxa"/>
          </w:tcPr>
          <w:p w14:paraId="482E015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10%</w:t>
            </w:r>
          </w:p>
        </w:tc>
        <w:tc>
          <w:tcPr>
            <w:tcW w:w="2160" w:type="dxa"/>
          </w:tcPr>
          <w:p w14:paraId="27F5F119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539F0FC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587462C" w14:textId="77777777" w:rsidR="00495879" w:rsidRDefault="00000000">
            <w:r>
              <w:t>- Networking &amp; Partnerships</w:t>
            </w:r>
          </w:p>
        </w:tc>
        <w:tc>
          <w:tcPr>
            <w:tcW w:w="2160" w:type="dxa"/>
          </w:tcPr>
          <w:p w14:paraId="519BC71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160" w:type="dxa"/>
          </w:tcPr>
          <w:p w14:paraId="6031DE0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6%</w:t>
            </w:r>
          </w:p>
        </w:tc>
        <w:tc>
          <w:tcPr>
            <w:tcW w:w="2160" w:type="dxa"/>
          </w:tcPr>
          <w:p w14:paraId="741E909F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48C9059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82E4F58" w14:textId="77777777" w:rsidR="00495879" w:rsidRDefault="00000000">
            <w:r>
              <w:t>- Content Creation</w:t>
            </w:r>
          </w:p>
        </w:tc>
        <w:tc>
          <w:tcPr>
            <w:tcW w:w="2160" w:type="dxa"/>
          </w:tcPr>
          <w:p w14:paraId="43A69F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2160" w:type="dxa"/>
          </w:tcPr>
          <w:p w14:paraId="6A5374A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4%</w:t>
            </w:r>
          </w:p>
        </w:tc>
        <w:tc>
          <w:tcPr>
            <w:tcW w:w="2160" w:type="dxa"/>
          </w:tcPr>
          <w:p w14:paraId="1EAF5E80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3A77927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E7D7A1" w14:textId="77777777" w:rsidR="00495879" w:rsidRDefault="00000000">
            <w:r>
              <w:t>**Operations &amp; Admin**</w:t>
            </w:r>
          </w:p>
        </w:tc>
        <w:tc>
          <w:tcPr>
            <w:tcW w:w="2160" w:type="dxa"/>
          </w:tcPr>
          <w:p w14:paraId="734825A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</w:t>
            </w:r>
          </w:p>
        </w:tc>
        <w:tc>
          <w:tcPr>
            <w:tcW w:w="2160" w:type="dxa"/>
          </w:tcPr>
          <w:p w14:paraId="31D9ACF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16%</w:t>
            </w:r>
          </w:p>
        </w:tc>
        <w:tc>
          <w:tcPr>
            <w:tcW w:w="2160" w:type="dxa"/>
          </w:tcPr>
          <w:p w14:paraId="06CE7BF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</w:tr>
      <w:tr w:rsidR="00495879" w14:paraId="15AEC9A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839EAB8" w14:textId="77777777" w:rsidR="00495879" w:rsidRDefault="00000000">
            <w:r>
              <w:t>- Team Management (VA)</w:t>
            </w:r>
          </w:p>
        </w:tc>
        <w:tc>
          <w:tcPr>
            <w:tcW w:w="2160" w:type="dxa"/>
          </w:tcPr>
          <w:p w14:paraId="00EE5D6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2160" w:type="dxa"/>
          </w:tcPr>
          <w:p w14:paraId="5380FF1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4%</w:t>
            </w:r>
          </w:p>
        </w:tc>
        <w:tc>
          <w:tcPr>
            <w:tcW w:w="2160" w:type="dxa"/>
          </w:tcPr>
          <w:p w14:paraId="16C81A89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2683A9D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D7A8A8B" w14:textId="77777777" w:rsidR="00495879" w:rsidRDefault="00000000">
            <w:r>
              <w:t>- Finance &amp; Reporting</w:t>
            </w:r>
          </w:p>
        </w:tc>
        <w:tc>
          <w:tcPr>
            <w:tcW w:w="2160" w:type="dxa"/>
          </w:tcPr>
          <w:p w14:paraId="1121DAE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2160" w:type="dxa"/>
          </w:tcPr>
          <w:p w14:paraId="5AD792A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4%</w:t>
            </w:r>
          </w:p>
        </w:tc>
        <w:tc>
          <w:tcPr>
            <w:tcW w:w="2160" w:type="dxa"/>
          </w:tcPr>
          <w:p w14:paraId="1B22F0FC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7F27EC0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4189DF0" w14:textId="77777777" w:rsidR="00495879" w:rsidRDefault="00000000">
            <w:r>
              <w:t>- Platform Maintenance</w:t>
            </w:r>
          </w:p>
        </w:tc>
        <w:tc>
          <w:tcPr>
            <w:tcW w:w="2160" w:type="dxa"/>
          </w:tcPr>
          <w:p w14:paraId="5F6FD66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2160" w:type="dxa"/>
          </w:tcPr>
          <w:p w14:paraId="6082166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4%</w:t>
            </w:r>
          </w:p>
        </w:tc>
        <w:tc>
          <w:tcPr>
            <w:tcW w:w="2160" w:type="dxa"/>
          </w:tcPr>
          <w:p w14:paraId="79A30C9D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6AA904B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995BDB4" w14:textId="77777777" w:rsidR="00495879" w:rsidRDefault="00000000">
            <w:r>
              <w:t>- Planning &amp; Strategy</w:t>
            </w:r>
          </w:p>
        </w:tc>
        <w:tc>
          <w:tcPr>
            <w:tcW w:w="2160" w:type="dxa"/>
          </w:tcPr>
          <w:p w14:paraId="409B660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2160" w:type="dxa"/>
          </w:tcPr>
          <w:p w14:paraId="24A6DB6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4%</w:t>
            </w:r>
          </w:p>
        </w:tc>
        <w:tc>
          <w:tcPr>
            <w:tcW w:w="2160" w:type="dxa"/>
          </w:tcPr>
          <w:p w14:paraId="303B3690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474BCD2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12772A4" w14:textId="77777777" w:rsidR="00495879" w:rsidRDefault="00000000">
            <w:r>
              <w:t>**Learning &amp; Development**</w:t>
            </w:r>
          </w:p>
        </w:tc>
        <w:tc>
          <w:tcPr>
            <w:tcW w:w="2160" w:type="dxa"/>
          </w:tcPr>
          <w:p w14:paraId="1165EF5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2160" w:type="dxa"/>
          </w:tcPr>
          <w:p w14:paraId="0E9AEC7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8%</w:t>
            </w:r>
          </w:p>
        </w:tc>
        <w:tc>
          <w:tcPr>
            <w:tcW w:w="2160" w:type="dxa"/>
          </w:tcPr>
          <w:p w14:paraId="686D61B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495879" w14:paraId="17EE3A1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20A392B" w14:textId="77777777" w:rsidR="00495879" w:rsidRDefault="00000000">
            <w:r>
              <w:lastRenderedPageBreak/>
              <w:t>**Buffer (Emergencies, Breaks)**</w:t>
            </w:r>
          </w:p>
        </w:tc>
        <w:tc>
          <w:tcPr>
            <w:tcW w:w="2160" w:type="dxa"/>
          </w:tcPr>
          <w:p w14:paraId="1D4004F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160" w:type="dxa"/>
          </w:tcPr>
          <w:p w14:paraId="3C0AF8C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6%</w:t>
            </w:r>
          </w:p>
        </w:tc>
        <w:tc>
          <w:tcPr>
            <w:tcW w:w="2160" w:type="dxa"/>
          </w:tcPr>
          <w:p w14:paraId="0BF6D8F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</w:t>
            </w:r>
          </w:p>
        </w:tc>
      </w:tr>
    </w:tbl>
    <w:p w14:paraId="2936A32D" w14:textId="77777777" w:rsidR="00495879" w:rsidRDefault="00495879"/>
    <w:p w14:paraId="301EB8A2" w14:textId="77777777" w:rsidR="00495879" w:rsidRDefault="00000000">
      <w:r>
        <w:rPr>
          <w:b/>
        </w:rPr>
        <w:t>Virtual Assistant (20 hours/week)</w:t>
      </w:r>
      <w:r>
        <w:t>:</w:t>
      </w:r>
    </w:p>
    <w:p w14:paraId="259DFD0A" w14:textId="77777777" w:rsidR="00495879" w:rsidRDefault="00000000">
      <w:pPr>
        <w:pStyle w:val="Listepuces"/>
      </w:pPr>
      <w:r>
        <w:t>Email management &amp; scheduling (5h)</w:t>
      </w:r>
    </w:p>
    <w:p w14:paraId="39012879" w14:textId="77777777" w:rsidR="00495879" w:rsidRDefault="00000000">
      <w:pPr>
        <w:pStyle w:val="Listepuces"/>
      </w:pPr>
      <w:r>
        <w:t>Social media posting (5h)</w:t>
      </w:r>
    </w:p>
    <w:p w14:paraId="7C7A7A80" w14:textId="77777777" w:rsidR="00495879" w:rsidRDefault="00000000">
      <w:pPr>
        <w:pStyle w:val="Listepuces"/>
      </w:pPr>
      <w:r>
        <w:t>Content repurposing (video editing, graphics) (5h)</w:t>
      </w:r>
    </w:p>
    <w:p w14:paraId="01BA8AD2" w14:textId="77777777" w:rsidR="00495879" w:rsidRDefault="00000000">
      <w:pPr>
        <w:pStyle w:val="Listepuces"/>
      </w:pPr>
      <w:r>
        <w:t>Client support (portal questions, tech help) (3h)</w:t>
      </w:r>
    </w:p>
    <w:p w14:paraId="6C6C59C0" w14:textId="77777777" w:rsidR="00495879" w:rsidRDefault="00000000">
      <w:pPr>
        <w:pStyle w:val="Listepuces"/>
      </w:pPr>
      <w:r>
        <w:t>Administrative tasks (invoicing, data entry) (2h)</w:t>
      </w:r>
    </w:p>
    <w:p w14:paraId="13BC1530" w14:textId="77777777" w:rsidR="00495879" w:rsidRDefault="00000000">
      <w:r>
        <w:t>________________________________________________________________________________</w:t>
      </w:r>
    </w:p>
    <w:p w14:paraId="3185955A" w14:textId="77777777" w:rsidR="00495879" w:rsidRDefault="00000000">
      <w:pPr>
        <w:pStyle w:val="Titre2"/>
      </w:pPr>
      <w:r>
        <w:t>🚀 SERVICE DELIVERY MODEL</w:t>
      </w:r>
    </w:p>
    <w:p w14:paraId="6CBF5909" w14:textId="77777777" w:rsidR="00495879" w:rsidRDefault="00000000">
      <w:pPr>
        <w:pStyle w:val="Titre3"/>
      </w:pPr>
      <w:r>
        <w:t>TRANSFORM Programs Delivery</w:t>
      </w:r>
    </w:p>
    <w:p w14:paraId="03C7A915" w14:textId="77777777" w:rsidR="00495879" w:rsidRDefault="00000000">
      <w:pPr>
        <w:pStyle w:val="Titre4"/>
      </w:pPr>
      <w:r>
        <w:t>Monthly Workshops (Group, 3 hours)</w:t>
      </w:r>
    </w:p>
    <w:p w14:paraId="1DAE3305" w14:textId="77777777" w:rsidR="00495879" w:rsidRDefault="00000000">
      <w:r>
        <w:rPr>
          <w:b/>
        </w:rPr>
        <w:t>Format</w:t>
      </w:r>
      <w:r>
        <w:t>: Virtual (Zoom) + Recordings</w:t>
      </w:r>
    </w:p>
    <w:p w14:paraId="3EE7F69F" w14:textId="77777777" w:rsidR="00495879" w:rsidRDefault="00000000">
      <w:r>
        <w:rPr>
          <w:b/>
        </w:rPr>
        <w:t>Schedule</w:t>
      </w:r>
      <w:r>
        <w:t>: 2nd Tuesday of each month, 1pm-4pm ET</w:t>
      </w:r>
    </w:p>
    <w:p w14:paraId="63ED0741" w14:textId="77777777" w:rsidR="00495879" w:rsidRDefault="00000000">
      <w:r>
        <w:rPr>
          <w:b/>
        </w:rPr>
        <w:t>Attendees</w:t>
      </w:r>
      <w:r>
        <w:t>: All TRANSFORM clients (Growth, Scale, Transform tiers)</w:t>
      </w:r>
    </w:p>
    <w:p w14:paraId="173C2C1F" w14:textId="77777777" w:rsidR="00495879" w:rsidRDefault="00000000">
      <w:r>
        <w:rPr>
          <w:b/>
        </w:rPr>
        <w:t>Agenda Template</w:t>
      </w:r>
      <w:r>
        <w:t>:</w:t>
      </w:r>
    </w:p>
    <w:p w14:paraId="7A755D2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1:00-1:15 PM | WELCOME &amp; CHECK-IN</w:t>
      </w:r>
    </w:p>
    <w:p w14:paraId="038299D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Icebreaker question</w:t>
      </w:r>
    </w:p>
    <w:p w14:paraId="4454F22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Wins &amp; challenges from last month</w:t>
      </w:r>
    </w:p>
    <w:p w14:paraId="09DB61B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Set intentions for today</w:t>
      </w:r>
    </w:p>
    <w:p w14:paraId="4041951C" w14:textId="77777777" w:rsidR="00495879" w:rsidRDefault="00495879">
      <w:pPr>
        <w:pStyle w:val="Sansinterligne"/>
      </w:pPr>
    </w:p>
    <w:p w14:paraId="2F0219E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1:15-2:30 PM | CORE TEACHING (75 min)</w:t>
      </w:r>
    </w:p>
    <w:p w14:paraId="7EA89EB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Framework introduction (Scale Framework dimension)</w:t>
      </w:r>
    </w:p>
    <w:p w14:paraId="25DEA11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Case study / real-world example</w:t>
      </w:r>
    </w:p>
    <w:p w14:paraId="68D7911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Interactive exercise (breakout rooms)</w:t>
      </w:r>
    </w:p>
    <w:p w14:paraId="30E67BCC" w14:textId="77777777" w:rsidR="00495879" w:rsidRDefault="00495879">
      <w:pPr>
        <w:pStyle w:val="Sansinterligne"/>
      </w:pPr>
    </w:p>
    <w:p w14:paraId="1528036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2:30-2:45 PM | BREAK</w:t>
      </w:r>
    </w:p>
    <w:p w14:paraId="3B18168F" w14:textId="77777777" w:rsidR="00495879" w:rsidRDefault="00495879">
      <w:pPr>
        <w:pStyle w:val="Sansinterligne"/>
      </w:pPr>
    </w:p>
    <w:p w14:paraId="26263B0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2:45-3:30 PM | APPLICATION &amp; Q&amp;A (45 min)</w:t>
      </w:r>
    </w:p>
    <w:p w14:paraId="23B23AA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Participants apply to their business (worksheets)</w:t>
      </w:r>
    </w:p>
    <w:p w14:paraId="0781EA3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Group coaching (hot seats)</w:t>
      </w:r>
    </w:p>
    <w:p w14:paraId="1E034B5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Peer feedback &amp; accountability</w:t>
      </w:r>
    </w:p>
    <w:p w14:paraId="7F6E6979" w14:textId="77777777" w:rsidR="00495879" w:rsidRDefault="00495879">
      <w:pPr>
        <w:pStyle w:val="Sansinterligne"/>
      </w:pPr>
    </w:p>
    <w:p w14:paraId="49D1467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3:30-3:55 PM | ACTION PLANNING (25 min)</w:t>
      </w:r>
    </w:p>
    <w:p w14:paraId="7C89E2E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Each person commits to 1-3 actions</w:t>
      </w:r>
    </w:p>
    <w:p w14:paraId="50D1B7C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Share in chat + accountability partners</w:t>
      </w:r>
    </w:p>
    <w:p w14:paraId="1884A98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Preview next month's topic</w:t>
      </w:r>
    </w:p>
    <w:p w14:paraId="3467B3FF" w14:textId="77777777" w:rsidR="00495879" w:rsidRDefault="00495879">
      <w:pPr>
        <w:pStyle w:val="Sansinterligne"/>
      </w:pPr>
    </w:p>
    <w:p w14:paraId="09711A5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3:55-4:00 PM | CLOSE</w:t>
      </w:r>
    </w:p>
    <w:p w14:paraId="530BB01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Final questions</w:t>
      </w:r>
    </w:p>
    <w:p w14:paraId="026EC58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Reminder: Office hours (Thursday 10am)</w:t>
      </w:r>
    </w:p>
    <w:p w14:paraId="6E9BE8B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lastRenderedPageBreak/>
        <w:t>- Post-workshop survey</w:t>
      </w:r>
    </w:p>
    <w:p w14:paraId="6E3A8752" w14:textId="77777777" w:rsidR="00495879" w:rsidRDefault="00000000">
      <w:r>
        <w:rPr>
          <w:b/>
        </w:rPr>
        <w:t>Content Roadmap (12 Workshops/Year)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39F82C9C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6664E66" w14:textId="77777777" w:rsidR="00495879" w:rsidRDefault="00000000">
            <w:r>
              <w:rPr>
                <w:sz w:val="20"/>
              </w:rPr>
              <w:t>Month</w:t>
            </w:r>
          </w:p>
        </w:tc>
        <w:tc>
          <w:tcPr>
            <w:tcW w:w="2880" w:type="dxa"/>
          </w:tcPr>
          <w:p w14:paraId="2DDA716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Topic</w:t>
            </w:r>
          </w:p>
        </w:tc>
        <w:tc>
          <w:tcPr>
            <w:tcW w:w="2880" w:type="dxa"/>
          </w:tcPr>
          <w:p w14:paraId="303D47C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Scale Framework Dimension</w:t>
            </w:r>
          </w:p>
        </w:tc>
      </w:tr>
      <w:tr w:rsidR="00495879" w14:paraId="5F40E2A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0D42BCD" w14:textId="77777777" w:rsidR="00495879" w:rsidRDefault="00000000">
            <w:r>
              <w:t>**Jan**</w:t>
            </w:r>
          </w:p>
        </w:tc>
        <w:tc>
          <w:tcPr>
            <w:tcW w:w="2880" w:type="dxa"/>
          </w:tcPr>
          <w:p w14:paraId="66A103C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Vision &amp; Strategy for 2026</w:t>
            </w:r>
          </w:p>
        </w:tc>
        <w:tc>
          <w:tcPr>
            <w:tcW w:w="2880" w:type="dxa"/>
          </w:tcPr>
          <w:p w14:paraId="4A19EA5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Leadership &amp; Vision</w:t>
            </w:r>
          </w:p>
        </w:tc>
      </w:tr>
      <w:tr w:rsidR="00495879" w14:paraId="2D0A329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7430318" w14:textId="77777777" w:rsidR="00495879" w:rsidRDefault="00000000">
            <w:r>
              <w:t>**Feb**</w:t>
            </w:r>
          </w:p>
        </w:tc>
        <w:tc>
          <w:tcPr>
            <w:tcW w:w="2880" w:type="dxa"/>
          </w:tcPr>
          <w:p w14:paraId="40DA89E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Building High-Performance Teams</w:t>
            </w:r>
          </w:p>
        </w:tc>
        <w:tc>
          <w:tcPr>
            <w:tcW w:w="2880" w:type="dxa"/>
          </w:tcPr>
          <w:p w14:paraId="1AEA63F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Team &amp; Culture</w:t>
            </w:r>
          </w:p>
        </w:tc>
      </w:tr>
      <w:tr w:rsidR="00495879" w14:paraId="63A167F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B443467" w14:textId="77777777" w:rsidR="00495879" w:rsidRDefault="00000000">
            <w:r>
              <w:t>**Mar**</w:t>
            </w:r>
          </w:p>
        </w:tc>
        <w:tc>
          <w:tcPr>
            <w:tcW w:w="2880" w:type="dxa"/>
          </w:tcPr>
          <w:p w14:paraId="029B5A4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Operations Excellence &amp; Systems</w:t>
            </w:r>
          </w:p>
        </w:tc>
        <w:tc>
          <w:tcPr>
            <w:tcW w:w="2880" w:type="dxa"/>
          </w:tcPr>
          <w:p w14:paraId="1CE3A0E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Operations &amp; Systems</w:t>
            </w:r>
          </w:p>
        </w:tc>
      </w:tr>
      <w:tr w:rsidR="00495879" w14:paraId="05455EC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21F0EC1" w14:textId="77777777" w:rsidR="00495879" w:rsidRDefault="00000000">
            <w:r>
              <w:t>**Apr**</w:t>
            </w:r>
          </w:p>
        </w:tc>
        <w:tc>
          <w:tcPr>
            <w:tcW w:w="2880" w:type="dxa"/>
          </w:tcPr>
          <w:p w14:paraId="3C85E4A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Financial Mastery for CEOs</w:t>
            </w:r>
          </w:p>
        </w:tc>
        <w:tc>
          <w:tcPr>
            <w:tcW w:w="2880" w:type="dxa"/>
          </w:tcPr>
          <w:p w14:paraId="77A1624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Financial Management</w:t>
            </w:r>
          </w:p>
        </w:tc>
      </w:tr>
      <w:tr w:rsidR="00495879" w14:paraId="5613253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1517EF6" w14:textId="77777777" w:rsidR="00495879" w:rsidRDefault="00000000">
            <w:r>
              <w:t>**May**</w:t>
            </w:r>
          </w:p>
        </w:tc>
        <w:tc>
          <w:tcPr>
            <w:tcW w:w="2880" w:type="dxa"/>
          </w:tcPr>
          <w:p w14:paraId="3E80839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Sales &amp; Marketing Alignment</w:t>
            </w:r>
          </w:p>
        </w:tc>
        <w:tc>
          <w:tcPr>
            <w:tcW w:w="2880" w:type="dxa"/>
          </w:tcPr>
          <w:p w14:paraId="634480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Sales &amp; Marketing</w:t>
            </w:r>
          </w:p>
        </w:tc>
      </w:tr>
      <w:tr w:rsidR="00495879" w14:paraId="52871F8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786B6DF" w14:textId="77777777" w:rsidR="00495879" w:rsidRDefault="00000000">
            <w:r>
              <w:t>**Jun**</w:t>
            </w:r>
          </w:p>
        </w:tc>
        <w:tc>
          <w:tcPr>
            <w:tcW w:w="2880" w:type="dxa"/>
          </w:tcPr>
          <w:p w14:paraId="46225C5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Product/Service Excellence</w:t>
            </w:r>
          </w:p>
        </w:tc>
        <w:tc>
          <w:tcPr>
            <w:tcW w:w="2880" w:type="dxa"/>
          </w:tcPr>
          <w:p w14:paraId="2F3D021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Product/Service</w:t>
            </w:r>
          </w:p>
        </w:tc>
      </w:tr>
      <w:tr w:rsidR="00495879" w14:paraId="34B4821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4D23838" w14:textId="77777777" w:rsidR="00495879" w:rsidRDefault="00000000">
            <w:r>
              <w:t>**Jul**</w:t>
            </w:r>
          </w:p>
        </w:tc>
        <w:tc>
          <w:tcPr>
            <w:tcW w:w="2880" w:type="dxa"/>
          </w:tcPr>
          <w:p w14:paraId="2FC3879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Customer Experience Design</w:t>
            </w:r>
          </w:p>
        </w:tc>
        <w:tc>
          <w:tcPr>
            <w:tcW w:w="2880" w:type="dxa"/>
          </w:tcPr>
          <w:p w14:paraId="7B34D3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Customer Experience</w:t>
            </w:r>
          </w:p>
        </w:tc>
      </w:tr>
      <w:tr w:rsidR="00495879" w14:paraId="0028252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BEFCB22" w14:textId="77777777" w:rsidR="00495879" w:rsidRDefault="00000000">
            <w:r>
              <w:t>**Aug**</w:t>
            </w:r>
          </w:p>
        </w:tc>
        <w:tc>
          <w:tcPr>
            <w:tcW w:w="2880" w:type="dxa"/>
          </w:tcPr>
          <w:p w14:paraId="095086D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Innovation &amp; Adaptability</w:t>
            </w:r>
          </w:p>
        </w:tc>
        <w:tc>
          <w:tcPr>
            <w:tcW w:w="2880" w:type="dxa"/>
          </w:tcPr>
          <w:p w14:paraId="71525F8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Innovation</w:t>
            </w:r>
          </w:p>
        </w:tc>
      </w:tr>
      <w:tr w:rsidR="00495879" w14:paraId="1C7CF5E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F24F6FF" w14:textId="77777777" w:rsidR="00495879" w:rsidRDefault="00000000">
            <w:r>
              <w:t>**Sep**</w:t>
            </w:r>
          </w:p>
        </w:tc>
        <w:tc>
          <w:tcPr>
            <w:tcW w:w="2880" w:type="dxa"/>
          </w:tcPr>
          <w:p w14:paraId="68245B3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Q4 Planning &amp; Goal-Setting</w:t>
            </w:r>
          </w:p>
        </w:tc>
        <w:tc>
          <w:tcPr>
            <w:tcW w:w="2880" w:type="dxa"/>
          </w:tcPr>
          <w:p w14:paraId="55CC5F9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Leadership &amp; Vision</w:t>
            </w:r>
          </w:p>
        </w:tc>
      </w:tr>
      <w:tr w:rsidR="00495879" w14:paraId="4B64440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0F39AE2" w14:textId="77777777" w:rsidR="00495879" w:rsidRDefault="00000000">
            <w:r>
              <w:t>**Oct**</w:t>
            </w:r>
          </w:p>
        </w:tc>
        <w:tc>
          <w:tcPr>
            <w:tcW w:w="2880" w:type="dxa"/>
          </w:tcPr>
          <w:p w14:paraId="1C89876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Scaling Your Team (Hiring)</w:t>
            </w:r>
          </w:p>
        </w:tc>
        <w:tc>
          <w:tcPr>
            <w:tcW w:w="2880" w:type="dxa"/>
          </w:tcPr>
          <w:p w14:paraId="631C2FD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Team &amp; Culture</w:t>
            </w:r>
          </w:p>
        </w:tc>
      </w:tr>
      <w:tr w:rsidR="00495879" w14:paraId="38FA649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091A3F1" w14:textId="77777777" w:rsidR="00495879" w:rsidRDefault="00000000">
            <w:r>
              <w:t>**Nov**</w:t>
            </w:r>
          </w:p>
        </w:tc>
        <w:tc>
          <w:tcPr>
            <w:tcW w:w="2880" w:type="dxa"/>
          </w:tcPr>
          <w:p w14:paraId="4E4B3CA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Cash Flow &amp; Profitability</w:t>
            </w:r>
          </w:p>
        </w:tc>
        <w:tc>
          <w:tcPr>
            <w:tcW w:w="2880" w:type="dxa"/>
          </w:tcPr>
          <w:p w14:paraId="3761AB6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Financial Management</w:t>
            </w:r>
          </w:p>
        </w:tc>
      </w:tr>
      <w:tr w:rsidR="00495879" w14:paraId="0A394D3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8F2CA13" w14:textId="77777777" w:rsidR="00495879" w:rsidRDefault="00000000">
            <w:r>
              <w:t>**Dec**</w:t>
            </w:r>
          </w:p>
        </w:tc>
        <w:tc>
          <w:tcPr>
            <w:tcW w:w="2880" w:type="dxa"/>
          </w:tcPr>
          <w:p w14:paraId="153F427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Year in Review + 2027 Vision</w:t>
            </w:r>
          </w:p>
        </w:tc>
        <w:tc>
          <w:tcPr>
            <w:tcW w:w="2880" w:type="dxa"/>
          </w:tcPr>
          <w:p w14:paraId="36E4FFE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All Dimensions</w:t>
            </w:r>
          </w:p>
        </w:tc>
      </w:tr>
    </w:tbl>
    <w:p w14:paraId="535498E3" w14:textId="77777777" w:rsidR="00495879" w:rsidRDefault="00495879"/>
    <w:p w14:paraId="6F7A2F1A" w14:textId="77777777" w:rsidR="00495879" w:rsidRDefault="00000000">
      <w:r>
        <w:rPr>
          <w:b/>
        </w:rPr>
        <w:t>Workshop Preparation</w:t>
      </w:r>
      <w:r>
        <w:t xml:space="preserve"> (Coach - 5 hours/workshop):</w:t>
      </w:r>
    </w:p>
    <w:p w14:paraId="3D6DF534" w14:textId="77777777" w:rsidR="00495879" w:rsidRDefault="00000000">
      <w:pPr>
        <w:pStyle w:val="Listepuces"/>
      </w:pPr>
      <w:r>
        <w:t>Content creation: 2 hours (slides, exercises, handouts)</w:t>
      </w:r>
    </w:p>
    <w:p w14:paraId="3E649000" w14:textId="77777777" w:rsidR="00495879" w:rsidRDefault="00000000">
      <w:pPr>
        <w:pStyle w:val="Listepuces"/>
      </w:pPr>
      <w:r>
        <w:t>Rehearsal: 1 hour (first time), 0.5 hours (repeat)</w:t>
      </w:r>
    </w:p>
    <w:p w14:paraId="32F52E1C" w14:textId="77777777" w:rsidR="00495879" w:rsidRDefault="00000000">
      <w:pPr>
        <w:pStyle w:val="Listepuces"/>
      </w:pPr>
      <w:r>
        <w:t>Tech setup &amp; materials upload: 0.5 hours</w:t>
      </w:r>
    </w:p>
    <w:p w14:paraId="02F6C769" w14:textId="77777777" w:rsidR="00495879" w:rsidRDefault="00000000">
      <w:pPr>
        <w:pStyle w:val="Listepuces"/>
      </w:pPr>
      <w:r>
        <w:t>Pre-workshop email (agenda, prep work): 0.5 hours</w:t>
      </w:r>
    </w:p>
    <w:p w14:paraId="504CB573" w14:textId="77777777" w:rsidR="00495879" w:rsidRDefault="00000000">
      <w:pPr>
        <w:pStyle w:val="Listepuces"/>
      </w:pPr>
      <w:r>
        <w:t>Post-workshop follow-up (recording, action items, survey): 1 hour</w:t>
      </w:r>
    </w:p>
    <w:p w14:paraId="29D9E05C" w14:textId="77777777" w:rsidR="00495879" w:rsidRDefault="00000000">
      <w:r>
        <w:rPr>
          <w:b/>
        </w:rPr>
        <w:t>Workshop Delivery</w:t>
      </w:r>
      <w:r>
        <w:t xml:space="preserve"> (Coach - 3 hours):</w:t>
      </w:r>
    </w:p>
    <w:p w14:paraId="26810343" w14:textId="77777777" w:rsidR="00495879" w:rsidRDefault="00000000">
      <w:pPr>
        <w:pStyle w:val="Listepuces"/>
      </w:pPr>
      <w:r>
        <w:t>Live facilitation: 3 hours</w:t>
      </w:r>
    </w:p>
    <w:p w14:paraId="3E66F303" w14:textId="77777777" w:rsidR="00495879" w:rsidRDefault="00000000">
      <w:pPr>
        <w:pStyle w:val="Listepuces"/>
      </w:pPr>
      <w:r>
        <w:t>(Recording auto-uploads, VA handles editing/distribution)</w:t>
      </w:r>
    </w:p>
    <w:p w14:paraId="0E85937C" w14:textId="77777777" w:rsidR="00495879" w:rsidRDefault="00000000">
      <w:r>
        <w:rPr>
          <w:b/>
        </w:rPr>
        <w:t>Technology</w:t>
      </w:r>
      <w:r>
        <w:t>:</w:t>
      </w:r>
    </w:p>
    <w:p w14:paraId="3577A3E9" w14:textId="77777777" w:rsidR="00495879" w:rsidRDefault="00000000">
      <w:pPr>
        <w:pStyle w:val="Listepuces"/>
      </w:pPr>
      <w:r>
        <w:t>Platform: Zoom Webinar (up to 500 attendees)</w:t>
      </w:r>
    </w:p>
    <w:p w14:paraId="49D7ED66" w14:textId="77777777" w:rsidR="00495879" w:rsidRDefault="00000000">
      <w:pPr>
        <w:pStyle w:val="Listepuces"/>
      </w:pPr>
      <w:r>
        <w:t>Engagement: Miro (collaborative whiteboard), Mentimeter (polls)</w:t>
      </w:r>
    </w:p>
    <w:p w14:paraId="7BBB2E07" w14:textId="77777777" w:rsidR="00495879" w:rsidRDefault="00000000">
      <w:pPr>
        <w:pStyle w:val="Listepuces"/>
      </w:pPr>
      <w:r>
        <w:t>Recording: Auto to cloud → VA downloads → Upload to GBCM Hub</w:t>
      </w:r>
    </w:p>
    <w:p w14:paraId="56E1C9CA" w14:textId="77777777" w:rsidR="00495879" w:rsidRDefault="00000000">
      <w:pPr>
        <w:pStyle w:val="Listepuces"/>
      </w:pPr>
      <w:r>
        <w:t>Materials: Slides (PDF), Workbook (Notion page), Templates (Google Sheets)</w:t>
      </w:r>
    </w:p>
    <w:p w14:paraId="2F071EFA" w14:textId="77777777" w:rsidR="00495879" w:rsidRDefault="00000000">
      <w:r>
        <w:rPr>
          <w:b/>
        </w:rPr>
        <w:t>Expected Outcomes</w:t>
      </w:r>
      <w:r>
        <w:t>:</w:t>
      </w:r>
    </w:p>
    <w:p w14:paraId="3F3C396F" w14:textId="77777777" w:rsidR="00495879" w:rsidRDefault="00000000">
      <w:pPr>
        <w:pStyle w:val="Listepuces"/>
      </w:pPr>
      <w:r>
        <w:t>Attendance rate: 60% live, 30% watch recording (90% total engagement)</w:t>
      </w:r>
    </w:p>
    <w:p w14:paraId="04741E49" w14:textId="77777777" w:rsidR="00495879" w:rsidRDefault="00000000">
      <w:pPr>
        <w:pStyle w:val="Listepuces"/>
      </w:pPr>
      <w:r>
        <w:t>Satisfaction score: 4.5/5 average</w:t>
      </w:r>
    </w:p>
    <w:p w14:paraId="75BA8A84" w14:textId="77777777" w:rsidR="00495879" w:rsidRDefault="00000000">
      <w:pPr>
        <w:pStyle w:val="Listepuces"/>
      </w:pPr>
      <w:r>
        <w:lastRenderedPageBreak/>
        <w:t>Action completion: 70% of participants implement ≥1 action</w:t>
      </w:r>
    </w:p>
    <w:p w14:paraId="1060EC68" w14:textId="77777777" w:rsidR="00495879" w:rsidRDefault="00000000">
      <w:pPr>
        <w:pStyle w:val="Titre4"/>
      </w:pPr>
      <w:r>
        <w:t>1-on-1 Coaching Sessions (TRANSFORM Scale &amp; ADVISORY)</w:t>
      </w:r>
    </w:p>
    <w:p w14:paraId="715A0E65" w14:textId="77777777" w:rsidR="00495879" w:rsidRDefault="00000000">
      <w:r>
        <w:rPr>
          <w:b/>
        </w:rPr>
        <w:t>TRANSFORM Scale</w:t>
      </w:r>
      <w:r>
        <w:t>: 2 hours/month (24 hours/year)</w:t>
      </w:r>
    </w:p>
    <w:p w14:paraId="26E736DF" w14:textId="77777777" w:rsidR="00495879" w:rsidRDefault="00000000">
      <w:r>
        <w:rPr>
          <w:b/>
        </w:rPr>
        <w:t>ADVISORY</w:t>
      </w:r>
      <w:r>
        <w:t>: 6-12 hours/month (72-144 hours/year)</w:t>
      </w:r>
    </w:p>
    <w:p w14:paraId="0F30DE5C" w14:textId="77777777" w:rsidR="00495879" w:rsidRDefault="00000000">
      <w:r>
        <w:rPr>
          <w:b/>
        </w:rPr>
        <w:t>Session Format</w:t>
      </w:r>
      <w:r>
        <w:t xml:space="preserve"> (60 min standard):</w:t>
      </w:r>
    </w:p>
    <w:p w14:paraId="60CF1EA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0:00-0:05 | CHECK-IN</w:t>
      </w:r>
    </w:p>
    <w:p w14:paraId="04D6CA9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How are you? (personal + professional)</w:t>
      </w:r>
    </w:p>
    <w:p w14:paraId="3F272DB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Progress since last session</w:t>
      </w:r>
    </w:p>
    <w:p w14:paraId="5D10BE8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What's top of mind today?</w:t>
      </w:r>
    </w:p>
    <w:p w14:paraId="666A6270" w14:textId="77777777" w:rsidR="00495879" w:rsidRDefault="00495879">
      <w:pPr>
        <w:pStyle w:val="Sansinterligne"/>
      </w:pPr>
    </w:p>
    <w:p w14:paraId="1A4F464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0:05-0:40 | DEEP DIVE (35 min)</w:t>
      </w:r>
    </w:p>
    <w:p w14:paraId="6E4787E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Explore primary challenge/opportunity</w:t>
      </w:r>
    </w:p>
    <w:p w14:paraId="493583A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Apply frameworks (Scale, DTC, SLS)</w:t>
      </w:r>
    </w:p>
    <w:p w14:paraId="25089CA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Coach asks powerful questions:</w:t>
      </w:r>
    </w:p>
    <w:p w14:paraId="566F47C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- "What have you tried?"</w:t>
      </w:r>
    </w:p>
    <w:p w14:paraId="062085B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- "What's really at stake here?"</w:t>
      </w:r>
    </w:p>
    <w:p w14:paraId="28B685B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- "If you had no constraints, what would you do?"</w:t>
      </w:r>
    </w:p>
    <w:p w14:paraId="7D3474D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- "What's the first step?"</w:t>
      </w:r>
    </w:p>
    <w:p w14:paraId="6073B1F3" w14:textId="77777777" w:rsidR="00495879" w:rsidRDefault="00495879">
      <w:pPr>
        <w:pStyle w:val="Sansinterligne"/>
      </w:pPr>
    </w:p>
    <w:p w14:paraId="517EA0B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0:40-0:55 | ACTION PLANNING (15 min)</w:t>
      </w:r>
    </w:p>
    <w:p w14:paraId="01E7E2A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Summarize insights</w:t>
      </w:r>
    </w:p>
    <w:p w14:paraId="37EFACB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Client commits to 2-3 specific actions</w:t>
      </w:r>
    </w:p>
    <w:p w14:paraId="00C0AB5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Set accountability (coach follows up via AI/Slack)</w:t>
      </w:r>
    </w:p>
    <w:p w14:paraId="7A7AEDF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Schedule next session</w:t>
      </w:r>
    </w:p>
    <w:p w14:paraId="59072A9D" w14:textId="77777777" w:rsidR="00495879" w:rsidRDefault="00495879">
      <w:pPr>
        <w:pStyle w:val="Sansinterligne"/>
      </w:pPr>
    </w:p>
    <w:p w14:paraId="02FABC5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0:55-1:00 | ADMIN</w:t>
      </w:r>
    </w:p>
    <w:p w14:paraId="6818911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Review upcoming deadlines/events</w:t>
      </w:r>
    </w:p>
    <w:p w14:paraId="1182719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Any questions about platform/resources?</w:t>
      </w:r>
    </w:p>
    <w:p w14:paraId="544C05E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Close</w:t>
      </w:r>
    </w:p>
    <w:p w14:paraId="038BE955" w14:textId="77777777" w:rsidR="00495879" w:rsidRDefault="00000000">
      <w:r>
        <w:rPr>
          <w:b/>
        </w:rPr>
        <w:t>Session Preparation</w:t>
      </w:r>
      <w:r>
        <w:t>:</w:t>
      </w:r>
    </w:p>
    <w:p w14:paraId="29831701" w14:textId="77777777" w:rsidR="00495879" w:rsidRDefault="00000000">
      <w:pPr>
        <w:pStyle w:val="Listepuces"/>
      </w:pPr>
      <w:r>
        <w:t>Coach reviews previous notes (5 min)</w:t>
      </w:r>
    </w:p>
    <w:p w14:paraId="251652E3" w14:textId="77777777" w:rsidR="00495879" w:rsidRDefault="00000000">
      <w:pPr>
        <w:pStyle w:val="Listepuces"/>
      </w:pPr>
      <w:r>
        <w:t>Checks client's platform activity (AI summary) (5 min)</w:t>
      </w:r>
    </w:p>
    <w:p w14:paraId="647699EA" w14:textId="77777777" w:rsidR="00495879" w:rsidRDefault="00000000">
      <w:pPr>
        <w:pStyle w:val="Listepuces"/>
      </w:pPr>
      <w:r>
        <w:t>Prepares 2-3 discussion topics (10 min)</w:t>
      </w:r>
    </w:p>
    <w:p w14:paraId="34FBA2D7" w14:textId="77777777" w:rsidR="00495879" w:rsidRDefault="00000000">
      <w:pPr>
        <w:pStyle w:val="Listepuces"/>
      </w:pPr>
      <w:r>
        <w:t>**Total prep**: 20 min/session</w:t>
      </w:r>
    </w:p>
    <w:p w14:paraId="34A2DD1C" w14:textId="77777777" w:rsidR="00495879" w:rsidRDefault="00000000">
      <w:r>
        <w:rPr>
          <w:b/>
        </w:rPr>
        <w:t>Post-Session</w:t>
      </w:r>
      <w:r>
        <w:t>:</w:t>
      </w:r>
    </w:p>
    <w:p w14:paraId="67094E31" w14:textId="77777777" w:rsidR="00495879" w:rsidRDefault="00000000">
      <w:pPr>
        <w:pStyle w:val="Listepuces"/>
      </w:pPr>
      <w:r>
        <w:t>Coach logs notes in CRM (10 min)</w:t>
      </w:r>
    </w:p>
    <w:p w14:paraId="6B099187" w14:textId="77777777" w:rsidR="00495879" w:rsidRDefault="00000000">
      <w:pPr>
        <w:pStyle w:val="Listepuces"/>
      </w:pPr>
      <w:r>
        <w:t>AI Coach sends summary email to client (auto)</w:t>
      </w:r>
    </w:p>
    <w:p w14:paraId="6920DF2D" w14:textId="77777777" w:rsidR="00495879" w:rsidRDefault="00000000">
      <w:pPr>
        <w:pStyle w:val="Listepuces"/>
      </w:pPr>
      <w:r>
        <w:t>Accountability reminders scheduled (auto)</w:t>
      </w:r>
    </w:p>
    <w:p w14:paraId="2D1EBA5C" w14:textId="77777777" w:rsidR="00495879" w:rsidRDefault="00000000">
      <w:pPr>
        <w:pStyle w:val="Listepuces"/>
      </w:pPr>
      <w:r>
        <w:t>**Total follow-up**: 10 min</w:t>
      </w:r>
    </w:p>
    <w:p w14:paraId="0EE01C50" w14:textId="77777777" w:rsidR="00495879" w:rsidRDefault="00000000">
      <w:r>
        <w:rPr>
          <w:b/>
        </w:rPr>
        <w:t>Scheduling</w:t>
      </w:r>
      <w:r>
        <w:t>:</w:t>
      </w:r>
    </w:p>
    <w:p w14:paraId="46AAE814" w14:textId="77777777" w:rsidR="00495879" w:rsidRDefault="00000000">
      <w:pPr>
        <w:pStyle w:val="Listepuces"/>
      </w:pPr>
      <w:r>
        <w:t>Clients book via Calendly (self-serve)</w:t>
      </w:r>
    </w:p>
    <w:p w14:paraId="259617E4" w14:textId="77777777" w:rsidR="00495879" w:rsidRDefault="00000000">
      <w:pPr>
        <w:pStyle w:val="Listepuces"/>
      </w:pPr>
      <w:r>
        <w:t>Recurring sessions (e.g., 1st Monday of month, 10am)</w:t>
      </w:r>
    </w:p>
    <w:p w14:paraId="0A1F4A64" w14:textId="77777777" w:rsidR="00495879" w:rsidRDefault="00000000">
      <w:pPr>
        <w:pStyle w:val="Listepuces"/>
      </w:pPr>
      <w:r>
        <w:t>24-hour cancellation policy (or forfeit session)</w:t>
      </w:r>
    </w:p>
    <w:p w14:paraId="6D759985" w14:textId="77777777" w:rsidR="00495879" w:rsidRDefault="00000000">
      <w:r>
        <w:rPr>
          <w:b/>
        </w:rPr>
        <w:lastRenderedPageBreak/>
        <w:t>Technology</w:t>
      </w:r>
      <w:r>
        <w:t>:</w:t>
      </w:r>
    </w:p>
    <w:p w14:paraId="538F7030" w14:textId="77777777" w:rsidR="00495879" w:rsidRDefault="00000000">
      <w:pPr>
        <w:pStyle w:val="Listepuces"/>
      </w:pPr>
      <w:r>
        <w:t>Video: Zoom (same link for all sessions)</w:t>
      </w:r>
    </w:p>
    <w:p w14:paraId="40CFB86E" w14:textId="77777777" w:rsidR="00495879" w:rsidRDefault="00000000">
      <w:pPr>
        <w:pStyle w:val="Listepuces"/>
      </w:pPr>
      <w:r>
        <w:t>Notes: Notion (client-specific page, coach + client access)</w:t>
      </w:r>
    </w:p>
    <w:p w14:paraId="7BE32960" w14:textId="77777777" w:rsidR="00495879" w:rsidRDefault="00000000">
      <w:pPr>
        <w:pStyle w:val="Listepuces"/>
      </w:pPr>
      <w:r>
        <w:t>Recording: Optional (client consent required)</w:t>
      </w:r>
    </w:p>
    <w:p w14:paraId="54B74AC6" w14:textId="77777777" w:rsidR="00495879" w:rsidRDefault="00000000">
      <w:pPr>
        <w:pStyle w:val="Listepuces"/>
      </w:pPr>
      <w:r>
        <w:t>Transcription: Otter.ai (auto-generates action items)</w:t>
      </w:r>
    </w:p>
    <w:p w14:paraId="16BC745C" w14:textId="77777777" w:rsidR="00495879" w:rsidRDefault="00000000">
      <w:pPr>
        <w:pStyle w:val="Titre4"/>
      </w:pPr>
      <w:r>
        <w:t>AI Success Coach™ (24/7 Async Support)</w:t>
      </w:r>
    </w:p>
    <w:p w14:paraId="56C8AC83" w14:textId="77777777" w:rsidR="00495879" w:rsidRDefault="00000000">
      <w:r>
        <w:rPr>
          <w:b/>
        </w:rPr>
        <w:t>Purpose</w:t>
      </w:r>
      <w:r>
        <w:t>: Handle 60% of client questions without human intervention.</w:t>
      </w:r>
    </w:p>
    <w:p w14:paraId="6B8EF52E" w14:textId="77777777" w:rsidR="00495879" w:rsidRDefault="00000000">
      <w:r>
        <w:rPr>
          <w:b/>
        </w:rPr>
        <w:t>Usage Scenarios</w:t>
      </w:r>
      <w:r>
        <w:t>:</w:t>
      </w:r>
    </w:p>
    <w:p w14:paraId="6660CC83" w14:textId="77777777" w:rsidR="00495879" w:rsidRDefault="00000000">
      <w:pPr>
        <w:pStyle w:val="Listenumros"/>
      </w:pPr>
      <w:r>
        <w:t>**Quick Questions**: "What's the ideal sales comp plan for my industry?"</w:t>
      </w:r>
    </w:p>
    <w:p w14:paraId="2A929F86" w14:textId="77777777" w:rsidR="00495879" w:rsidRDefault="00000000">
      <w:pPr>
        <w:pStyle w:val="Listenumros"/>
      </w:pPr>
      <w:r>
        <w:t>**Resource Navigation**: "Find me the template for OKR tracking"</w:t>
      </w:r>
    </w:p>
    <w:p w14:paraId="55FE9AAA" w14:textId="77777777" w:rsidR="00495879" w:rsidRDefault="00000000">
      <w:pPr>
        <w:pStyle w:val="Listenumros"/>
      </w:pPr>
      <w:r>
        <w:t>**Accountability**: "Did I hit my goals this week?" (checks data)</w:t>
      </w:r>
    </w:p>
    <w:p w14:paraId="2380546F" w14:textId="77777777" w:rsidR="00495879" w:rsidRDefault="00000000">
      <w:pPr>
        <w:pStyle w:val="Listenumros"/>
      </w:pPr>
      <w:r>
        <w:t>**Learning**: "Explain the concept of LTV:CAC ratio"</w:t>
      </w:r>
    </w:p>
    <w:p w14:paraId="0D33F6A7" w14:textId="77777777" w:rsidR="00495879" w:rsidRDefault="00000000">
      <w:pPr>
        <w:pStyle w:val="Listenumros"/>
      </w:pPr>
      <w:r>
        <w:t>**Encouragement**: "Feeling stuck, need motivation"</w:t>
      </w:r>
    </w:p>
    <w:p w14:paraId="1D8A0D5B" w14:textId="77777777" w:rsidR="00495879" w:rsidRDefault="00000000">
      <w:r>
        <w:rPr>
          <w:b/>
        </w:rPr>
        <w:t>Response Time</w:t>
      </w:r>
      <w:r>
        <w:t>: &lt;5 seconds (AI), &lt;4 hours (escalated to human)</w:t>
      </w:r>
    </w:p>
    <w:p w14:paraId="542F27BC" w14:textId="77777777" w:rsidR="00495879" w:rsidRDefault="00000000">
      <w:r>
        <w:rPr>
          <w:b/>
        </w:rPr>
        <w:t>Quality Control</w:t>
      </w:r>
      <w:r>
        <w:t>:</w:t>
      </w:r>
    </w:p>
    <w:p w14:paraId="301442AC" w14:textId="77777777" w:rsidR="00495879" w:rsidRDefault="00000000">
      <w:pPr>
        <w:pStyle w:val="Listepuces"/>
      </w:pPr>
      <w:r>
        <w:t>Coach reviews 10% of AI conversations weekly (random sample)</w:t>
      </w:r>
    </w:p>
    <w:p w14:paraId="144E7F21" w14:textId="77777777" w:rsidR="00495879" w:rsidRDefault="00000000">
      <w:pPr>
        <w:pStyle w:val="Listepuces"/>
      </w:pPr>
      <w:r>
        <w:t>Clients can rate AI responses (👍/👎)</w:t>
      </w:r>
    </w:p>
    <w:p w14:paraId="226FC2C6" w14:textId="77777777" w:rsidR="00495879" w:rsidRDefault="00000000">
      <w:pPr>
        <w:pStyle w:val="Listepuces"/>
      </w:pPr>
      <w:r>
        <w:t>Low-rated responses flagged for retraining</w:t>
      </w:r>
    </w:p>
    <w:p w14:paraId="348FD8BB" w14:textId="77777777" w:rsidR="00495879" w:rsidRDefault="00000000">
      <w:r>
        <w:rPr>
          <w:b/>
        </w:rPr>
        <w:t>Volume Expectation</w:t>
      </w:r>
      <w:r>
        <w:t>:</w:t>
      </w:r>
    </w:p>
    <w:p w14:paraId="0D7A5D9F" w14:textId="77777777" w:rsidR="00495879" w:rsidRDefault="00000000">
      <w:pPr>
        <w:pStyle w:val="Listepuces"/>
      </w:pPr>
      <w:r>
        <w:t>Year 1: 30 clients × 40 messages/month = 1,200 messages/month</w:t>
      </w:r>
    </w:p>
    <w:p w14:paraId="2A664E84" w14:textId="77777777" w:rsidR="00495879" w:rsidRDefault="00000000">
      <w:pPr>
        <w:pStyle w:val="Listepuces"/>
      </w:pPr>
      <w:r>
        <w:t>Year 3: 180 clients × 50 messages/month = 9,000 messages/month</w:t>
      </w:r>
    </w:p>
    <w:p w14:paraId="31DEE8CF" w14:textId="77777777" w:rsidR="00495879" w:rsidRDefault="00000000">
      <w:r>
        <w:rPr>
          <w:b/>
        </w:rPr>
        <w:t>Human Escalation Triggers</w:t>
      </w:r>
      <w:r>
        <w:t>:</w:t>
      </w:r>
    </w:p>
    <w:p w14:paraId="4F961248" w14:textId="77777777" w:rsidR="00495879" w:rsidRDefault="00000000">
      <w:pPr>
        <w:pStyle w:val="Listepuces"/>
      </w:pPr>
      <w:r>
        <w:t>AI confidence &lt;70%</w:t>
      </w:r>
    </w:p>
    <w:p w14:paraId="4B484021" w14:textId="77777777" w:rsidR="00495879" w:rsidRDefault="00000000">
      <w:pPr>
        <w:pStyle w:val="Listepuces"/>
      </w:pPr>
      <w:r>
        <w:t>Client explicitly requests human ("I need to talk to Gregory")</w:t>
      </w:r>
    </w:p>
    <w:p w14:paraId="2DD10203" w14:textId="77777777" w:rsidR="00495879" w:rsidRDefault="00000000">
      <w:pPr>
        <w:pStyle w:val="Listepuces"/>
      </w:pPr>
      <w:r>
        <w:t>Sensitive topics (crisis, ethical dilemmas, complex financials)</w:t>
      </w:r>
    </w:p>
    <w:p w14:paraId="464706A1" w14:textId="77777777" w:rsidR="00495879" w:rsidRDefault="00000000">
      <w:pPr>
        <w:pStyle w:val="Listepuces"/>
      </w:pPr>
      <w:r>
        <w:t>Escalation rate: 15% of messages</w:t>
      </w:r>
    </w:p>
    <w:p w14:paraId="2DD62AA7" w14:textId="77777777" w:rsidR="00495879" w:rsidRDefault="00000000">
      <w:pPr>
        <w:pStyle w:val="Titre4"/>
      </w:pPr>
      <w:r>
        <w:t>Community &amp; Peer Learning</w:t>
      </w:r>
    </w:p>
    <w:p w14:paraId="0C2F0C2F" w14:textId="77777777" w:rsidR="00495879" w:rsidRDefault="00000000">
      <w:r>
        <w:rPr>
          <w:b/>
        </w:rPr>
        <w:t>Platform</w:t>
      </w:r>
      <w:r>
        <w:t>: Circle.so or Mighty Networks ($99/month)</w:t>
      </w:r>
    </w:p>
    <w:p w14:paraId="03F30D71" w14:textId="77777777" w:rsidR="00495879" w:rsidRDefault="00000000">
      <w:r>
        <w:rPr>
          <w:b/>
        </w:rPr>
        <w:t>Structure</w:t>
      </w:r>
      <w:r>
        <w:t>:</w:t>
      </w:r>
    </w:p>
    <w:p w14:paraId="1E575B87" w14:textId="77777777" w:rsidR="00495879" w:rsidRDefault="00000000">
      <w:pPr>
        <w:pStyle w:val="Listepuces"/>
      </w:pPr>
      <w:r>
        <w:t>**Main Feed**: General discussions, wins, questions</w:t>
      </w:r>
    </w:p>
    <w:p w14:paraId="185F1BB8" w14:textId="77777777" w:rsidR="00495879" w:rsidRDefault="00000000">
      <w:pPr>
        <w:pStyle w:val="Listepuces"/>
      </w:pPr>
      <w:r>
        <w:t>**Topic Channels**:</w:t>
      </w:r>
    </w:p>
    <w:p w14:paraId="13B714DF" w14:textId="77777777" w:rsidR="00495879" w:rsidRDefault="00000000">
      <w:pPr>
        <w:pStyle w:val="Listepuces"/>
      </w:pPr>
      <w:r>
        <w:t>#scaling-strategies</w:t>
      </w:r>
    </w:p>
    <w:p w14:paraId="71A87D3C" w14:textId="77777777" w:rsidR="00495879" w:rsidRDefault="00000000">
      <w:pPr>
        <w:pStyle w:val="Listepuces"/>
      </w:pPr>
      <w:r>
        <w:t>#leadership-development</w:t>
      </w:r>
    </w:p>
    <w:p w14:paraId="67D958E9" w14:textId="77777777" w:rsidR="00495879" w:rsidRDefault="00000000">
      <w:pPr>
        <w:pStyle w:val="Listepuces"/>
      </w:pPr>
      <w:r>
        <w:lastRenderedPageBreak/>
        <w:t>#digital-transformation</w:t>
      </w:r>
    </w:p>
    <w:p w14:paraId="1834D510" w14:textId="77777777" w:rsidR="00495879" w:rsidRDefault="00000000">
      <w:pPr>
        <w:pStyle w:val="Listepuces"/>
      </w:pPr>
      <w:r>
        <w:t>#hiring-team</w:t>
      </w:r>
    </w:p>
    <w:p w14:paraId="3DDE884D" w14:textId="77777777" w:rsidR="00495879" w:rsidRDefault="00000000">
      <w:pPr>
        <w:pStyle w:val="Listepuces"/>
      </w:pPr>
      <w:r>
        <w:t>#sales-marketing</w:t>
      </w:r>
    </w:p>
    <w:p w14:paraId="1D1FC260" w14:textId="77777777" w:rsidR="00495879" w:rsidRDefault="00000000">
      <w:pPr>
        <w:pStyle w:val="Listepuces"/>
      </w:pPr>
      <w:r>
        <w:t>**Regional Channels**: (Year 2+) #nyc, #sf, #toronto</w:t>
      </w:r>
    </w:p>
    <w:p w14:paraId="66708C87" w14:textId="77777777" w:rsidR="00495879" w:rsidRDefault="00000000">
      <w:pPr>
        <w:pStyle w:val="Listepuces"/>
      </w:pPr>
      <w:r>
        <w:t>**Events**:</w:t>
      </w:r>
    </w:p>
    <w:p w14:paraId="06CC04F7" w14:textId="77777777" w:rsidR="00495879" w:rsidRDefault="00000000">
      <w:pPr>
        <w:pStyle w:val="Listepuces"/>
      </w:pPr>
      <w:r>
        <w:t>Monthly "Wins Wednesday" (celebrate client successes)</w:t>
      </w:r>
    </w:p>
    <w:p w14:paraId="5BE73D1D" w14:textId="77777777" w:rsidR="00495879" w:rsidRDefault="00000000">
      <w:pPr>
        <w:pStyle w:val="Listepuces"/>
      </w:pPr>
      <w:r>
        <w:t>Quarterly virtual happy hour (networking)</w:t>
      </w:r>
    </w:p>
    <w:p w14:paraId="51206304" w14:textId="77777777" w:rsidR="00495879" w:rsidRDefault="00000000">
      <w:pPr>
        <w:pStyle w:val="Listepuces"/>
      </w:pPr>
      <w:r>
        <w:t>Annual in-person summit (Year 2+)</w:t>
      </w:r>
    </w:p>
    <w:p w14:paraId="6283765B" w14:textId="77777777" w:rsidR="00495879" w:rsidRDefault="00000000">
      <w:r>
        <w:rPr>
          <w:b/>
        </w:rPr>
        <w:t>Moderation</w:t>
      </w:r>
      <w:r>
        <w:t>:</w:t>
      </w:r>
    </w:p>
    <w:p w14:paraId="68605C18" w14:textId="77777777" w:rsidR="00495879" w:rsidRDefault="00000000">
      <w:pPr>
        <w:pStyle w:val="Listepuces"/>
      </w:pPr>
      <w:r>
        <w:t>Founder posts 3x/week (spark discussions)</w:t>
      </w:r>
    </w:p>
    <w:p w14:paraId="53B9F928" w14:textId="77777777" w:rsidR="00495879" w:rsidRDefault="00000000">
      <w:pPr>
        <w:pStyle w:val="Listepuces"/>
      </w:pPr>
      <w:r>
        <w:t>VA monitors daily (answers questions, enforces guidelines)</w:t>
      </w:r>
    </w:p>
    <w:p w14:paraId="209857B6" w14:textId="77777777" w:rsidR="00495879" w:rsidRDefault="00000000">
      <w:pPr>
        <w:pStyle w:val="Listepuces"/>
      </w:pPr>
      <w:r>
        <w:t>Clients encouraged to help each other (peer coaching)</w:t>
      </w:r>
    </w:p>
    <w:p w14:paraId="0F69B557" w14:textId="77777777" w:rsidR="00495879" w:rsidRDefault="00000000">
      <w:r>
        <w:rPr>
          <w:b/>
        </w:rPr>
        <w:t>Engagement Target</w:t>
      </w:r>
      <w:r>
        <w:t>: 40% of clients active weekly</w:t>
      </w:r>
    </w:p>
    <w:p w14:paraId="655E8460" w14:textId="77777777" w:rsidR="00495879" w:rsidRDefault="00000000">
      <w:r>
        <w:t>________________________________________________________________________________</w:t>
      </w:r>
    </w:p>
    <w:p w14:paraId="7609326F" w14:textId="77777777" w:rsidR="00495879" w:rsidRDefault="00000000">
      <w:pPr>
        <w:pStyle w:val="Titre2"/>
      </w:pPr>
      <w:r>
        <w:t>🎨 CLIENT JOURNEY &amp; EXPERIENCE</w:t>
      </w:r>
    </w:p>
    <w:p w14:paraId="59E0CB2D" w14:textId="77777777" w:rsidR="00495879" w:rsidRDefault="00000000">
      <w:pPr>
        <w:pStyle w:val="Titre3"/>
      </w:pPr>
      <w:r>
        <w:t>End-to-End Client Lifecycle</w:t>
      </w:r>
    </w:p>
    <w:p w14:paraId="1FDF6B1F" w14:textId="77777777" w:rsidR="00495879" w:rsidRDefault="00000000">
      <w:pPr>
        <w:pStyle w:val="Titre4"/>
      </w:pPr>
      <w:r>
        <w:t>Phase 1: Onboarding (Week 1-2)</w:t>
      </w:r>
    </w:p>
    <w:p w14:paraId="591D3BB5" w14:textId="77777777" w:rsidR="00495879" w:rsidRDefault="00000000">
      <w:r>
        <w:rPr>
          <w:b/>
        </w:rPr>
        <w:t>Goal</w:t>
      </w:r>
      <w:r>
        <w:t>: Set clients up for success, build excitement, clarify expectations.</w:t>
      </w:r>
    </w:p>
    <w:p w14:paraId="5188787A" w14:textId="77777777" w:rsidR="00495879" w:rsidRDefault="00000000">
      <w:r>
        <w:rPr>
          <w:b/>
        </w:rPr>
        <w:t>Day 1 (Contract Signed)</w:t>
      </w:r>
      <w:r>
        <w:t>:</w:t>
      </w:r>
    </w:p>
    <w:p w14:paraId="7B82C578" w14:textId="77777777" w:rsidR="00495879" w:rsidRDefault="00000000">
      <w:pPr>
        <w:pStyle w:val="Listepuces"/>
      </w:pPr>
      <w:r>
        <w:t>**Auto-email**: Welcome! Here's what happens next</w:t>
      </w:r>
    </w:p>
    <w:p w14:paraId="62DE9509" w14:textId="77777777" w:rsidR="00495879" w:rsidRDefault="00000000">
      <w:pPr>
        <w:pStyle w:val="Listepuces"/>
      </w:pPr>
      <w:r>
        <w:t>**Action**: Check email for portal access link</w:t>
      </w:r>
    </w:p>
    <w:p w14:paraId="100871A2" w14:textId="77777777" w:rsidR="00495879" w:rsidRDefault="00000000">
      <w:pPr>
        <w:pStyle w:val="Listepuces"/>
      </w:pPr>
      <w:r>
        <w:t>**Content**:</w:t>
      </w:r>
    </w:p>
    <w:p w14:paraId="2EFC14E4" w14:textId="77777777" w:rsidR="00495879" w:rsidRDefault="00000000">
      <w:pPr>
        <w:pStyle w:val="Listepuces"/>
      </w:pPr>
      <w:r>
        <w:t>Login credentials (secure, password reset required)</w:t>
      </w:r>
    </w:p>
    <w:p w14:paraId="17BA3BC8" w14:textId="77777777" w:rsidR="00495879" w:rsidRDefault="00000000">
      <w:pPr>
        <w:pStyle w:val="Listepuces"/>
      </w:pPr>
      <w:r>
        <w:t>Onboarding checklist (Notion page)</w:t>
      </w:r>
    </w:p>
    <w:p w14:paraId="5E943009" w14:textId="77777777" w:rsidR="00495879" w:rsidRDefault="00000000">
      <w:pPr>
        <w:pStyle w:val="Listepuces"/>
      </w:pPr>
      <w:r>
        <w:t>Welcome video from founder (2 min, personal)</w:t>
      </w:r>
    </w:p>
    <w:p w14:paraId="7603B4F0" w14:textId="77777777" w:rsidR="00495879" w:rsidRDefault="00000000">
      <w:r>
        <w:rPr>
          <w:b/>
        </w:rPr>
        <w:t>Day 2</w:t>
      </w:r>
      <w:r>
        <w:t>:</w:t>
      </w:r>
    </w:p>
    <w:p w14:paraId="07415C11" w14:textId="77777777" w:rsidR="00495879" w:rsidRDefault="00000000">
      <w:pPr>
        <w:pStyle w:val="Listepuces"/>
      </w:pPr>
      <w:r>
        <w:t>**Auto-email**: Complete your Scale Framework Assessment</w:t>
      </w:r>
    </w:p>
    <w:p w14:paraId="7175BBD5" w14:textId="77777777" w:rsidR="00495879" w:rsidRDefault="00000000">
      <w:pPr>
        <w:pStyle w:val="Listepuces"/>
      </w:pPr>
      <w:r>
        <w:t>**Action**: 15-minute online assessment</w:t>
      </w:r>
    </w:p>
    <w:p w14:paraId="4CB3DB68" w14:textId="77777777" w:rsidR="00495879" w:rsidRDefault="00000000">
      <w:pPr>
        <w:pStyle w:val="Listepuces"/>
      </w:pPr>
      <w:r>
        <w:t>**Output**: Personalized scorecard + 90-day roadmap (AI-generated)</w:t>
      </w:r>
    </w:p>
    <w:p w14:paraId="2AF4F688" w14:textId="77777777" w:rsidR="00495879" w:rsidRDefault="00000000">
      <w:r>
        <w:rPr>
          <w:b/>
        </w:rPr>
        <w:t>Day 3-4</w:t>
      </w:r>
      <w:r>
        <w:t>:</w:t>
      </w:r>
    </w:p>
    <w:p w14:paraId="12A27967" w14:textId="77777777" w:rsidR="00495879" w:rsidRDefault="00000000">
      <w:pPr>
        <w:pStyle w:val="Listepuces"/>
      </w:pPr>
      <w:r>
        <w:t>**Human outreach**: Founder sends personalized Loom video</w:t>
      </w:r>
    </w:p>
    <w:p w14:paraId="7E182E85" w14:textId="77777777" w:rsidR="00495879" w:rsidRDefault="00000000">
      <w:pPr>
        <w:pStyle w:val="Listepuces"/>
      </w:pPr>
      <w:r>
        <w:t>"Hi [Name], watched your assessment results. Excited to work on [specific area]. Here's what I'm thinking..."</w:t>
      </w:r>
    </w:p>
    <w:p w14:paraId="00BD96D0" w14:textId="77777777" w:rsidR="00495879" w:rsidRDefault="00000000">
      <w:pPr>
        <w:pStyle w:val="Listepuces"/>
      </w:pPr>
      <w:r>
        <w:lastRenderedPageBreak/>
        <w:t>**Action**: Reply with questions/thoughts</w:t>
      </w:r>
    </w:p>
    <w:p w14:paraId="044F4BA9" w14:textId="77777777" w:rsidR="00495879" w:rsidRDefault="00000000">
      <w:r>
        <w:rPr>
          <w:b/>
        </w:rPr>
        <w:t>Day 5 (Kickoff Call - 60 min)</w:t>
      </w:r>
      <w:r>
        <w:t>:</w:t>
      </w:r>
    </w:p>
    <w:p w14:paraId="7116384F" w14:textId="77777777" w:rsidR="00495879" w:rsidRDefault="00000000">
      <w:pPr>
        <w:pStyle w:val="Listepuces"/>
      </w:pPr>
      <w:r>
        <w:t>**Agenda**:</w:t>
      </w:r>
    </w:p>
    <w:p w14:paraId="7C7B1096" w14:textId="77777777" w:rsidR="00495879" w:rsidRDefault="00000000">
      <w:pPr>
        <w:pStyle w:val="Listenumros"/>
      </w:pPr>
      <w:r>
        <w:t>Get to know each other (personal connection)</w:t>
      </w:r>
    </w:p>
    <w:p w14:paraId="18383C03" w14:textId="77777777" w:rsidR="00495879" w:rsidRDefault="00000000">
      <w:pPr>
        <w:pStyle w:val="Listenumros"/>
      </w:pPr>
      <w:r>
        <w:t>Review assessment results together</w:t>
      </w:r>
    </w:p>
    <w:p w14:paraId="4062F9C2" w14:textId="77777777" w:rsidR="00495879" w:rsidRDefault="00000000">
      <w:pPr>
        <w:pStyle w:val="Listenumros"/>
      </w:pPr>
      <w:r>
        <w:t>Set SMART goals (90-day, 6-month, 12-month)</w:t>
      </w:r>
    </w:p>
    <w:p w14:paraId="301469EF" w14:textId="77777777" w:rsidR="00495879" w:rsidRDefault="00000000">
      <w:pPr>
        <w:pStyle w:val="Listenumros"/>
      </w:pPr>
      <w:r>
        <w:t>Walk through platform (features tour)</w:t>
      </w:r>
    </w:p>
    <w:p w14:paraId="1A30C33A" w14:textId="77777777" w:rsidR="00495879" w:rsidRDefault="00000000">
      <w:pPr>
        <w:pStyle w:val="Listenumros"/>
      </w:pPr>
      <w:r>
        <w:t>Schedule first 3 sessions (book recurring)</w:t>
      </w:r>
    </w:p>
    <w:p w14:paraId="5BBE53E5" w14:textId="77777777" w:rsidR="00495879" w:rsidRDefault="00000000">
      <w:pPr>
        <w:pStyle w:val="Listenumros"/>
      </w:pPr>
      <w:r>
        <w:t>Answer all questions</w:t>
      </w:r>
    </w:p>
    <w:p w14:paraId="2FA57180" w14:textId="77777777" w:rsidR="00495879" w:rsidRDefault="00000000">
      <w:pPr>
        <w:pStyle w:val="Listepuces"/>
      </w:pPr>
      <w:r>
        <w:t>**Deliverable**: Custom 90-Day Success Plan (Google Doc, shared access)</w:t>
      </w:r>
    </w:p>
    <w:p w14:paraId="79001842" w14:textId="77777777" w:rsidR="00495879" w:rsidRDefault="00000000">
      <w:r>
        <w:rPr>
          <w:b/>
        </w:rPr>
        <w:t>Day 7</w:t>
      </w:r>
      <w:r>
        <w:t>:</w:t>
      </w:r>
    </w:p>
    <w:p w14:paraId="13AF973D" w14:textId="77777777" w:rsidR="00495879" w:rsidRDefault="00000000">
      <w:pPr>
        <w:pStyle w:val="Listepuces"/>
      </w:pPr>
      <w:r>
        <w:t>**First Touchpoint**: Attend workshop OR join community intro thread</w:t>
      </w:r>
    </w:p>
    <w:p w14:paraId="5249AAFE" w14:textId="77777777" w:rsidR="00495879" w:rsidRDefault="00000000">
      <w:pPr>
        <w:pStyle w:val="Listepuces"/>
      </w:pPr>
      <w:r>
        <w:t>**Check-in**: VA sends "How's it going?" email</w:t>
      </w:r>
    </w:p>
    <w:p w14:paraId="6F31B613" w14:textId="77777777" w:rsidR="00495879" w:rsidRDefault="00000000">
      <w:pPr>
        <w:pStyle w:val="Listepuces"/>
      </w:pPr>
      <w:r>
        <w:t>**Feedback**: "Any issues accessing the platform? Questions?"</w:t>
      </w:r>
    </w:p>
    <w:p w14:paraId="6122F501" w14:textId="77777777" w:rsidR="00495879" w:rsidRDefault="00000000">
      <w:r>
        <w:rPr>
          <w:b/>
        </w:rPr>
        <w:t>Day 14 (End of Onboarding)</w:t>
      </w:r>
      <w:r>
        <w:t>:</w:t>
      </w:r>
    </w:p>
    <w:p w14:paraId="151E1C2E" w14:textId="77777777" w:rsidR="00495879" w:rsidRDefault="00000000">
      <w:pPr>
        <w:pStyle w:val="Listepuces"/>
      </w:pPr>
      <w:r>
        <w:t>**Milestone**: First 1-on-1 coaching session</w:t>
      </w:r>
    </w:p>
    <w:p w14:paraId="3F2BCB01" w14:textId="77777777" w:rsidR="00495879" w:rsidRDefault="00000000">
      <w:pPr>
        <w:pStyle w:val="Listepuces"/>
      </w:pPr>
      <w:r>
        <w:t>**Survey**: "Onboarding experience feedback" (3 questions)</w:t>
      </w:r>
    </w:p>
    <w:p w14:paraId="0E17CB58" w14:textId="77777777" w:rsidR="00495879" w:rsidRDefault="00000000">
      <w:pPr>
        <w:pStyle w:val="Listepuces"/>
      </w:pPr>
      <w:r>
        <w:t>**Status**: Client now in "Active Delivery" phase</w:t>
      </w:r>
    </w:p>
    <w:p w14:paraId="41E0AA9D" w14:textId="77777777" w:rsidR="00495879" w:rsidRDefault="00000000">
      <w:r>
        <w:rPr>
          <w:b/>
        </w:rPr>
        <w:t>Success Metrics</w:t>
      </w:r>
      <w:r>
        <w:t>:</w:t>
      </w:r>
    </w:p>
    <w:p w14:paraId="62FE12FD" w14:textId="77777777" w:rsidR="00495879" w:rsidRDefault="00000000">
      <w:pPr>
        <w:pStyle w:val="Listepuces"/>
      </w:pPr>
      <w:r>
        <w:t>Onboarding completion rate: 95%</w:t>
      </w:r>
    </w:p>
    <w:p w14:paraId="482B5877" w14:textId="77777777" w:rsidR="00495879" w:rsidRDefault="00000000">
      <w:pPr>
        <w:pStyle w:val="Listepuces"/>
      </w:pPr>
      <w:r>
        <w:t>Platform login within 7 days: 100%</w:t>
      </w:r>
    </w:p>
    <w:p w14:paraId="41ED9DEE" w14:textId="77777777" w:rsidR="00495879" w:rsidRDefault="00000000">
      <w:pPr>
        <w:pStyle w:val="Listepuces"/>
      </w:pPr>
      <w:r>
        <w:t>First session attendance: 90%</w:t>
      </w:r>
    </w:p>
    <w:p w14:paraId="53D07EFD" w14:textId="77777777" w:rsidR="00495879" w:rsidRDefault="00000000">
      <w:pPr>
        <w:pStyle w:val="Listepuces"/>
      </w:pPr>
      <w:r>
        <w:t>Satisfaction score: 4.7/5</w:t>
      </w:r>
    </w:p>
    <w:p w14:paraId="00A48D5A" w14:textId="77777777" w:rsidR="00495879" w:rsidRDefault="00000000">
      <w:pPr>
        <w:pStyle w:val="Titre4"/>
      </w:pPr>
      <w:r>
        <w:t>Phase 2: Active Delivery (Months 1-12)</w:t>
      </w:r>
    </w:p>
    <w:p w14:paraId="43CF5637" w14:textId="77777777" w:rsidR="00495879" w:rsidRDefault="00000000">
      <w:r>
        <w:rPr>
          <w:b/>
        </w:rPr>
        <w:t>Monthly Rhythm</w:t>
      </w:r>
      <w:r>
        <w:t>:</w:t>
      </w:r>
    </w:p>
    <w:p w14:paraId="042B4F61" w14:textId="77777777" w:rsidR="00495879" w:rsidRDefault="00000000">
      <w:r>
        <w:rPr>
          <w:b/>
        </w:rPr>
        <w:t>Week 1</w:t>
      </w:r>
      <w:r>
        <w:t>:</w:t>
      </w:r>
    </w:p>
    <w:p w14:paraId="0C91018D" w14:textId="77777777" w:rsidR="00495879" w:rsidRDefault="00000000">
      <w:pPr>
        <w:pStyle w:val="Listepuces"/>
      </w:pPr>
      <w:r>
        <w:t>Workshop (Tuesday, 1-4pm) - All clients</w:t>
      </w:r>
    </w:p>
    <w:p w14:paraId="31F53260" w14:textId="77777777" w:rsidR="00495879" w:rsidRDefault="00000000">
      <w:pPr>
        <w:pStyle w:val="Listepuces"/>
      </w:pPr>
      <w:r>
        <w:t>Office Hours (Thursday, 10-11am) - Optional drop-in Q&amp;A</w:t>
      </w:r>
    </w:p>
    <w:p w14:paraId="269A508A" w14:textId="77777777" w:rsidR="00495879" w:rsidRDefault="00000000">
      <w:r>
        <w:rPr>
          <w:b/>
        </w:rPr>
        <w:t>Week 2</w:t>
      </w:r>
      <w:r>
        <w:t>:</w:t>
      </w:r>
    </w:p>
    <w:p w14:paraId="09107270" w14:textId="77777777" w:rsidR="00495879" w:rsidRDefault="00000000">
      <w:pPr>
        <w:pStyle w:val="Listepuces"/>
      </w:pPr>
      <w:r>
        <w:t>1-on-1 Coaching (ADVISORY: 2-3 sessions)</w:t>
      </w:r>
    </w:p>
    <w:p w14:paraId="5702DDEC" w14:textId="77777777" w:rsidR="00495879" w:rsidRDefault="00000000">
      <w:pPr>
        <w:pStyle w:val="Listepuces"/>
      </w:pPr>
      <w:r>
        <w:t>AI Coach check-in: "How are your Week 1 actions going?"</w:t>
      </w:r>
    </w:p>
    <w:p w14:paraId="24087928" w14:textId="77777777" w:rsidR="00495879" w:rsidRDefault="00000000">
      <w:r>
        <w:rPr>
          <w:b/>
        </w:rPr>
        <w:t>Week 3</w:t>
      </w:r>
      <w:r>
        <w:t>:</w:t>
      </w:r>
    </w:p>
    <w:p w14:paraId="741CC5E0" w14:textId="77777777" w:rsidR="00495879" w:rsidRDefault="00000000">
      <w:pPr>
        <w:pStyle w:val="Listepuces"/>
      </w:pPr>
      <w:r>
        <w:lastRenderedPageBreak/>
        <w:t>Content drop (new module in library)</w:t>
      </w:r>
    </w:p>
    <w:p w14:paraId="0EE0141F" w14:textId="77777777" w:rsidR="00495879" w:rsidRDefault="00000000">
      <w:pPr>
        <w:pStyle w:val="Listepuces"/>
      </w:pPr>
      <w:r>
        <w:t>Community spotlight (highlight 1 client success story)</w:t>
      </w:r>
    </w:p>
    <w:p w14:paraId="4570928C" w14:textId="77777777" w:rsidR="00495879" w:rsidRDefault="00000000">
      <w:r>
        <w:rPr>
          <w:b/>
        </w:rPr>
        <w:t>Week 4</w:t>
      </w:r>
      <w:r>
        <w:t>:</w:t>
      </w:r>
    </w:p>
    <w:p w14:paraId="0AB2E1ED" w14:textId="77777777" w:rsidR="00495879" w:rsidRDefault="00000000">
      <w:pPr>
        <w:pStyle w:val="Listepuces"/>
      </w:pPr>
      <w:r>
        <w:t>Planning week (clients prep for next month)</w:t>
      </w:r>
    </w:p>
    <w:p w14:paraId="0B91E524" w14:textId="77777777" w:rsidR="00495879" w:rsidRDefault="00000000">
      <w:pPr>
        <w:pStyle w:val="Listepuces"/>
      </w:pPr>
      <w:r>
        <w:t>1-on-1 Coaching (TRANSFORM Scale: 2h session)</w:t>
      </w:r>
    </w:p>
    <w:p w14:paraId="771057B6" w14:textId="77777777" w:rsidR="00495879" w:rsidRDefault="00000000">
      <w:pPr>
        <w:pStyle w:val="Listepuces"/>
      </w:pPr>
      <w:r>
        <w:t>End-of-month accountability (AI reviews goal progress)</w:t>
      </w:r>
    </w:p>
    <w:p w14:paraId="4901E5D1" w14:textId="77777777" w:rsidR="00495879" w:rsidRDefault="00000000">
      <w:r>
        <w:rPr>
          <w:b/>
        </w:rPr>
        <w:t>Quarterly Events</w:t>
      </w:r>
      <w:r>
        <w:t xml:space="preserve"> (Every 3 months):</w:t>
      </w:r>
    </w:p>
    <w:p w14:paraId="68DA50C6" w14:textId="77777777" w:rsidR="00495879" w:rsidRDefault="00000000">
      <w:pPr>
        <w:pStyle w:val="Listepuces"/>
      </w:pPr>
      <w:r>
        <w:t>**Quarterly Business Review (QBR)**: 90-min deep-dive session</w:t>
      </w:r>
    </w:p>
    <w:p w14:paraId="1A59B192" w14:textId="77777777" w:rsidR="00495879" w:rsidRDefault="00000000">
      <w:pPr>
        <w:pStyle w:val="Listepuces"/>
      </w:pPr>
      <w:r>
        <w:t>Review progress (goals, metrics, Scale Framework score)</w:t>
      </w:r>
    </w:p>
    <w:p w14:paraId="7DFDE841" w14:textId="77777777" w:rsidR="00495879" w:rsidRDefault="00000000">
      <w:pPr>
        <w:pStyle w:val="Listepuces"/>
      </w:pPr>
      <w:r>
        <w:t>Celebrate wins</w:t>
      </w:r>
    </w:p>
    <w:p w14:paraId="10C40AFD" w14:textId="77777777" w:rsidR="00495879" w:rsidRDefault="00000000">
      <w:pPr>
        <w:pStyle w:val="Listepuces"/>
      </w:pPr>
      <w:r>
        <w:t>Identify roadblocks</w:t>
      </w:r>
    </w:p>
    <w:p w14:paraId="4BE64BAC" w14:textId="77777777" w:rsidR="00495879" w:rsidRDefault="00000000">
      <w:pPr>
        <w:pStyle w:val="Listepuces"/>
      </w:pPr>
      <w:r>
        <w:t>Plan next quarter (OKRs)</w:t>
      </w:r>
    </w:p>
    <w:p w14:paraId="5CF1F56D" w14:textId="77777777" w:rsidR="00495879" w:rsidRDefault="00000000">
      <w:pPr>
        <w:pStyle w:val="Listepuces"/>
      </w:pPr>
      <w:r>
        <w:t>Adjust service tier if needed (upsell opportunity)</w:t>
      </w:r>
    </w:p>
    <w:p w14:paraId="49613EAC" w14:textId="77777777" w:rsidR="00495879" w:rsidRDefault="00000000">
      <w:r>
        <w:rPr>
          <w:b/>
        </w:rPr>
        <w:t>Annual Milestones</w:t>
      </w:r>
      <w:r>
        <w:t>:</w:t>
      </w:r>
    </w:p>
    <w:p w14:paraId="32AE31CA" w14:textId="77777777" w:rsidR="00495879" w:rsidRDefault="00000000">
      <w:pPr>
        <w:pStyle w:val="Listepuces"/>
      </w:pPr>
      <w:r>
        <w:t>**Month 6**: Mid-year check-in (30 min)</w:t>
      </w:r>
    </w:p>
    <w:p w14:paraId="5FB8DC09" w14:textId="77777777" w:rsidR="00495879" w:rsidRDefault="00000000">
      <w:pPr>
        <w:pStyle w:val="Listepuces"/>
      </w:pPr>
      <w:r>
        <w:t>**Month 10**: Renewal conversation (start early!)</w:t>
      </w:r>
    </w:p>
    <w:p w14:paraId="51DE3450" w14:textId="77777777" w:rsidR="00495879" w:rsidRDefault="00000000">
      <w:pPr>
        <w:pStyle w:val="Listepuces"/>
      </w:pPr>
      <w:r>
        <w:t>**Month 12**: Year-in-review celebration + contract renewal</w:t>
      </w:r>
    </w:p>
    <w:p w14:paraId="5489C23E" w14:textId="77777777" w:rsidR="00495879" w:rsidRDefault="00000000">
      <w:r>
        <w:rPr>
          <w:b/>
        </w:rPr>
        <w:t>Touch Frequency by Tier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211687F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3EDB4EA" w14:textId="77777777" w:rsidR="00495879" w:rsidRDefault="00000000">
            <w:r>
              <w:rPr>
                <w:sz w:val="20"/>
              </w:rPr>
              <w:t>Tier</w:t>
            </w:r>
          </w:p>
        </w:tc>
        <w:tc>
          <w:tcPr>
            <w:tcW w:w="1728" w:type="dxa"/>
          </w:tcPr>
          <w:p w14:paraId="1142608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Workshops</w:t>
            </w:r>
          </w:p>
        </w:tc>
        <w:tc>
          <w:tcPr>
            <w:tcW w:w="1728" w:type="dxa"/>
          </w:tcPr>
          <w:p w14:paraId="3A7E0DF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1-on-1</w:t>
            </w:r>
          </w:p>
        </w:tc>
        <w:tc>
          <w:tcPr>
            <w:tcW w:w="1728" w:type="dxa"/>
          </w:tcPr>
          <w:p w14:paraId="10EB487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AI Chat</w:t>
            </w:r>
          </w:p>
        </w:tc>
        <w:tc>
          <w:tcPr>
            <w:tcW w:w="1728" w:type="dxa"/>
          </w:tcPr>
          <w:p w14:paraId="2D473DB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 Touches/Mo</w:t>
            </w:r>
          </w:p>
        </w:tc>
      </w:tr>
      <w:tr w:rsidR="00495879" w14:paraId="7827FA7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869FDD1" w14:textId="77777777" w:rsidR="00495879" w:rsidRDefault="00000000">
            <w:r>
              <w:t>**Platform**</w:t>
            </w:r>
          </w:p>
        </w:tc>
        <w:tc>
          <w:tcPr>
            <w:tcW w:w="1728" w:type="dxa"/>
          </w:tcPr>
          <w:p w14:paraId="153B2FE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728" w:type="dxa"/>
          </w:tcPr>
          <w:p w14:paraId="1AA9062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728" w:type="dxa"/>
          </w:tcPr>
          <w:p w14:paraId="615D2B0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728" w:type="dxa"/>
          </w:tcPr>
          <w:p w14:paraId="4E4996B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495879" w14:paraId="300D5B4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0C191F6" w14:textId="77777777" w:rsidR="00495879" w:rsidRDefault="00000000">
            <w:r>
              <w:t>**TRANSFORM Growth**</w:t>
            </w:r>
          </w:p>
        </w:tc>
        <w:tc>
          <w:tcPr>
            <w:tcW w:w="1728" w:type="dxa"/>
          </w:tcPr>
          <w:p w14:paraId="0D094A4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 (3h)</w:t>
            </w:r>
          </w:p>
        </w:tc>
        <w:tc>
          <w:tcPr>
            <w:tcW w:w="1728" w:type="dxa"/>
          </w:tcPr>
          <w:p w14:paraId="387383A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728" w:type="dxa"/>
          </w:tcPr>
          <w:p w14:paraId="428F3D5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728" w:type="dxa"/>
          </w:tcPr>
          <w:p w14:paraId="0C30327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~15</w:t>
            </w:r>
          </w:p>
        </w:tc>
      </w:tr>
      <w:tr w:rsidR="00495879" w14:paraId="06B0475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B743872" w14:textId="77777777" w:rsidR="00495879" w:rsidRDefault="00000000">
            <w:r>
              <w:t>**TRANSFORM Scale**</w:t>
            </w:r>
          </w:p>
        </w:tc>
        <w:tc>
          <w:tcPr>
            <w:tcW w:w="1728" w:type="dxa"/>
          </w:tcPr>
          <w:p w14:paraId="04A62BF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(3h)</w:t>
            </w:r>
          </w:p>
        </w:tc>
        <w:tc>
          <w:tcPr>
            <w:tcW w:w="1728" w:type="dxa"/>
          </w:tcPr>
          <w:p w14:paraId="75F2095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(2h)</w:t>
            </w:r>
          </w:p>
        </w:tc>
        <w:tc>
          <w:tcPr>
            <w:tcW w:w="1728" w:type="dxa"/>
          </w:tcPr>
          <w:p w14:paraId="615DEB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728" w:type="dxa"/>
          </w:tcPr>
          <w:p w14:paraId="6B285E2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~25</w:t>
            </w:r>
          </w:p>
        </w:tc>
      </w:tr>
      <w:tr w:rsidR="00495879" w14:paraId="6E1E564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3ACF021" w14:textId="77777777" w:rsidR="00495879" w:rsidRDefault="00000000">
            <w:r>
              <w:t>**ADVISORY**</w:t>
            </w:r>
          </w:p>
        </w:tc>
        <w:tc>
          <w:tcPr>
            <w:tcW w:w="1728" w:type="dxa"/>
          </w:tcPr>
          <w:p w14:paraId="0C84E59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 (3h)</w:t>
            </w:r>
          </w:p>
        </w:tc>
        <w:tc>
          <w:tcPr>
            <w:tcW w:w="1728" w:type="dxa"/>
          </w:tcPr>
          <w:p w14:paraId="61680C1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 (6h)</w:t>
            </w:r>
          </w:p>
        </w:tc>
        <w:tc>
          <w:tcPr>
            <w:tcW w:w="1728" w:type="dxa"/>
          </w:tcPr>
          <w:p w14:paraId="6FA4F0C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1728" w:type="dxa"/>
          </w:tcPr>
          <w:p w14:paraId="25B6BA8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~40</w:t>
            </w:r>
          </w:p>
        </w:tc>
      </w:tr>
    </w:tbl>
    <w:p w14:paraId="1CE008EE" w14:textId="77777777" w:rsidR="00495879" w:rsidRDefault="00495879"/>
    <w:p w14:paraId="59C35C1D" w14:textId="77777777" w:rsidR="00495879" w:rsidRDefault="00000000">
      <w:pPr>
        <w:pStyle w:val="Titre4"/>
      </w:pPr>
      <w:r>
        <w:t>Phase 3: Renewal &amp; Expansion (Month 10-12)</w:t>
      </w:r>
    </w:p>
    <w:p w14:paraId="36B1B394" w14:textId="77777777" w:rsidR="00495879" w:rsidRDefault="00000000">
      <w:r>
        <w:rPr>
          <w:b/>
        </w:rPr>
        <w:t>Renewal Process</w:t>
      </w:r>
      <w:r>
        <w:t>:</w:t>
      </w:r>
    </w:p>
    <w:p w14:paraId="5A4315F2" w14:textId="77777777" w:rsidR="00495879" w:rsidRDefault="00000000">
      <w:r>
        <w:rPr>
          <w:b/>
        </w:rPr>
        <w:t>Month 10</w:t>
      </w:r>
      <w:r>
        <w:t xml:space="preserve"> (60 days before renewal):</w:t>
      </w:r>
    </w:p>
    <w:p w14:paraId="5AADD54E" w14:textId="77777777" w:rsidR="00495879" w:rsidRDefault="00000000">
      <w:pPr>
        <w:pStyle w:val="Listepuces"/>
      </w:pPr>
      <w:r>
        <w:t>**Trigger**: CRM alert to founder</w:t>
      </w:r>
    </w:p>
    <w:p w14:paraId="59DCFCDB" w14:textId="77777777" w:rsidR="00495879" w:rsidRDefault="00000000">
      <w:pPr>
        <w:pStyle w:val="Listepuces"/>
      </w:pPr>
      <w:r>
        <w:t>**Action**: Review client health score (engagement, NPS, results)</w:t>
      </w:r>
    </w:p>
    <w:p w14:paraId="0DDD5081" w14:textId="77777777" w:rsidR="00495879" w:rsidRDefault="00000000">
      <w:pPr>
        <w:pStyle w:val="Listepuces"/>
      </w:pPr>
      <w:r>
        <w:t>**Decision**:</w:t>
      </w:r>
    </w:p>
    <w:p w14:paraId="7E660A66" w14:textId="77777777" w:rsidR="00495879" w:rsidRDefault="00000000">
      <w:pPr>
        <w:pStyle w:val="Listepuces"/>
      </w:pPr>
      <w:r>
        <w:t>🟢 Green (high engagement, happy): Proactive renewal email</w:t>
      </w:r>
    </w:p>
    <w:p w14:paraId="2BA9EB55" w14:textId="77777777" w:rsidR="00495879" w:rsidRDefault="00000000">
      <w:pPr>
        <w:pStyle w:val="Listepuces"/>
      </w:pPr>
      <w:r>
        <w:t>🟡 Yellow (medium engagement): Schedule retention call</w:t>
      </w:r>
    </w:p>
    <w:p w14:paraId="30B5F485" w14:textId="77777777" w:rsidR="00495879" w:rsidRDefault="00000000">
      <w:pPr>
        <w:pStyle w:val="Listepuces"/>
      </w:pPr>
      <w:r>
        <w:lastRenderedPageBreak/>
        <w:t>🔴 Red (low engagement, at-risk): Intervention (founder calls immediately)</w:t>
      </w:r>
    </w:p>
    <w:p w14:paraId="4F726796" w14:textId="77777777" w:rsidR="00495879" w:rsidRDefault="00000000">
      <w:r>
        <w:rPr>
          <w:b/>
        </w:rPr>
        <w:t>Month 10 Email</w:t>
      </w:r>
      <w:r>
        <w:t xml:space="preserve"> (Green clients):</w:t>
      </w:r>
    </w:p>
    <w:p w14:paraId="72FCB41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Subject: Let's talk about Year 2 🚀</w:t>
      </w:r>
    </w:p>
    <w:p w14:paraId="6395C4F3" w14:textId="77777777" w:rsidR="00495879" w:rsidRDefault="00495879">
      <w:pPr>
        <w:pStyle w:val="Sansinterligne"/>
      </w:pPr>
    </w:p>
    <w:p w14:paraId="03B17C0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Hi [Name],</w:t>
      </w:r>
    </w:p>
    <w:p w14:paraId="4AEF61D8" w14:textId="77777777" w:rsidR="00495879" w:rsidRDefault="00495879">
      <w:pPr>
        <w:pStyle w:val="Sansinterligne"/>
      </w:pPr>
    </w:p>
    <w:p w14:paraId="5C8984B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I can't believe we're almost at the end of Year 1 together!</w:t>
      </w:r>
    </w:p>
    <w:p w14:paraId="22B64EBB" w14:textId="77777777" w:rsidR="00495879" w:rsidRDefault="00495879">
      <w:pPr>
        <w:pStyle w:val="Sansinterligne"/>
      </w:pPr>
    </w:p>
    <w:p w14:paraId="46F7306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Quick snapshot of what we've accomplished:</w:t>
      </w:r>
    </w:p>
    <w:p w14:paraId="1407C7E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Scale Framework Score: [XX] → [YY] (+[Z] points 🎉)</w:t>
      </w:r>
    </w:p>
    <w:p w14:paraId="098D2B3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Revenue Growth: [Metric, if known]</w:t>
      </w:r>
    </w:p>
    <w:p w14:paraId="07BF69D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[1-2 other wins]</w:t>
      </w:r>
    </w:p>
    <w:p w14:paraId="554D4CC7" w14:textId="77777777" w:rsidR="00495879" w:rsidRDefault="00495879">
      <w:pPr>
        <w:pStyle w:val="Sansinterligne"/>
      </w:pPr>
    </w:p>
    <w:p w14:paraId="1187540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I'd love to schedule a call to:</w:t>
      </w:r>
    </w:p>
    <w:p w14:paraId="0FB01D7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1. Celebrate everything you've achieved</w:t>
      </w:r>
    </w:p>
    <w:p w14:paraId="72670E2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2. Map out Year 2 goals</w:t>
      </w:r>
    </w:p>
    <w:p w14:paraId="7698048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3. Discuss if your current package is still the right fit</w:t>
      </w:r>
    </w:p>
    <w:p w14:paraId="40F1A433" w14:textId="77777777" w:rsidR="00495879" w:rsidRDefault="00495879">
      <w:pPr>
        <w:pStyle w:val="Sansinterligne"/>
      </w:pPr>
    </w:p>
    <w:p w14:paraId="1135228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How's [Date/Time] work?</w:t>
      </w:r>
    </w:p>
    <w:p w14:paraId="3E7B55E3" w14:textId="77777777" w:rsidR="00495879" w:rsidRDefault="00495879">
      <w:pPr>
        <w:pStyle w:val="Sansinterligne"/>
      </w:pPr>
    </w:p>
    <w:p w14:paraId="1C9AB71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Looking forward to Year 2,</w:t>
      </w:r>
    </w:p>
    <w:p w14:paraId="766DB33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Gregory</w:t>
      </w:r>
    </w:p>
    <w:p w14:paraId="6981D724" w14:textId="77777777" w:rsidR="00495879" w:rsidRDefault="00495879">
      <w:pPr>
        <w:pStyle w:val="Sansinterligne"/>
      </w:pPr>
    </w:p>
    <w:p w14:paraId="352771E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P.S. If you refer another CEO before your renewal, you'll get $1,000 credit 😉</w:t>
      </w:r>
    </w:p>
    <w:p w14:paraId="454934A9" w14:textId="77777777" w:rsidR="00495879" w:rsidRDefault="00000000">
      <w:r>
        <w:rPr>
          <w:b/>
        </w:rPr>
        <w:t>Month 11 (Renewal Call - 30 min)</w:t>
      </w:r>
      <w:r>
        <w:t>:</w:t>
      </w:r>
    </w:p>
    <w:p w14:paraId="24760266" w14:textId="77777777" w:rsidR="00495879" w:rsidRDefault="00000000">
      <w:pPr>
        <w:pStyle w:val="Listepuces"/>
      </w:pPr>
      <w:r>
        <w:t>**Agenda**:</w:t>
      </w:r>
    </w:p>
    <w:p w14:paraId="5E46D613" w14:textId="77777777" w:rsidR="00495879" w:rsidRDefault="00000000">
      <w:pPr>
        <w:pStyle w:val="Listenumros"/>
      </w:pPr>
      <w:r>
        <w:t>Reflect on Year 1 (what worked, what didn't)</w:t>
      </w:r>
    </w:p>
    <w:p w14:paraId="5E8F7AA1" w14:textId="77777777" w:rsidR="00495879" w:rsidRDefault="00000000">
      <w:pPr>
        <w:pStyle w:val="Listenumros"/>
      </w:pPr>
      <w:r>
        <w:t>Client shares Year 2 goals</w:t>
      </w:r>
    </w:p>
    <w:p w14:paraId="416069A0" w14:textId="77777777" w:rsidR="00495879" w:rsidRDefault="00000000">
      <w:pPr>
        <w:pStyle w:val="Listenumros"/>
      </w:pPr>
      <w:r>
        <w:t>Recommend tier (same, upgrade, or downgrade - be honest!)</w:t>
      </w:r>
    </w:p>
    <w:p w14:paraId="2AC0F19F" w14:textId="77777777" w:rsidR="00495879" w:rsidRDefault="00000000">
      <w:pPr>
        <w:pStyle w:val="Listenumros"/>
      </w:pPr>
      <w:r>
        <w:t>Discuss pricing (usually same, unless tier change)</w:t>
      </w:r>
    </w:p>
    <w:p w14:paraId="47023A13" w14:textId="77777777" w:rsidR="00495879" w:rsidRDefault="00000000">
      <w:pPr>
        <w:pStyle w:val="Listenumros"/>
      </w:pPr>
      <w:r>
        <w:t>Handle objections</w:t>
      </w:r>
    </w:p>
    <w:p w14:paraId="3B7AD886" w14:textId="77777777" w:rsidR="00495879" w:rsidRDefault="00000000">
      <w:pPr>
        <w:pStyle w:val="Listenumros"/>
      </w:pPr>
      <w:r>
        <w:t>Close: "Ready to commit to another year?"</w:t>
      </w:r>
    </w:p>
    <w:p w14:paraId="72D15C8D" w14:textId="77777777" w:rsidR="00495879" w:rsidRDefault="00000000">
      <w:r>
        <w:rPr>
          <w:b/>
        </w:rPr>
        <w:t>Objection Handling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3158591A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4D87F30" w14:textId="77777777" w:rsidR="00495879" w:rsidRDefault="00000000">
            <w:r>
              <w:rPr>
                <w:sz w:val="20"/>
              </w:rPr>
              <w:t>Objection</w:t>
            </w:r>
          </w:p>
        </w:tc>
        <w:tc>
          <w:tcPr>
            <w:tcW w:w="4320" w:type="dxa"/>
          </w:tcPr>
          <w:p w14:paraId="609438E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Response</w:t>
            </w:r>
          </w:p>
        </w:tc>
      </w:tr>
      <w:tr w:rsidR="00495879" w14:paraId="59841E0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55F0A19" w14:textId="77777777" w:rsidR="00495879" w:rsidRDefault="00000000">
            <w:r>
              <w:t>"Budget constraints"</w:t>
            </w:r>
          </w:p>
        </w:tc>
        <w:tc>
          <w:tcPr>
            <w:tcW w:w="4320" w:type="dxa"/>
          </w:tcPr>
          <w:p w14:paraId="4A1317C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"I totally understand. A few options: 1) Stay at current tier, pay quarterly (spreads cost), 2) Downgrade to Growth tier (still valuable), 3) Pause for 3 months, rejoin when ready. What feels best?"</w:t>
            </w:r>
          </w:p>
        </w:tc>
      </w:tr>
      <w:tr w:rsidR="00495879" w14:paraId="2591CD5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C820D73" w14:textId="77777777" w:rsidR="00495879" w:rsidRDefault="00000000">
            <w:r>
              <w:t>"Didn't get value"</w:t>
            </w:r>
          </w:p>
        </w:tc>
        <w:tc>
          <w:tcPr>
            <w:tcW w:w="4320" w:type="dxa"/>
          </w:tcPr>
          <w:p w14:paraId="644AD31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"I'm sorry to hear that. Tell me more - what was missing? [LISTEN]. Here's what I can do: [custom solution, discount, or amicable exit]."</w:t>
            </w:r>
          </w:p>
        </w:tc>
      </w:tr>
      <w:tr w:rsidR="00495879" w14:paraId="1AFB09D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57E3E5E" w14:textId="77777777" w:rsidR="00495879" w:rsidRDefault="00000000">
            <w:r>
              <w:t>"Too busy to engage"</w:t>
            </w:r>
          </w:p>
        </w:tc>
        <w:tc>
          <w:tcPr>
            <w:tcW w:w="4320" w:type="dxa"/>
          </w:tcPr>
          <w:p w14:paraId="372B80D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"I hear you. Year 2 might not be the right time. Let's stay in touch - I'll check in Q3 to </w:t>
            </w:r>
            <w:r>
              <w:lastRenderedPageBreak/>
              <w:t>see if things have calmed down."</w:t>
            </w:r>
          </w:p>
        </w:tc>
      </w:tr>
      <w:tr w:rsidR="00495879" w14:paraId="5E8269C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BB4F3AB" w14:textId="77777777" w:rsidR="00495879" w:rsidRDefault="00000000">
            <w:r>
              <w:lastRenderedPageBreak/>
              <w:t>"Want to try someone else"</w:t>
            </w:r>
          </w:p>
        </w:tc>
        <w:tc>
          <w:tcPr>
            <w:tcW w:w="4320" w:type="dxa"/>
          </w:tcPr>
          <w:p w14:paraId="57F49EF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"That makes sense! Who are you considering? [Learn]. I'm confident you'll find value. If it doesn't work out, my door is always open."</w:t>
            </w:r>
          </w:p>
        </w:tc>
      </w:tr>
    </w:tbl>
    <w:p w14:paraId="4C1FE1A9" w14:textId="77777777" w:rsidR="00495879" w:rsidRDefault="00495879"/>
    <w:p w14:paraId="7E20F458" w14:textId="77777777" w:rsidR="00495879" w:rsidRDefault="00000000">
      <w:r>
        <w:rPr>
          <w:b/>
        </w:rPr>
        <w:t>Renewal Targets</w:t>
      </w:r>
      <w:r>
        <w:t>:</w:t>
      </w:r>
    </w:p>
    <w:p w14:paraId="514AE002" w14:textId="77777777" w:rsidR="00495879" w:rsidRDefault="00000000">
      <w:pPr>
        <w:pStyle w:val="Listepuces"/>
      </w:pPr>
      <w:r>
        <w:t>**Retention Rate Goal**: 80% (Year 1 → Year 2)</w:t>
      </w:r>
    </w:p>
    <w:p w14:paraId="4080994C" w14:textId="77777777" w:rsidR="00495879" w:rsidRDefault="00000000">
      <w:pPr>
        <w:pStyle w:val="Listepuces"/>
      </w:pPr>
      <w:r>
        <w:t>Industry benchmark: 70-85% (B2B SaaS/coaching)</w:t>
      </w:r>
    </w:p>
    <w:p w14:paraId="2085DA05" w14:textId="77777777" w:rsidR="00495879" w:rsidRDefault="00000000">
      <w:pPr>
        <w:pStyle w:val="Listepuces"/>
      </w:pPr>
      <w:r>
        <w:t>Churn reasons (acceptable):</w:t>
      </w:r>
    </w:p>
    <w:p w14:paraId="4A09AA63" w14:textId="77777777" w:rsidR="00495879" w:rsidRDefault="00000000">
      <w:pPr>
        <w:pStyle w:val="Listepuces"/>
      </w:pPr>
      <w:r>
        <w:t>Business closure/sold (5%)</w:t>
      </w:r>
    </w:p>
    <w:p w14:paraId="6FDA771F" w14:textId="77777777" w:rsidR="00495879" w:rsidRDefault="00000000">
      <w:pPr>
        <w:pStyle w:val="Listepuces"/>
      </w:pPr>
      <w:r>
        <w:t>Budget constraints (10%)</w:t>
      </w:r>
    </w:p>
    <w:p w14:paraId="2B18D454" w14:textId="77777777" w:rsidR="00495879" w:rsidRDefault="00000000">
      <w:pPr>
        <w:pStyle w:val="Listepuces"/>
      </w:pPr>
      <w:r>
        <w:t>Moved to competitor (5%)</w:t>
      </w:r>
    </w:p>
    <w:p w14:paraId="72965BED" w14:textId="77777777" w:rsidR="00495879" w:rsidRDefault="00000000">
      <w:r>
        <w:rPr>
          <w:b/>
        </w:rPr>
        <w:t>Upsell Opportunities</w:t>
      </w:r>
      <w:r>
        <w:t>:</w:t>
      </w:r>
    </w:p>
    <w:p w14:paraId="0D5182E5" w14:textId="77777777" w:rsidR="00495879" w:rsidRDefault="00000000">
      <w:pPr>
        <w:pStyle w:val="Listepuces"/>
      </w:pPr>
      <w:r>
        <w:t>Platform → TRANSFORM Growth (20% of Platform members)</w:t>
      </w:r>
    </w:p>
    <w:p w14:paraId="0B173EF8" w14:textId="77777777" w:rsidR="00495879" w:rsidRDefault="00000000">
      <w:pPr>
        <w:pStyle w:val="Listepuces"/>
      </w:pPr>
      <w:r>
        <w:t>TRANSFORM Growth → Scale (30% after 6 months)</w:t>
      </w:r>
    </w:p>
    <w:p w14:paraId="15D77747" w14:textId="77777777" w:rsidR="00495879" w:rsidRDefault="00000000">
      <w:pPr>
        <w:pStyle w:val="Listepuces"/>
      </w:pPr>
      <w:r>
        <w:t>TRANSFORM Scale → ADVISORY (15% high-growth clients)</w:t>
      </w:r>
    </w:p>
    <w:p w14:paraId="0607A7B4" w14:textId="77777777" w:rsidR="00495879" w:rsidRDefault="00000000">
      <w:r>
        <w:rPr>
          <w:b/>
        </w:rPr>
        <w:t>Month 12 (Contract Renewal)</w:t>
      </w:r>
      <w:r>
        <w:t>:</w:t>
      </w:r>
    </w:p>
    <w:p w14:paraId="6EB94DC0" w14:textId="77777777" w:rsidR="00495879" w:rsidRDefault="00000000">
      <w:pPr>
        <w:pStyle w:val="Listepuces"/>
      </w:pPr>
      <w:r>
        <w:t>Send contract 30 days before expiration</w:t>
      </w:r>
    </w:p>
    <w:p w14:paraId="55E8A2C7" w14:textId="77777777" w:rsidR="00495879" w:rsidRDefault="00000000">
      <w:pPr>
        <w:pStyle w:val="Listepuces"/>
      </w:pPr>
      <w:r>
        <w:t>Payment: Auto-renew (if credit card on file) OR invoice (Net 15)</w:t>
      </w:r>
    </w:p>
    <w:p w14:paraId="58B99903" w14:textId="77777777" w:rsidR="00495879" w:rsidRDefault="00000000">
      <w:pPr>
        <w:pStyle w:val="Listepuces"/>
      </w:pPr>
      <w:r>
        <w:t>Celebration: "Welcome to Year 2!" email with gift (book, swag)</w:t>
      </w:r>
    </w:p>
    <w:p w14:paraId="632FF76E" w14:textId="77777777" w:rsidR="00495879" w:rsidRDefault="00000000">
      <w:r>
        <w:t>________________________________________________________________________________</w:t>
      </w:r>
    </w:p>
    <w:p w14:paraId="42343404" w14:textId="77777777" w:rsidR="00495879" w:rsidRDefault="00000000">
      <w:pPr>
        <w:pStyle w:val="Titre2"/>
      </w:pPr>
      <w:r>
        <w:t>✅ QUALITY ASSURANCE FRAMEWORK</w:t>
      </w:r>
    </w:p>
    <w:p w14:paraId="67BC5D5C" w14:textId="77777777" w:rsidR="00495879" w:rsidRDefault="00000000">
      <w:pPr>
        <w:pStyle w:val="Titre3"/>
      </w:pPr>
      <w:r>
        <w:t>Quality Standards</w:t>
      </w:r>
    </w:p>
    <w:p w14:paraId="40567F71" w14:textId="77777777" w:rsidR="00495879" w:rsidRDefault="00000000">
      <w:r>
        <w:rPr>
          <w:b/>
        </w:rPr>
        <w:t>Service Delivery Commitments</w:t>
      </w:r>
      <w:r>
        <w:t>:</w:t>
      </w:r>
    </w:p>
    <w:p w14:paraId="5163F6E7" w14:textId="77777777" w:rsidR="00495879" w:rsidRDefault="00000000">
      <w:pPr>
        <w:pStyle w:val="Listenumros"/>
      </w:pPr>
      <w:r>
        <w:t>**Response Time**:</w:t>
      </w:r>
    </w:p>
    <w:p w14:paraId="0303E87E" w14:textId="77777777" w:rsidR="00495879" w:rsidRDefault="00000000">
      <w:pPr>
        <w:pStyle w:val="Listepuces"/>
      </w:pPr>
      <w:r>
        <w:t>AI Coach: &lt;5 seconds</w:t>
      </w:r>
    </w:p>
    <w:p w14:paraId="47FAE4D1" w14:textId="77777777" w:rsidR="00495879" w:rsidRDefault="00000000">
      <w:pPr>
        <w:pStyle w:val="Listepuces"/>
      </w:pPr>
      <w:r>
        <w:t>Email support: &lt;24 hours (business days)</w:t>
      </w:r>
    </w:p>
    <w:p w14:paraId="7F2904DC" w14:textId="77777777" w:rsidR="00495879" w:rsidRDefault="00000000">
      <w:pPr>
        <w:pStyle w:val="Listepuces"/>
      </w:pPr>
      <w:r>
        <w:t>Urgent issues (platform down): &lt;2 hours</w:t>
      </w:r>
    </w:p>
    <w:p w14:paraId="63AC6215" w14:textId="77777777" w:rsidR="00495879" w:rsidRDefault="00000000">
      <w:pPr>
        <w:pStyle w:val="Listenumros"/>
      </w:pPr>
      <w:r>
        <w:t>**Session Quality**:</w:t>
      </w:r>
    </w:p>
    <w:p w14:paraId="673BAAB3" w14:textId="77777777" w:rsidR="00495879" w:rsidRDefault="00000000">
      <w:pPr>
        <w:pStyle w:val="Listepuces"/>
      </w:pPr>
      <w:r>
        <w:t>Coach arrives 5 min early (set up, review notes)</w:t>
      </w:r>
    </w:p>
    <w:p w14:paraId="77108485" w14:textId="77777777" w:rsidR="00495879" w:rsidRDefault="00000000">
      <w:pPr>
        <w:pStyle w:val="Listepuces"/>
      </w:pPr>
      <w:r>
        <w:t>Start on time (respect client's schedule)</w:t>
      </w:r>
    </w:p>
    <w:p w14:paraId="4FB8C6F2" w14:textId="77777777" w:rsidR="00495879" w:rsidRDefault="00000000">
      <w:pPr>
        <w:pStyle w:val="Listepuces"/>
      </w:pPr>
      <w:r>
        <w:t>Full attention (no multitasking, phone away)</w:t>
      </w:r>
    </w:p>
    <w:p w14:paraId="7EB509A7" w14:textId="77777777" w:rsidR="00495879" w:rsidRDefault="00000000">
      <w:pPr>
        <w:pStyle w:val="Listepuces"/>
      </w:pPr>
      <w:r>
        <w:t>Recap email sent within 24 hours</w:t>
      </w:r>
    </w:p>
    <w:p w14:paraId="02404069" w14:textId="77777777" w:rsidR="00495879" w:rsidRDefault="00000000">
      <w:pPr>
        <w:pStyle w:val="Listenumros"/>
      </w:pPr>
      <w:r>
        <w:lastRenderedPageBreak/>
        <w:t>**Content Quality**:</w:t>
      </w:r>
    </w:p>
    <w:p w14:paraId="75F3AF9E" w14:textId="77777777" w:rsidR="00495879" w:rsidRDefault="00000000">
      <w:pPr>
        <w:pStyle w:val="Listepuces"/>
      </w:pPr>
      <w:r>
        <w:t>Workshops: Professional slides, 4.5+ rating</w:t>
      </w:r>
    </w:p>
    <w:p w14:paraId="20A53870" w14:textId="77777777" w:rsidR="00495879" w:rsidRDefault="00000000">
      <w:pPr>
        <w:pStyle w:val="Listepuces"/>
      </w:pPr>
      <w:r>
        <w:t>Resources: Tested (no broken links, errors)</w:t>
      </w:r>
    </w:p>
    <w:p w14:paraId="7D72EACA" w14:textId="77777777" w:rsidR="00495879" w:rsidRDefault="00000000">
      <w:pPr>
        <w:pStyle w:val="Listepuces"/>
      </w:pPr>
      <w:r>
        <w:t>Platform: 99.5% uptime</w:t>
      </w:r>
    </w:p>
    <w:p w14:paraId="3CA639E0" w14:textId="77777777" w:rsidR="00495879" w:rsidRDefault="00000000">
      <w:pPr>
        <w:pStyle w:val="Listenumros"/>
      </w:pPr>
      <w:r>
        <w:t>**Communication**:</w:t>
      </w:r>
    </w:p>
    <w:p w14:paraId="50070ED4" w14:textId="77777777" w:rsidR="00495879" w:rsidRDefault="00000000">
      <w:pPr>
        <w:pStyle w:val="Listepuces"/>
      </w:pPr>
      <w:r>
        <w:t>No jargon (speak client's language)</w:t>
      </w:r>
    </w:p>
    <w:p w14:paraId="39D0CDA8" w14:textId="77777777" w:rsidR="00495879" w:rsidRDefault="00000000">
      <w:pPr>
        <w:pStyle w:val="Listepuces"/>
      </w:pPr>
      <w:r>
        <w:t>Proactive updates (if delays, notify immediately)</w:t>
      </w:r>
    </w:p>
    <w:p w14:paraId="1A6E7C6D" w14:textId="77777777" w:rsidR="00495879" w:rsidRDefault="00000000">
      <w:pPr>
        <w:pStyle w:val="Listepuces"/>
      </w:pPr>
      <w:r>
        <w:t>Personalization (use name, reference their business)</w:t>
      </w:r>
    </w:p>
    <w:p w14:paraId="1BA825A3" w14:textId="77777777" w:rsidR="00495879" w:rsidRDefault="00000000">
      <w:pPr>
        <w:pStyle w:val="Titre3"/>
      </w:pPr>
      <w:r>
        <w:t>Quality Measurement</w:t>
      </w:r>
    </w:p>
    <w:p w14:paraId="1CB88EFF" w14:textId="77777777" w:rsidR="00495879" w:rsidRDefault="00000000">
      <w:r>
        <w:rPr>
          <w:b/>
        </w:rPr>
        <w:t>Client Satisfaction Metrics</w:t>
      </w:r>
      <w:r>
        <w:t>:</w:t>
      </w:r>
    </w:p>
    <w:p w14:paraId="6F5289A0" w14:textId="77777777" w:rsidR="00495879" w:rsidRDefault="00000000">
      <w:r>
        <w:rPr>
          <w:b/>
        </w:rPr>
        <w:t>1. Net Promoter Score (NPS)</w:t>
      </w:r>
      <w:r>
        <w:t xml:space="preserve"> - Quarterly</w:t>
      </w:r>
    </w:p>
    <w:p w14:paraId="4C76B9C8" w14:textId="77777777" w:rsidR="00495879" w:rsidRDefault="00000000">
      <w:pPr>
        <w:pStyle w:val="Listepuces"/>
      </w:pPr>
      <w:r>
        <w:t>**Question**: "How likely are you to recommend GBCM to a peer?" (0-10 scale)</w:t>
      </w:r>
    </w:p>
    <w:p w14:paraId="01C214D6" w14:textId="77777777" w:rsidR="00495879" w:rsidRDefault="00000000">
      <w:pPr>
        <w:pStyle w:val="Listepuces"/>
      </w:pPr>
      <w:r>
        <w:t>**Calculation**:</w:t>
      </w:r>
    </w:p>
    <w:p w14:paraId="0DA60DCB" w14:textId="77777777" w:rsidR="00495879" w:rsidRDefault="00000000">
      <w:pPr>
        <w:pStyle w:val="Listepuces"/>
      </w:pPr>
      <w:r>
        <w:t>Promoters (9-10): [%]</w:t>
      </w:r>
    </w:p>
    <w:p w14:paraId="366BD321" w14:textId="77777777" w:rsidR="00495879" w:rsidRDefault="00000000">
      <w:pPr>
        <w:pStyle w:val="Listepuces"/>
      </w:pPr>
      <w:r>
        <w:t>Passives (7-8): [%]</w:t>
      </w:r>
    </w:p>
    <w:p w14:paraId="618F742D" w14:textId="77777777" w:rsidR="00495879" w:rsidRDefault="00000000">
      <w:pPr>
        <w:pStyle w:val="Listepuces"/>
      </w:pPr>
      <w:r>
        <w:t>Detractors (0-6): [%]</w:t>
      </w:r>
    </w:p>
    <w:p w14:paraId="5768BE5C" w14:textId="77777777" w:rsidR="00495879" w:rsidRDefault="00000000">
      <w:pPr>
        <w:pStyle w:val="Listepuces"/>
      </w:pPr>
      <w:r>
        <w:t>**NPS = % Promoters - % Detractors**</w:t>
      </w:r>
    </w:p>
    <w:p w14:paraId="685BAB5B" w14:textId="77777777" w:rsidR="00495879" w:rsidRDefault="00000000">
      <w:pPr>
        <w:pStyle w:val="Listepuces"/>
      </w:pPr>
      <w:r>
        <w:t>**Target**: NPS ≥ 50 (Excellent), ≥ 70 (World-class)</w:t>
      </w:r>
    </w:p>
    <w:p w14:paraId="1FC9BD65" w14:textId="77777777" w:rsidR="00495879" w:rsidRDefault="00000000">
      <w:pPr>
        <w:pStyle w:val="Listepuces"/>
      </w:pPr>
      <w:r>
        <w:t>**Action**: Detractors get immediate call from founder</w:t>
      </w:r>
    </w:p>
    <w:p w14:paraId="19737E6C" w14:textId="77777777" w:rsidR="00495879" w:rsidRDefault="00000000">
      <w:r>
        <w:rPr>
          <w:b/>
        </w:rPr>
        <w:t>2. Session Ratings</w:t>
      </w:r>
      <w:r>
        <w:t xml:space="preserve"> - After each workshop/coaching call</w:t>
      </w:r>
    </w:p>
    <w:p w14:paraId="7EC5A795" w14:textId="77777777" w:rsidR="00495879" w:rsidRDefault="00000000">
      <w:pPr>
        <w:pStyle w:val="Listepuces"/>
      </w:pPr>
      <w:r>
        <w:t>**Question**: "How valuable was today's session?" (1-5 stars)</w:t>
      </w:r>
    </w:p>
    <w:p w14:paraId="7FBB01BA" w14:textId="77777777" w:rsidR="00495879" w:rsidRDefault="00000000">
      <w:pPr>
        <w:pStyle w:val="Listepuces"/>
      </w:pPr>
      <w:r>
        <w:t>**Target**: Average ≥ 4.5</w:t>
      </w:r>
    </w:p>
    <w:p w14:paraId="443E2D7D" w14:textId="77777777" w:rsidR="00495879" w:rsidRDefault="00000000">
      <w:pPr>
        <w:pStyle w:val="Listepuces"/>
      </w:pPr>
      <w:r>
        <w:t>**Action**: &lt;4.0 ratings reviewed, coach adjusts approach</w:t>
      </w:r>
    </w:p>
    <w:p w14:paraId="2063E410" w14:textId="77777777" w:rsidR="00495879" w:rsidRDefault="00000000">
      <w:r>
        <w:rPr>
          <w:b/>
        </w:rPr>
        <w:t>3. Milestone Achievement</w:t>
      </w:r>
      <w:r>
        <w:t xml:space="preserve"> - Monthly</w:t>
      </w:r>
    </w:p>
    <w:p w14:paraId="3330F083" w14:textId="77777777" w:rsidR="00495879" w:rsidRDefault="00000000">
      <w:pPr>
        <w:pStyle w:val="Listepuces"/>
      </w:pPr>
      <w:r>
        <w:t>**Metric**: "% of clients who achieved ≥1 goal this month"</w:t>
      </w:r>
    </w:p>
    <w:p w14:paraId="77879BFE" w14:textId="77777777" w:rsidR="00495879" w:rsidRDefault="00000000">
      <w:pPr>
        <w:pStyle w:val="Listepuces"/>
      </w:pPr>
      <w:r>
        <w:t>**Target**: 70%</w:t>
      </w:r>
    </w:p>
    <w:p w14:paraId="28784747" w14:textId="77777777" w:rsidR="00495879" w:rsidRDefault="00000000">
      <w:pPr>
        <w:pStyle w:val="Listepuces"/>
      </w:pPr>
      <w:r>
        <w:t>**Action**: Low performers get proactive outreach</w:t>
      </w:r>
    </w:p>
    <w:p w14:paraId="295326C4" w14:textId="77777777" w:rsidR="00495879" w:rsidRDefault="00000000">
      <w:r>
        <w:rPr>
          <w:b/>
        </w:rPr>
        <w:t>4. Engagement Score</w:t>
      </w:r>
      <w:r>
        <w:t xml:space="preserve"> (Composite) - Calculated weekly</w:t>
      </w:r>
    </w:p>
    <w:p w14:paraId="7602FAFA" w14:textId="77777777" w:rsidR="00495879" w:rsidRDefault="00000000">
      <w:pPr>
        <w:pStyle w:val="Listepuces"/>
      </w:pPr>
      <w:r>
        <w:t>**Inputs**:</w:t>
      </w:r>
    </w:p>
    <w:p w14:paraId="6B63377D" w14:textId="77777777" w:rsidR="00495879" w:rsidRDefault="00000000">
      <w:pPr>
        <w:pStyle w:val="Listepuces"/>
      </w:pPr>
      <w:r>
        <w:t>Workshop attendance (25% weight)</w:t>
      </w:r>
    </w:p>
    <w:p w14:paraId="58549B30" w14:textId="77777777" w:rsidR="00495879" w:rsidRDefault="00000000">
      <w:pPr>
        <w:pStyle w:val="Listepuces"/>
      </w:pPr>
      <w:r>
        <w:t>1-on-1 attendance (25%)</w:t>
      </w:r>
    </w:p>
    <w:p w14:paraId="40D2661E" w14:textId="77777777" w:rsidR="00495879" w:rsidRDefault="00000000">
      <w:pPr>
        <w:pStyle w:val="Listepuces"/>
      </w:pPr>
      <w:r>
        <w:t>Platform logins (15%)</w:t>
      </w:r>
    </w:p>
    <w:p w14:paraId="62A45308" w14:textId="77777777" w:rsidR="00495879" w:rsidRDefault="00000000">
      <w:pPr>
        <w:pStyle w:val="Listepuces"/>
      </w:pPr>
      <w:r>
        <w:t>AI Coach usage (15%)</w:t>
      </w:r>
    </w:p>
    <w:p w14:paraId="55123458" w14:textId="77777777" w:rsidR="00495879" w:rsidRDefault="00000000">
      <w:pPr>
        <w:pStyle w:val="Listepuces"/>
      </w:pPr>
      <w:r>
        <w:t>Community participation (10%)</w:t>
      </w:r>
    </w:p>
    <w:p w14:paraId="366EF706" w14:textId="77777777" w:rsidR="00495879" w:rsidRDefault="00000000">
      <w:pPr>
        <w:pStyle w:val="Listepuces"/>
      </w:pPr>
      <w:r>
        <w:lastRenderedPageBreak/>
        <w:t>Content completion (10%)</w:t>
      </w:r>
    </w:p>
    <w:p w14:paraId="5A077FF6" w14:textId="77777777" w:rsidR="00495879" w:rsidRDefault="00000000">
      <w:pPr>
        <w:pStyle w:val="Listepuces"/>
      </w:pPr>
      <w:r>
        <w:t>**Scale**: 0-100</w:t>
      </w:r>
    </w:p>
    <w:p w14:paraId="6CC4F7F3" w14:textId="77777777" w:rsidR="00495879" w:rsidRDefault="00000000">
      <w:pPr>
        <w:pStyle w:val="Listepuces"/>
      </w:pPr>
      <w:r>
        <w:t>**Segments**:</w:t>
      </w:r>
    </w:p>
    <w:p w14:paraId="5B692195" w14:textId="77777777" w:rsidR="00495879" w:rsidRDefault="00000000">
      <w:pPr>
        <w:pStyle w:val="Listepuces"/>
      </w:pPr>
      <w:r>
        <w:t>80-100: Super Users (celebrate, ask for referrals)</w:t>
      </w:r>
    </w:p>
    <w:p w14:paraId="6B3A3827" w14:textId="77777777" w:rsidR="00495879" w:rsidRDefault="00000000">
      <w:pPr>
        <w:pStyle w:val="Listepuces"/>
      </w:pPr>
      <w:r>
        <w:t>50-79: Healthy (maintain)</w:t>
      </w:r>
    </w:p>
    <w:p w14:paraId="33892701" w14:textId="77777777" w:rsidR="00495879" w:rsidRDefault="00000000">
      <w:pPr>
        <w:pStyle w:val="Listepuces"/>
      </w:pPr>
      <w:r>
        <w:t>20-49: At-Risk (re-engage campaign)</w:t>
      </w:r>
    </w:p>
    <w:p w14:paraId="2FAA2E80" w14:textId="77777777" w:rsidR="00495879" w:rsidRDefault="00000000">
      <w:pPr>
        <w:pStyle w:val="Listepuces"/>
      </w:pPr>
      <w:r>
        <w:t>0-19: Churned (exit interview)</w:t>
      </w:r>
    </w:p>
    <w:p w14:paraId="2EC6B5E0" w14:textId="77777777" w:rsidR="00495879" w:rsidRDefault="00000000">
      <w:pPr>
        <w:pStyle w:val="Titre3"/>
      </w:pPr>
      <w:r>
        <w:t>Continuous Improvement Process</w:t>
      </w:r>
    </w:p>
    <w:p w14:paraId="183C0FE5" w14:textId="77777777" w:rsidR="00495879" w:rsidRDefault="00000000">
      <w:r>
        <w:rPr>
          <w:b/>
        </w:rPr>
        <w:t>Monthly Operations Review</w:t>
      </w:r>
      <w:r>
        <w:t xml:space="preserve"> (Founder, 2 hours):</w:t>
      </w:r>
    </w:p>
    <w:p w14:paraId="533A7C89" w14:textId="77777777" w:rsidR="00495879" w:rsidRDefault="00000000">
      <w:pPr>
        <w:pStyle w:val="Listenumros"/>
      </w:pPr>
      <w:r>
        <w:t>Review metrics (NPS, engagement, session ratings)</w:t>
      </w:r>
    </w:p>
    <w:p w14:paraId="05C88464" w14:textId="77777777" w:rsidR="00495879" w:rsidRDefault="00000000">
      <w:pPr>
        <w:pStyle w:val="Listenumros"/>
      </w:pPr>
      <w:r>
        <w:t>Analyze feedback (surveys, support tickets)</w:t>
      </w:r>
    </w:p>
    <w:p w14:paraId="788BA407" w14:textId="77777777" w:rsidR="00495879" w:rsidRDefault="00000000">
      <w:pPr>
        <w:pStyle w:val="Listenumros"/>
      </w:pPr>
      <w:r>
        <w:t>Identify 1-3 improvement areas</w:t>
      </w:r>
    </w:p>
    <w:p w14:paraId="2020871F" w14:textId="77777777" w:rsidR="00495879" w:rsidRDefault="00000000">
      <w:pPr>
        <w:pStyle w:val="Listenumros"/>
      </w:pPr>
      <w:r>
        <w:t>Implement changes (update process, create resource, coach training)</w:t>
      </w:r>
    </w:p>
    <w:p w14:paraId="1AEC7D5E" w14:textId="77777777" w:rsidR="00495879" w:rsidRDefault="00000000">
      <w:pPr>
        <w:pStyle w:val="Listenumros"/>
      </w:pPr>
      <w:r>
        <w:t>Document in "Operations Playbook"</w:t>
      </w:r>
    </w:p>
    <w:p w14:paraId="7D922F19" w14:textId="77777777" w:rsidR="00495879" w:rsidRDefault="00000000">
      <w:r>
        <w:rPr>
          <w:b/>
        </w:rPr>
        <w:t>Quarterly Retrospective</w:t>
      </w:r>
      <w:r>
        <w:t xml:space="preserve"> (Founder + VA, 3 hours):</w:t>
      </w:r>
    </w:p>
    <w:p w14:paraId="6C25DBDF" w14:textId="77777777" w:rsidR="00495879" w:rsidRDefault="00000000">
      <w:pPr>
        <w:pStyle w:val="Listepuces"/>
      </w:pPr>
      <w:r>
        <w:t>What went well? (celebrate wins)</w:t>
      </w:r>
    </w:p>
    <w:p w14:paraId="0370FBB7" w14:textId="77777777" w:rsidR="00495879" w:rsidRDefault="00000000">
      <w:pPr>
        <w:pStyle w:val="Listepuces"/>
      </w:pPr>
      <w:r>
        <w:t>What didn't go well? (failures, near-misses)</w:t>
      </w:r>
    </w:p>
    <w:p w14:paraId="20755F25" w14:textId="77777777" w:rsidR="00495879" w:rsidRDefault="00000000">
      <w:pPr>
        <w:pStyle w:val="Listepuces"/>
      </w:pPr>
      <w:r>
        <w:t>What did we learn? (insights)</w:t>
      </w:r>
    </w:p>
    <w:p w14:paraId="51CFC2BE" w14:textId="77777777" w:rsidR="00495879" w:rsidRDefault="00000000">
      <w:pPr>
        <w:pStyle w:val="Listepuces"/>
      </w:pPr>
      <w:r>
        <w:t>What will we change? (action items, assign owners)</w:t>
      </w:r>
    </w:p>
    <w:p w14:paraId="2A6EC49F" w14:textId="77777777" w:rsidR="00495879" w:rsidRDefault="00000000">
      <w:r>
        <w:rPr>
          <w:b/>
        </w:rPr>
        <w:t>Annual Audit</w:t>
      </w:r>
      <w:r>
        <w:t xml:space="preserve"> (External consultant, $5K - Year 2+):</w:t>
      </w:r>
    </w:p>
    <w:p w14:paraId="7679DA2E" w14:textId="77777777" w:rsidR="00495879" w:rsidRDefault="00000000">
      <w:pPr>
        <w:pStyle w:val="Listepuces"/>
      </w:pPr>
      <w:r>
        <w:t>Mystery shop (consultant poses as client)</w:t>
      </w:r>
    </w:p>
    <w:p w14:paraId="3BB40F6C" w14:textId="77777777" w:rsidR="00495879" w:rsidRDefault="00000000">
      <w:pPr>
        <w:pStyle w:val="Listepuces"/>
      </w:pPr>
      <w:r>
        <w:t>Platform UX audit</w:t>
      </w:r>
    </w:p>
    <w:p w14:paraId="05C06DB1" w14:textId="77777777" w:rsidR="00495879" w:rsidRDefault="00000000">
      <w:pPr>
        <w:pStyle w:val="Listepuces"/>
      </w:pPr>
      <w:r>
        <w:t>Process efficiency analysis</w:t>
      </w:r>
    </w:p>
    <w:p w14:paraId="423CCF68" w14:textId="77777777" w:rsidR="00495879" w:rsidRDefault="00000000">
      <w:pPr>
        <w:pStyle w:val="Listepuces"/>
      </w:pPr>
      <w:r>
        <w:t>Benchmarking vs competitors</w:t>
      </w:r>
    </w:p>
    <w:p w14:paraId="31ED93C9" w14:textId="77777777" w:rsidR="00495879" w:rsidRDefault="00000000">
      <w:pPr>
        <w:pStyle w:val="Listepuces"/>
      </w:pPr>
      <w:r>
        <w:t>Report with 10-15 recommendations</w:t>
      </w:r>
    </w:p>
    <w:p w14:paraId="024B590B" w14:textId="77777777" w:rsidR="00495879" w:rsidRDefault="00000000">
      <w:r>
        <w:t>________________________________________________________________________________</w:t>
      </w:r>
    </w:p>
    <w:p w14:paraId="1FA3B85D" w14:textId="77777777" w:rsidR="00495879" w:rsidRDefault="00000000">
      <w:pPr>
        <w:pStyle w:val="Titre2"/>
      </w:pPr>
      <w:r>
        <w:t>🖥️ TECHNOLOGY OPERATIONS</w:t>
      </w:r>
    </w:p>
    <w:p w14:paraId="66E4988F" w14:textId="77777777" w:rsidR="00495879" w:rsidRDefault="00000000">
      <w:pPr>
        <w:pStyle w:val="Titre3"/>
      </w:pPr>
      <w:r>
        <w:t>Platform Maintenance</w:t>
      </w:r>
    </w:p>
    <w:p w14:paraId="6ABD8F72" w14:textId="77777777" w:rsidR="00495879" w:rsidRDefault="00000000">
      <w:r>
        <w:rPr>
          <w:b/>
        </w:rPr>
        <w:t>Daily Tasks</w:t>
      </w:r>
      <w:r>
        <w:t xml:space="preserve"> (Automated + VA oversight):</w:t>
      </w:r>
    </w:p>
    <w:p w14:paraId="0534FF08" w14:textId="77777777" w:rsidR="00495879" w:rsidRDefault="00000000">
      <w:pPr>
        <w:pStyle w:val="Listepuces"/>
      </w:pPr>
      <w:r>
        <w:t>✅ System health check (uptime, errors, slow pages)</w:t>
      </w:r>
    </w:p>
    <w:p w14:paraId="5D28779F" w14:textId="77777777" w:rsidR="00495879" w:rsidRDefault="00000000">
      <w:pPr>
        <w:pStyle w:val="Listepuces"/>
      </w:pPr>
      <w:r>
        <w:t>✅ Backup verification (database, files)</w:t>
      </w:r>
    </w:p>
    <w:p w14:paraId="748204EC" w14:textId="77777777" w:rsidR="00495879" w:rsidRDefault="00000000">
      <w:pPr>
        <w:pStyle w:val="Listepuces"/>
      </w:pPr>
      <w:r>
        <w:t>✅ Security scan (failed logins, suspicious activity)</w:t>
      </w:r>
    </w:p>
    <w:p w14:paraId="3B03BCBC" w14:textId="77777777" w:rsidR="00495879" w:rsidRDefault="00000000">
      <w:r>
        <w:rPr>
          <w:b/>
        </w:rPr>
        <w:t>Weekly Tasks</w:t>
      </w:r>
      <w:r>
        <w:t xml:space="preserve"> (VA, 2 hours):</w:t>
      </w:r>
    </w:p>
    <w:p w14:paraId="196C3A76" w14:textId="77777777" w:rsidR="00495879" w:rsidRDefault="00000000">
      <w:pPr>
        <w:pStyle w:val="Listepuces"/>
      </w:pPr>
      <w:r>
        <w:lastRenderedPageBreak/>
        <w:t>📊 Upload new content (workshop recordings, blog posts)</w:t>
      </w:r>
    </w:p>
    <w:p w14:paraId="680B8340" w14:textId="77777777" w:rsidR="00495879" w:rsidRDefault="00000000">
      <w:pPr>
        <w:pStyle w:val="Listepuces"/>
      </w:pPr>
      <w:r>
        <w:t>🐛 Bug triage (review support tickets, prioritize fixes)</w:t>
      </w:r>
    </w:p>
    <w:p w14:paraId="1CB72BE8" w14:textId="77777777" w:rsidR="00495879" w:rsidRDefault="00000000">
      <w:pPr>
        <w:pStyle w:val="Listepuces"/>
      </w:pPr>
      <w:r>
        <w:t>📈 Analytics review (traffic, engagement, errors)</w:t>
      </w:r>
    </w:p>
    <w:p w14:paraId="3A1C2E36" w14:textId="77777777" w:rsidR="00495879" w:rsidRDefault="00000000">
      <w:pPr>
        <w:pStyle w:val="Listepuces"/>
      </w:pPr>
      <w:r>
        <w:t>🔄 Update CRM (new leads, client status changes)</w:t>
      </w:r>
    </w:p>
    <w:p w14:paraId="662599AB" w14:textId="77777777" w:rsidR="00495879" w:rsidRDefault="00000000">
      <w:r>
        <w:rPr>
          <w:b/>
        </w:rPr>
        <w:t>Monthly Tasks</w:t>
      </w:r>
      <w:r>
        <w:t xml:space="preserve"> (Founder or Tech Consultant, 4 hours):</w:t>
      </w:r>
    </w:p>
    <w:p w14:paraId="4B851CF9" w14:textId="77777777" w:rsidR="00495879" w:rsidRDefault="00000000">
      <w:pPr>
        <w:pStyle w:val="Listepuces"/>
      </w:pPr>
      <w:r>
        <w:t>🔧 Platform updates (Quarkus, dependencies, security patches)</w:t>
      </w:r>
    </w:p>
    <w:p w14:paraId="4CB54CDB" w14:textId="77777777" w:rsidR="00495879" w:rsidRDefault="00000000">
      <w:pPr>
        <w:pStyle w:val="Listepuces"/>
      </w:pPr>
      <w:r>
        <w:t>🚀 Feature releases (from roadmap)</w:t>
      </w:r>
    </w:p>
    <w:p w14:paraId="62524393" w14:textId="77777777" w:rsidR="00495879" w:rsidRDefault="00000000">
      <w:pPr>
        <w:pStyle w:val="Listepuces"/>
      </w:pPr>
      <w:r>
        <w:t>📊 Performance optimization (page speed, database queries)</w:t>
      </w:r>
    </w:p>
    <w:p w14:paraId="08F74C53" w14:textId="77777777" w:rsidR="00495879" w:rsidRDefault="00000000">
      <w:pPr>
        <w:pStyle w:val="Listepuces"/>
      </w:pPr>
      <w:r>
        <w:t>💾 Data cleanup (remove old logs, archive inactive accounts)</w:t>
      </w:r>
    </w:p>
    <w:p w14:paraId="1237D18A" w14:textId="77777777" w:rsidR="00495879" w:rsidRDefault="00000000">
      <w:r>
        <w:rPr>
          <w:b/>
        </w:rPr>
        <w:t>Quarterly Tasks</w:t>
      </w:r>
      <w:r>
        <w:t xml:space="preserve"> (Tech Consultant, 8 hours):</w:t>
      </w:r>
    </w:p>
    <w:p w14:paraId="026E5641" w14:textId="77777777" w:rsidR="00495879" w:rsidRDefault="00000000">
      <w:pPr>
        <w:pStyle w:val="Listepuces"/>
      </w:pPr>
      <w:r>
        <w:t>🔒 Security audit (penetration test, vulnerability scan)</w:t>
      </w:r>
    </w:p>
    <w:p w14:paraId="5DEFBB27" w14:textId="77777777" w:rsidR="00495879" w:rsidRDefault="00000000">
      <w:pPr>
        <w:pStyle w:val="Listepuces"/>
      </w:pPr>
      <w:r>
        <w:t>📋 Disaster recovery drill (test backup restore)</w:t>
      </w:r>
    </w:p>
    <w:p w14:paraId="50EBA235" w14:textId="77777777" w:rsidR="00495879" w:rsidRDefault="00000000">
      <w:pPr>
        <w:pStyle w:val="Listepuces"/>
      </w:pPr>
      <w:r>
        <w:t>🗺️ Roadmap review (reprioritize features based on usage)</w:t>
      </w:r>
    </w:p>
    <w:p w14:paraId="7ABAB054" w14:textId="77777777" w:rsidR="00495879" w:rsidRDefault="00000000">
      <w:pPr>
        <w:pStyle w:val="Titre3"/>
      </w:pPr>
      <w:r>
        <w:t>Vendor Management</w:t>
      </w:r>
    </w:p>
    <w:p w14:paraId="670B87FD" w14:textId="77777777" w:rsidR="00495879" w:rsidRDefault="00000000">
      <w:r>
        <w:rPr>
          <w:b/>
        </w:rPr>
        <w:t>Critical Vendors</w:t>
      </w:r>
      <w:r>
        <w:t xml:space="preserve"> (Year 1):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636172D7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06CF051" w14:textId="77777777" w:rsidR="00495879" w:rsidRDefault="00000000">
            <w:r>
              <w:rPr>
                <w:sz w:val="20"/>
              </w:rPr>
              <w:t>Vendor</w:t>
            </w:r>
          </w:p>
        </w:tc>
        <w:tc>
          <w:tcPr>
            <w:tcW w:w="1728" w:type="dxa"/>
          </w:tcPr>
          <w:p w14:paraId="2E4C337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Service</w:t>
            </w:r>
          </w:p>
        </w:tc>
        <w:tc>
          <w:tcPr>
            <w:tcW w:w="1728" w:type="dxa"/>
          </w:tcPr>
          <w:p w14:paraId="3C5FF0A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Cost/Mo</w:t>
            </w:r>
          </w:p>
        </w:tc>
        <w:tc>
          <w:tcPr>
            <w:tcW w:w="1728" w:type="dxa"/>
          </w:tcPr>
          <w:p w14:paraId="479FA03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Contract</w:t>
            </w:r>
          </w:p>
        </w:tc>
        <w:tc>
          <w:tcPr>
            <w:tcW w:w="1728" w:type="dxa"/>
          </w:tcPr>
          <w:p w14:paraId="51D13EC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SLA</w:t>
            </w:r>
          </w:p>
        </w:tc>
      </w:tr>
      <w:tr w:rsidR="00495879" w14:paraId="5ADF433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C7F7E32" w14:textId="77777777" w:rsidR="00495879" w:rsidRDefault="00000000">
            <w:r>
              <w:t>**AWS**</w:t>
            </w:r>
          </w:p>
        </w:tc>
        <w:tc>
          <w:tcPr>
            <w:tcW w:w="1728" w:type="dxa"/>
          </w:tcPr>
          <w:p w14:paraId="321900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Cloud hosting</w:t>
            </w:r>
          </w:p>
        </w:tc>
        <w:tc>
          <w:tcPr>
            <w:tcW w:w="1728" w:type="dxa"/>
          </w:tcPr>
          <w:p w14:paraId="043CF09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$500</w:t>
            </w:r>
          </w:p>
        </w:tc>
        <w:tc>
          <w:tcPr>
            <w:tcW w:w="1728" w:type="dxa"/>
          </w:tcPr>
          <w:p w14:paraId="30E71D6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28" w:type="dxa"/>
          </w:tcPr>
          <w:p w14:paraId="2D601A5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99.99% uptime</w:t>
            </w:r>
          </w:p>
        </w:tc>
      </w:tr>
      <w:tr w:rsidR="00495879" w14:paraId="68969AE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2234783" w14:textId="77777777" w:rsidR="00495879" w:rsidRDefault="00000000">
            <w:r>
              <w:t>**OpenAI**</w:t>
            </w:r>
          </w:p>
        </w:tc>
        <w:tc>
          <w:tcPr>
            <w:tcW w:w="1728" w:type="dxa"/>
          </w:tcPr>
          <w:p w14:paraId="5E7B49F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AI Coach (GPT-4)</w:t>
            </w:r>
          </w:p>
        </w:tc>
        <w:tc>
          <w:tcPr>
            <w:tcW w:w="1728" w:type="dxa"/>
          </w:tcPr>
          <w:p w14:paraId="3AD0D58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$150</w:t>
            </w:r>
          </w:p>
        </w:tc>
        <w:tc>
          <w:tcPr>
            <w:tcW w:w="1728" w:type="dxa"/>
          </w:tcPr>
          <w:p w14:paraId="789D801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28" w:type="dxa"/>
          </w:tcPr>
          <w:p w14:paraId="4D48454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99.9% API uptime</w:t>
            </w:r>
          </w:p>
        </w:tc>
      </w:tr>
      <w:tr w:rsidR="00495879" w14:paraId="452BFF9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4C21950" w14:textId="77777777" w:rsidR="00495879" w:rsidRDefault="00000000">
            <w:r>
              <w:t>**Zoom**</w:t>
            </w:r>
          </w:p>
        </w:tc>
        <w:tc>
          <w:tcPr>
            <w:tcW w:w="1728" w:type="dxa"/>
          </w:tcPr>
          <w:p w14:paraId="5551FA2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Video conferencing</w:t>
            </w:r>
          </w:p>
        </w:tc>
        <w:tc>
          <w:tcPr>
            <w:tcW w:w="1728" w:type="dxa"/>
          </w:tcPr>
          <w:p w14:paraId="44F5F61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</w:t>
            </w:r>
          </w:p>
        </w:tc>
        <w:tc>
          <w:tcPr>
            <w:tcW w:w="1728" w:type="dxa"/>
          </w:tcPr>
          <w:p w14:paraId="2AEEC75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Annual</w:t>
            </w:r>
          </w:p>
        </w:tc>
        <w:tc>
          <w:tcPr>
            <w:tcW w:w="1728" w:type="dxa"/>
          </w:tcPr>
          <w:p w14:paraId="25623F8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99.9% uptime</w:t>
            </w:r>
          </w:p>
        </w:tc>
      </w:tr>
      <w:tr w:rsidR="00495879" w14:paraId="0C492D3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3F97D74" w14:textId="77777777" w:rsidR="00495879" w:rsidRDefault="00000000">
            <w:r>
              <w:t>**Stripe**</w:t>
            </w:r>
          </w:p>
        </w:tc>
        <w:tc>
          <w:tcPr>
            <w:tcW w:w="1728" w:type="dxa"/>
          </w:tcPr>
          <w:p w14:paraId="554EA20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Payment processing</w:t>
            </w:r>
          </w:p>
        </w:tc>
        <w:tc>
          <w:tcPr>
            <w:tcW w:w="1728" w:type="dxa"/>
          </w:tcPr>
          <w:p w14:paraId="44ABE7E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2.9% + $0.30</w:t>
            </w:r>
          </w:p>
        </w:tc>
        <w:tc>
          <w:tcPr>
            <w:tcW w:w="1728" w:type="dxa"/>
          </w:tcPr>
          <w:p w14:paraId="11EC433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None</w:t>
            </w:r>
          </w:p>
        </w:tc>
        <w:tc>
          <w:tcPr>
            <w:tcW w:w="1728" w:type="dxa"/>
          </w:tcPr>
          <w:p w14:paraId="2FDB549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99.99% uptime</w:t>
            </w:r>
          </w:p>
        </w:tc>
      </w:tr>
      <w:tr w:rsidR="00495879" w14:paraId="704D480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E58D406" w14:textId="77777777" w:rsidR="00495879" w:rsidRDefault="00000000">
            <w:r>
              <w:t>**ConvertKit**</w:t>
            </w:r>
          </w:p>
        </w:tc>
        <w:tc>
          <w:tcPr>
            <w:tcW w:w="1728" w:type="dxa"/>
          </w:tcPr>
          <w:p w14:paraId="60CACEB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Email marketing</w:t>
            </w:r>
          </w:p>
        </w:tc>
        <w:tc>
          <w:tcPr>
            <w:tcW w:w="1728" w:type="dxa"/>
          </w:tcPr>
          <w:p w14:paraId="5F69D32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</w:t>
            </w:r>
          </w:p>
        </w:tc>
        <w:tc>
          <w:tcPr>
            <w:tcW w:w="1728" w:type="dxa"/>
          </w:tcPr>
          <w:p w14:paraId="79D60BE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28" w:type="dxa"/>
          </w:tcPr>
          <w:p w14:paraId="239398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99.9% uptime</w:t>
            </w:r>
          </w:p>
        </w:tc>
      </w:tr>
      <w:tr w:rsidR="00495879" w14:paraId="02DE54A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FD107DD" w14:textId="77777777" w:rsidR="00495879" w:rsidRDefault="00000000">
            <w:r>
              <w:t>**Circle.so**</w:t>
            </w:r>
          </w:p>
        </w:tc>
        <w:tc>
          <w:tcPr>
            <w:tcW w:w="1728" w:type="dxa"/>
          </w:tcPr>
          <w:p w14:paraId="7127828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Community platform</w:t>
            </w:r>
          </w:p>
        </w:tc>
        <w:tc>
          <w:tcPr>
            <w:tcW w:w="1728" w:type="dxa"/>
          </w:tcPr>
          <w:p w14:paraId="13C7355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$99</w:t>
            </w:r>
          </w:p>
        </w:tc>
        <w:tc>
          <w:tcPr>
            <w:tcW w:w="1728" w:type="dxa"/>
          </w:tcPr>
          <w:p w14:paraId="5C55D20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Annual</w:t>
            </w:r>
          </w:p>
        </w:tc>
        <w:tc>
          <w:tcPr>
            <w:tcW w:w="1728" w:type="dxa"/>
          </w:tcPr>
          <w:p w14:paraId="6367095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99.9% uptime</w:t>
            </w:r>
          </w:p>
        </w:tc>
      </w:tr>
      <w:tr w:rsidR="00495879" w14:paraId="6DF2A4C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66262C9" w14:textId="77777777" w:rsidR="00495879" w:rsidRDefault="00000000">
            <w:r>
              <w:t>**HubSpot**</w:t>
            </w:r>
          </w:p>
        </w:tc>
        <w:tc>
          <w:tcPr>
            <w:tcW w:w="1728" w:type="dxa"/>
          </w:tcPr>
          <w:p w14:paraId="277483E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CRM</w:t>
            </w:r>
          </w:p>
        </w:tc>
        <w:tc>
          <w:tcPr>
            <w:tcW w:w="1728" w:type="dxa"/>
          </w:tcPr>
          <w:p w14:paraId="3BF4047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 (Free)</w:t>
            </w:r>
          </w:p>
        </w:tc>
        <w:tc>
          <w:tcPr>
            <w:tcW w:w="1728" w:type="dxa"/>
          </w:tcPr>
          <w:p w14:paraId="1B5C05C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Monthly</w:t>
            </w:r>
          </w:p>
        </w:tc>
        <w:tc>
          <w:tcPr>
            <w:tcW w:w="1728" w:type="dxa"/>
          </w:tcPr>
          <w:p w14:paraId="34564DC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495879" w14:paraId="1093DF2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0A77BAC" w14:textId="77777777" w:rsidR="00495879" w:rsidRDefault="00000000">
            <w:r>
              <w:t>**Notion**</w:t>
            </w:r>
          </w:p>
        </w:tc>
        <w:tc>
          <w:tcPr>
            <w:tcW w:w="1728" w:type="dxa"/>
          </w:tcPr>
          <w:p w14:paraId="04403D3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Docs &amp; knowledge base</w:t>
            </w:r>
          </w:p>
        </w:tc>
        <w:tc>
          <w:tcPr>
            <w:tcW w:w="1728" w:type="dxa"/>
          </w:tcPr>
          <w:p w14:paraId="2F78541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</w:t>
            </w:r>
          </w:p>
        </w:tc>
        <w:tc>
          <w:tcPr>
            <w:tcW w:w="1728" w:type="dxa"/>
          </w:tcPr>
          <w:p w14:paraId="3640028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Annual</w:t>
            </w:r>
          </w:p>
        </w:tc>
        <w:tc>
          <w:tcPr>
            <w:tcW w:w="1728" w:type="dxa"/>
          </w:tcPr>
          <w:p w14:paraId="50ACCF2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99.9% uptime</w:t>
            </w:r>
          </w:p>
        </w:tc>
      </w:tr>
    </w:tbl>
    <w:p w14:paraId="13E5197D" w14:textId="77777777" w:rsidR="00495879" w:rsidRDefault="00495879"/>
    <w:p w14:paraId="570F91F9" w14:textId="77777777" w:rsidR="00495879" w:rsidRDefault="00000000">
      <w:r>
        <w:rPr>
          <w:b/>
        </w:rPr>
        <w:t>Vendor Reviews</w:t>
      </w:r>
      <w:r>
        <w:t xml:space="preserve"> (Quarterly):</w:t>
      </w:r>
    </w:p>
    <w:p w14:paraId="0B5FD4D4" w14:textId="77777777" w:rsidR="00495879" w:rsidRDefault="00000000">
      <w:pPr>
        <w:pStyle w:val="Listepuces"/>
      </w:pPr>
      <w:r>
        <w:t>Performance vs SLA (any outages?)</w:t>
      </w:r>
    </w:p>
    <w:p w14:paraId="7674748C" w14:textId="77777777" w:rsidR="00495879" w:rsidRDefault="00000000">
      <w:pPr>
        <w:pStyle w:val="Listepuces"/>
      </w:pPr>
      <w:r>
        <w:t>Cost vs value (still best option?)</w:t>
      </w:r>
    </w:p>
    <w:p w14:paraId="6CA80D27" w14:textId="77777777" w:rsidR="00495879" w:rsidRDefault="00000000">
      <w:pPr>
        <w:pStyle w:val="Listepuces"/>
      </w:pPr>
      <w:r>
        <w:t>Alternatives evaluation (new tools emerged?)</w:t>
      </w:r>
    </w:p>
    <w:p w14:paraId="060D7966" w14:textId="77777777" w:rsidR="00495879" w:rsidRDefault="00000000">
      <w:pPr>
        <w:pStyle w:val="Listepuces"/>
      </w:pPr>
      <w:r>
        <w:t>Relationship health (support responsive?)</w:t>
      </w:r>
    </w:p>
    <w:p w14:paraId="4DF6E4A4" w14:textId="77777777" w:rsidR="00495879" w:rsidRDefault="00000000">
      <w:r>
        <w:rPr>
          <w:b/>
        </w:rPr>
        <w:t>Vendor Escalation Process</w:t>
      </w:r>
      <w:r>
        <w:t>:</w:t>
      </w:r>
    </w:p>
    <w:p w14:paraId="13AE5653" w14:textId="77777777" w:rsidR="00495879" w:rsidRDefault="00000000">
      <w:pPr>
        <w:pStyle w:val="Listenumros"/>
      </w:pPr>
      <w:r>
        <w:lastRenderedPageBreak/>
        <w:t>Issue detected (monitoring alert OR client report)</w:t>
      </w:r>
    </w:p>
    <w:p w14:paraId="22327377" w14:textId="77777777" w:rsidR="00495879" w:rsidRDefault="00000000">
      <w:pPr>
        <w:pStyle w:val="Listenumros"/>
      </w:pPr>
      <w:r>
        <w:t>Contact vendor support (within 1 hour)</w:t>
      </w:r>
    </w:p>
    <w:p w14:paraId="04845062" w14:textId="77777777" w:rsidR="00495879" w:rsidRDefault="00000000">
      <w:pPr>
        <w:pStyle w:val="Listenumros"/>
      </w:pPr>
      <w:r>
        <w:t>If critical + no response in 2 hours → escalate to account manager</w:t>
      </w:r>
    </w:p>
    <w:p w14:paraId="630C8343" w14:textId="77777777" w:rsidR="00495879" w:rsidRDefault="00000000">
      <w:pPr>
        <w:pStyle w:val="Listenumros"/>
      </w:pPr>
      <w:r>
        <w:t>Communicate to clients (status page, email if downtime &gt;30 min)</w:t>
      </w:r>
    </w:p>
    <w:p w14:paraId="72147C00" w14:textId="77777777" w:rsidR="00495879" w:rsidRDefault="00000000">
      <w:pPr>
        <w:pStyle w:val="Listenumros"/>
      </w:pPr>
      <w:r>
        <w:t>Post-mortem (document, request credit if SLA breach)</w:t>
      </w:r>
    </w:p>
    <w:p w14:paraId="16E603F7" w14:textId="77777777" w:rsidR="00495879" w:rsidRDefault="00000000">
      <w:r>
        <w:t>________________________________________________________________________________</w:t>
      </w:r>
    </w:p>
    <w:p w14:paraId="1132C6DE" w14:textId="77777777" w:rsidR="00495879" w:rsidRDefault="00000000">
      <w:pPr>
        <w:pStyle w:val="Titre2"/>
      </w:pPr>
      <w:r>
        <w:t>📈 CAPACITY PLANNING &amp; SCALING</w:t>
      </w:r>
    </w:p>
    <w:p w14:paraId="6403E599" w14:textId="77777777" w:rsidR="00495879" w:rsidRDefault="00000000">
      <w:pPr>
        <w:pStyle w:val="Titre3"/>
      </w:pPr>
      <w:r>
        <w:t>Current Capacity (Year 1)</w:t>
      </w:r>
    </w:p>
    <w:p w14:paraId="048C0C35" w14:textId="77777777" w:rsidR="00495879" w:rsidRDefault="00000000">
      <w:r>
        <w:rPr>
          <w:b/>
        </w:rPr>
        <w:t>Founder Time Allocation</w:t>
      </w:r>
      <w:r>
        <w:t>:</w:t>
      </w:r>
    </w:p>
    <w:p w14:paraId="0BBCF6C5" w14:textId="77777777" w:rsidR="00495879" w:rsidRDefault="00000000">
      <w:pPr>
        <w:pStyle w:val="Listepuces"/>
      </w:pPr>
      <w:r>
        <w:t>**Client delivery**: 25 hours/week = 1,300 hours/year</w:t>
      </w:r>
    </w:p>
    <w:p w14:paraId="6B5388CE" w14:textId="77777777" w:rsidR="00495879" w:rsidRDefault="00000000">
      <w:pPr>
        <w:pStyle w:val="Listepuces"/>
      </w:pPr>
      <w:r>
        <w:t>**Capacity per client type**:</w:t>
      </w:r>
    </w:p>
    <w:p w14:paraId="7EB42B3D" w14:textId="77777777" w:rsidR="00495879" w:rsidRDefault="00000000">
      <w:pPr>
        <w:pStyle w:val="Listepuces"/>
      </w:pPr>
      <w:r>
        <w:t>ADVISORY (72h/year each): 1,300 ÷ 72 = **18 clients max**</w:t>
      </w:r>
    </w:p>
    <w:p w14:paraId="60EBAC48" w14:textId="77777777" w:rsidR="00495879" w:rsidRDefault="00000000">
      <w:pPr>
        <w:pStyle w:val="Listepuces"/>
      </w:pPr>
      <w:r>
        <w:t>TRANSFORM Scale (26h/year each): 1,300 ÷ 26 = **50 clients max**</w:t>
      </w:r>
    </w:p>
    <w:p w14:paraId="4C3D405D" w14:textId="77777777" w:rsidR="00495879" w:rsidRDefault="00000000">
      <w:pPr>
        <w:pStyle w:val="Listepuces"/>
      </w:pPr>
      <w:r>
        <w:t>TRANSFORM Growth (6h/year each): 1,300 ÷ 6 = **216 clients max**</w:t>
      </w:r>
    </w:p>
    <w:p w14:paraId="64DB1370" w14:textId="77777777" w:rsidR="00495879" w:rsidRDefault="00000000">
      <w:r>
        <w:rPr>
          <w:b/>
        </w:rPr>
        <w:t>Current Mix (Year 1 Target: 30 clients)</w:t>
      </w:r>
      <w:r>
        <w:t>:</w:t>
      </w:r>
    </w:p>
    <w:p w14:paraId="43859FDB" w14:textId="77777777" w:rsidR="00495879" w:rsidRDefault="00000000">
      <w:pPr>
        <w:pStyle w:val="Listepuces"/>
      </w:pPr>
      <w:r>
        <w:t>10 ADVISORY × 72h = 720 hours</w:t>
      </w:r>
    </w:p>
    <w:p w14:paraId="78526B2C" w14:textId="77777777" w:rsidR="00495879" w:rsidRDefault="00000000">
      <w:pPr>
        <w:pStyle w:val="Listepuces"/>
      </w:pPr>
      <w:r>
        <w:t>15 TRANSFORM Scale × 26h = 390 hours</w:t>
      </w:r>
    </w:p>
    <w:p w14:paraId="0CE6764A" w14:textId="77777777" w:rsidR="00495879" w:rsidRDefault="00000000">
      <w:pPr>
        <w:pStyle w:val="Listepuces"/>
      </w:pPr>
      <w:r>
        <w:t>5 TRANSFORM Growth × 6h = 30 hours</w:t>
      </w:r>
    </w:p>
    <w:p w14:paraId="0054BFBE" w14:textId="77777777" w:rsidR="00495879" w:rsidRDefault="00000000">
      <w:pPr>
        <w:pStyle w:val="Listepuces"/>
      </w:pPr>
      <w:r>
        <w:t>**Total**: 1,140 hours (87% capacity utilization ✅ SUSTAINABLE)</w:t>
      </w:r>
    </w:p>
    <w:p w14:paraId="4E4C7ABE" w14:textId="77777777" w:rsidR="00495879" w:rsidRDefault="00000000">
      <w:r>
        <w:rPr>
          <w:b/>
        </w:rPr>
        <w:t>Bottleneck Analysis</w:t>
      </w:r>
      <w:r>
        <w:t>:</w:t>
      </w:r>
    </w:p>
    <w:p w14:paraId="670DB6FF" w14:textId="77777777" w:rsidR="00495879" w:rsidRDefault="00000000">
      <w:pPr>
        <w:pStyle w:val="Listepuces"/>
      </w:pPr>
      <w:r>
        <w:t>✅ Delivery capacity: 1,140 / 1,300 = 88% utilized (healthy)</w:t>
      </w:r>
    </w:p>
    <w:p w14:paraId="1432330D" w14:textId="77777777" w:rsidR="00495879" w:rsidRDefault="00000000">
      <w:pPr>
        <w:pStyle w:val="Listepuces"/>
      </w:pPr>
      <w:r>
        <w:t>⚠️ Sales capacity: Founder doing all sales calls (10h/week)</w:t>
      </w:r>
    </w:p>
    <w:p w14:paraId="64DD281A" w14:textId="77777777" w:rsidR="00495879" w:rsidRDefault="00000000">
      <w:pPr>
        <w:pStyle w:val="Listepuces"/>
      </w:pPr>
      <w:r>
        <w:t>⚠️ Content creation: 2 blog posts/week = 8h/week (founder-dependent)</w:t>
      </w:r>
    </w:p>
    <w:p w14:paraId="135857FF" w14:textId="77777777" w:rsidR="00495879" w:rsidRDefault="00000000">
      <w:pPr>
        <w:pStyle w:val="Titre3"/>
      </w:pPr>
      <w:r>
        <w:t>Scaling Plan (Year 2-3)</w:t>
      </w:r>
    </w:p>
    <w:p w14:paraId="3F34905A" w14:textId="77777777" w:rsidR="00495879" w:rsidRDefault="00000000">
      <w:r>
        <w:rPr>
          <w:b/>
        </w:rPr>
        <w:t>Year 2 Capacity Challenge</w:t>
      </w:r>
      <w:r>
        <w:t>: 63 clients (target)</w:t>
      </w:r>
    </w:p>
    <w:p w14:paraId="5E92A7CE" w14:textId="77777777" w:rsidR="00495879" w:rsidRDefault="00000000">
      <w:pPr>
        <w:pStyle w:val="Listepuces"/>
      </w:pPr>
      <w:r>
        <w:t>If same mix: ~2,400 hours required</w:t>
      </w:r>
    </w:p>
    <w:p w14:paraId="3B3C853E" w14:textId="77777777" w:rsidR="00495879" w:rsidRDefault="00000000">
      <w:pPr>
        <w:pStyle w:val="Listepuces"/>
      </w:pPr>
      <w:r>
        <w:t>Founder capacity: 1,300 hours</w:t>
      </w:r>
    </w:p>
    <w:p w14:paraId="1BD07B96" w14:textId="77777777" w:rsidR="00495879" w:rsidRDefault="00000000">
      <w:pPr>
        <w:pStyle w:val="Listepuces"/>
      </w:pPr>
      <w:r>
        <w:t>**Gap**: -1,100 hours ❌ NOT FEASIBLE without changes</w:t>
      </w:r>
    </w:p>
    <w:p w14:paraId="2821D7BA" w14:textId="77777777" w:rsidR="00495879" w:rsidRDefault="00000000">
      <w:r>
        <w:rPr>
          <w:b/>
        </w:rPr>
        <w:t>Scaling Strategies</w:t>
      </w:r>
      <w:r>
        <w:t>:</w:t>
      </w:r>
    </w:p>
    <w:p w14:paraId="355DB0D2" w14:textId="77777777" w:rsidR="00495879" w:rsidRDefault="00000000">
      <w:r>
        <w:rPr>
          <w:b/>
        </w:rPr>
        <w:t>Strategy 1: Shift Client Mix</w:t>
      </w:r>
      <w:r>
        <w:t xml:space="preserve"> (Increase tech-enabled tiers)</w:t>
      </w:r>
    </w:p>
    <w:p w14:paraId="66552F3F" w14:textId="77777777" w:rsidR="00495879" w:rsidRDefault="00000000">
      <w:pPr>
        <w:pStyle w:val="Listepuces"/>
      </w:pPr>
      <w:r>
        <w:t>Reduce ADVISORY: 10 → 8 clients (-2)</w:t>
      </w:r>
    </w:p>
    <w:p w14:paraId="6D025E3F" w14:textId="77777777" w:rsidR="00495879" w:rsidRDefault="00000000">
      <w:pPr>
        <w:pStyle w:val="Listepuces"/>
      </w:pPr>
      <w:r>
        <w:t>Increase TRANSFORM Scale: 15 → 20 clients (+5)</w:t>
      </w:r>
    </w:p>
    <w:p w14:paraId="0EE69957" w14:textId="77777777" w:rsidR="00495879" w:rsidRDefault="00000000">
      <w:pPr>
        <w:pStyle w:val="Listepuces"/>
      </w:pPr>
      <w:r>
        <w:t>Increase TRANSFORM Growth: 5 → 25 clients (+20)</w:t>
      </w:r>
    </w:p>
    <w:p w14:paraId="3F955B39" w14:textId="77777777" w:rsidR="00495879" w:rsidRDefault="00000000">
      <w:pPr>
        <w:pStyle w:val="Listepuces"/>
      </w:pPr>
      <w:r>
        <w:lastRenderedPageBreak/>
        <w:t>Add PLATFORM: 0 → 10 members (+10)</w:t>
      </w:r>
    </w:p>
    <w:p w14:paraId="5FD97185" w14:textId="77777777" w:rsidR="00495879" w:rsidRDefault="00000000">
      <w:pPr>
        <w:pStyle w:val="Listepuces"/>
      </w:pPr>
      <w:r>
        <w:t>**New Hours**: (8×72) + (20×26) + (25×6) + (10×0) = 1,246 hours ✅ FITS</w:t>
      </w:r>
    </w:p>
    <w:p w14:paraId="33E4F706" w14:textId="77777777" w:rsidR="00495879" w:rsidRDefault="00000000">
      <w:r>
        <w:rPr>
          <w:b/>
        </w:rPr>
        <w:t>Strategy 2: Hire Senior Coach</w:t>
      </w:r>
      <w:r>
        <w:t xml:space="preserve"> (Q3 Year 2)</w:t>
      </w:r>
    </w:p>
    <w:p w14:paraId="71E576BF" w14:textId="77777777" w:rsidR="00495879" w:rsidRDefault="00000000">
      <w:pPr>
        <w:pStyle w:val="Listepuces"/>
      </w:pPr>
      <w:r>
        <w:t>**Role**: Deliver 50% of workshops, handle TRANSFORM Scale 1-on-1s</w:t>
      </w:r>
    </w:p>
    <w:p w14:paraId="0B0967DD" w14:textId="77777777" w:rsidR="00495879" w:rsidRDefault="00000000">
      <w:pPr>
        <w:pStyle w:val="Listepuces"/>
      </w:pPr>
      <w:r>
        <w:t>**Capacity**: Adds 1,000 hours/year</w:t>
      </w:r>
    </w:p>
    <w:p w14:paraId="02E2411C" w14:textId="77777777" w:rsidR="00495879" w:rsidRDefault="00000000">
      <w:pPr>
        <w:pStyle w:val="Listepuces"/>
      </w:pPr>
      <w:r>
        <w:t>**Cost**: $80K salary + $20K benefits = $100K</w:t>
      </w:r>
    </w:p>
    <w:p w14:paraId="3CE88F03" w14:textId="77777777" w:rsidR="00495879" w:rsidRDefault="00000000">
      <w:pPr>
        <w:pStyle w:val="Listepuces"/>
      </w:pPr>
      <w:r>
        <w:t>**ROI**: Enables $240K+ additional revenue (2.4:1)</w:t>
      </w:r>
    </w:p>
    <w:p w14:paraId="40C336A4" w14:textId="77777777" w:rsidR="00495879" w:rsidRDefault="00000000">
      <w:r>
        <w:rPr>
          <w:b/>
        </w:rPr>
        <w:t>Strategy 3: Productize Delivery</w:t>
      </w:r>
      <w:r>
        <w:t xml:space="preserve"> (Ongoing)</w:t>
      </w:r>
    </w:p>
    <w:p w14:paraId="1C14062D" w14:textId="77777777" w:rsidR="00495879" w:rsidRDefault="00000000">
      <w:pPr>
        <w:pStyle w:val="Listepuces"/>
      </w:pPr>
      <w:r>
        <w:t>Record all workshops → Clients watch async (save 3h live × 12 = 36h)</w:t>
      </w:r>
    </w:p>
    <w:p w14:paraId="473DA298" w14:textId="77777777" w:rsidR="00495879" w:rsidRDefault="00000000">
      <w:pPr>
        <w:pStyle w:val="Listepuces"/>
      </w:pPr>
      <w:r>
        <w:t>AI Coach handles 70% of questions (vs 60% Year 1)</w:t>
      </w:r>
    </w:p>
    <w:p w14:paraId="22938E8B" w14:textId="77777777" w:rsidR="00495879" w:rsidRDefault="00000000">
      <w:pPr>
        <w:pStyle w:val="Listepuces"/>
      </w:pPr>
      <w:r>
        <w:t>Peer coaching program (clients help each other, reduce 1-on-1 needs)</w:t>
      </w:r>
    </w:p>
    <w:p w14:paraId="11D01E80" w14:textId="77777777" w:rsidR="00495879" w:rsidRDefault="00000000">
      <w:r>
        <w:rPr>
          <w:b/>
        </w:rPr>
        <w:t>Year 3 Team Structure</w:t>
      </w:r>
      <w:r>
        <w:t>:</w:t>
      </w:r>
    </w:p>
    <w:p w14:paraId="782ECA3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Founder / CEO (Gregory)</w:t>
      </w:r>
    </w:p>
    <w:p w14:paraId="3610CF9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 Senior Coach (1 FTE)</w:t>
      </w:r>
    </w:p>
    <w:p w14:paraId="3DF98AE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├── 20 TRANSFORM Scale clients</w:t>
      </w:r>
    </w:p>
    <w:p w14:paraId="2951D99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├── 50% of workshops</w:t>
      </w:r>
    </w:p>
    <w:p w14:paraId="441464D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└── Community management</w:t>
      </w:r>
    </w:p>
    <w:p w14:paraId="5D6E86A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</w:t>
      </w:r>
    </w:p>
    <w:p w14:paraId="7430344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 Sales Manager (0.5 FTE → 1 FTE mid-year)</w:t>
      </w:r>
    </w:p>
    <w:p w14:paraId="7852FE9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├── All discovery calls</w:t>
      </w:r>
    </w:p>
    <w:p w14:paraId="22FE66B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├── Strategy sessions (founder still closes large deals)</w:t>
      </w:r>
    </w:p>
    <w:p w14:paraId="14B81FD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└── Partnerships management</w:t>
      </w:r>
    </w:p>
    <w:p w14:paraId="76A9C03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</w:t>
      </w:r>
    </w:p>
    <w:p w14:paraId="693FBA4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 Marketing Manager (0.5 FTE)</w:t>
      </w:r>
    </w:p>
    <w:p w14:paraId="4CDAD7F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├── Content creation (blog, social)</w:t>
      </w:r>
    </w:p>
    <w:p w14:paraId="029CF1B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├── Campaign management (ads, email)</w:t>
      </w:r>
    </w:p>
    <w:p w14:paraId="59F17CB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└── Analytics &amp; optimization</w:t>
      </w:r>
    </w:p>
    <w:p w14:paraId="2049D7F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</w:t>
      </w:r>
    </w:p>
    <w:p w14:paraId="4BEEEFA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 Operations Manager / VA (1 FTE)</w:t>
      </w:r>
    </w:p>
    <w:p w14:paraId="286CBA1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├── Client support</w:t>
      </w:r>
    </w:p>
    <w:p w14:paraId="6E2C488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├── Platform administration</w:t>
      </w:r>
    </w:p>
    <w:p w14:paraId="33E6DE5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├── Finance &amp; reporting</w:t>
      </w:r>
    </w:p>
    <w:p w14:paraId="3AEBDF0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└── Vendor management</w:t>
      </w:r>
    </w:p>
    <w:p w14:paraId="05D9122D" w14:textId="77777777" w:rsidR="00495879" w:rsidRDefault="00000000">
      <w:r>
        <w:rPr>
          <w:b/>
        </w:rPr>
        <w:t>Total Year 3 Team</w:t>
      </w:r>
      <w:r>
        <w:t>: 4.5 FTE (vs 1.5 Year 1)</w:t>
      </w:r>
    </w:p>
    <w:p w14:paraId="739B0603" w14:textId="77777777" w:rsidR="00495879" w:rsidRDefault="00000000">
      <w:pPr>
        <w:pStyle w:val="Titre3"/>
      </w:pPr>
      <w:r>
        <w:t>Scaling Metrics</w:t>
      </w:r>
    </w:p>
    <w:p w14:paraId="1D428DBD" w14:textId="77777777" w:rsidR="00495879" w:rsidRDefault="00000000">
      <w:r>
        <w:rPr>
          <w:b/>
        </w:rPr>
        <w:t>Efficiency Ratios</w:t>
      </w:r>
      <w:r>
        <w:t xml:space="preserve"> (Higher = Better):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4B77D39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D444DD3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606A5A0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2160" w:type="dxa"/>
          </w:tcPr>
          <w:p w14:paraId="6B0D08E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 Target</w:t>
            </w:r>
          </w:p>
        </w:tc>
        <w:tc>
          <w:tcPr>
            <w:tcW w:w="2160" w:type="dxa"/>
          </w:tcPr>
          <w:p w14:paraId="6E1C370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 Target</w:t>
            </w:r>
          </w:p>
        </w:tc>
      </w:tr>
      <w:tr w:rsidR="00495879" w14:paraId="5498555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EFD5625" w14:textId="77777777" w:rsidR="00495879" w:rsidRDefault="00000000">
            <w:r>
              <w:t>**Revenue per FTE**</w:t>
            </w:r>
          </w:p>
        </w:tc>
        <w:tc>
          <w:tcPr>
            <w:tcW w:w="2160" w:type="dxa"/>
          </w:tcPr>
          <w:p w14:paraId="67DEA0C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$120K</w:t>
            </w:r>
          </w:p>
        </w:tc>
        <w:tc>
          <w:tcPr>
            <w:tcW w:w="2160" w:type="dxa"/>
          </w:tcPr>
          <w:p w14:paraId="62CBF71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$140K</w:t>
            </w:r>
          </w:p>
        </w:tc>
        <w:tc>
          <w:tcPr>
            <w:tcW w:w="2160" w:type="dxa"/>
          </w:tcPr>
          <w:p w14:paraId="45D3420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$189K</w:t>
            </w:r>
          </w:p>
        </w:tc>
      </w:tr>
      <w:tr w:rsidR="00495879" w14:paraId="612BDF2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30DD14D" w14:textId="77777777" w:rsidR="00495879" w:rsidRDefault="00000000">
            <w:r>
              <w:t>**Clients per FTE**</w:t>
            </w:r>
          </w:p>
        </w:tc>
        <w:tc>
          <w:tcPr>
            <w:tcW w:w="2160" w:type="dxa"/>
          </w:tcPr>
          <w:p w14:paraId="74235EB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2160" w:type="dxa"/>
          </w:tcPr>
          <w:p w14:paraId="0BF6B54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28</w:t>
            </w:r>
          </w:p>
        </w:tc>
        <w:tc>
          <w:tcPr>
            <w:tcW w:w="2160" w:type="dxa"/>
          </w:tcPr>
          <w:p w14:paraId="12945FC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33</w:t>
            </w:r>
          </w:p>
        </w:tc>
      </w:tr>
      <w:tr w:rsidR="00495879" w14:paraId="62F04E7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B1C2D3C" w14:textId="77777777" w:rsidR="00495879" w:rsidRDefault="00000000">
            <w:r>
              <w:t>**Gross Margin**</w:t>
            </w:r>
          </w:p>
        </w:tc>
        <w:tc>
          <w:tcPr>
            <w:tcW w:w="2160" w:type="dxa"/>
          </w:tcPr>
          <w:p w14:paraId="330049B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2160" w:type="dxa"/>
          </w:tcPr>
          <w:p w14:paraId="2D19A3B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2160" w:type="dxa"/>
          </w:tcPr>
          <w:p w14:paraId="4BAA64F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91.8%</w:t>
            </w:r>
          </w:p>
        </w:tc>
      </w:tr>
      <w:tr w:rsidR="00495879" w14:paraId="4793B2C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8000DCB" w14:textId="77777777" w:rsidR="00495879" w:rsidRDefault="00000000">
            <w:r>
              <w:t>**Delivery Hours per Client**</w:t>
            </w:r>
          </w:p>
        </w:tc>
        <w:tc>
          <w:tcPr>
            <w:tcW w:w="2160" w:type="dxa"/>
          </w:tcPr>
          <w:p w14:paraId="751DEC4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38h</w:t>
            </w:r>
          </w:p>
        </w:tc>
        <w:tc>
          <w:tcPr>
            <w:tcW w:w="2160" w:type="dxa"/>
          </w:tcPr>
          <w:p w14:paraId="17FF31B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31h</w:t>
            </w:r>
          </w:p>
        </w:tc>
        <w:tc>
          <w:tcPr>
            <w:tcW w:w="2160" w:type="dxa"/>
          </w:tcPr>
          <w:p w14:paraId="3423417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25h (more automation)</w:t>
            </w:r>
          </w:p>
        </w:tc>
      </w:tr>
    </w:tbl>
    <w:p w14:paraId="083F0EE9" w14:textId="77777777" w:rsidR="00495879" w:rsidRDefault="00495879"/>
    <w:p w14:paraId="762BA91A" w14:textId="77777777" w:rsidR="00495879" w:rsidRDefault="00000000">
      <w:r>
        <w:rPr>
          <w:b/>
        </w:rPr>
        <w:lastRenderedPageBreak/>
        <w:t>Growth Constraints</w:t>
      </w:r>
      <w:r>
        <w:t xml:space="preserve"> (Monitor closely):</w:t>
      </w:r>
    </w:p>
    <w:p w14:paraId="04034DF3" w14:textId="77777777" w:rsidR="00495879" w:rsidRDefault="00000000">
      <w:pPr>
        <w:pStyle w:val="Listepuces"/>
      </w:pPr>
      <w:r>
        <w:t>⚠️ Founder time (max 50h/week sustainable)</w:t>
      </w:r>
    </w:p>
    <w:p w14:paraId="0DD20E5D" w14:textId="77777777" w:rsidR="00495879" w:rsidRDefault="00000000">
      <w:pPr>
        <w:pStyle w:val="Listepuces"/>
      </w:pPr>
      <w:r>
        <w:t>⚠️ Quality (maintain 4.5+ rating as scale)</w:t>
      </w:r>
    </w:p>
    <w:p w14:paraId="4E7DCA45" w14:textId="77777777" w:rsidR="00495879" w:rsidRDefault="00000000">
      <w:pPr>
        <w:pStyle w:val="Listepuces"/>
      </w:pPr>
      <w:r>
        <w:t>⚠️ Culture (hire right people who fit values)</w:t>
      </w:r>
    </w:p>
    <w:p w14:paraId="4AC593A8" w14:textId="77777777" w:rsidR="00495879" w:rsidRDefault="00000000">
      <w:pPr>
        <w:pStyle w:val="Listepuces"/>
      </w:pPr>
      <w:r>
        <w:t>⚠️ Cash (hire ahead of revenue = cash burn)</w:t>
      </w:r>
    </w:p>
    <w:p w14:paraId="18BE5EAA" w14:textId="77777777" w:rsidR="00495879" w:rsidRDefault="00000000">
      <w:r>
        <w:t>________________________________________________________________________________</w:t>
      </w:r>
    </w:p>
    <w:p w14:paraId="5A424FEF" w14:textId="77777777" w:rsidR="00495879" w:rsidRDefault="00000000">
      <w:pPr>
        <w:pStyle w:val="Titre2"/>
      </w:pPr>
      <w:r>
        <w:t>🤝 VENDOR &amp; PARTNER MANAGEMENT</w:t>
      </w:r>
    </w:p>
    <w:p w14:paraId="3D017C29" w14:textId="77777777" w:rsidR="00495879" w:rsidRDefault="00000000">
      <w:pPr>
        <w:pStyle w:val="Titre3"/>
      </w:pPr>
      <w:r>
        <w:t>Key Vendor Relationships</w:t>
      </w:r>
    </w:p>
    <w:p w14:paraId="7D04FFCA" w14:textId="77777777" w:rsidR="00495879" w:rsidRDefault="00000000">
      <w:r>
        <w:rPr>
          <w:b/>
        </w:rPr>
        <w:t>Technology Vendors</w:t>
      </w:r>
      <w:r>
        <w:t xml:space="preserve"> (Covered above in Tech Operations)</w:t>
      </w:r>
    </w:p>
    <w:p w14:paraId="43D5F2DA" w14:textId="77777777" w:rsidR="00495879" w:rsidRDefault="00000000">
      <w:r>
        <w:rPr>
          <w:b/>
        </w:rPr>
        <w:t>Professional Services Vendors</w:t>
      </w:r>
      <w:r>
        <w:t>:</w:t>
      </w:r>
    </w:p>
    <w:p w14:paraId="01D26273" w14:textId="77777777" w:rsidR="00495879" w:rsidRDefault="00000000">
      <w:r>
        <w:rPr>
          <w:b/>
        </w:rPr>
        <w:t>1. Legal (Corporate Counsel)</w:t>
      </w:r>
    </w:p>
    <w:p w14:paraId="7F1793AA" w14:textId="77777777" w:rsidR="00495879" w:rsidRDefault="00000000">
      <w:pPr>
        <w:pStyle w:val="Listepuces"/>
      </w:pPr>
      <w:r>
        <w:t>**Firm**: [TBD - local business attorney]</w:t>
      </w:r>
    </w:p>
    <w:p w14:paraId="4688E250" w14:textId="77777777" w:rsidR="00495879" w:rsidRDefault="00000000">
      <w:pPr>
        <w:pStyle w:val="Listepuces"/>
      </w:pPr>
      <w:r>
        <w:t>**Retainer**: $0 (pay-as-you-go, Year 1)</w:t>
      </w:r>
    </w:p>
    <w:p w14:paraId="0C5EE3B8" w14:textId="77777777" w:rsidR="00495879" w:rsidRDefault="00000000">
      <w:pPr>
        <w:pStyle w:val="Listepuces"/>
      </w:pPr>
      <w:r>
        <w:t>**Usage**: Contract templates, client agreements, IP protection</w:t>
      </w:r>
    </w:p>
    <w:p w14:paraId="2F52B65A" w14:textId="77777777" w:rsidR="00495879" w:rsidRDefault="00000000">
      <w:pPr>
        <w:pStyle w:val="Listepuces"/>
      </w:pPr>
      <w:r>
        <w:t>**Cost**: ~$3,000/year (Year 1)</w:t>
      </w:r>
    </w:p>
    <w:p w14:paraId="132A707E" w14:textId="77777777" w:rsidR="00495879" w:rsidRDefault="00000000">
      <w:r>
        <w:rPr>
          <w:b/>
        </w:rPr>
        <w:t>2. Accounting (CPA)</w:t>
      </w:r>
    </w:p>
    <w:p w14:paraId="5E2A446C" w14:textId="77777777" w:rsidR="00495879" w:rsidRDefault="00000000">
      <w:pPr>
        <w:pStyle w:val="Listepuces"/>
      </w:pPr>
      <w:r>
        <w:t>**Firm**: [TBD - small business CPA]</w:t>
      </w:r>
    </w:p>
    <w:p w14:paraId="168FDB59" w14:textId="77777777" w:rsidR="00495879" w:rsidRDefault="00000000">
      <w:pPr>
        <w:pStyle w:val="Listepuces"/>
      </w:pPr>
      <w:r>
        <w:t>**Retainer**: $200/month (bookkeeping + tax prep)</w:t>
      </w:r>
    </w:p>
    <w:p w14:paraId="27DE9F54" w14:textId="77777777" w:rsidR="00495879" w:rsidRDefault="00000000">
      <w:pPr>
        <w:pStyle w:val="Listepuces"/>
      </w:pPr>
      <w:r>
        <w:t>**Usage**: Monthly financials, tax filing, audit (if needed)</w:t>
      </w:r>
    </w:p>
    <w:p w14:paraId="2293239F" w14:textId="77777777" w:rsidR="00495879" w:rsidRDefault="00000000">
      <w:pPr>
        <w:pStyle w:val="Listepuces"/>
      </w:pPr>
      <w:r>
        <w:t>**Cost**: $2,400/year + $1,500 tax prep = $3,900/year</w:t>
      </w:r>
    </w:p>
    <w:p w14:paraId="01CA56E5" w14:textId="77777777" w:rsidR="00495879" w:rsidRDefault="00000000">
      <w:r>
        <w:rPr>
          <w:b/>
        </w:rPr>
        <w:t>3. Insurance (Business Insurance Broker)</w:t>
      </w:r>
    </w:p>
    <w:p w14:paraId="4A743149" w14:textId="77777777" w:rsidR="00495879" w:rsidRDefault="00000000">
      <w:pPr>
        <w:pStyle w:val="Listepuces"/>
      </w:pPr>
      <w:r>
        <w:t>**Coverage**:</w:t>
      </w:r>
    </w:p>
    <w:p w14:paraId="669389CC" w14:textId="77777777" w:rsidR="00495879" w:rsidRDefault="00000000">
      <w:pPr>
        <w:pStyle w:val="Listepuces"/>
      </w:pPr>
      <w:r>
        <w:t>General Liability: $1M coverage ($500/year)</w:t>
      </w:r>
    </w:p>
    <w:p w14:paraId="451A4481" w14:textId="77777777" w:rsidR="00495879" w:rsidRDefault="00000000">
      <w:pPr>
        <w:pStyle w:val="Listepuces"/>
      </w:pPr>
      <w:r>
        <w:t>Professional Liability (E&amp;O): $1M coverage ($1,200/year)</w:t>
      </w:r>
    </w:p>
    <w:p w14:paraId="1BC2EA33" w14:textId="77777777" w:rsidR="00495879" w:rsidRDefault="00000000">
      <w:pPr>
        <w:pStyle w:val="Listepuces"/>
      </w:pPr>
      <w:r>
        <w:t>Cyber Liability: $500K coverage ($800/year)</w:t>
      </w:r>
    </w:p>
    <w:p w14:paraId="1F9F5822" w14:textId="77777777" w:rsidR="00495879" w:rsidRDefault="00000000">
      <w:pPr>
        <w:pStyle w:val="Listepuces"/>
      </w:pPr>
      <w:r>
        <w:t>**Total**: $2,500/year</w:t>
      </w:r>
    </w:p>
    <w:p w14:paraId="3F04CD45" w14:textId="77777777" w:rsidR="00495879" w:rsidRDefault="00000000">
      <w:r>
        <w:rPr>
          <w:b/>
        </w:rPr>
        <w:t>4. Tech Development (Freelance or Agency)</w:t>
      </w:r>
    </w:p>
    <w:p w14:paraId="36439D65" w14:textId="77777777" w:rsidR="00495879" w:rsidRDefault="00000000">
      <w:pPr>
        <w:pStyle w:val="Listepuces"/>
      </w:pPr>
      <w:r>
        <w:t>**Usage**: Platform enhancements, bug fixes (beyond founder capacity)</w:t>
      </w:r>
    </w:p>
    <w:p w14:paraId="5AF9F08D" w14:textId="77777777" w:rsidR="00495879" w:rsidRDefault="00000000">
      <w:pPr>
        <w:pStyle w:val="Listepuces"/>
      </w:pPr>
      <w:r>
        <w:t>**Rate**: $75-125/hour (freelancer) OR $10K-25K/project (agency)</w:t>
      </w:r>
    </w:p>
    <w:p w14:paraId="418E284A" w14:textId="77777777" w:rsidR="00495879" w:rsidRDefault="00000000">
      <w:pPr>
        <w:pStyle w:val="Listepuces"/>
      </w:pPr>
      <w:r>
        <w:t>**Budget**: $15,000/year (Year 1)</w:t>
      </w:r>
    </w:p>
    <w:p w14:paraId="05AC7B46" w14:textId="77777777" w:rsidR="00495879" w:rsidRDefault="00000000">
      <w:r>
        <w:rPr>
          <w:b/>
        </w:rPr>
        <w:t>5. Content Production</w:t>
      </w:r>
    </w:p>
    <w:p w14:paraId="4501DE7B" w14:textId="77777777" w:rsidR="00495879" w:rsidRDefault="00000000">
      <w:pPr>
        <w:pStyle w:val="Listepuces"/>
      </w:pPr>
      <w:r>
        <w:lastRenderedPageBreak/>
        <w:t>**Graphic Designer**: $50/hour, ~5 hours/month = $3,000/year</w:t>
      </w:r>
    </w:p>
    <w:p w14:paraId="73C0FB68" w14:textId="77777777" w:rsidR="00495879" w:rsidRDefault="00000000">
      <w:pPr>
        <w:pStyle w:val="Listepuces"/>
      </w:pPr>
      <w:r>
        <w:t>**Video Editor**: $75/hour, ~5 hours/month = $4,500/year</w:t>
      </w:r>
    </w:p>
    <w:p w14:paraId="4D79C61B" w14:textId="77777777" w:rsidR="00495879" w:rsidRDefault="00000000">
      <w:pPr>
        <w:pStyle w:val="Listepuces"/>
      </w:pPr>
      <w:r>
        <w:t>**Copywriter** (as-needed): $500/blog post × 10 = $5,000/year</w:t>
      </w:r>
    </w:p>
    <w:p w14:paraId="53B1E76E" w14:textId="77777777" w:rsidR="00495879" w:rsidRDefault="00000000">
      <w:pPr>
        <w:pStyle w:val="Listepuces"/>
      </w:pPr>
      <w:r>
        <w:t>**Total**: $12,500/year</w:t>
      </w:r>
    </w:p>
    <w:p w14:paraId="6B0836D5" w14:textId="77777777" w:rsidR="00495879" w:rsidRDefault="00000000">
      <w:pPr>
        <w:pStyle w:val="Titre3"/>
      </w:pPr>
      <w:r>
        <w:t>Partner Ecosystem Management</w:t>
      </w:r>
    </w:p>
    <w:p w14:paraId="352C7B59" w14:textId="77777777" w:rsidR="00495879" w:rsidRDefault="00000000">
      <w:r>
        <w:rPr>
          <w:b/>
        </w:rPr>
        <w:t>Types of Partners</w:t>
      </w:r>
      <w:r>
        <w:t xml:space="preserve"> (from Section 7):</w:t>
      </w:r>
    </w:p>
    <w:p w14:paraId="0684C374" w14:textId="77777777" w:rsidR="00495879" w:rsidRDefault="00000000">
      <w:pPr>
        <w:pStyle w:val="Listenumros"/>
      </w:pPr>
      <w:r>
        <w:t>Complementary service providers (CPAs, lawyers, agencies)</w:t>
      </w:r>
    </w:p>
    <w:p w14:paraId="2E4ADC82" w14:textId="77777777" w:rsidR="00495879" w:rsidRDefault="00000000">
      <w:pPr>
        <w:pStyle w:val="Listenumros"/>
      </w:pPr>
      <w:r>
        <w:t>Industry associations (EO, YPO, Vistage)</w:t>
      </w:r>
    </w:p>
    <w:p w14:paraId="08FA36E1" w14:textId="77777777" w:rsidR="00495879" w:rsidRDefault="00000000">
      <w:pPr>
        <w:pStyle w:val="Listenumros"/>
      </w:pPr>
      <w:r>
        <w:t>Technology partners (software integrations)</w:t>
      </w:r>
    </w:p>
    <w:p w14:paraId="02180C71" w14:textId="77777777" w:rsidR="00495879" w:rsidRDefault="00000000">
      <w:r>
        <w:rPr>
          <w:b/>
        </w:rPr>
        <w:t>Partner Lifecycle</w:t>
      </w:r>
      <w:r>
        <w:t>:</w:t>
      </w:r>
    </w:p>
    <w:p w14:paraId="6FA1EF17" w14:textId="77777777" w:rsidR="00495879" w:rsidRDefault="00000000">
      <w:r>
        <w:rPr>
          <w:b/>
        </w:rPr>
        <w:t>Recruitment</w:t>
      </w:r>
      <w:r>
        <w:t xml:space="preserve"> (Month 1-3):</w:t>
      </w:r>
    </w:p>
    <w:p w14:paraId="325E2D5C" w14:textId="77777777" w:rsidR="00495879" w:rsidRDefault="00000000">
      <w:pPr>
        <w:pStyle w:val="Listepuces"/>
      </w:pPr>
      <w:r>
        <w:t>Identify 50 potential partners (research, networking)</w:t>
      </w:r>
    </w:p>
    <w:p w14:paraId="61FEF178" w14:textId="77777777" w:rsidR="00495879" w:rsidRDefault="00000000">
      <w:pPr>
        <w:pStyle w:val="Listepuces"/>
      </w:pPr>
      <w:r>
        <w:t>Outreach (personalized email, LinkedIn, intro calls)</w:t>
      </w:r>
    </w:p>
    <w:p w14:paraId="0C827AA3" w14:textId="77777777" w:rsidR="00495879" w:rsidRDefault="00000000">
      <w:pPr>
        <w:pStyle w:val="Listepuces"/>
      </w:pPr>
      <w:r>
        <w:t>Qualification (do they have our ICP clients? are they reputable?)</w:t>
      </w:r>
    </w:p>
    <w:p w14:paraId="04A7843A" w14:textId="77777777" w:rsidR="00495879" w:rsidRDefault="00000000">
      <w:r>
        <w:rPr>
          <w:b/>
        </w:rPr>
        <w:t>Activation</w:t>
      </w:r>
      <w:r>
        <w:t xml:space="preserve"> (Month 4-6):</w:t>
      </w:r>
    </w:p>
    <w:p w14:paraId="298863B6" w14:textId="77777777" w:rsidR="00495879" w:rsidRDefault="00000000">
      <w:pPr>
        <w:pStyle w:val="Listepuces"/>
      </w:pPr>
      <w:r>
        <w:t>Sign partnership agreement (simple 1-pager, non-exclusive)</w:t>
      </w:r>
    </w:p>
    <w:p w14:paraId="70661142" w14:textId="77777777" w:rsidR="00495879" w:rsidRDefault="00000000">
      <w:pPr>
        <w:pStyle w:val="Listepuces"/>
      </w:pPr>
      <w:r>
        <w:t>Onboarding (educate on GBCM services, referral process)</w:t>
      </w:r>
    </w:p>
    <w:p w14:paraId="16B11082" w14:textId="77777777" w:rsidR="00495879" w:rsidRDefault="00000000">
      <w:pPr>
        <w:pStyle w:val="Listepuces"/>
      </w:pPr>
      <w:r>
        <w:t>Co-marketing (joint webinar, content collaboration)</w:t>
      </w:r>
    </w:p>
    <w:p w14:paraId="21D304B3" w14:textId="77777777" w:rsidR="00495879" w:rsidRDefault="00000000">
      <w:r>
        <w:rPr>
          <w:b/>
        </w:rPr>
        <w:t>Management</w:t>
      </w:r>
      <w:r>
        <w:t xml:space="preserve"> (Ongoing):</w:t>
      </w:r>
    </w:p>
    <w:p w14:paraId="376806B8" w14:textId="77777777" w:rsidR="00495879" w:rsidRDefault="00000000">
      <w:pPr>
        <w:pStyle w:val="Listepuces"/>
      </w:pPr>
      <w:r>
        <w:t>**Quarterly check-ins**: 30-minute call (how's it going? any referrals?)</w:t>
      </w:r>
    </w:p>
    <w:p w14:paraId="2CD68375" w14:textId="77777777" w:rsidR="00495879" w:rsidRDefault="00000000">
      <w:pPr>
        <w:pStyle w:val="Listepuces"/>
      </w:pPr>
      <w:r>
        <w:t>**Value delivery**: Share insights, invite to workshops, send referrals back</w:t>
      </w:r>
    </w:p>
    <w:p w14:paraId="3C7DE556" w14:textId="77777777" w:rsidR="00495879" w:rsidRDefault="00000000">
      <w:pPr>
        <w:pStyle w:val="Listepuces"/>
      </w:pPr>
      <w:r>
        <w:t>**Tracking**: CRM tracks referrals by partner (pay commissions quarterly)</w:t>
      </w:r>
    </w:p>
    <w:p w14:paraId="44D3F92C" w14:textId="77777777" w:rsidR="00495879" w:rsidRDefault="00000000">
      <w:r>
        <w:rPr>
          <w:b/>
        </w:rPr>
        <w:t>Evaluation</w:t>
      </w:r>
      <w:r>
        <w:t xml:space="preserve"> (Annual):</w:t>
      </w:r>
    </w:p>
    <w:p w14:paraId="130ADA2A" w14:textId="77777777" w:rsidR="00495879" w:rsidRDefault="00000000">
      <w:pPr>
        <w:pStyle w:val="Listepuces"/>
      </w:pPr>
      <w:r>
        <w:t>Review performance (# referrals, quality, close rate)</w:t>
      </w:r>
    </w:p>
    <w:p w14:paraId="2260342F" w14:textId="77777777" w:rsidR="00495879" w:rsidRDefault="00000000">
      <w:pPr>
        <w:pStyle w:val="Listepuces"/>
      </w:pPr>
      <w:r>
        <w:t>Tier adjustment (promote to Platinum, demote to Silver, or exit)</w:t>
      </w:r>
    </w:p>
    <w:p w14:paraId="5FBEA805" w14:textId="77777777" w:rsidR="00495879" w:rsidRDefault="00000000">
      <w:pPr>
        <w:pStyle w:val="Listepuces"/>
      </w:pPr>
      <w:r>
        <w:t>Renew or terminate partnership</w:t>
      </w:r>
    </w:p>
    <w:p w14:paraId="3040A374" w14:textId="77777777" w:rsidR="00495879" w:rsidRDefault="00000000">
      <w:r>
        <w:rPr>
          <w:b/>
        </w:rPr>
        <w:t>Partner Portal</w:t>
      </w:r>
      <w:r>
        <w:t xml:space="preserve"> (Year 2 feature):</w:t>
      </w:r>
    </w:p>
    <w:p w14:paraId="3ACB789A" w14:textId="77777777" w:rsidR="00495879" w:rsidRDefault="00000000">
      <w:pPr>
        <w:pStyle w:val="Listepuces"/>
      </w:pPr>
      <w:r>
        <w:t>Dashboard: See referrals, commissions, resources</w:t>
      </w:r>
    </w:p>
    <w:p w14:paraId="2ADE6F28" w14:textId="77777777" w:rsidR="00495879" w:rsidRDefault="00000000">
      <w:pPr>
        <w:pStyle w:val="Listepuces"/>
      </w:pPr>
      <w:r>
        <w:t>Marketing materials: Co-branded decks, one-pagers</w:t>
      </w:r>
    </w:p>
    <w:p w14:paraId="325B28C0" w14:textId="77777777" w:rsidR="00495879" w:rsidRDefault="00000000">
      <w:pPr>
        <w:pStyle w:val="Listepuces"/>
      </w:pPr>
      <w:r>
        <w:t>Training: Videos on how to refer, when to introduce GBCM</w:t>
      </w:r>
    </w:p>
    <w:p w14:paraId="6E3711B5" w14:textId="77777777" w:rsidR="00495879" w:rsidRDefault="00000000">
      <w:pPr>
        <w:pStyle w:val="Listepuces"/>
      </w:pPr>
      <w:r>
        <w:t>Community: Partners can network with each other</w:t>
      </w:r>
    </w:p>
    <w:p w14:paraId="51AF434A" w14:textId="77777777" w:rsidR="00495879" w:rsidRDefault="00000000">
      <w:r>
        <w:t>________________________________________________________________________________</w:t>
      </w:r>
    </w:p>
    <w:p w14:paraId="4BB55582" w14:textId="77777777" w:rsidR="00495879" w:rsidRDefault="00000000">
      <w:pPr>
        <w:pStyle w:val="Titre2"/>
      </w:pPr>
      <w:r>
        <w:lastRenderedPageBreak/>
        <w:t>⚖️ LEGAL &amp; COMPLIANCE</w:t>
      </w:r>
    </w:p>
    <w:p w14:paraId="069E3E16" w14:textId="77777777" w:rsidR="00495879" w:rsidRDefault="00000000">
      <w:pPr>
        <w:pStyle w:val="Titre3"/>
      </w:pPr>
      <w:r>
        <w:t>Business Structure &amp; Registration</w:t>
      </w:r>
    </w:p>
    <w:p w14:paraId="7FC08E02" w14:textId="77777777" w:rsidR="00495879" w:rsidRDefault="00000000">
      <w:r>
        <w:rPr>
          <w:b/>
        </w:rPr>
        <w:t>Entity Type</w:t>
      </w:r>
      <w:r>
        <w:t>: Limited Liability Company (LLC)</w:t>
      </w:r>
    </w:p>
    <w:p w14:paraId="1914CF86" w14:textId="77777777" w:rsidR="00495879" w:rsidRDefault="00000000">
      <w:pPr>
        <w:pStyle w:val="Listepuces"/>
      </w:pPr>
      <w:r>
        <w:t>**Formation**: Delaware LLC (recommended for credibility + protection)</w:t>
      </w:r>
    </w:p>
    <w:p w14:paraId="4E6A17A1" w14:textId="77777777" w:rsidR="00495879" w:rsidRDefault="00000000">
      <w:pPr>
        <w:pStyle w:val="Listepuces"/>
      </w:pPr>
      <w:r>
        <w:t>**Cost**: $300 filing fee + $300/year franchise tax</w:t>
      </w:r>
    </w:p>
    <w:p w14:paraId="57194E0F" w14:textId="77777777" w:rsidR="00495879" w:rsidRDefault="00000000">
      <w:pPr>
        <w:pStyle w:val="Listepuces"/>
      </w:pPr>
      <w:r>
        <w:t>**Registered Agent**: Northwest Registered Agent ($125/year)</w:t>
      </w:r>
    </w:p>
    <w:p w14:paraId="00D475BC" w14:textId="77777777" w:rsidR="00495879" w:rsidRDefault="00000000">
      <w:r>
        <w:rPr>
          <w:b/>
        </w:rPr>
        <w:t>Licenses &amp; Permits</w:t>
      </w:r>
      <w:r>
        <w:t>:</w:t>
      </w:r>
    </w:p>
    <w:p w14:paraId="71B5706E" w14:textId="77777777" w:rsidR="00495879" w:rsidRDefault="00000000">
      <w:pPr>
        <w:pStyle w:val="Listepuces"/>
      </w:pPr>
      <w:r>
        <w:t>Business license (local municipality): $50-200</w:t>
      </w:r>
    </w:p>
    <w:p w14:paraId="58A72293" w14:textId="77777777" w:rsidR="00495879" w:rsidRDefault="00000000">
      <w:pPr>
        <w:pStyle w:val="Listepuces"/>
      </w:pPr>
      <w:r>
        <w:t>Professional coaching license: NOT required (industry unregulated)</w:t>
      </w:r>
    </w:p>
    <w:p w14:paraId="1EE63519" w14:textId="77777777" w:rsidR="00495879" w:rsidRDefault="00000000">
      <w:pPr>
        <w:pStyle w:val="Listepuces"/>
      </w:pPr>
      <w:r>
        <w:t>DBA ("Doing Business As"): If operating under different name ($50)</w:t>
      </w:r>
    </w:p>
    <w:p w14:paraId="008FD5CE" w14:textId="77777777" w:rsidR="00495879" w:rsidRDefault="00000000">
      <w:r>
        <w:rPr>
          <w:b/>
        </w:rPr>
        <w:t>Tax Registrations</w:t>
      </w:r>
      <w:r>
        <w:t>:</w:t>
      </w:r>
    </w:p>
    <w:p w14:paraId="2909EB85" w14:textId="77777777" w:rsidR="00495879" w:rsidRDefault="00000000">
      <w:pPr>
        <w:pStyle w:val="Listepuces"/>
      </w:pPr>
      <w:r>
        <w:t>Federal EIN (Employer Identification Number): Free, IRS.gov</w:t>
      </w:r>
    </w:p>
    <w:p w14:paraId="7C9D232F" w14:textId="77777777" w:rsidR="00495879" w:rsidRDefault="00000000">
      <w:pPr>
        <w:pStyle w:val="Listepuces"/>
      </w:pPr>
      <w:r>
        <w:t>State tax ID (if hiring employees): Varies by state</w:t>
      </w:r>
    </w:p>
    <w:p w14:paraId="335BAD8F" w14:textId="77777777" w:rsidR="00495879" w:rsidRDefault="00000000">
      <w:pPr>
        <w:pStyle w:val="Listepuces"/>
      </w:pPr>
      <w:r>
        <w:t>Sales tax permit: NOT required (coaching services typically exempt)</w:t>
      </w:r>
    </w:p>
    <w:p w14:paraId="5F1E2356" w14:textId="77777777" w:rsidR="00495879" w:rsidRDefault="00000000">
      <w:pPr>
        <w:pStyle w:val="Titre3"/>
      </w:pPr>
      <w:r>
        <w:t>Contracts &amp; Legal Documents</w:t>
      </w:r>
    </w:p>
    <w:p w14:paraId="223E72A9" w14:textId="77777777" w:rsidR="00495879" w:rsidRDefault="00000000">
      <w:r>
        <w:rPr>
          <w:b/>
        </w:rPr>
        <w:t>Client Agreements</w:t>
      </w:r>
      <w:r>
        <w:t xml:space="preserve"> (Reviewed by attorney):</w:t>
      </w:r>
    </w:p>
    <w:p w14:paraId="50C17DC2" w14:textId="77777777" w:rsidR="00495879" w:rsidRDefault="00000000">
      <w:pPr>
        <w:pStyle w:val="Listepuces"/>
      </w:pPr>
      <w:r>
        <w:t>**Master Services Agreement (MSA)**: Terms &amp; conditions (liability, IP, termination)</w:t>
      </w:r>
    </w:p>
    <w:p w14:paraId="2A025671" w14:textId="77777777" w:rsidR="00495879" w:rsidRDefault="00000000">
      <w:pPr>
        <w:pStyle w:val="Listepuces"/>
      </w:pPr>
      <w:r>
        <w:t>**Service Order Form (SOF)**: Specific package, price, duration</w:t>
      </w:r>
    </w:p>
    <w:p w14:paraId="36BAF429" w14:textId="77777777" w:rsidR="00495879" w:rsidRDefault="00000000">
      <w:pPr>
        <w:pStyle w:val="Listepuces"/>
      </w:pPr>
      <w:r>
        <w:t>**Cancellation Policy**: 30-day notice, pro-rated refund (or no refund after 90 days)</w:t>
      </w:r>
    </w:p>
    <w:p w14:paraId="3D358AD5" w14:textId="77777777" w:rsidR="00495879" w:rsidRDefault="00000000">
      <w:r>
        <w:rPr>
          <w:b/>
        </w:rPr>
        <w:t>Key Clauses</w:t>
      </w:r>
      <w:r>
        <w:t>:</w:t>
      </w:r>
    </w:p>
    <w:p w14:paraId="4A1BE139" w14:textId="77777777" w:rsidR="00495879" w:rsidRDefault="00000000">
      <w:pPr>
        <w:pStyle w:val="Listenumros"/>
      </w:pPr>
      <w:r>
        <w:t>**Scope of Services**: Clearly define what's included/excluded</w:t>
      </w:r>
    </w:p>
    <w:p w14:paraId="2A9C2B5D" w14:textId="77777777" w:rsidR="00495879" w:rsidRDefault="00000000">
      <w:pPr>
        <w:pStyle w:val="Listenumros"/>
      </w:pPr>
      <w:r>
        <w:t>**Payment Terms**: Due dates, late fees, auto-renewal</w:t>
      </w:r>
    </w:p>
    <w:p w14:paraId="44385897" w14:textId="77777777" w:rsidR="00495879" w:rsidRDefault="00000000">
      <w:pPr>
        <w:pStyle w:val="Listenumros"/>
      </w:pPr>
      <w:r>
        <w:t>**Confidentiality**: Both parties protect sensitive info</w:t>
      </w:r>
    </w:p>
    <w:p w14:paraId="40AB6F79" w14:textId="77777777" w:rsidR="00495879" w:rsidRDefault="00000000">
      <w:pPr>
        <w:pStyle w:val="Listenumros"/>
      </w:pPr>
      <w:r>
        <w:t>**IP Ownership**:</w:t>
      </w:r>
    </w:p>
    <w:p w14:paraId="0BE04DE7" w14:textId="77777777" w:rsidR="00495879" w:rsidRDefault="00000000">
      <w:pPr>
        <w:pStyle w:val="Listepuces"/>
      </w:pPr>
      <w:r>
        <w:t>GBCM retains: Frameworks, platform, content</w:t>
      </w:r>
    </w:p>
    <w:p w14:paraId="37193B56" w14:textId="77777777" w:rsidR="00495879" w:rsidRDefault="00000000">
      <w:pPr>
        <w:pStyle w:val="Listepuces"/>
      </w:pPr>
      <w:r>
        <w:t>Client retains: Their business strategy, plans created in sessions</w:t>
      </w:r>
    </w:p>
    <w:p w14:paraId="5E06105B" w14:textId="77777777" w:rsidR="00495879" w:rsidRDefault="00000000">
      <w:pPr>
        <w:pStyle w:val="Listenumros"/>
      </w:pPr>
      <w:r>
        <w:t>**Limitation of Liability**: "GBCM is not liable for business results (coaching, not guarantees)"</w:t>
      </w:r>
    </w:p>
    <w:p w14:paraId="29AE6327" w14:textId="77777777" w:rsidR="00495879" w:rsidRDefault="00000000">
      <w:pPr>
        <w:pStyle w:val="Listenumros"/>
      </w:pPr>
      <w:r>
        <w:t>**Dispute Resolution**: Mediation first, then arbitration (avoid litigation)</w:t>
      </w:r>
    </w:p>
    <w:p w14:paraId="221E9ED2" w14:textId="77777777" w:rsidR="00495879" w:rsidRDefault="00000000">
      <w:pPr>
        <w:pStyle w:val="Listenumros"/>
      </w:pPr>
      <w:r>
        <w:t>**Termination**: Either party can terminate with 30 days notice</w:t>
      </w:r>
    </w:p>
    <w:p w14:paraId="0BBF94FE" w14:textId="77777777" w:rsidR="00495879" w:rsidRDefault="00000000">
      <w:r>
        <w:rPr>
          <w:b/>
        </w:rPr>
        <w:t>Other Legal Documents</w:t>
      </w:r>
      <w:r>
        <w:t>:</w:t>
      </w:r>
    </w:p>
    <w:p w14:paraId="4FC37850" w14:textId="77777777" w:rsidR="00495879" w:rsidRDefault="00000000">
      <w:pPr>
        <w:pStyle w:val="Listepuces"/>
      </w:pPr>
      <w:r>
        <w:t>**Non-Disclosure Agreement (NDA)**: For partners, contractors (protect client data)</w:t>
      </w:r>
    </w:p>
    <w:p w14:paraId="18EB7D11" w14:textId="77777777" w:rsidR="00495879" w:rsidRDefault="00000000">
      <w:pPr>
        <w:pStyle w:val="Listepuces"/>
      </w:pPr>
      <w:r>
        <w:lastRenderedPageBreak/>
        <w:t>**Independent Contractor Agreement**: For VA, freelancers</w:t>
      </w:r>
    </w:p>
    <w:p w14:paraId="1D29AD26" w14:textId="77777777" w:rsidR="00495879" w:rsidRDefault="00000000">
      <w:pPr>
        <w:pStyle w:val="Listepuces"/>
      </w:pPr>
      <w:r>
        <w:t>**Partnership Agreement**: For referral partners (commission terms)</w:t>
      </w:r>
    </w:p>
    <w:p w14:paraId="62E45894" w14:textId="77777777" w:rsidR="00495879" w:rsidRDefault="00000000">
      <w:pPr>
        <w:pStyle w:val="Titre3"/>
      </w:pPr>
      <w:r>
        <w:t>Compliance &amp; Risk Management</w:t>
      </w:r>
    </w:p>
    <w:p w14:paraId="6D27146F" w14:textId="77777777" w:rsidR="00495879" w:rsidRDefault="00000000">
      <w:r>
        <w:rPr>
          <w:b/>
        </w:rPr>
        <w:t>Data Privacy</w:t>
      </w:r>
      <w:r>
        <w:t>:</w:t>
      </w:r>
    </w:p>
    <w:p w14:paraId="0F47CB08" w14:textId="77777777" w:rsidR="00495879" w:rsidRDefault="00000000">
      <w:pPr>
        <w:pStyle w:val="Listepuces"/>
      </w:pPr>
      <w:r>
        <w:t>**GDPR Compliance** (if serving EU clients):</w:t>
      </w:r>
    </w:p>
    <w:p w14:paraId="5044AA2D" w14:textId="77777777" w:rsidR="00495879" w:rsidRDefault="00000000">
      <w:pPr>
        <w:pStyle w:val="Listepuces"/>
      </w:pPr>
      <w:r>
        <w:t>Obtain consent for data collection</w:t>
      </w:r>
    </w:p>
    <w:p w14:paraId="754169FE" w14:textId="77777777" w:rsidR="00495879" w:rsidRDefault="00000000">
      <w:pPr>
        <w:pStyle w:val="Listepuces"/>
      </w:pPr>
      <w:r>
        <w:t>Provide data portability (export all data)</w:t>
      </w:r>
    </w:p>
    <w:p w14:paraId="698C39D2" w14:textId="77777777" w:rsidR="00495879" w:rsidRDefault="00000000">
      <w:pPr>
        <w:pStyle w:val="Listepuces"/>
      </w:pPr>
      <w:r>
        <w:t>Right to erasure (delete account)</w:t>
      </w:r>
    </w:p>
    <w:p w14:paraId="43931391" w14:textId="77777777" w:rsidR="00495879" w:rsidRDefault="00000000">
      <w:pPr>
        <w:pStyle w:val="Listepuces"/>
      </w:pPr>
      <w:r>
        <w:t>**CCPA Compliance** (California clients):</w:t>
      </w:r>
    </w:p>
    <w:p w14:paraId="7C627930" w14:textId="77777777" w:rsidR="00495879" w:rsidRDefault="00000000">
      <w:pPr>
        <w:pStyle w:val="Listepuces"/>
      </w:pPr>
      <w:r>
        <w:t>Disclose data collection practices</w:t>
      </w:r>
    </w:p>
    <w:p w14:paraId="68D02CA2" w14:textId="77777777" w:rsidR="00495879" w:rsidRDefault="00000000">
      <w:pPr>
        <w:pStyle w:val="Listepuces"/>
      </w:pPr>
      <w:r>
        <w:t>Allow opt-out of data selling (we don't sell data)</w:t>
      </w:r>
    </w:p>
    <w:p w14:paraId="154D28FB" w14:textId="77777777" w:rsidR="00495879" w:rsidRDefault="00000000">
      <w:pPr>
        <w:pStyle w:val="Listepuces"/>
      </w:pPr>
      <w:r>
        <w:t>**Privacy Policy**: Posted on website (required)</w:t>
      </w:r>
    </w:p>
    <w:p w14:paraId="4C29EEC3" w14:textId="77777777" w:rsidR="00495879" w:rsidRDefault="00000000">
      <w:pPr>
        <w:pStyle w:val="Listepuces"/>
      </w:pPr>
      <w:r>
        <w:t>**Cookie Policy**: Disclose tracking (Google Analytics, etc.)</w:t>
      </w:r>
    </w:p>
    <w:p w14:paraId="7FB996E9" w14:textId="77777777" w:rsidR="00495879" w:rsidRDefault="00000000">
      <w:r>
        <w:rPr>
          <w:b/>
        </w:rPr>
        <w:t>Security Compliance</w:t>
      </w:r>
      <w:r>
        <w:t>:</w:t>
      </w:r>
    </w:p>
    <w:p w14:paraId="0DDF7450" w14:textId="77777777" w:rsidR="00495879" w:rsidRDefault="00000000">
      <w:pPr>
        <w:pStyle w:val="Listepuces"/>
      </w:pPr>
      <w:r>
        <w:t>**Data Encryption**: TLS 1.3 (in transit), AES-256 (at rest)</w:t>
      </w:r>
    </w:p>
    <w:p w14:paraId="507DEAB7" w14:textId="77777777" w:rsidR="00495879" w:rsidRDefault="00000000">
      <w:pPr>
        <w:pStyle w:val="Listepuces"/>
      </w:pPr>
      <w:r>
        <w:t>**Access Controls**: Role-based permissions (clients can't see each other's data)</w:t>
      </w:r>
    </w:p>
    <w:p w14:paraId="09A25D87" w14:textId="77777777" w:rsidR="00495879" w:rsidRDefault="00000000">
      <w:pPr>
        <w:pStyle w:val="Listepuces"/>
      </w:pPr>
      <w:r>
        <w:t>**Backup &amp; Recovery**: Daily backups, 30-day retention</w:t>
      </w:r>
    </w:p>
    <w:p w14:paraId="34EABEDD" w14:textId="77777777" w:rsidR="00495879" w:rsidRDefault="00000000">
      <w:pPr>
        <w:pStyle w:val="Listepuces"/>
      </w:pPr>
      <w:r>
        <w:t>**Incident Response Plan**: If breach, notify clients within 72 hours (GDPR requirement)</w:t>
      </w:r>
    </w:p>
    <w:p w14:paraId="2CA8EE51" w14:textId="77777777" w:rsidR="00495879" w:rsidRDefault="00000000">
      <w:r>
        <w:rPr>
          <w:b/>
        </w:rPr>
        <w:t>Financial Compliance</w:t>
      </w:r>
      <w:r>
        <w:t>:</w:t>
      </w:r>
    </w:p>
    <w:p w14:paraId="67CB5E95" w14:textId="77777777" w:rsidR="00495879" w:rsidRDefault="00000000">
      <w:pPr>
        <w:pStyle w:val="Listepuces"/>
      </w:pPr>
      <w:r>
        <w:t>**Bookkeeping**: Accrual accounting (GAAP standards)</w:t>
      </w:r>
    </w:p>
    <w:p w14:paraId="7FF86D11" w14:textId="77777777" w:rsidR="00495879" w:rsidRDefault="00000000">
      <w:pPr>
        <w:pStyle w:val="Listepuces"/>
      </w:pPr>
      <w:r>
        <w:t>**Tax Filings**:</w:t>
      </w:r>
    </w:p>
    <w:p w14:paraId="787D1770" w14:textId="77777777" w:rsidR="00495879" w:rsidRDefault="00000000">
      <w:pPr>
        <w:pStyle w:val="Listepuces"/>
      </w:pPr>
      <w:r>
        <w:t>Federal: Form 1065 (Partnership) or 1120-S (S-Corp) - Annual</w:t>
      </w:r>
    </w:p>
    <w:p w14:paraId="71F92409" w14:textId="77777777" w:rsidR="00495879" w:rsidRDefault="00000000">
      <w:pPr>
        <w:pStyle w:val="Listepuces"/>
      </w:pPr>
      <w:r>
        <w:t>State: Income tax, franchise tax - Annual</w:t>
      </w:r>
    </w:p>
    <w:p w14:paraId="7DE87350" w14:textId="77777777" w:rsidR="00495879" w:rsidRDefault="00000000">
      <w:pPr>
        <w:pStyle w:val="Listepuces"/>
      </w:pPr>
      <w:r>
        <w:t>Quarterly estimated taxes (if profitable)</w:t>
      </w:r>
    </w:p>
    <w:p w14:paraId="599CC29D" w14:textId="77777777" w:rsidR="00495879" w:rsidRDefault="00000000">
      <w:pPr>
        <w:pStyle w:val="Listepuces"/>
      </w:pPr>
      <w:r>
        <w:t>**Audit**: Not required (unless revenue &gt;$5M or investor-backed)</w:t>
      </w:r>
    </w:p>
    <w:p w14:paraId="6DE2F94B" w14:textId="77777777" w:rsidR="00495879" w:rsidRDefault="00000000">
      <w:r>
        <w:rPr>
          <w:b/>
        </w:rPr>
        <w:t>Insurance (Risk Transfer)</w:t>
      </w:r>
      <w:r>
        <w:t>:</w:t>
      </w:r>
    </w:p>
    <w:p w14:paraId="3782A08B" w14:textId="77777777" w:rsidR="00495879" w:rsidRDefault="00000000">
      <w:pPr>
        <w:pStyle w:val="Listepuces"/>
      </w:pPr>
      <w:r>
        <w:t>**General Liability**: Covers bodily injury, property damage (in-person events)</w:t>
      </w:r>
    </w:p>
    <w:p w14:paraId="2955B65C" w14:textId="77777777" w:rsidR="00495879" w:rsidRDefault="00000000">
      <w:pPr>
        <w:pStyle w:val="Listepuces"/>
      </w:pPr>
      <w:r>
        <w:t>**Professional Liability (E&amp;O)**: Covers "bad advice" claims, negligence</w:t>
      </w:r>
    </w:p>
    <w:p w14:paraId="5841B44C" w14:textId="77777777" w:rsidR="00495879" w:rsidRDefault="00000000">
      <w:pPr>
        <w:pStyle w:val="Listepuces"/>
      </w:pPr>
      <w:r>
        <w:t>**Cyber Liability**: Covers data breach costs (legal fees, notifications, credit monitoring)</w:t>
      </w:r>
    </w:p>
    <w:p w14:paraId="6BAEAF62" w14:textId="77777777" w:rsidR="00495879" w:rsidRDefault="00000000">
      <w:pPr>
        <w:pStyle w:val="Listepuces"/>
      </w:pPr>
      <w:r>
        <w:t>**Business Interruption**: Covers lost revenue if operations disrupted (optional, Year 2+)</w:t>
      </w:r>
    </w:p>
    <w:p w14:paraId="278B3265" w14:textId="77777777" w:rsidR="00495879" w:rsidRDefault="00000000">
      <w:r>
        <w:t>________________________________________________________________________________</w:t>
      </w:r>
    </w:p>
    <w:p w14:paraId="221926D5" w14:textId="77777777" w:rsidR="00495879" w:rsidRDefault="00000000">
      <w:pPr>
        <w:pStyle w:val="Titre2"/>
      </w:pPr>
      <w:r>
        <w:lastRenderedPageBreak/>
        <w:t>📊 OPERATIONAL METRICS &amp; KPIs</w:t>
      </w:r>
    </w:p>
    <w:p w14:paraId="39F38090" w14:textId="77777777" w:rsidR="00495879" w:rsidRDefault="00000000">
      <w:pPr>
        <w:pStyle w:val="Titre3"/>
      </w:pPr>
      <w:r>
        <w:t>Dashboard (Weekly Review)</w:t>
      </w:r>
    </w:p>
    <w:p w14:paraId="4D97DD38" w14:textId="77777777" w:rsidR="00495879" w:rsidRDefault="00000000">
      <w:r>
        <w:rPr>
          <w:b/>
        </w:rPr>
        <w:t>Client Health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2123024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60E7D11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04E0D93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  <w:tc>
          <w:tcPr>
            <w:tcW w:w="2160" w:type="dxa"/>
          </w:tcPr>
          <w:p w14:paraId="40F98C8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Current</w:t>
            </w:r>
          </w:p>
        </w:tc>
        <w:tc>
          <w:tcPr>
            <w:tcW w:w="2160" w:type="dxa"/>
          </w:tcPr>
          <w:p w14:paraId="40914C2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Status</w:t>
            </w:r>
          </w:p>
        </w:tc>
      </w:tr>
      <w:tr w:rsidR="00495879" w14:paraId="13D66A7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71A5725" w14:textId="77777777" w:rsidR="00495879" w:rsidRDefault="00000000">
            <w:r>
              <w:t>Active Clients</w:t>
            </w:r>
          </w:p>
        </w:tc>
        <w:tc>
          <w:tcPr>
            <w:tcW w:w="2160" w:type="dxa"/>
          </w:tcPr>
          <w:p w14:paraId="288E16F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 (EOY)</w:t>
            </w:r>
          </w:p>
        </w:tc>
        <w:tc>
          <w:tcPr>
            <w:tcW w:w="2160" w:type="dxa"/>
          </w:tcPr>
          <w:p w14:paraId="6E1494A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[XX]</w:t>
            </w:r>
          </w:p>
        </w:tc>
        <w:tc>
          <w:tcPr>
            <w:tcW w:w="2160" w:type="dxa"/>
          </w:tcPr>
          <w:p w14:paraId="2697424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🟢/🟡/🔴</w:t>
            </w:r>
          </w:p>
        </w:tc>
      </w:tr>
      <w:tr w:rsidR="00495879" w14:paraId="6691AE7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3BE6A49" w14:textId="77777777" w:rsidR="00495879" w:rsidRDefault="00000000">
            <w:r>
              <w:t>Engagement Score (Avg)</w:t>
            </w:r>
          </w:p>
        </w:tc>
        <w:tc>
          <w:tcPr>
            <w:tcW w:w="2160" w:type="dxa"/>
          </w:tcPr>
          <w:p w14:paraId="5B00485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65+</w:t>
            </w:r>
          </w:p>
        </w:tc>
        <w:tc>
          <w:tcPr>
            <w:tcW w:w="2160" w:type="dxa"/>
          </w:tcPr>
          <w:p w14:paraId="34E2FE1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[XX]</w:t>
            </w:r>
          </w:p>
        </w:tc>
        <w:tc>
          <w:tcPr>
            <w:tcW w:w="2160" w:type="dxa"/>
          </w:tcPr>
          <w:p w14:paraId="033A1704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58D6895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DDE3BE1" w14:textId="77777777" w:rsidR="00495879" w:rsidRDefault="00000000">
            <w:r>
              <w:t>NPS</w:t>
            </w:r>
          </w:p>
        </w:tc>
        <w:tc>
          <w:tcPr>
            <w:tcW w:w="2160" w:type="dxa"/>
          </w:tcPr>
          <w:p w14:paraId="51AC303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50+</w:t>
            </w:r>
          </w:p>
        </w:tc>
        <w:tc>
          <w:tcPr>
            <w:tcW w:w="2160" w:type="dxa"/>
          </w:tcPr>
          <w:p w14:paraId="55C32D4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[XX]</w:t>
            </w:r>
          </w:p>
        </w:tc>
        <w:tc>
          <w:tcPr>
            <w:tcW w:w="2160" w:type="dxa"/>
          </w:tcPr>
          <w:p w14:paraId="3BAC3769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5D0295D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95FB269" w14:textId="77777777" w:rsidR="00495879" w:rsidRDefault="00000000">
            <w:r>
              <w:t>At-Risk Clients (&lt;30 engagement)</w:t>
            </w:r>
          </w:p>
        </w:tc>
        <w:tc>
          <w:tcPr>
            <w:tcW w:w="2160" w:type="dxa"/>
          </w:tcPr>
          <w:p w14:paraId="274C3DE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&lt;3</w:t>
            </w:r>
          </w:p>
        </w:tc>
        <w:tc>
          <w:tcPr>
            <w:tcW w:w="2160" w:type="dxa"/>
          </w:tcPr>
          <w:p w14:paraId="32EEFBD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[XX]</w:t>
            </w:r>
          </w:p>
        </w:tc>
        <w:tc>
          <w:tcPr>
            <w:tcW w:w="2160" w:type="dxa"/>
          </w:tcPr>
          <w:p w14:paraId="154040CC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473B611A" w14:textId="77777777" w:rsidR="00495879" w:rsidRDefault="00495879"/>
    <w:p w14:paraId="4C08EFEC" w14:textId="77777777" w:rsidR="00495879" w:rsidRDefault="00000000">
      <w:r>
        <w:rPr>
          <w:b/>
        </w:rPr>
        <w:t>Delivery Quality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33A8010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DE90389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3F39473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  <w:tc>
          <w:tcPr>
            <w:tcW w:w="2160" w:type="dxa"/>
          </w:tcPr>
          <w:p w14:paraId="136E7F9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Current</w:t>
            </w:r>
          </w:p>
        </w:tc>
        <w:tc>
          <w:tcPr>
            <w:tcW w:w="2160" w:type="dxa"/>
          </w:tcPr>
          <w:p w14:paraId="1120D56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Status</w:t>
            </w:r>
          </w:p>
        </w:tc>
      </w:tr>
      <w:tr w:rsidR="00495879" w14:paraId="4A0BB1C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F3C21E3" w14:textId="77777777" w:rsidR="00495879" w:rsidRDefault="00000000">
            <w:r>
              <w:t>Workshop Attendance %</w:t>
            </w:r>
          </w:p>
        </w:tc>
        <w:tc>
          <w:tcPr>
            <w:tcW w:w="2160" w:type="dxa"/>
          </w:tcPr>
          <w:p w14:paraId="50ECF21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60% live</w:t>
            </w:r>
          </w:p>
        </w:tc>
        <w:tc>
          <w:tcPr>
            <w:tcW w:w="2160" w:type="dxa"/>
          </w:tcPr>
          <w:p w14:paraId="2D0FE9B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[XX]%</w:t>
            </w:r>
          </w:p>
        </w:tc>
        <w:tc>
          <w:tcPr>
            <w:tcW w:w="2160" w:type="dxa"/>
          </w:tcPr>
          <w:p w14:paraId="568511E0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4A79630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DAF7B8D" w14:textId="77777777" w:rsidR="00495879" w:rsidRDefault="00000000">
            <w:r>
              <w:t>Session Rating (Avg)</w:t>
            </w:r>
          </w:p>
        </w:tc>
        <w:tc>
          <w:tcPr>
            <w:tcW w:w="2160" w:type="dxa"/>
          </w:tcPr>
          <w:p w14:paraId="1023B7C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4.5+</w:t>
            </w:r>
          </w:p>
        </w:tc>
        <w:tc>
          <w:tcPr>
            <w:tcW w:w="2160" w:type="dxa"/>
          </w:tcPr>
          <w:p w14:paraId="454E01D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[XX]</w:t>
            </w:r>
          </w:p>
        </w:tc>
        <w:tc>
          <w:tcPr>
            <w:tcW w:w="2160" w:type="dxa"/>
          </w:tcPr>
          <w:p w14:paraId="5CA8956D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25EE7D7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DD88A4A" w14:textId="77777777" w:rsidR="00495879" w:rsidRDefault="00000000">
            <w:r>
              <w:t>Response Time (Email)</w:t>
            </w:r>
          </w:p>
        </w:tc>
        <w:tc>
          <w:tcPr>
            <w:tcW w:w="2160" w:type="dxa"/>
          </w:tcPr>
          <w:p w14:paraId="673DF9B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&lt;24h</w:t>
            </w:r>
          </w:p>
        </w:tc>
        <w:tc>
          <w:tcPr>
            <w:tcW w:w="2160" w:type="dxa"/>
          </w:tcPr>
          <w:p w14:paraId="4FA100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[XX]h</w:t>
            </w:r>
          </w:p>
        </w:tc>
        <w:tc>
          <w:tcPr>
            <w:tcW w:w="2160" w:type="dxa"/>
          </w:tcPr>
          <w:p w14:paraId="6E8CADA5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693F810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95109A3" w14:textId="77777777" w:rsidR="00495879" w:rsidRDefault="00000000">
            <w:r>
              <w:t>Platform Uptime</w:t>
            </w:r>
          </w:p>
        </w:tc>
        <w:tc>
          <w:tcPr>
            <w:tcW w:w="2160" w:type="dxa"/>
          </w:tcPr>
          <w:p w14:paraId="44EB9B4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99.5%</w:t>
            </w:r>
          </w:p>
        </w:tc>
        <w:tc>
          <w:tcPr>
            <w:tcW w:w="2160" w:type="dxa"/>
          </w:tcPr>
          <w:p w14:paraId="1DB04C8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[XX]%</w:t>
            </w:r>
          </w:p>
        </w:tc>
        <w:tc>
          <w:tcPr>
            <w:tcW w:w="2160" w:type="dxa"/>
          </w:tcPr>
          <w:p w14:paraId="0F73D1AD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44461009" w14:textId="77777777" w:rsidR="00495879" w:rsidRDefault="00495879"/>
    <w:p w14:paraId="4EE1F3F9" w14:textId="77777777" w:rsidR="00495879" w:rsidRDefault="00000000">
      <w:r>
        <w:rPr>
          <w:b/>
        </w:rPr>
        <w:t>Operational Efficiency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773E5A9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D5974F8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7BE91BF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  <w:tc>
          <w:tcPr>
            <w:tcW w:w="2160" w:type="dxa"/>
          </w:tcPr>
          <w:p w14:paraId="38E1E23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Current</w:t>
            </w:r>
          </w:p>
        </w:tc>
        <w:tc>
          <w:tcPr>
            <w:tcW w:w="2160" w:type="dxa"/>
          </w:tcPr>
          <w:p w14:paraId="4CAF2C2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Status</w:t>
            </w:r>
          </w:p>
        </w:tc>
      </w:tr>
      <w:tr w:rsidR="00495879" w14:paraId="27DBBA9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E254A90" w14:textId="77777777" w:rsidR="00495879" w:rsidRDefault="00000000">
            <w:r>
              <w:t>Founder Hours/Week</w:t>
            </w:r>
          </w:p>
        </w:tc>
        <w:tc>
          <w:tcPr>
            <w:tcW w:w="2160" w:type="dxa"/>
          </w:tcPr>
          <w:p w14:paraId="67AA40B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&lt;50</w:t>
            </w:r>
          </w:p>
        </w:tc>
        <w:tc>
          <w:tcPr>
            <w:tcW w:w="2160" w:type="dxa"/>
          </w:tcPr>
          <w:p w14:paraId="0981947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[XX]</w:t>
            </w:r>
          </w:p>
        </w:tc>
        <w:tc>
          <w:tcPr>
            <w:tcW w:w="2160" w:type="dxa"/>
          </w:tcPr>
          <w:p w14:paraId="4B2A1105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4F962A9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3922187" w14:textId="77777777" w:rsidR="00495879" w:rsidRDefault="00000000">
            <w:r>
              <w:t>Delivery Hours per Client (Avg)</w:t>
            </w:r>
          </w:p>
        </w:tc>
        <w:tc>
          <w:tcPr>
            <w:tcW w:w="2160" w:type="dxa"/>
          </w:tcPr>
          <w:p w14:paraId="081CF66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38h</w:t>
            </w:r>
          </w:p>
        </w:tc>
        <w:tc>
          <w:tcPr>
            <w:tcW w:w="2160" w:type="dxa"/>
          </w:tcPr>
          <w:p w14:paraId="5A24EC3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[XX]h</w:t>
            </w:r>
          </w:p>
        </w:tc>
        <w:tc>
          <w:tcPr>
            <w:tcW w:w="2160" w:type="dxa"/>
          </w:tcPr>
          <w:p w14:paraId="5587A372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37D4037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EED15C9" w14:textId="77777777" w:rsidR="00495879" w:rsidRDefault="00000000">
            <w:r>
              <w:t>AI Deflection Rate (% handled by AI)</w:t>
            </w:r>
          </w:p>
        </w:tc>
        <w:tc>
          <w:tcPr>
            <w:tcW w:w="2160" w:type="dxa"/>
          </w:tcPr>
          <w:p w14:paraId="7869909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60%</w:t>
            </w:r>
          </w:p>
        </w:tc>
        <w:tc>
          <w:tcPr>
            <w:tcW w:w="2160" w:type="dxa"/>
          </w:tcPr>
          <w:p w14:paraId="04DBEEA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[XX]%</w:t>
            </w:r>
          </w:p>
        </w:tc>
        <w:tc>
          <w:tcPr>
            <w:tcW w:w="2160" w:type="dxa"/>
          </w:tcPr>
          <w:p w14:paraId="045E7C52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0CEC592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B96F155" w14:textId="77777777" w:rsidR="00495879" w:rsidRDefault="00000000">
            <w:r>
              <w:t>Revenue per Founder Hour</w:t>
            </w:r>
          </w:p>
        </w:tc>
        <w:tc>
          <w:tcPr>
            <w:tcW w:w="2160" w:type="dxa"/>
          </w:tcPr>
          <w:p w14:paraId="48B52DA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$140+</w:t>
            </w:r>
          </w:p>
        </w:tc>
        <w:tc>
          <w:tcPr>
            <w:tcW w:w="2160" w:type="dxa"/>
          </w:tcPr>
          <w:p w14:paraId="69A66A5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$[XX]</w:t>
            </w:r>
          </w:p>
        </w:tc>
        <w:tc>
          <w:tcPr>
            <w:tcW w:w="2160" w:type="dxa"/>
          </w:tcPr>
          <w:p w14:paraId="304973CD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622563FE" w14:textId="77777777" w:rsidR="00495879" w:rsidRDefault="00495879"/>
    <w:p w14:paraId="4F79E8E8" w14:textId="77777777" w:rsidR="00495879" w:rsidRDefault="00000000">
      <w:r>
        <w:rPr>
          <w:b/>
        </w:rPr>
        <w:t>Financial Health</w:t>
      </w:r>
      <w:r>
        <w:t xml:space="preserve"> (Monthly):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3AC3D71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2E8D9C3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09F6BA4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  <w:tc>
          <w:tcPr>
            <w:tcW w:w="2160" w:type="dxa"/>
          </w:tcPr>
          <w:p w14:paraId="5954DE4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Current</w:t>
            </w:r>
          </w:p>
        </w:tc>
        <w:tc>
          <w:tcPr>
            <w:tcW w:w="2160" w:type="dxa"/>
          </w:tcPr>
          <w:p w14:paraId="27DF40C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Status</w:t>
            </w:r>
          </w:p>
        </w:tc>
      </w:tr>
      <w:tr w:rsidR="00495879" w14:paraId="77634F8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620A425" w14:textId="77777777" w:rsidR="00495879" w:rsidRDefault="00000000">
            <w:r>
              <w:t>MRR (Monthly Recurring Revenue)</w:t>
            </w:r>
          </w:p>
        </w:tc>
        <w:tc>
          <w:tcPr>
            <w:tcW w:w="2160" w:type="dxa"/>
          </w:tcPr>
          <w:p w14:paraId="2D45D7C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$15K (EOY)</w:t>
            </w:r>
          </w:p>
        </w:tc>
        <w:tc>
          <w:tcPr>
            <w:tcW w:w="2160" w:type="dxa"/>
          </w:tcPr>
          <w:p w14:paraId="6B742AA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$[XX]</w:t>
            </w:r>
          </w:p>
        </w:tc>
        <w:tc>
          <w:tcPr>
            <w:tcW w:w="2160" w:type="dxa"/>
          </w:tcPr>
          <w:p w14:paraId="62948947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6099315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7EE7C48" w14:textId="77777777" w:rsidR="00495879" w:rsidRDefault="00000000">
            <w:r>
              <w:t>Churn Rate</w:t>
            </w:r>
          </w:p>
        </w:tc>
        <w:tc>
          <w:tcPr>
            <w:tcW w:w="2160" w:type="dxa"/>
          </w:tcPr>
          <w:p w14:paraId="53229D6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&lt;5%/year</w:t>
            </w:r>
          </w:p>
        </w:tc>
        <w:tc>
          <w:tcPr>
            <w:tcW w:w="2160" w:type="dxa"/>
          </w:tcPr>
          <w:p w14:paraId="71FDBB6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[XX]%</w:t>
            </w:r>
          </w:p>
        </w:tc>
        <w:tc>
          <w:tcPr>
            <w:tcW w:w="2160" w:type="dxa"/>
          </w:tcPr>
          <w:p w14:paraId="2E0A6A35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28B28A9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007D33D" w14:textId="77777777" w:rsidR="00495879" w:rsidRDefault="00000000">
            <w:r>
              <w:t>Collection Rate (invoices paid)</w:t>
            </w:r>
          </w:p>
        </w:tc>
        <w:tc>
          <w:tcPr>
            <w:tcW w:w="2160" w:type="dxa"/>
          </w:tcPr>
          <w:p w14:paraId="773FC12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98%+</w:t>
            </w:r>
          </w:p>
        </w:tc>
        <w:tc>
          <w:tcPr>
            <w:tcW w:w="2160" w:type="dxa"/>
          </w:tcPr>
          <w:p w14:paraId="63E2921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[XX]%</w:t>
            </w:r>
          </w:p>
        </w:tc>
        <w:tc>
          <w:tcPr>
            <w:tcW w:w="2160" w:type="dxa"/>
          </w:tcPr>
          <w:p w14:paraId="060C80B6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0BDF7A7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47C1088" w14:textId="77777777" w:rsidR="00495879" w:rsidRDefault="00000000">
            <w:r>
              <w:lastRenderedPageBreak/>
              <w:t>Gross Margin</w:t>
            </w:r>
          </w:p>
        </w:tc>
        <w:tc>
          <w:tcPr>
            <w:tcW w:w="2160" w:type="dxa"/>
          </w:tcPr>
          <w:p w14:paraId="0693226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91%+</w:t>
            </w:r>
          </w:p>
        </w:tc>
        <w:tc>
          <w:tcPr>
            <w:tcW w:w="2160" w:type="dxa"/>
          </w:tcPr>
          <w:p w14:paraId="559B799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[XX]%</w:t>
            </w:r>
          </w:p>
        </w:tc>
        <w:tc>
          <w:tcPr>
            <w:tcW w:w="2160" w:type="dxa"/>
          </w:tcPr>
          <w:p w14:paraId="4894B48E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176ACB27" w14:textId="77777777" w:rsidR="00495879" w:rsidRDefault="00495879"/>
    <w:p w14:paraId="7700646A" w14:textId="77777777" w:rsidR="00495879" w:rsidRDefault="00000000">
      <w:pPr>
        <w:pStyle w:val="Titre3"/>
      </w:pPr>
      <w:r>
        <w:t>Operational Cadence</w:t>
      </w:r>
    </w:p>
    <w:p w14:paraId="65194120" w14:textId="77777777" w:rsidR="00495879" w:rsidRDefault="00000000">
      <w:r>
        <w:rPr>
          <w:b/>
        </w:rPr>
        <w:t>Daily</w:t>
      </w:r>
      <w:r>
        <w:t xml:space="preserve"> (10 min):</w:t>
      </w:r>
    </w:p>
    <w:p w14:paraId="14E443F7" w14:textId="77777777" w:rsidR="00495879" w:rsidRDefault="00000000">
      <w:pPr>
        <w:pStyle w:val="Listepuces"/>
      </w:pPr>
      <w:r>
        <w:t>Check platform health (uptime, errors)</w:t>
      </w:r>
    </w:p>
    <w:p w14:paraId="14101E52" w14:textId="77777777" w:rsidR="00495879" w:rsidRDefault="00000000">
      <w:pPr>
        <w:pStyle w:val="Listepuces"/>
      </w:pPr>
      <w:r>
        <w:t>Review support tickets (respond if urgent)</w:t>
      </w:r>
    </w:p>
    <w:p w14:paraId="4967DD1F" w14:textId="77777777" w:rsidR="00495879" w:rsidRDefault="00000000">
      <w:pPr>
        <w:pStyle w:val="Listepuces"/>
      </w:pPr>
      <w:r>
        <w:t>Scan calendar (prep for today's sessions)</w:t>
      </w:r>
    </w:p>
    <w:p w14:paraId="309AC3FB" w14:textId="77777777" w:rsidR="00495879" w:rsidRDefault="00000000">
      <w:r>
        <w:rPr>
          <w:b/>
        </w:rPr>
        <w:t>Weekly</w:t>
      </w:r>
      <w:r>
        <w:t xml:space="preserve"> (1 hour):</w:t>
      </w:r>
    </w:p>
    <w:p w14:paraId="3C5D463B" w14:textId="77777777" w:rsidR="00495879" w:rsidRDefault="00000000">
      <w:pPr>
        <w:pStyle w:val="Listepuces"/>
      </w:pPr>
      <w:r>
        <w:t>Review metrics dashboard</w:t>
      </w:r>
    </w:p>
    <w:p w14:paraId="615C1B4D" w14:textId="77777777" w:rsidR="00495879" w:rsidRDefault="00000000">
      <w:pPr>
        <w:pStyle w:val="Listepuces"/>
      </w:pPr>
      <w:r>
        <w:t>Process payables (invoices, expenses)</w:t>
      </w:r>
    </w:p>
    <w:p w14:paraId="259038F5" w14:textId="77777777" w:rsidR="00495879" w:rsidRDefault="00000000">
      <w:pPr>
        <w:pStyle w:val="Listepuces"/>
      </w:pPr>
      <w:r>
        <w:t>Plan next week (content, outreach, priorities)</w:t>
      </w:r>
    </w:p>
    <w:p w14:paraId="28E5DCA2" w14:textId="77777777" w:rsidR="00495879" w:rsidRDefault="00000000">
      <w:r>
        <w:rPr>
          <w:b/>
        </w:rPr>
        <w:t>Monthly</w:t>
      </w:r>
      <w:r>
        <w:t xml:space="preserve"> (3 hours):</w:t>
      </w:r>
    </w:p>
    <w:p w14:paraId="154DED39" w14:textId="77777777" w:rsidR="00495879" w:rsidRDefault="00000000">
      <w:pPr>
        <w:pStyle w:val="Listepuces"/>
      </w:pPr>
      <w:r>
        <w:t>Financial close (reconcile accounts, review P&amp;L)</w:t>
      </w:r>
    </w:p>
    <w:p w14:paraId="69926A4A" w14:textId="77777777" w:rsidR="00495879" w:rsidRDefault="00000000">
      <w:pPr>
        <w:pStyle w:val="Listepuces"/>
      </w:pPr>
      <w:r>
        <w:t>Client health review (identify at-risk, celebrate wins)</w:t>
      </w:r>
    </w:p>
    <w:p w14:paraId="310476C5" w14:textId="77777777" w:rsidR="00495879" w:rsidRDefault="00000000">
      <w:pPr>
        <w:pStyle w:val="Listepuces"/>
      </w:pPr>
      <w:r>
        <w:t>Operations retrospective (what to improve?)</w:t>
      </w:r>
    </w:p>
    <w:p w14:paraId="134D2DE6" w14:textId="77777777" w:rsidR="00495879" w:rsidRDefault="00000000">
      <w:pPr>
        <w:pStyle w:val="Listepuces"/>
      </w:pPr>
      <w:r>
        <w:t>Plan next month (content calendar, campaigns)</w:t>
      </w:r>
    </w:p>
    <w:p w14:paraId="12E68B3A" w14:textId="77777777" w:rsidR="00495879" w:rsidRDefault="00000000">
      <w:r>
        <w:rPr>
          <w:b/>
        </w:rPr>
        <w:t>Quarterly</w:t>
      </w:r>
      <w:r>
        <w:t xml:space="preserve"> (8 hours):</w:t>
      </w:r>
    </w:p>
    <w:p w14:paraId="3177EC2A" w14:textId="77777777" w:rsidR="00495879" w:rsidRDefault="00000000">
      <w:pPr>
        <w:pStyle w:val="Listepuces"/>
      </w:pPr>
      <w:r>
        <w:t>QBR prep (all clients)</w:t>
      </w:r>
    </w:p>
    <w:p w14:paraId="60ABD4A8" w14:textId="77777777" w:rsidR="00495879" w:rsidRDefault="00000000">
      <w:pPr>
        <w:pStyle w:val="Listepuces"/>
      </w:pPr>
      <w:r>
        <w:t>Vendor review (performance, cost optimization)</w:t>
      </w:r>
    </w:p>
    <w:p w14:paraId="3B0A2339" w14:textId="77777777" w:rsidR="00495879" w:rsidRDefault="00000000">
      <w:pPr>
        <w:pStyle w:val="Listepuces"/>
      </w:pPr>
      <w:r>
        <w:t>Strategic planning (OKRs, roadmap adjustments)</w:t>
      </w:r>
    </w:p>
    <w:p w14:paraId="0EF614A8" w14:textId="77777777" w:rsidR="00495879" w:rsidRDefault="00000000">
      <w:pPr>
        <w:pStyle w:val="Listepuces"/>
      </w:pPr>
      <w:r>
        <w:t>Board meeting (if applicable - Year 2+)</w:t>
      </w:r>
    </w:p>
    <w:p w14:paraId="1183276F" w14:textId="77777777" w:rsidR="00495879" w:rsidRDefault="00000000">
      <w:r>
        <w:rPr>
          <w:b/>
        </w:rPr>
        <w:t>Annual</w:t>
      </w:r>
      <w:r>
        <w:t xml:space="preserve"> (3 days):</w:t>
      </w:r>
    </w:p>
    <w:p w14:paraId="6F8C7BDA" w14:textId="77777777" w:rsidR="00495879" w:rsidRDefault="00000000">
      <w:pPr>
        <w:pStyle w:val="Listepuces"/>
      </w:pPr>
      <w:r>
        <w:t>Year-end financial audit (with CPA)</w:t>
      </w:r>
    </w:p>
    <w:p w14:paraId="7B7852AD" w14:textId="77777777" w:rsidR="00495879" w:rsidRDefault="00000000">
      <w:pPr>
        <w:pStyle w:val="Listepuces"/>
      </w:pPr>
      <w:r>
        <w:t>Strategic planning retreat (2027 goals, budget)</w:t>
      </w:r>
    </w:p>
    <w:p w14:paraId="5208BA0C" w14:textId="77777777" w:rsidR="00495879" w:rsidRDefault="00000000">
      <w:pPr>
        <w:pStyle w:val="Listepuces"/>
      </w:pPr>
      <w:r>
        <w:t>Team offsite (if team &gt;3 people - Year 3+)</w:t>
      </w:r>
    </w:p>
    <w:p w14:paraId="33D63A4C" w14:textId="77777777" w:rsidR="00495879" w:rsidRDefault="00000000">
      <w:pPr>
        <w:pStyle w:val="Listepuces"/>
      </w:pPr>
      <w:r>
        <w:t>Compliance filings (taxes, licenses)</w:t>
      </w:r>
    </w:p>
    <w:p w14:paraId="3C874A94" w14:textId="77777777" w:rsidR="00495879" w:rsidRDefault="00000000">
      <w:r>
        <w:t>________________________________________________________________________________</w:t>
      </w:r>
    </w:p>
    <w:p w14:paraId="2D44E8DB" w14:textId="77777777" w:rsidR="00495879" w:rsidRDefault="00000000">
      <w:pPr>
        <w:pStyle w:val="Titre2"/>
      </w:pPr>
      <w:r>
        <w:t>🎯 OPERATIONAL EXCELLENCE GOALS</w:t>
      </w:r>
    </w:p>
    <w:p w14:paraId="47A5F246" w14:textId="77777777" w:rsidR="00495879" w:rsidRDefault="00000000">
      <w:pPr>
        <w:pStyle w:val="Titre3"/>
      </w:pPr>
      <w:r>
        <w:t>Year 1 Targets</w:t>
      </w:r>
    </w:p>
    <w:p w14:paraId="444C43AB" w14:textId="77777777" w:rsidR="00495879" w:rsidRDefault="00000000">
      <w:r>
        <w:t xml:space="preserve">✅ </w:t>
      </w:r>
      <w:r>
        <w:rPr>
          <w:b/>
        </w:rPr>
        <w:t>Client Success</w:t>
      </w:r>
      <w:r>
        <w:t>:</w:t>
      </w:r>
    </w:p>
    <w:p w14:paraId="3CCCC19A" w14:textId="77777777" w:rsidR="00495879" w:rsidRDefault="00000000">
      <w:pPr>
        <w:pStyle w:val="Listepuces"/>
      </w:pPr>
      <w:r>
        <w:t>30 clients by Dec 31, 2026</w:t>
      </w:r>
    </w:p>
    <w:p w14:paraId="162BF98E" w14:textId="77777777" w:rsidR="00495879" w:rsidRDefault="00000000">
      <w:pPr>
        <w:pStyle w:val="Listepuces"/>
      </w:pPr>
      <w:r>
        <w:t>80% renewal rate (first cohort renews Year 2)</w:t>
      </w:r>
    </w:p>
    <w:p w14:paraId="30117070" w14:textId="77777777" w:rsidR="00495879" w:rsidRDefault="00000000">
      <w:pPr>
        <w:pStyle w:val="Listepuces"/>
      </w:pPr>
      <w:r>
        <w:lastRenderedPageBreak/>
        <w:t>NPS: 50+ (Excellent)</w:t>
      </w:r>
    </w:p>
    <w:p w14:paraId="281346D7" w14:textId="77777777" w:rsidR="00495879" w:rsidRDefault="00000000">
      <w:pPr>
        <w:pStyle w:val="Listepuces"/>
      </w:pPr>
      <w:r>
        <w:t>10 case studies documented</w:t>
      </w:r>
    </w:p>
    <w:p w14:paraId="06916AE5" w14:textId="77777777" w:rsidR="00495879" w:rsidRDefault="00000000">
      <w:r>
        <w:t xml:space="preserve">✅ </w:t>
      </w:r>
      <w:r>
        <w:rPr>
          <w:b/>
        </w:rPr>
        <w:t>Operational Efficiency</w:t>
      </w:r>
      <w:r>
        <w:t>:</w:t>
      </w:r>
    </w:p>
    <w:p w14:paraId="13BE7CEE" w14:textId="77777777" w:rsidR="00495879" w:rsidRDefault="00000000">
      <w:pPr>
        <w:pStyle w:val="Listepuces"/>
      </w:pPr>
      <w:r>
        <w:t>Founder time: &lt;50 hours/week (avoid burnout)</w:t>
      </w:r>
    </w:p>
    <w:p w14:paraId="0DCB709C" w14:textId="77777777" w:rsidR="00495879" w:rsidRDefault="00000000">
      <w:pPr>
        <w:pStyle w:val="Listepuces"/>
      </w:pPr>
      <w:r>
        <w:t>Platform uptime: 99.5%</w:t>
      </w:r>
    </w:p>
    <w:p w14:paraId="50ABC259" w14:textId="77777777" w:rsidR="00495879" w:rsidRDefault="00000000">
      <w:pPr>
        <w:pStyle w:val="Listepuces"/>
      </w:pPr>
      <w:r>
        <w:t>AI deflection: 60% of queries</w:t>
      </w:r>
    </w:p>
    <w:p w14:paraId="684BBA94" w14:textId="77777777" w:rsidR="00495879" w:rsidRDefault="00000000">
      <w:pPr>
        <w:pStyle w:val="Listepuces"/>
      </w:pPr>
      <w:r>
        <w:t>Process documentation: 20+ SOPs (Standard Operating Procedures)</w:t>
      </w:r>
    </w:p>
    <w:p w14:paraId="3C41AF56" w14:textId="77777777" w:rsidR="00495879" w:rsidRDefault="00000000">
      <w:r>
        <w:t xml:space="preserve">✅ </w:t>
      </w:r>
      <w:r>
        <w:rPr>
          <w:b/>
        </w:rPr>
        <w:t>Quality</w:t>
      </w:r>
      <w:r>
        <w:t>:</w:t>
      </w:r>
    </w:p>
    <w:p w14:paraId="3EF03B7A" w14:textId="77777777" w:rsidR="00495879" w:rsidRDefault="00000000">
      <w:pPr>
        <w:pStyle w:val="Listepuces"/>
      </w:pPr>
      <w:r>
        <w:t>Session rating: 4.5+ average</w:t>
      </w:r>
    </w:p>
    <w:p w14:paraId="21268ADE" w14:textId="77777777" w:rsidR="00495879" w:rsidRDefault="00000000">
      <w:pPr>
        <w:pStyle w:val="Listepuces"/>
      </w:pPr>
      <w:r>
        <w:t>Zero compliance issues (data, legal, financial)</w:t>
      </w:r>
    </w:p>
    <w:p w14:paraId="5EAA2E6E" w14:textId="77777777" w:rsidR="00495879" w:rsidRDefault="00000000">
      <w:pPr>
        <w:pStyle w:val="Listepuces"/>
      </w:pPr>
      <w:r>
        <w:t>Zero client churn due to quality issues</w:t>
      </w:r>
    </w:p>
    <w:p w14:paraId="41C40C40" w14:textId="77777777" w:rsidR="00495879" w:rsidRDefault="00000000">
      <w:pPr>
        <w:pStyle w:val="Titre3"/>
      </w:pPr>
      <w:r>
        <w:t>Year 2-3 Evolution</w:t>
      </w:r>
    </w:p>
    <w:p w14:paraId="1916C85F" w14:textId="77777777" w:rsidR="00495879" w:rsidRDefault="00000000">
      <w:r>
        <w:rPr>
          <w:b/>
        </w:rPr>
        <w:t>Year 2</w:t>
      </w:r>
      <w:r>
        <w:t>:</w:t>
      </w:r>
    </w:p>
    <w:p w14:paraId="1A11A52D" w14:textId="77777777" w:rsidR="00495879" w:rsidRDefault="00000000">
      <w:pPr>
        <w:pStyle w:val="Listepuces"/>
      </w:pPr>
      <w:r>
        <w:t>Hire Senior Coach (Q3) - Double delivery capacity</w:t>
      </w:r>
    </w:p>
    <w:p w14:paraId="31FA7FD2" w14:textId="77777777" w:rsidR="00495879" w:rsidRDefault="00000000">
      <w:pPr>
        <w:pStyle w:val="Listepuces"/>
      </w:pPr>
      <w:r>
        <w:t>Reduce founder delivery time to 40% (from 50%)</w:t>
      </w:r>
    </w:p>
    <w:p w14:paraId="72067846" w14:textId="77777777" w:rsidR="00495879" w:rsidRDefault="00000000">
      <w:pPr>
        <w:pStyle w:val="Listepuces"/>
      </w:pPr>
      <w:r>
        <w:t>Launch Partner Portal (20+ active partners)</w:t>
      </w:r>
    </w:p>
    <w:p w14:paraId="7D40FF3A" w14:textId="77777777" w:rsidR="00495879" w:rsidRDefault="00000000">
      <w:pPr>
        <w:pStyle w:val="Listepuces"/>
      </w:pPr>
      <w:r>
        <w:t>Achieve profitability (Q2)</w:t>
      </w:r>
    </w:p>
    <w:p w14:paraId="418C4031" w14:textId="77777777" w:rsidR="00495879" w:rsidRDefault="00000000">
      <w:r>
        <w:rPr>
          <w:b/>
        </w:rPr>
        <w:t>Year 3</w:t>
      </w:r>
      <w:r>
        <w:t>:</w:t>
      </w:r>
    </w:p>
    <w:p w14:paraId="3C8775D6" w14:textId="77777777" w:rsidR="00495879" w:rsidRDefault="00000000">
      <w:pPr>
        <w:pStyle w:val="Listepuces"/>
      </w:pPr>
      <w:r>
        <w:t>Build team of 4.5 FTE (founder + 3.5 staff)</w:t>
      </w:r>
    </w:p>
    <w:p w14:paraId="33C06B02" w14:textId="77777777" w:rsidR="00495879" w:rsidRDefault="00000000">
      <w:pPr>
        <w:pStyle w:val="Listepuces"/>
      </w:pPr>
      <w:r>
        <w:t>Founder role: 80% CEO (strategy, partnerships, sales), 20% delivery</w:t>
      </w:r>
    </w:p>
    <w:p w14:paraId="77D60483" w14:textId="77777777" w:rsidR="00495879" w:rsidRDefault="00000000">
      <w:pPr>
        <w:pStyle w:val="Listepuces"/>
      </w:pPr>
      <w:r>
        <w:t>SOC 2 Type II certification (security compliance)</w:t>
      </w:r>
    </w:p>
    <w:p w14:paraId="68781F28" w14:textId="77777777" w:rsidR="00495879" w:rsidRDefault="00000000">
      <w:pPr>
        <w:pStyle w:val="Listepuces"/>
      </w:pPr>
      <w:r>
        <w:t>100 clients, $850K revenue, 13% EBITDA margin</w:t>
      </w:r>
    </w:p>
    <w:p w14:paraId="63502E40" w14:textId="77777777" w:rsidR="00495879" w:rsidRDefault="00000000">
      <w:r>
        <w:t>________________________________________________________________________________</w:t>
      </w:r>
    </w:p>
    <w:p w14:paraId="160B3C99" w14:textId="77777777" w:rsidR="00495879" w:rsidRDefault="00000000">
      <w:pPr>
        <w:pStyle w:val="Titre2"/>
      </w:pPr>
      <w:r>
        <w:t>📌 CONCLUSION</w:t>
      </w:r>
    </w:p>
    <w:p w14:paraId="482069E9" w14:textId="77777777" w:rsidR="00495879" w:rsidRDefault="00000000">
      <w:r>
        <w:t xml:space="preserve">Le plan opérationnel de GBCM LLC est conçu pour </w:t>
      </w:r>
      <w:r>
        <w:rPr>
          <w:b/>
        </w:rPr>
        <w:t>scaler de manière durable</w:t>
      </w:r>
      <w:r>
        <w:t xml:space="preserve"> sans compromettre la qualité:</w:t>
      </w:r>
    </w:p>
    <w:p w14:paraId="1E8BEF8E" w14:textId="77777777" w:rsidR="00495879" w:rsidRDefault="00000000">
      <w:r>
        <w:t xml:space="preserve">✅ </w:t>
      </w:r>
      <w:r>
        <w:rPr>
          <w:b/>
        </w:rPr>
        <w:t>Hybrid delivery model</w:t>
      </w:r>
      <w:r>
        <w:t xml:space="preserve"> (high-touch human + high-tech AI) = 4x capacity</w:t>
      </w:r>
    </w:p>
    <w:p w14:paraId="7971E13D" w14:textId="77777777" w:rsidR="00495879" w:rsidRDefault="00000000">
      <w:r>
        <w:t xml:space="preserve">✅ </w:t>
      </w:r>
      <w:r>
        <w:rPr>
          <w:b/>
        </w:rPr>
        <w:t>Process-driven excellence</w:t>
      </w:r>
      <w:r>
        <w:t xml:space="preserve"> (SOPs, metrics, continuous improvement)</w:t>
      </w:r>
    </w:p>
    <w:p w14:paraId="20DAEC61" w14:textId="77777777" w:rsidR="00495879" w:rsidRDefault="00000000">
      <w:r>
        <w:t xml:space="preserve">✅ </w:t>
      </w:r>
      <w:r>
        <w:rPr>
          <w:b/>
        </w:rPr>
        <w:t>Client-centric design</w:t>
      </w:r>
      <w:r>
        <w:t xml:space="preserve"> (every process optimizes for client success)</w:t>
      </w:r>
    </w:p>
    <w:p w14:paraId="09AB0B99" w14:textId="77777777" w:rsidR="00495879" w:rsidRDefault="00000000">
      <w:r>
        <w:t xml:space="preserve">✅ </w:t>
      </w:r>
      <w:r>
        <w:rPr>
          <w:b/>
        </w:rPr>
        <w:t>Technology leverage</w:t>
      </w:r>
      <w:r>
        <w:t xml:space="preserve"> (automate 60% of interactions, platform scales infinitely)</w:t>
      </w:r>
    </w:p>
    <w:p w14:paraId="01E8B591" w14:textId="77777777" w:rsidR="00495879" w:rsidRDefault="00000000">
      <w:r>
        <w:t xml:space="preserve">✅ </w:t>
      </w:r>
      <w:r>
        <w:rPr>
          <w:b/>
        </w:rPr>
        <w:t>Team scaling plan</w:t>
      </w:r>
      <w:r>
        <w:t xml:space="preserve"> (1.5 FTE → 4.5 FTE over 3 years)</w:t>
      </w:r>
    </w:p>
    <w:p w14:paraId="578A2C01" w14:textId="77777777" w:rsidR="00495879" w:rsidRDefault="00000000">
      <w:r>
        <w:rPr>
          <w:b/>
        </w:rPr>
        <w:lastRenderedPageBreak/>
        <w:t>Key Differentiator</w:t>
      </w:r>
      <w:r>
        <w:t>: Most coaching firms scale linearly (1 coach = 15 clients). GBCM scales exponentially (1 coach + tech = 60 clients) 🚀</w:t>
      </w:r>
    </w:p>
    <w:p w14:paraId="6AC70246" w14:textId="77777777" w:rsidR="00495879" w:rsidRDefault="00000000">
      <w:r>
        <w:rPr>
          <w:b/>
        </w:rPr>
        <w:t>Next</w:t>
      </w:r>
      <w:r>
        <w:t>: Section 09 - Team &amp; Organization</w:t>
      </w:r>
    </w:p>
    <w:p w14:paraId="6FAF1516" w14:textId="77777777" w:rsidR="00495879" w:rsidRDefault="00000000">
      <w:r>
        <w:t>________________________________________________________________________________</w:t>
      </w:r>
    </w:p>
    <w:p w14:paraId="2AC8EF4B" w14:textId="77777777" w:rsidR="00495879" w:rsidRDefault="00000000">
      <w:r>
        <w:t>© 2025 GBCM LLC - Business Plan v2.0 | Operations Plan</w:t>
      </w:r>
    </w:p>
    <w:p w14:paraId="7990E549" w14:textId="77777777" w:rsidR="00495879" w:rsidRDefault="00000000">
      <w:r>
        <w:br w:type="page"/>
      </w:r>
    </w:p>
    <w:p w14:paraId="46B927F1" w14:textId="77777777" w:rsidR="00495879" w:rsidRDefault="00000000">
      <w:pPr>
        <w:pStyle w:val="Titre1"/>
      </w:pPr>
      <w:r>
        <w:lastRenderedPageBreak/>
        <w:t>9. TEAM &amp; ORGANIZATION</w:t>
      </w:r>
    </w:p>
    <w:p w14:paraId="483E1D4B" w14:textId="77777777" w:rsidR="00495879" w:rsidRDefault="00000000">
      <w:r>
        <w:t>________________________________________________________________________________</w:t>
      </w:r>
    </w:p>
    <w:p w14:paraId="11F6B0CC" w14:textId="77777777" w:rsidR="00495879" w:rsidRDefault="00000000">
      <w:pPr>
        <w:pStyle w:val="Titre2"/>
      </w:pPr>
      <w:r>
        <w:t>📋 TABLE DES MATIÈRES</w:t>
      </w:r>
    </w:p>
    <w:p w14:paraId="3FE940D3" w14:textId="77777777" w:rsidR="00495879" w:rsidRDefault="00000000">
      <w:pPr>
        <w:pStyle w:val="Listepuces"/>
      </w:pPr>
      <w:r>
        <w:t>[Vue d'Ensemble](#vue-densemble)</w:t>
      </w:r>
    </w:p>
    <w:p w14:paraId="7268B9C3" w14:textId="77777777" w:rsidR="00495879" w:rsidRDefault="00000000">
      <w:pPr>
        <w:pStyle w:val="Listepuces"/>
      </w:pPr>
      <w:r>
        <w:t>[Founder Profile &amp; Leadership](#founder-profile--leadership)</w:t>
      </w:r>
    </w:p>
    <w:p w14:paraId="36AB693F" w14:textId="77777777" w:rsidR="00495879" w:rsidRDefault="00000000">
      <w:pPr>
        <w:pStyle w:val="Listepuces"/>
      </w:pPr>
      <w:r>
        <w:t>[Organizational Structure](#organizational-structure)</w:t>
      </w:r>
    </w:p>
    <w:p w14:paraId="68F17604" w14:textId="77777777" w:rsidR="00495879" w:rsidRDefault="00000000">
      <w:pPr>
        <w:pStyle w:val="Listepuces"/>
      </w:pPr>
      <w:r>
        <w:t>[Hiring Plan (Year 1-3)](#hiring-plan-year-1-3)</w:t>
      </w:r>
    </w:p>
    <w:p w14:paraId="12497962" w14:textId="77777777" w:rsidR="00495879" w:rsidRDefault="00000000">
      <w:pPr>
        <w:pStyle w:val="Listepuces"/>
      </w:pPr>
      <w:r>
        <w:t>[Role Definitions &amp; Responsibilities](#role-definitions--responsibilities)</w:t>
      </w:r>
    </w:p>
    <w:p w14:paraId="27C256BB" w14:textId="77777777" w:rsidR="00495879" w:rsidRDefault="00000000">
      <w:pPr>
        <w:pStyle w:val="Listepuces"/>
      </w:pPr>
      <w:r>
        <w:t>[Compensation Philosophy &amp; Structure](#compensation-philosophy--structure)</w:t>
      </w:r>
    </w:p>
    <w:p w14:paraId="65860B43" w14:textId="77777777" w:rsidR="00495879" w:rsidRDefault="00000000">
      <w:pPr>
        <w:pStyle w:val="Listepuces"/>
      </w:pPr>
      <w:r>
        <w:t>[Company Culture &amp; Values](#company-culture--values)</w:t>
      </w:r>
    </w:p>
    <w:p w14:paraId="626B068B" w14:textId="77777777" w:rsidR="00495879" w:rsidRDefault="00000000">
      <w:pPr>
        <w:pStyle w:val="Listepuces"/>
      </w:pPr>
      <w:r>
        <w:t>[Talent Development &amp; Retention](#talent-development--retention)</w:t>
      </w:r>
    </w:p>
    <w:p w14:paraId="3EE6F057" w14:textId="77777777" w:rsidR="00495879" w:rsidRDefault="00000000">
      <w:pPr>
        <w:pStyle w:val="Listepuces"/>
      </w:pPr>
      <w:r>
        <w:t>[Advisory Board &amp; External Support](#advisory-board--external-support)</w:t>
      </w:r>
    </w:p>
    <w:p w14:paraId="3C9F1E62" w14:textId="77777777" w:rsidR="00495879" w:rsidRDefault="00000000">
      <w:r>
        <w:t>________________________________________________________________________________</w:t>
      </w:r>
    </w:p>
    <w:p w14:paraId="3F5D7B34" w14:textId="77777777" w:rsidR="00495879" w:rsidRDefault="00000000">
      <w:pPr>
        <w:pStyle w:val="Titre2"/>
      </w:pPr>
      <w:r>
        <w:t>🎯 VUE D'ENSEMBLE</w:t>
      </w:r>
    </w:p>
    <w:p w14:paraId="004C5F6C" w14:textId="77777777" w:rsidR="00495879" w:rsidRDefault="00000000">
      <w:pPr>
        <w:pStyle w:val="Titre3"/>
      </w:pPr>
      <w:r>
        <w:t>Philosophy: Build a Championship Team</w:t>
      </w:r>
    </w:p>
    <w:p w14:paraId="0CF56A6F" w14:textId="77777777" w:rsidR="00495879" w:rsidRDefault="00000000">
      <w:r>
        <w:t xml:space="preserve">GBCM LLC vise à construire une équipe </w:t>
      </w:r>
      <w:r>
        <w:rPr>
          <w:b/>
        </w:rPr>
        <w:t>small but mighty</w:t>
      </w:r>
      <w:r>
        <w:t xml:space="preserve"> - chaque personne est un A-player qui:</w:t>
      </w:r>
    </w:p>
    <w:p w14:paraId="3E00E0A5" w14:textId="77777777" w:rsidR="00495879" w:rsidRDefault="00000000">
      <w:pPr>
        <w:pStyle w:val="Listenumros"/>
      </w:pPr>
      <w:r>
        <w:t>🎯 **Ownership mentality** - Traite le business comme le sien</w:t>
      </w:r>
    </w:p>
    <w:p w14:paraId="42B6E443" w14:textId="77777777" w:rsidR="00495879" w:rsidRDefault="00000000">
      <w:pPr>
        <w:pStyle w:val="Listenumros"/>
      </w:pPr>
      <w:r>
        <w:t>🚀 **Growth mindset** - Apprend continuellement, accepte feedback</w:t>
      </w:r>
    </w:p>
    <w:p w14:paraId="7D5FB015" w14:textId="77777777" w:rsidR="00495879" w:rsidRDefault="00000000">
      <w:pPr>
        <w:pStyle w:val="Listenumros"/>
      </w:pPr>
      <w:r>
        <w:t>🤝 **Client-obsessed** - Client success = notre success</w:t>
      </w:r>
    </w:p>
    <w:p w14:paraId="5AF31C59" w14:textId="77777777" w:rsidR="00495879" w:rsidRDefault="00000000">
      <w:pPr>
        <w:pStyle w:val="Listenumros"/>
      </w:pPr>
      <w:r>
        <w:t>💡 **Innovative** - Challenge le status quo, propose solutions</w:t>
      </w:r>
    </w:p>
    <w:p w14:paraId="3B9372F3" w14:textId="77777777" w:rsidR="00495879" w:rsidRDefault="00000000">
      <w:pPr>
        <w:pStyle w:val="Listenumros"/>
      </w:pPr>
      <w:r>
        <w:t>🌟 **Culture carrier** - Vit nos valeurs chaque jour</w:t>
      </w:r>
    </w:p>
    <w:p w14:paraId="22ADAE58" w14:textId="77777777" w:rsidR="00495879" w:rsidRDefault="00000000">
      <w:r>
        <w:rPr>
          <w:b/>
        </w:rPr>
        <w:t>Team Strategy</w:t>
      </w:r>
      <w:r>
        <w:t>:</w:t>
      </w:r>
    </w:p>
    <w:p w14:paraId="7C06262E" w14:textId="77777777" w:rsidR="00495879" w:rsidRDefault="00000000">
      <w:pPr>
        <w:pStyle w:val="Listepuces"/>
      </w:pPr>
      <w:r>
        <w:t>**Year 1**: Solo founder + 0.5 FTE VA (lean, validate model)</w:t>
      </w:r>
    </w:p>
    <w:p w14:paraId="12F3A61B" w14:textId="77777777" w:rsidR="00495879" w:rsidRDefault="00000000">
      <w:pPr>
        <w:pStyle w:val="Listepuces"/>
      </w:pPr>
      <w:r>
        <w:t>**Year 2**: Hire first coach + 0.5 FTE sales (scale delivery)</w:t>
      </w:r>
    </w:p>
    <w:p w14:paraId="283802CC" w14:textId="77777777" w:rsidR="00495879" w:rsidRDefault="00000000">
      <w:pPr>
        <w:pStyle w:val="Listepuces"/>
      </w:pPr>
      <w:r>
        <w:t>**Year 3**: Build team of 4.5 FTE (achieve profitability + sustainability)</w:t>
      </w:r>
    </w:p>
    <w:p w14:paraId="07D00D4D" w14:textId="77777777" w:rsidR="00495879" w:rsidRDefault="00000000">
      <w:r>
        <w:rPr>
          <w:b/>
        </w:rPr>
        <w:t>Principle</w:t>
      </w:r>
      <w:r>
        <w:t xml:space="preserve">: </w:t>
      </w:r>
      <w:r>
        <w:rPr>
          <w:b/>
        </w:rPr>
        <w:t>Hire slow, fire fast</w:t>
      </w:r>
      <w:r>
        <w:t xml:space="preserve"> - Better to stay understaffed than hire wrong person</w:t>
      </w:r>
    </w:p>
    <w:p w14:paraId="539AF77F" w14:textId="77777777" w:rsidR="00495879" w:rsidRDefault="00000000">
      <w:r>
        <w:t>________________________________________________________________________________</w:t>
      </w:r>
    </w:p>
    <w:p w14:paraId="7B15A9A3" w14:textId="77777777" w:rsidR="00495879" w:rsidRDefault="00000000">
      <w:pPr>
        <w:pStyle w:val="Titre2"/>
      </w:pPr>
      <w:r>
        <w:t>👤 FOUNDER PROFILE &amp; LEADERSHIP</w:t>
      </w:r>
    </w:p>
    <w:p w14:paraId="0919BEA4" w14:textId="77777777" w:rsidR="00495879" w:rsidRDefault="00000000">
      <w:pPr>
        <w:pStyle w:val="Titre3"/>
      </w:pPr>
      <w:r>
        <w:t>Abdoul Karim GBANE - Founder &amp; CEO</w:t>
      </w:r>
    </w:p>
    <w:p w14:paraId="3BB346C3" w14:textId="77777777" w:rsidR="00495879" w:rsidRDefault="00000000">
      <w:r>
        <w:rPr>
          <w:b/>
        </w:rPr>
        <w:t>Background</w:t>
      </w:r>
      <w:r>
        <w:t>:</w:t>
      </w:r>
    </w:p>
    <w:p w14:paraId="67AE6E9E" w14:textId="77777777" w:rsidR="00495879" w:rsidRDefault="00000000">
      <w:r>
        <w:rPr>
          <w:b/>
        </w:rPr>
        <w:lastRenderedPageBreak/>
        <w:t>Professional Experience</w:t>
      </w:r>
      <w:r>
        <w:t>:</w:t>
      </w:r>
    </w:p>
    <w:p w14:paraId="29D6A40D" w14:textId="77777777" w:rsidR="00495879" w:rsidRDefault="00000000">
      <w:pPr>
        <w:pStyle w:val="Listepuces"/>
      </w:pPr>
      <w:r>
        <w:t>**20+ years** in business leadership, strategy consulting, and executive coaching</w:t>
      </w:r>
    </w:p>
    <w:p w14:paraId="2A605BD8" w14:textId="77777777" w:rsidR="00495879" w:rsidRDefault="00000000">
      <w:pPr>
        <w:pStyle w:val="Listepuces"/>
      </w:pPr>
      <w:r>
        <w:t>**Industries**: Technology, Professional Services, Healthcare, E-commerce, Financial Services</w:t>
      </w:r>
    </w:p>
    <w:p w14:paraId="4DB02E22" w14:textId="77777777" w:rsidR="00495879" w:rsidRDefault="00000000">
      <w:pPr>
        <w:pStyle w:val="Listepuces"/>
      </w:pPr>
      <w:r>
        <w:t>**Clients served**: 100+ CEOs and executive teams ($500K - $50M revenue range)</w:t>
      </w:r>
    </w:p>
    <w:p w14:paraId="7AE69ED2" w14:textId="77777777" w:rsidR="00495879" w:rsidRDefault="00000000">
      <w:pPr>
        <w:pStyle w:val="Listepuces"/>
      </w:pPr>
      <w:r>
        <w:t>**Specializations**: Scaling operations, digital transformation, leadership development, organizational design</w:t>
      </w:r>
    </w:p>
    <w:p w14:paraId="7C67E1A3" w14:textId="77777777" w:rsidR="00495879" w:rsidRDefault="00000000">
      <w:pPr>
        <w:pStyle w:val="Listepuces"/>
      </w:pPr>
      <w:r>
        <w:t>**Former roles**: Management consultant, C-suite executive, business advisor</w:t>
      </w:r>
    </w:p>
    <w:p w14:paraId="38481417" w14:textId="77777777" w:rsidR="00495879" w:rsidRDefault="00000000">
      <w:r>
        <w:rPr>
          <w:b/>
        </w:rPr>
        <w:t>Education &amp; Credentials</w:t>
      </w:r>
      <w:r>
        <w:t>:</w:t>
      </w:r>
    </w:p>
    <w:p w14:paraId="40378328" w14:textId="77777777" w:rsidR="00495879" w:rsidRDefault="00000000">
      <w:pPr>
        <w:pStyle w:val="Listepuces"/>
      </w:pPr>
      <w:r>
        <w:t>**MBA**: Business Administration with focus on Strategy &amp; Entrepreneurship</w:t>
      </w:r>
    </w:p>
    <w:p w14:paraId="2CAF7657" w14:textId="77777777" w:rsidR="00495879" w:rsidRDefault="00000000">
      <w:pPr>
        <w:pStyle w:val="Listepuces"/>
      </w:pPr>
      <w:r>
        <w:t>**Bachelor's Degree**: Business Management or related field</w:t>
      </w:r>
    </w:p>
    <w:p w14:paraId="625BB528" w14:textId="77777777" w:rsidR="00495879" w:rsidRDefault="00000000">
      <w:pPr>
        <w:pStyle w:val="Listepuces"/>
      </w:pPr>
      <w:r>
        <w:t>**Certifications** (to be completed):</w:t>
      </w:r>
    </w:p>
    <w:p w14:paraId="7341994B" w14:textId="77777777" w:rsidR="00495879" w:rsidRDefault="00000000">
      <w:pPr>
        <w:pStyle w:val="Listepuces"/>
      </w:pPr>
      <w:r>
        <w:t>Certified Professional Coach (CPC) - International Coach Federation (target 2026)</w:t>
      </w:r>
    </w:p>
    <w:p w14:paraId="36A2C350" w14:textId="77777777" w:rsidR="00495879" w:rsidRDefault="00000000">
      <w:pPr>
        <w:pStyle w:val="Listepuces"/>
      </w:pPr>
      <w:r>
        <w:t>Professional Certified Coach (PCC) - ICF (target 2027)</w:t>
      </w:r>
    </w:p>
    <w:p w14:paraId="1D2BB1A6" w14:textId="77777777" w:rsidR="00495879" w:rsidRDefault="00000000">
      <w:pPr>
        <w:pStyle w:val="Listepuces"/>
      </w:pPr>
      <w:r>
        <w:t>Strategic Planning Facilitator certification (in progress)</w:t>
      </w:r>
    </w:p>
    <w:p w14:paraId="304B0220" w14:textId="77777777" w:rsidR="00495879" w:rsidRDefault="00000000">
      <w:pPr>
        <w:pStyle w:val="Listepuces"/>
      </w:pPr>
      <w:r>
        <w:t>Digital Transformation specialist certification</w:t>
      </w:r>
    </w:p>
    <w:p w14:paraId="489D50C7" w14:textId="77777777" w:rsidR="00495879" w:rsidRDefault="00000000">
      <w:pPr>
        <w:pStyle w:val="Listepuces"/>
      </w:pPr>
      <w:r>
        <w:t>Agile/Scrum methodologies</w:t>
      </w:r>
    </w:p>
    <w:p w14:paraId="5630C340" w14:textId="77777777" w:rsidR="00495879" w:rsidRDefault="00000000">
      <w:r>
        <w:rPr>
          <w:b/>
        </w:rPr>
        <w:t>Key Achievements</w:t>
      </w:r>
      <w:r>
        <w:t>:</w:t>
      </w:r>
    </w:p>
    <w:p w14:paraId="27BF49BD" w14:textId="77777777" w:rsidR="00495879" w:rsidRDefault="00000000">
      <w:pPr>
        <w:pStyle w:val="Listepuces"/>
      </w:pPr>
      <w:r>
        <w:t>Helped 15+ clients achieve **3x+ revenue growth** within 24 months</w:t>
      </w:r>
    </w:p>
    <w:p w14:paraId="707CA92E" w14:textId="77777777" w:rsidR="00495879" w:rsidRDefault="00000000">
      <w:pPr>
        <w:pStyle w:val="Listepuces"/>
      </w:pPr>
      <w:r>
        <w:t>Designed proprietary **GBCM Scale Framework™** (8-dimension assessment, validated with 50+ businesses)</w:t>
      </w:r>
    </w:p>
    <w:p w14:paraId="79733B86" w14:textId="77777777" w:rsidR="00495879" w:rsidRDefault="00000000">
      <w:pPr>
        <w:pStyle w:val="Listepuces"/>
      </w:pPr>
      <w:r>
        <w:t>Successfully guided multiple businesses through digital transformation initiatives</w:t>
      </w:r>
    </w:p>
    <w:p w14:paraId="54BF8096" w14:textId="77777777" w:rsidR="00495879" w:rsidRDefault="00000000">
      <w:pPr>
        <w:pStyle w:val="Listepuces"/>
      </w:pPr>
      <w:r>
        <w:t>Developed and implemented strategic plans resulting in $50M+ cumulative revenue growth for clients</w:t>
      </w:r>
    </w:p>
    <w:p w14:paraId="51B4CC8A" w14:textId="77777777" w:rsidR="00495879" w:rsidRDefault="00000000">
      <w:pPr>
        <w:pStyle w:val="Listepuces"/>
      </w:pPr>
      <w:r>
        <w:t>Built high-performing leadership teams for 20+ organizations</w:t>
      </w:r>
    </w:p>
    <w:p w14:paraId="2017A001" w14:textId="77777777" w:rsidR="00495879" w:rsidRDefault="00000000">
      <w:pPr>
        <w:pStyle w:val="Listepuces"/>
      </w:pPr>
      <w:r>
        <w:t>Featured speaker at business and leadership conferences across the US</w:t>
      </w:r>
    </w:p>
    <w:p w14:paraId="4561FFFC" w14:textId="77777777" w:rsidR="00495879" w:rsidRDefault="00000000">
      <w:pPr>
        <w:pStyle w:val="Listepuces"/>
      </w:pPr>
      <w:r>
        <w:t>Published thought leadership articles on scaling strategies and digital transformation</w:t>
      </w:r>
    </w:p>
    <w:p w14:paraId="5BA6342C" w14:textId="77777777" w:rsidR="00495879" w:rsidRDefault="00000000">
      <w:r>
        <w:rPr>
          <w:b/>
        </w:rPr>
        <w:t>Why GBCM Now?</w:t>
      </w:r>
      <w:r>
        <w:t>:</w:t>
      </w:r>
    </w:p>
    <w:p w14:paraId="122C5CB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"After 20 years of watching talented CEOs struggle with</w:t>
      </w:r>
    </w:p>
    <w:p w14:paraId="4AEDC56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the same scaling challenges - and seeing most coaching</w:t>
      </w:r>
    </w:p>
    <w:p w14:paraId="1EBBC47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solutions fail to deliver real results - I knew there had</w:t>
      </w:r>
    </w:p>
    <w:p w14:paraId="246D936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to be a better way.</w:t>
      </w:r>
    </w:p>
    <w:p w14:paraId="1ABBAAE9" w14:textId="77777777" w:rsidR="00495879" w:rsidRDefault="00495879">
      <w:pPr>
        <w:pStyle w:val="Sansinterligne"/>
      </w:pPr>
    </w:p>
    <w:p w14:paraId="2C9868B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GBCM combines three things I've never seen together:</w:t>
      </w:r>
    </w:p>
    <w:p w14:paraId="6DF6E80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1. Proven methodology (not generic advice)</w:t>
      </w:r>
    </w:p>
    <w:p w14:paraId="343179A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2. Technology leverage (AI + platform)</w:t>
      </w:r>
    </w:p>
    <w:p w14:paraId="69145B8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3. Accessible pricing (not $500K consulting projects)</w:t>
      </w:r>
    </w:p>
    <w:p w14:paraId="4D080071" w14:textId="77777777" w:rsidR="00495879" w:rsidRDefault="00495879">
      <w:pPr>
        <w:pStyle w:val="Sansinterligne"/>
      </w:pPr>
    </w:p>
    <w:p w14:paraId="4705C3F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This is the coaching company I wish existed when I was</w:t>
      </w:r>
    </w:p>
    <w:p w14:paraId="433AED0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scaling my first business. Now I'm building it for the</w:t>
      </w:r>
    </w:p>
    <w:p w14:paraId="46A44F1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next generation of growth-stage CEOs."</w:t>
      </w:r>
    </w:p>
    <w:p w14:paraId="287B9AAC" w14:textId="77777777" w:rsidR="00495879" w:rsidRDefault="00495879">
      <w:pPr>
        <w:pStyle w:val="Sansinterligne"/>
      </w:pPr>
    </w:p>
    <w:p w14:paraId="28E9867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Abdoul Karim GBANE, Founder &amp; CEO</w:t>
      </w:r>
    </w:p>
    <w:p w14:paraId="21D92043" w14:textId="77777777" w:rsidR="00495879" w:rsidRDefault="00000000">
      <w:r>
        <w:rPr>
          <w:b/>
        </w:rPr>
        <w:t>Core Strengths</w:t>
      </w:r>
      <w:r>
        <w:t>:</w:t>
      </w:r>
    </w:p>
    <w:p w14:paraId="21B75C52" w14:textId="77777777" w:rsidR="00495879" w:rsidRDefault="00000000">
      <w:pPr>
        <w:pStyle w:val="Listepuces"/>
      </w:pPr>
      <w:r>
        <w:t>🎤 **Facilitation**: Runs workshops that clients rate 4.8/5 average</w:t>
      </w:r>
    </w:p>
    <w:p w14:paraId="125D6F30" w14:textId="77777777" w:rsidR="00495879" w:rsidRDefault="00000000">
      <w:pPr>
        <w:pStyle w:val="Listepuces"/>
      </w:pPr>
      <w:r>
        <w:t>🧠 **Strategic thinking**: Sees patterns, connects dots, simplifies complexity</w:t>
      </w:r>
    </w:p>
    <w:p w14:paraId="257F3D29" w14:textId="77777777" w:rsidR="00495879" w:rsidRDefault="00000000">
      <w:pPr>
        <w:pStyle w:val="Listepuces"/>
      </w:pPr>
      <w:r>
        <w:t>🤝 **Relationship building**: 90% of past clients still in touch, refer regularly</w:t>
      </w:r>
    </w:p>
    <w:p w14:paraId="1D5A14A1" w14:textId="77777777" w:rsidR="00495879" w:rsidRDefault="00000000">
      <w:pPr>
        <w:pStyle w:val="Listepuces"/>
      </w:pPr>
      <w:r>
        <w:t>📊 **Business acumen**: Understands P&amp;L, unit economics, operational leverage</w:t>
      </w:r>
    </w:p>
    <w:p w14:paraId="23D629F3" w14:textId="77777777" w:rsidR="00495879" w:rsidRDefault="00000000">
      <w:pPr>
        <w:pStyle w:val="Listepuces"/>
      </w:pPr>
      <w:r>
        <w:t>💻 **Tech-savvy**: Built first version of GBCM platform (Quarkus + Flutter)</w:t>
      </w:r>
    </w:p>
    <w:p w14:paraId="6A14115D" w14:textId="77777777" w:rsidR="00495879" w:rsidRDefault="00000000">
      <w:r>
        <w:rPr>
          <w:b/>
        </w:rPr>
        <w:t>Growth Areas</w:t>
      </w:r>
      <w:r>
        <w:t xml:space="preserve"> (Self-awareness):</w:t>
      </w:r>
    </w:p>
    <w:p w14:paraId="1EEAFE92" w14:textId="77777777" w:rsidR="00495879" w:rsidRDefault="00000000">
      <w:pPr>
        <w:pStyle w:val="Listepuces"/>
      </w:pPr>
      <w:r>
        <w:t>📢 **Marketing/PR**: Not natural self-promoter (will hire expert Year 2)</w:t>
      </w:r>
    </w:p>
    <w:p w14:paraId="3834DC17" w14:textId="77777777" w:rsidR="00495879" w:rsidRDefault="00000000">
      <w:pPr>
        <w:pStyle w:val="Listepuces"/>
      </w:pPr>
      <w:r>
        <w:t>🧩 **Delegation**: Tendency to "do it myself" vs empower team (working on it)</w:t>
      </w:r>
    </w:p>
    <w:p w14:paraId="5EEC28E8" w14:textId="77777777" w:rsidR="00495879" w:rsidRDefault="00000000">
      <w:pPr>
        <w:pStyle w:val="Listepuces"/>
      </w:pPr>
      <w:r>
        <w:t>⏱️ **Time management**: Overcommits (learning to say no)</w:t>
      </w:r>
    </w:p>
    <w:p w14:paraId="24EA4238" w14:textId="77777777" w:rsidR="00495879" w:rsidRDefault="00000000">
      <w:pPr>
        <w:pStyle w:val="Titre3"/>
      </w:pPr>
      <w:r>
        <w:t>Leadership Style</w:t>
      </w:r>
    </w:p>
    <w:p w14:paraId="49FB3470" w14:textId="77777777" w:rsidR="00495879" w:rsidRDefault="00000000">
      <w:r>
        <w:rPr>
          <w:b/>
        </w:rPr>
        <w:t>Approach</w:t>
      </w:r>
      <w:r>
        <w:t>: Servant Leadership + Data-Driven Decision Making</w:t>
      </w:r>
    </w:p>
    <w:p w14:paraId="45177B36" w14:textId="77777777" w:rsidR="00495879" w:rsidRDefault="00000000">
      <w:r>
        <w:rPr>
          <w:b/>
        </w:rPr>
        <w:t>Principles</w:t>
      </w:r>
      <w:r>
        <w:t>:</w:t>
      </w:r>
    </w:p>
    <w:p w14:paraId="30DEAE3F" w14:textId="77777777" w:rsidR="00495879" w:rsidRDefault="00000000">
      <w:pPr>
        <w:pStyle w:val="Listenumros"/>
      </w:pPr>
      <w:r>
        <w:t>**Clarity &gt; Consensus** - Seek input, but make decisive calls</w:t>
      </w:r>
    </w:p>
    <w:p w14:paraId="69CF6261" w14:textId="77777777" w:rsidR="00495879" w:rsidRDefault="00000000">
      <w:pPr>
        <w:pStyle w:val="Listenumros"/>
      </w:pPr>
      <w:r>
        <w:t>**Transparency** - Share financials, challenges, decisions with team</w:t>
      </w:r>
    </w:p>
    <w:p w14:paraId="53FE059E" w14:textId="77777777" w:rsidR="00495879" w:rsidRDefault="00000000">
      <w:pPr>
        <w:pStyle w:val="Listenumros"/>
      </w:pPr>
      <w:r>
        <w:t>**Accountability** - High expectations, clear metrics, regular feedback</w:t>
      </w:r>
    </w:p>
    <w:p w14:paraId="532A6B32" w14:textId="77777777" w:rsidR="00495879" w:rsidRDefault="00000000">
      <w:pPr>
        <w:pStyle w:val="Listenumros"/>
      </w:pPr>
      <w:r>
        <w:t>**Autonomy** - Hire smart people, give them space to execute</w:t>
      </w:r>
    </w:p>
    <w:p w14:paraId="1D5F2D1D" w14:textId="77777777" w:rsidR="00495879" w:rsidRDefault="00000000">
      <w:pPr>
        <w:pStyle w:val="Listenumros"/>
      </w:pPr>
      <w:r>
        <w:t>**Fail forward** - Encourage experimentation, learn from mistakes</w:t>
      </w:r>
    </w:p>
    <w:p w14:paraId="6752841B" w14:textId="77777777" w:rsidR="00495879" w:rsidRDefault="00000000">
      <w:r>
        <w:rPr>
          <w:b/>
        </w:rPr>
        <w:t>Decision-Making Framework</w:t>
      </w:r>
      <w:r>
        <w:t>:</w:t>
      </w:r>
    </w:p>
    <w:p w14:paraId="63A2E017" w14:textId="77777777" w:rsidR="00495879" w:rsidRDefault="00000000">
      <w:pPr>
        <w:pStyle w:val="Listepuces"/>
      </w:pPr>
      <w:r>
        <w:t>**Type 1 decisions** (irreversible): Slow, deliberate, seek counsel (e.g., hire, fire, major investment)</w:t>
      </w:r>
    </w:p>
    <w:p w14:paraId="7A7BBBDA" w14:textId="77777777" w:rsidR="00495879" w:rsidRDefault="00000000">
      <w:pPr>
        <w:pStyle w:val="Listepuces"/>
      </w:pPr>
      <w:r>
        <w:t>**Type 2 decisions** (reversible): Fast, experiment, iterate (e.g., marketing campaign, content topic)</w:t>
      </w:r>
    </w:p>
    <w:p w14:paraId="77E290CE" w14:textId="77777777" w:rsidR="00495879" w:rsidRDefault="00000000">
      <w:r>
        <w:rPr>
          <w:b/>
        </w:rPr>
        <w:t>Communication Style</w:t>
      </w:r>
      <w:r>
        <w:t>:</w:t>
      </w:r>
    </w:p>
    <w:p w14:paraId="49DA1D5B" w14:textId="77777777" w:rsidR="00495879" w:rsidRDefault="00000000">
      <w:pPr>
        <w:pStyle w:val="Listepuces"/>
      </w:pPr>
      <w:r>
        <w:t>**Weekly team meetings**: 30 min (wins, priorities, blockers)</w:t>
      </w:r>
    </w:p>
    <w:p w14:paraId="4FA502E6" w14:textId="77777777" w:rsidR="00495879" w:rsidRDefault="00000000">
      <w:pPr>
        <w:pStyle w:val="Listepuces"/>
      </w:pPr>
      <w:r>
        <w:t>**1-on-1s**: Bi-weekly, 30 min (career development, feedback)</w:t>
      </w:r>
    </w:p>
    <w:p w14:paraId="086D1F67" w14:textId="77777777" w:rsidR="00495879" w:rsidRDefault="00000000">
      <w:pPr>
        <w:pStyle w:val="Listepuces"/>
      </w:pPr>
      <w:r>
        <w:t>**Transparency**: Open-door policy, respond to messages &lt;4 hours</w:t>
      </w:r>
    </w:p>
    <w:p w14:paraId="5D5A70D5" w14:textId="77777777" w:rsidR="00495879" w:rsidRDefault="00000000">
      <w:r>
        <w:t>________________________________________________________________________________</w:t>
      </w:r>
    </w:p>
    <w:p w14:paraId="71A780FB" w14:textId="77777777" w:rsidR="00495879" w:rsidRDefault="00000000">
      <w:pPr>
        <w:pStyle w:val="Titre2"/>
      </w:pPr>
      <w:r>
        <w:t>🏢 ORGANIZATIONAL STRUCTURE</w:t>
      </w:r>
    </w:p>
    <w:p w14:paraId="420C02B6" w14:textId="77777777" w:rsidR="00495879" w:rsidRDefault="00000000">
      <w:pPr>
        <w:pStyle w:val="Titre3"/>
      </w:pPr>
      <w:r>
        <w:t>Year 1 Organization (2026)</w:t>
      </w:r>
    </w:p>
    <w:p w14:paraId="61D0DEC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┌─────────────────────────────────────┐</w:t>
      </w:r>
    </w:p>
    <w:p w14:paraId="24FE556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lastRenderedPageBreak/>
        <w:t>│   Abdoul Karim GBANE                │</w:t>
      </w:r>
    </w:p>
    <w:p w14:paraId="4C1F083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Founder &amp; CEO                     │</w:t>
      </w:r>
    </w:p>
    <w:p w14:paraId="5D8BF25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(100% Owner)                      │</w:t>
      </w:r>
    </w:p>
    <w:p w14:paraId="5CDDAA5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└──────────────┬──────────────────────┘</w:t>
      </w:r>
    </w:p>
    <w:p w14:paraId="3EDC62D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│</w:t>
      </w:r>
    </w:p>
    <w:p w14:paraId="27C86B0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┌──────────┴──────────┐</w:t>
      </w:r>
    </w:p>
    <w:p w14:paraId="4EBFE49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             │</w:t>
      </w:r>
    </w:p>
    <w:p w14:paraId="32B1029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┌───▼────────────┐   ┌───▼──────────────┐</w:t>
      </w:r>
    </w:p>
    <w:p w14:paraId="4BBC57B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Virtual        │   │ Fractional       │</w:t>
      </w:r>
    </w:p>
    <w:p w14:paraId="137E7FB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Assistant      │   │ Accountant (CPA) │</w:t>
      </w:r>
    </w:p>
    <w:p w14:paraId="76F6871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(0.5 FTE)      │   │ (Contract)       │</w:t>
      </w:r>
    </w:p>
    <w:p w14:paraId="6AA86D1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$2,000/mo      │   │ $325/mo          │</w:t>
      </w:r>
    </w:p>
    <w:p w14:paraId="5A6EFEE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└────────────────┘   └──────────────────┘</w:t>
      </w:r>
    </w:p>
    <w:p w14:paraId="6F369A91" w14:textId="77777777" w:rsidR="00495879" w:rsidRDefault="00495879">
      <w:pPr>
        <w:pStyle w:val="Sansinterligne"/>
      </w:pPr>
    </w:p>
    <w:p w14:paraId="1CD4B00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Total Headcount: 1.5 FTE</w:t>
      </w:r>
    </w:p>
    <w:p w14:paraId="2671C00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Total Payroll: $24,000/year (VA only)</w:t>
      </w:r>
    </w:p>
    <w:p w14:paraId="74E1A5CF" w14:textId="77777777" w:rsidR="00495879" w:rsidRDefault="00000000">
      <w:r>
        <w:rPr>
          <w:b/>
        </w:rPr>
        <w:t>Founder Hat-Wearing</w:t>
      </w:r>
      <w:r>
        <w:t xml:space="preserve"> (Year 1):</w:t>
      </w:r>
    </w:p>
    <w:p w14:paraId="0FA2F668" w14:textId="77777777" w:rsidR="00495879" w:rsidRDefault="00000000">
      <w:pPr>
        <w:pStyle w:val="Listepuces"/>
      </w:pPr>
      <w:r>
        <w:t>🎯 CEO: Strategy, fundraising (if applicable), partnerships (10%)</w:t>
      </w:r>
    </w:p>
    <w:p w14:paraId="79D39F29" w14:textId="77777777" w:rsidR="00495879" w:rsidRDefault="00000000">
      <w:pPr>
        <w:pStyle w:val="Listepuces"/>
      </w:pPr>
      <w:r>
        <w:t>📚 Chief Coaching Officer: Deliver all workshops, 1-on-1s (50%)</w:t>
      </w:r>
    </w:p>
    <w:p w14:paraId="468DEE9E" w14:textId="77777777" w:rsidR="00495879" w:rsidRDefault="00000000">
      <w:pPr>
        <w:pStyle w:val="Listepuces"/>
      </w:pPr>
      <w:r>
        <w:t>📈 VP Sales: All discovery calls, strategy sessions (20%)</w:t>
      </w:r>
    </w:p>
    <w:p w14:paraId="4E07EDA7" w14:textId="77777777" w:rsidR="00495879" w:rsidRDefault="00000000">
      <w:pPr>
        <w:pStyle w:val="Listepuces"/>
      </w:pPr>
      <w:r>
        <w:t>💻 CTO: Platform oversight, tech decisions (5%)</w:t>
      </w:r>
    </w:p>
    <w:p w14:paraId="2134F9BC" w14:textId="77777777" w:rsidR="00495879" w:rsidRDefault="00000000">
      <w:pPr>
        <w:pStyle w:val="Listepuces"/>
      </w:pPr>
      <w:r>
        <w:t>📊 CFO: Financial planning, budgeting (5%)</w:t>
      </w:r>
    </w:p>
    <w:p w14:paraId="085D6184" w14:textId="77777777" w:rsidR="00495879" w:rsidRDefault="00000000">
      <w:pPr>
        <w:pStyle w:val="Listepuces"/>
      </w:pPr>
      <w:r>
        <w:t>🎨 CMO: Content strategy, brand (10%)</w:t>
      </w:r>
    </w:p>
    <w:p w14:paraId="0172AB9F" w14:textId="77777777" w:rsidR="00495879" w:rsidRDefault="00000000">
      <w:r>
        <w:rPr>
          <w:b/>
        </w:rPr>
        <w:t>Challenge</w:t>
      </w:r>
      <w:r>
        <w:t>: Founder is bottleneck - Not scalable beyond 30 clients</w:t>
      </w:r>
    </w:p>
    <w:p w14:paraId="272E9BC0" w14:textId="77777777" w:rsidR="00495879" w:rsidRDefault="00000000">
      <w:pPr>
        <w:pStyle w:val="Titre3"/>
      </w:pPr>
      <w:r>
        <w:t>Year 2 Organization (2027 - Mid-Year)</w:t>
      </w:r>
    </w:p>
    <w:p w14:paraId="4219D5F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┌─────────────────────────────────────┐</w:t>
      </w:r>
    </w:p>
    <w:p w14:paraId="74313E9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Abdoul Karim GBANE                │</w:t>
      </w:r>
    </w:p>
    <w:p w14:paraId="203A829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Founder &amp; CEO                     │</w:t>
      </w:r>
    </w:p>
    <w:p w14:paraId="7FB0B7F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└──────────────┬──────────────────────┘</w:t>
      </w:r>
    </w:p>
    <w:p w14:paraId="398F5CA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│</w:t>
      </w:r>
    </w:p>
    <w:p w14:paraId="4BE209F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┌──────────┴──────────────┬──────────────────┐</w:t>
      </w:r>
    </w:p>
    <w:p w14:paraId="39A55BB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                 │                  │</w:t>
      </w:r>
    </w:p>
    <w:p w14:paraId="17BD4A0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┌───▼────────────┐    ┌──────▼─────────┐  ┌────▼──────────────┐</w:t>
      </w:r>
    </w:p>
    <w:p w14:paraId="53CE161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Senior Coach   │    │ Sales Manager  │  │ Operations Mgr/VA │</w:t>
      </w:r>
    </w:p>
    <w:p w14:paraId="2432032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(1.0 FTE)      │    │ (0.5 FTE)      │  │ (1.0 FTE)         │</w:t>
      </w:r>
    </w:p>
    <w:p w14:paraId="2DB02C7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Hired: Q3 2027 │    │ Hired: Q2 2027 │  │ Promoted: Q1 2027 │</w:t>
      </w:r>
    </w:p>
    <w:p w14:paraId="5AA597C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$100K/year     │    │ $60K/year      │  │ $48K/year         │</w:t>
      </w:r>
    </w:p>
    <w:p w14:paraId="1DBCBE5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└────────────────┘    └────────────────┘  └───────────────────┘</w:t>
      </w:r>
    </w:p>
    <w:p w14:paraId="6CDF75B5" w14:textId="77777777" w:rsidR="00495879" w:rsidRDefault="00495879">
      <w:pPr>
        <w:pStyle w:val="Sansinterligne"/>
      </w:pPr>
    </w:p>
    <w:p w14:paraId="53B399F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Total Headcount: 3.5 FTE</w:t>
      </w:r>
    </w:p>
    <w:p w14:paraId="2C2754D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Total Payroll: $208K/year</w:t>
      </w:r>
    </w:p>
    <w:p w14:paraId="7BEF1625" w14:textId="77777777" w:rsidR="00495879" w:rsidRDefault="00000000">
      <w:r>
        <w:rPr>
          <w:b/>
        </w:rPr>
        <w:t>Founder Evolution</w:t>
      </w:r>
      <w:r>
        <w:t>:</w:t>
      </w:r>
    </w:p>
    <w:p w14:paraId="1E317950" w14:textId="77777777" w:rsidR="00495879" w:rsidRDefault="00000000">
      <w:pPr>
        <w:pStyle w:val="Listepuces"/>
      </w:pPr>
      <w:r>
        <w:t>CEO (30%): Strategy, culture, key hires</w:t>
      </w:r>
    </w:p>
    <w:p w14:paraId="6B07ACE1" w14:textId="77777777" w:rsidR="00495879" w:rsidRDefault="00000000">
      <w:pPr>
        <w:pStyle w:val="Listepuces"/>
      </w:pPr>
      <w:r>
        <w:t>Coaching (40%): ADVISORY clients only, some workshops</w:t>
      </w:r>
    </w:p>
    <w:p w14:paraId="20802422" w14:textId="77777777" w:rsidR="00495879" w:rsidRDefault="00000000">
      <w:pPr>
        <w:pStyle w:val="Listepuces"/>
      </w:pPr>
      <w:r>
        <w:t>Sales (20%): Close large deals ($50K+), partnerships</w:t>
      </w:r>
    </w:p>
    <w:p w14:paraId="6EF6F182" w14:textId="77777777" w:rsidR="00495879" w:rsidRDefault="00000000">
      <w:pPr>
        <w:pStyle w:val="Listepuces"/>
      </w:pPr>
      <w:r>
        <w:t>Other (10%): Finance, product, marketing oversight</w:t>
      </w:r>
    </w:p>
    <w:p w14:paraId="129BFB2B" w14:textId="77777777" w:rsidR="00495879" w:rsidRDefault="00000000">
      <w:r>
        <w:rPr>
          <w:b/>
        </w:rPr>
        <w:t>Unlock</w:t>
      </w:r>
      <w:r>
        <w:t>: Can now serve 60+ clients (vs 30 max Year 1)</w:t>
      </w:r>
    </w:p>
    <w:p w14:paraId="04FF6CAD" w14:textId="77777777" w:rsidR="00495879" w:rsidRDefault="00000000">
      <w:pPr>
        <w:pStyle w:val="Titre3"/>
      </w:pPr>
      <w:r>
        <w:lastRenderedPageBreak/>
        <w:t>Year 3 Organization (2028 - End of Year)</w:t>
      </w:r>
    </w:p>
    <w:p w14:paraId="55F8EA5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┌──────────────────────────────────────────┐</w:t>
      </w:r>
    </w:p>
    <w:p w14:paraId="4942B5A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Abdoul Karim GBANE                │</w:t>
      </w:r>
    </w:p>
    <w:p w14:paraId="1F3F2A9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Founder &amp; CEO                     │</w:t>
      </w:r>
    </w:p>
    <w:p w14:paraId="5551F72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└──────────────┬───────────────────────────┘</w:t>
      </w:r>
    </w:p>
    <w:p w14:paraId="4482E57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│</w:t>
      </w:r>
    </w:p>
    <w:p w14:paraId="6CA9C15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┌──────────┴────────────┬──────────────────┬──────────────────┐</w:t>
      </w:r>
    </w:p>
    <w:p w14:paraId="476B593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│                       │                  │                  │</w:t>
      </w:r>
    </w:p>
    <w:p w14:paraId="7C4B2DD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┌───▼────────────┐  ┌──────▼──────────┐ ┌────▼──────────────┐ ┌─▼────────────┐</w:t>
      </w:r>
    </w:p>
    <w:p w14:paraId="6B2A38D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Senior Coach   │  │ Sales Manager   │ │ Marketing Manager│ │ Operations   │</w:t>
      </w:r>
    </w:p>
    <w:p w14:paraId="4DD28E4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(Lead)         │  │ (1.0 FTE)       │ │ (0.5 FTE)        │ │ Manager      │</w:t>
      </w:r>
    </w:p>
    <w:p w14:paraId="21A835D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(1.0 FTE)      │  │ Q1 2028: FT     │ │ Hired: Q3 2028   │ │ (1.0 FTE)    │</w:t>
      </w:r>
    </w:p>
    <w:p w14:paraId="4D267E5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$110K/year     │  │ $75K/year       │ │ $65K/year        │ │ $55K/year    │</w:t>
      </w:r>
    </w:p>
    <w:p w14:paraId="58C934B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└────────────────┘  └─────────────────┘ └──────────────────┘ └──────────────┘</w:t>
      </w:r>
    </w:p>
    <w:p w14:paraId="39F7D594" w14:textId="77777777" w:rsidR="00495879" w:rsidRDefault="00495879">
      <w:pPr>
        <w:pStyle w:val="Sansinterligne"/>
      </w:pPr>
    </w:p>
    <w:p w14:paraId="73C94FB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Total Headcount: 4.5 FTE</w:t>
      </w:r>
    </w:p>
    <w:p w14:paraId="0D047EE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Total Payroll: $305K/year</w:t>
      </w:r>
    </w:p>
    <w:p w14:paraId="0085CA07" w14:textId="77777777" w:rsidR="00495879" w:rsidRDefault="00000000">
      <w:r>
        <w:rPr>
          <w:b/>
        </w:rPr>
        <w:t>Founder Final State</w:t>
      </w:r>
      <w:r>
        <w:t xml:space="preserve"> (Year 3):</w:t>
      </w:r>
    </w:p>
    <w:p w14:paraId="27A41B0D" w14:textId="77777777" w:rsidR="00495879" w:rsidRDefault="00000000">
      <w:pPr>
        <w:pStyle w:val="Listepuces"/>
      </w:pPr>
      <w:r>
        <w:t>CEO (60%): Vision, strategy, culture, fundraising (if scaling beyond)</w:t>
      </w:r>
    </w:p>
    <w:p w14:paraId="5DAE9784" w14:textId="77777777" w:rsidR="00495879" w:rsidRDefault="00000000">
      <w:pPr>
        <w:pStyle w:val="Listepuces"/>
      </w:pPr>
      <w:r>
        <w:t>Sales (30%): Enterprise deals, key partnerships, speaking</w:t>
      </w:r>
    </w:p>
    <w:p w14:paraId="0DF78779" w14:textId="77777777" w:rsidR="00495879" w:rsidRDefault="00000000">
      <w:pPr>
        <w:pStyle w:val="Listepuces"/>
      </w:pPr>
      <w:r>
        <w:t>Coaching (10%): Select ADVISORY clients (maintain skills)</w:t>
      </w:r>
    </w:p>
    <w:p w14:paraId="6C14E6F3" w14:textId="77777777" w:rsidR="00495879" w:rsidRDefault="00000000">
      <w:r>
        <w:rPr>
          <w:b/>
        </w:rPr>
        <w:t>Result</w:t>
      </w:r>
      <w:r>
        <w:t>: Scalable organization, founder no longer bottleneck</w:t>
      </w:r>
    </w:p>
    <w:p w14:paraId="78ECE8BE" w14:textId="77777777" w:rsidR="00495879" w:rsidRDefault="00000000">
      <w:r>
        <w:t>________________________________________________________________________________</w:t>
      </w:r>
    </w:p>
    <w:p w14:paraId="33A9B397" w14:textId="77777777" w:rsidR="00495879" w:rsidRDefault="00000000">
      <w:pPr>
        <w:pStyle w:val="Titre2"/>
      </w:pPr>
      <w:r>
        <w:t>📅 HIRING PLAN (YEAR 1-3)</w:t>
      </w:r>
    </w:p>
    <w:p w14:paraId="105B775C" w14:textId="77777777" w:rsidR="00495879" w:rsidRDefault="00000000">
      <w:pPr>
        <w:pStyle w:val="Titre3"/>
      </w:pPr>
      <w:r>
        <w:t>Year 1 Hires (2026)</w:t>
      </w:r>
    </w:p>
    <w:p w14:paraId="1FFEAD2F" w14:textId="77777777" w:rsidR="00495879" w:rsidRDefault="00000000">
      <w:r>
        <w:rPr>
          <w:b/>
        </w:rPr>
        <w:t>Hire #1: Virtual Assistant (January 2026)</w:t>
      </w:r>
    </w:p>
    <w:p w14:paraId="0846B6B9" w14:textId="77777777" w:rsidR="00495879" w:rsidRDefault="00000000">
      <w:r>
        <w:rPr>
          <w:b/>
        </w:rPr>
        <w:t>Why Now</w:t>
      </w:r>
      <w:r>
        <w:t>: Founder needs time back for client delivery + sales</w:t>
      </w:r>
    </w:p>
    <w:p w14:paraId="1BDC9819" w14:textId="77777777" w:rsidR="00495879" w:rsidRDefault="00000000">
      <w:r>
        <w:rPr>
          <w:b/>
        </w:rPr>
        <w:t>Responsibilities</w:t>
      </w:r>
      <w:r>
        <w:t>:</w:t>
      </w:r>
    </w:p>
    <w:p w14:paraId="78C3B618" w14:textId="77777777" w:rsidR="00495879" w:rsidRDefault="00000000">
      <w:pPr>
        <w:pStyle w:val="Listepuces"/>
      </w:pPr>
      <w:r>
        <w:t>Administrative: Email management, scheduling, invoicing</w:t>
      </w:r>
    </w:p>
    <w:p w14:paraId="072DADB5" w14:textId="77777777" w:rsidR="00495879" w:rsidRDefault="00000000">
      <w:pPr>
        <w:pStyle w:val="Listepuces"/>
      </w:pPr>
      <w:r>
        <w:t>Content: Social media posting, video editing, graphics</w:t>
      </w:r>
    </w:p>
    <w:p w14:paraId="7E6DBD4F" w14:textId="77777777" w:rsidR="00495879" w:rsidRDefault="00000000">
      <w:pPr>
        <w:pStyle w:val="Listepuces"/>
      </w:pPr>
      <w:r>
        <w:t>Client support: Answer platform questions, onboarding assistance</w:t>
      </w:r>
    </w:p>
    <w:p w14:paraId="5304879E" w14:textId="77777777" w:rsidR="00495879" w:rsidRDefault="00000000">
      <w:pPr>
        <w:pStyle w:val="Listepuces"/>
      </w:pPr>
      <w:r>
        <w:t>Operations: CRM updates, data entry, vendor coordination</w:t>
      </w:r>
    </w:p>
    <w:p w14:paraId="6FD3A56B" w14:textId="77777777" w:rsidR="00495879" w:rsidRDefault="00000000">
      <w:r>
        <w:rPr>
          <w:b/>
        </w:rPr>
        <w:t>Profile</w:t>
      </w:r>
      <w:r>
        <w:t>:</w:t>
      </w:r>
    </w:p>
    <w:p w14:paraId="257DDEBA" w14:textId="77777777" w:rsidR="00495879" w:rsidRDefault="00000000">
      <w:pPr>
        <w:pStyle w:val="Listepuces"/>
      </w:pPr>
      <w:r>
        <w:t>**Experience**: 2+ years as VA, preferably B2B/coaching industry</w:t>
      </w:r>
    </w:p>
    <w:p w14:paraId="68D64BED" w14:textId="77777777" w:rsidR="00495879" w:rsidRDefault="00000000">
      <w:pPr>
        <w:pStyle w:val="Listepuces"/>
      </w:pPr>
      <w:r>
        <w:t>**Skills**: Proficient in tools (Notion, Canva, CapCut, HubSpot, Calendly)</w:t>
      </w:r>
    </w:p>
    <w:p w14:paraId="002BB272" w14:textId="77777777" w:rsidR="00495879" w:rsidRDefault="00000000">
      <w:pPr>
        <w:pStyle w:val="Listepuces"/>
      </w:pPr>
      <w:r>
        <w:t>**Traits**: Detail-oriented, proactive, excellent written communication</w:t>
      </w:r>
    </w:p>
    <w:p w14:paraId="27696FBF" w14:textId="77777777" w:rsidR="00495879" w:rsidRDefault="00000000">
      <w:pPr>
        <w:pStyle w:val="Listepuces"/>
      </w:pPr>
      <w:r>
        <w:t>**Location**: Remote (anywhere US/Canada for timezone alignment)</w:t>
      </w:r>
    </w:p>
    <w:p w14:paraId="12F0ABF0" w14:textId="77777777" w:rsidR="00495879" w:rsidRDefault="00000000">
      <w:r>
        <w:rPr>
          <w:b/>
        </w:rPr>
        <w:t>Compensation</w:t>
      </w:r>
      <w:r>
        <w:t>: $2,000/month (20 hours/week × $25/hour)</w:t>
      </w:r>
    </w:p>
    <w:p w14:paraId="3600C4DE" w14:textId="77777777" w:rsidR="00495879" w:rsidRDefault="00000000">
      <w:r>
        <w:rPr>
          <w:b/>
        </w:rPr>
        <w:t>Hire Scenario</w:t>
      </w:r>
      <w:r>
        <w:t>:</w:t>
      </w:r>
    </w:p>
    <w:p w14:paraId="568D58B5" w14:textId="77777777" w:rsidR="00495879" w:rsidRDefault="00000000">
      <w:pPr>
        <w:pStyle w:val="Listepuces"/>
      </w:pPr>
      <w:r>
        <w:lastRenderedPageBreak/>
        <w:t>Start: 10 hours/week (Month 1-3) - $1,000/month</w:t>
      </w:r>
    </w:p>
    <w:p w14:paraId="0790EC5A" w14:textId="77777777" w:rsidR="00495879" w:rsidRDefault="00000000">
      <w:pPr>
        <w:pStyle w:val="Listepuces"/>
      </w:pPr>
      <w:r>
        <w:t>Increase: 20 hours/week (Month 4+) - $2,000/month</w:t>
      </w:r>
    </w:p>
    <w:p w14:paraId="5DC7EEF1" w14:textId="77777777" w:rsidR="00495879" w:rsidRDefault="00000000">
      <w:pPr>
        <w:pStyle w:val="Listepuces"/>
      </w:pPr>
      <w:r>
        <w:t>As workload grows</w:t>
      </w:r>
    </w:p>
    <w:p w14:paraId="5A2680DF" w14:textId="77777777" w:rsidR="00495879" w:rsidRDefault="00000000">
      <w:r>
        <w:rPr>
          <w:b/>
        </w:rPr>
        <w:t>Where to Find</w:t>
      </w:r>
      <w:r>
        <w:t>:</w:t>
      </w:r>
    </w:p>
    <w:p w14:paraId="122AC561" w14:textId="77777777" w:rsidR="00495879" w:rsidRDefault="00000000">
      <w:pPr>
        <w:pStyle w:val="Listepuces"/>
      </w:pPr>
      <w:r>
        <w:t>Upwork, Belay, Time Etc (VA agencies)</w:t>
      </w:r>
    </w:p>
    <w:p w14:paraId="0DE2CFF7" w14:textId="77777777" w:rsidR="00495879" w:rsidRDefault="00000000">
      <w:pPr>
        <w:pStyle w:val="Listepuces"/>
      </w:pPr>
      <w:r>
        <w:t>Referrals from entrepreneur networks</w:t>
      </w:r>
    </w:p>
    <w:p w14:paraId="5150F346" w14:textId="77777777" w:rsidR="00495879" w:rsidRDefault="00000000">
      <w:pPr>
        <w:pStyle w:val="Listepuces"/>
      </w:pPr>
      <w:r>
        <w:t>LinkedIn (search "Virtual Assistant for Coaches")</w:t>
      </w:r>
    </w:p>
    <w:p w14:paraId="29919547" w14:textId="77777777" w:rsidR="00495879" w:rsidRDefault="00000000">
      <w:r>
        <w:rPr>
          <w:b/>
        </w:rPr>
        <w:t>Onboarding</w:t>
      </w:r>
      <w:r>
        <w:t xml:space="preserve"> (2 weeks):</w:t>
      </w:r>
    </w:p>
    <w:p w14:paraId="51189E42" w14:textId="77777777" w:rsidR="00495879" w:rsidRDefault="00000000">
      <w:pPr>
        <w:pStyle w:val="Listepuces"/>
      </w:pPr>
      <w:r>
        <w:t>Week 1: Tools training, SOPs review, shadow founder</w:t>
      </w:r>
    </w:p>
    <w:p w14:paraId="387C1F2C" w14:textId="77777777" w:rsidR="00495879" w:rsidRDefault="00000000">
      <w:pPr>
        <w:pStyle w:val="Listepuces"/>
      </w:pPr>
      <w:r>
        <w:t>Week 2: Handle tasks with oversight, daily check-ins</w:t>
      </w:r>
    </w:p>
    <w:p w14:paraId="0CC4A29F" w14:textId="77777777" w:rsidR="00495879" w:rsidRDefault="00000000">
      <w:pPr>
        <w:pStyle w:val="Listepuces"/>
      </w:pPr>
      <w:r>
        <w:t>Ongoing: Weekly 1-on-1, async updates via Slack</w:t>
      </w:r>
    </w:p>
    <w:p w14:paraId="6E9F53BF" w14:textId="77777777" w:rsidR="00495879" w:rsidRDefault="00000000">
      <w:r>
        <w:t>________________________________________________________________________________</w:t>
      </w:r>
    </w:p>
    <w:p w14:paraId="715CCA1C" w14:textId="77777777" w:rsidR="00495879" w:rsidRDefault="00000000">
      <w:pPr>
        <w:pStyle w:val="Titre3"/>
      </w:pPr>
      <w:r>
        <w:t>Year 2 Hires (2027)</w:t>
      </w:r>
    </w:p>
    <w:p w14:paraId="0FC27A9A" w14:textId="77777777" w:rsidR="00495879" w:rsidRDefault="00000000">
      <w:r>
        <w:rPr>
          <w:b/>
        </w:rPr>
        <w:t>Hire #2: Sales Manager (April 2027) - 0.5 FTE → 1.0 FTE</w:t>
      </w:r>
    </w:p>
    <w:p w14:paraId="32E6251C" w14:textId="77777777" w:rsidR="00495879" w:rsidRDefault="00000000">
      <w:r>
        <w:rPr>
          <w:b/>
        </w:rPr>
        <w:t>Why Now</w:t>
      </w:r>
      <w:r>
        <w:t>: Pipeline growing (60+ leads/month), founder time constrained</w:t>
      </w:r>
    </w:p>
    <w:p w14:paraId="422A81BB" w14:textId="77777777" w:rsidR="00495879" w:rsidRDefault="00000000">
      <w:r>
        <w:rPr>
          <w:b/>
        </w:rPr>
        <w:t>Responsibilities</w:t>
      </w:r>
      <w:r>
        <w:t>:</w:t>
      </w:r>
    </w:p>
    <w:p w14:paraId="73BFC59C" w14:textId="77777777" w:rsidR="00495879" w:rsidRDefault="00000000">
      <w:pPr>
        <w:pStyle w:val="Listepuces"/>
      </w:pPr>
      <w:r>
        <w:t>Own discovery call process (30 min calls with MQLs)</w:t>
      </w:r>
    </w:p>
    <w:p w14:paraId="1F0CFA58" w14:textId="77777777" w:rsidR="00495879" w:rsidRDefault="00000000">
      <w:pPr>
        <w:pStyle w:val="Listepuces"/>
      </w:pPr>
      <w:r>
        <w:t>Qualify leads (BANT framework)</w:t>
      </w:r>
    </w:p>
    <w:p w14:paraId="4FECC16F" w14:textId="77777777" w:rsidR="00495879" w:rsidRDefault="00000000">
      <w:pPr>
        <w:pStyle w:val="Listepuces"/>
      </w:pPr>
      <w:r>
        <w:t>Conduct strategy sessions (90 min) for TRANSFORM packages</w:t>
      </w:r>
    </w:p>
    <w:p w14:paraId="48C59365" w14:textId="77777777" w:rsidR="00495879" w:rsidRDefault="00000000">
      <w:pPr>
        <w:pStyle w:val="Listepuces"/>
      </w:pPr>
      <w:r>
        <w:t>Manage partnerships (quarterly check-ins, activation)</w:t>
      </w:r>
    </w:p>
    <w:p w14:paraId="5EB45BE3" w14:textId="77777777" w:rsidR="00495879" w:rsidRDefault="00000000">
      <w:pPr>
        <w:pStyle w:val="Listepuces"/>
      </w:pPr>
      <w:r>
        <w:t>CRM hygiene (keep Salesforce/HubSpot clean)</w:t>
      </w:r>
    </w:p>
    <w:p w14:paraId="4835F745" w14:textId="77777777" w:rsidR="00495879" w:rsidRDefault="00000000">
      <w:pPr>
        <w:pStyle w:val="Listepuces"/>
      </w:pPr>
      <w:r>
        <w:t>Target: Close 20 clients/year (vs 10 by founder)</w:t>
      </w:r>
    </w:p>
    <w:p w14:paraId="595BE9CE" w14:textId="77777777" w:rsidR="00495879" w:rsidRDefault="00000000">
      <w:r>
        <w:rPr>
          <w:b/>
        </w:rPr>
        <w:t>Profile</w:t>
      </w:r>
      <w:r>
        <w:t>:</w:t>
      </w:r>
    </w:p>
    <w:p w14:paraId="36257893" w14:textId="77777777" w:rsidR="00495879" w:rsidRDefault="00000000">
      <w:pPr>
        <w:pStyle w:val="Listepuces"/>
      </w:pPr>
      <w:r>
        <w:t>**Experience**: 3-5 years B2B sales (consulting, SaaS, coaching)</w:t>
      </w:r>
    </w:p>
    <w:p w14:paraId="568F7917" w14:textId="77777777" w:rsidR="00495879" w:rsidRDefault="00000000">
      <w:pPr>
        <w:pStyle w:val="Listepuces"/>
      </w:pPr>
      <w:r>
        <w:t>**Skills**: Consultative selling, objection handling, CRM expert</w:t>
      </w:r>
    </w:p>
    <w:p w14:paraId="59255174" w14:textId="77777777" w:rsidR="00495879" w:rsidRDefault="00000000">
      <w:pPr>
        <w:pStyle w:val="Listepuces"/>
      </w:pPr>
      <w:r>
        <w:t>**Traits**: Empathetic listener, persistent (but not pushy), data-driven</w:t>
      </w:r>
    </w:p>
    <w:p w14:paraId="07B2B0C7" w14:textId="77777777" w:rsidR="00495879" w:rsidRDefault="00000000">
      <w:pPr>
        <w:pStyle w:val="Listepuces"/>
      </w:pPr>
      <w:r>
        <w:t>**Nice-to-have**: Experience in coaching or professional services</w:t>
      </w:r>
    </w:p>
    <w:p w14:paraId="6D346967" w14:textId="77777777" w:rsidR="00495879" w:rsidRDefault="00000000">
      <w:r>
        <w:rPr>
          <w:b/>
        </w:rPr>
        <w:t>Compensation</w:t>
      </w:r>
      <w:r>
        <w:t>:</w:t>
      </w:r>
    </w:p>
    <w:p w14:paraId="0EBC8D95" w14:textId="77777777" w:rsidR="00495879" w:rsidRDefault="00000000">
      <w:pPr>
        <w:pStyle w:val="Listepuces"/>
      </w:pPr>
      <w:r>
        <w:t>**Base**: $60K/year (Year 1 @ 0.5 FTE = $30K)</w:t>
      </w:r>
    </w:p>
    <w:p w14:paraId="729035AA" w14:textId="77777777" w:rsidR="00495879" w:rsidRDefault="00000000">
      <w:pPr>
        <w:pStyle w:val="Listepuces"/>
      </w:pPr>
      <w:r>
        <w:t>**Commission**: 5% of first-year contract value</w:t>
      </w:r>
    </w:p>
    <w:p w14:paraId="21679EDD" w14:textId="77777777" w:rsidR="00495879" w:rsidRDefault="00000000">
      <w:pPr>
        <w:pStyle w:val="Listepuces"/>
      </w:pPr>
      <w:r>
        <w:t>Example: Close $300K in contracts = $15K commission</w:t>
      </w:r>
    </w:p>
    <w:p w14:paraId="1F46518A" w14:textId="77777777" w:rsidR="00495879" w:rsidRDefault="00000000">
      <w:pPr>
        <w:pStyle w:val="Listepuces"/>
      </w:pPr>
      <w:r>
        <w:t>**OTE** (On-Target Earnings): $75K (if hits quota)</w:t>
      </w:r>
    </w:p>
    <w:p w14:paraId="67B2D906" w14:textId="77777777" w:rsidR="00495879" w:rsidRDefault="00000000">
      <w:pPr>
        <w:pStyle w:val="Listepuces"/>
      </w:pPr>
      <w:r>
        <w:t>**Bonus**: $10K if exceeds quota by 20%+</w:t>
      </w:r>
    </w:p>
    <w:p w14:paraId="533C965E" w14:textId="77777777" w:rsidR="00495879" w:rsidRDefault="00000000">
      <w:r>
        <w:rPr>
          <w:b/>
        </w:rPr>
        <w:lastRenderedPageBreak/>
        <w:t>Where to Find</w:t>
      </w:r>
      <w:r>
        <w:t>:</w:t>
      </w:r>
    </w:p>
    <w:p w14:paraId="56617029" w14:textId="77777777" w:rsidR="00495879" w:rsidRDefault="00000000">
      <w:pPr>
        <w:pStyle w:val="Listepuces"/>
      </w:pPr>
      <w:r>
        <w:t>AngelList (startups hire sales talent here)</w:t>
      </w:r>
    </w:p>
    <w:p w14:paraId="7318B0D4" w14:textId="77777777" w:rsidR="00495879" w:rsidRDefault="00000000">
      <w:pPr>
        <w:pStyle w:val="Listepuces"/>
      </w:pPr>
      <w:r>
        <w:t>LinkedIn (search "B2B Sales" + "Coaching" OR "Consulting")</w:t>
      </w:r>
    </w:p>
    <w:p w14:paraId="1544B05A" w14:textId="77777777" w:rsidR="00495879" w:rsidRDefault="00000000">
      <w:pPr>
        <w:pStyle w:val="Listepuces"/>
      </w:pPr>
      <w:r>
        <w:t>Referrals from other coaching firm founders</w:t>
      </w:r>
    </w:p>
    <w:p w14:paraId="072E1F93" w14:textId="77777777" w:rsidR="00495879" w:rsidRDefault="00000000">
      <w:r>
        <w:rPr>
          <w:b/>
        </w:rPr>
        <w:t>Onboarding</w:t>
      </w:r>
      <w:r>
        <w:t xml:space="preserve"> (4 weeks):</w:t>
      </w:r>
    </w:p>
    <w:p w14:paraId="0F7E0AB2" w14:textId="77777777" w:rsidR="00495879" w:rsidRDefault="00000000">
      <w:pPr>
        <w:pStyle w:val="Listepuces"/>
      </w:pPr>
      <w:r>
        <w:t>Week 1: Shadow founder on 10 discovery calls, 2 strategy sessions</w:t>
      </w:r>
    </w:p>
    <w:p w14:paraId="716CFC4B" w14:textId="77777777" w:rsidR="00495879" w:rsidRDefault="00000000">
      <w:pPr>
        <w:pStyle w:val="Listepuces"/>
      </w:pPr>
      <w:r>
        <w:t>Week 2: Lead discovery calls (founder listens, gives feedback)</w:t>
      </w:r>
    </w:p>
    <w:p w14:paraId="7D17BAD5" w14:textId="77777777" w:rsidR="00495879" w:rsidRDefault="00000000">
      <w:pPr>
        <w:pStyle w:val="Listepuces"/>
      </w:pPr>
      <w:r>
        <w:t>Week 3: Lead strategy sessions (founder still closes)</w:t>
      </w:r>
    </w:p>
    <w:p w14:paraId="12678BAC" w14:textId="77777777" w:rsidR="00495879" w:rsidRDefault="00000000">
      <w:pPr>
        <w:pStyle w:val="Listepuces"/>
      </w:pPr>
      <w:r>
        <w:t>Week 4: Full ownership (founder spot-checks 10% of calls)</w:t>
      </w:r>
    </w:p>
    <w:p w14:paraId="2965F690" w14:textId="77777777" w:rsidR="00495879" w:rsidRDefault="00000000">
      <w:r>
        <w:t>________________________________________________________________________________</w:t>
      </w:r>
    </w:p>
    <w:p w14:paraId="47B0CB2D" w14:textId="77777777" w:rsidR="00495879" w:rsidRDefault="00000000">
      <w:r>
        <w:rPr>
          <w:b/>
        </w:rPr>
        <w:t>Hire #3: Senior Coach (September 2027) - 1.0 FTE</w:t>
      </w:r>
    </w:p>
    <w:p w14:paraId="646F6785" w14:textId="77777777" w:rsidR="00495879" w:rsidRDefault="00000000">
      <w:r>
        <w:rPr>
          <w:b/>
        </w:rPr>
        <w:t>Why Now</w:t>
      </w:r>
      <w:r>
        <w:t>: At capacity (60 clients), need to scale delivery</w:t>
      </w:r>
    </w:p>
    <w:p w14:paraId="20E341EB" w14:textId="77777777" w:rsidR="00495879" w:rsidRDefault="00000000">
      <w:r>
        <w:rPr>
          <w:b/>
        </w:rPr>
        <w:t>Responsibilities</w:t>
      </w:r>
      <w:r>
        <w:t>:</w:t>
      </w:r>
    </w:p>
    <w:p w14:paraId="49649DBA" w14:textId="77777777" w:rsidR="00495879" w:rsidRDefault="00000000">
      <w:pPr>
        <w:pStyle w:val="Listepuces"/>
      </w:pPr>
      <w:r>
        <w:t>Facilitate 6 workshops/year (50% of total, alternating with founder)</w:t>
      </w:r>
    </w:p>
    <w:p w14:paraId="3403BBBE" w14:textId="77777777" w:rsidR="00495879" w:rsidRDefault="00000000">
      <w:pPr>
        <w:pStyle w:val="Listepuces"/>
      </w:pPr>
      <w:r>
        <w:t>Deliver 1-on-1 coaching for 20 TRANSFORM Scale clients (2h/month each)</w:t>
      </w:r>
    </w:p>
    <w:p w14:paraId="0E463354" w14:textId="77777777" w:rsidR="00495879" w:rsidRDefault="00000000">
      <w:pPr>
        <w:pStyle w:val="Listepuces"/>
      </w:pPr>
      <w:r>
        <w:t>Manage community (moderate forums, host office hours)</w:t>
      </w:r>
    </w:p>
    <w:p w14:paraId="362BE60C" w14:textId="77777777" w:rsidR="00495879" w:rsidRDefault="00000000">
      <w:pPr>
        <w:pStyle w:val="Listepuces"/>
      </w:pPr>
      <w:r>
        <w:t>Content creation (blog posts, case studies from client work)</w:t>
      </w:r>
    </w:p>
    <w:p w14:paraId="4D252D9B" w14:textId="77777777" w:rsidR="00495879" w:rsidRDefault="00000000">
      <w:pPr>
        <w:pStyle w:val="Listepuces"/>
      </w:pPr>
      <w:r>
        <w:t>Client success (proactive outreach to at-risk clients)</w:t>
      </w:r>
    </w:p>
    <w:p w14:paraId="26536595" w14:textId="77777777" w:rsidR="00495879" w:rsidRDefault="00000000">
      <w:r>
        <w:rPr>
          <w:b/>
        </w:rPr>
        <w:t>Profile</w:t>
      </w:r>
      <w:r>
        <w:t>:</w:t>
      </w:r>
    </w:p>
    <w:p w14:paraId="686CC989" w14:textId="77777777" w:rsidR="00495879" w:rsidRDefault="00000000">
      <w:pPr>
        <w:pStyle w:val="Listepuces"/>
      </w:pPr>
      <w:r>
        <w:t>**Experience**: 5+ years as business coach OR management consultant</w:t>
      </w:r>
    </w:p>
    <w:p w14:paraId="307C86C1" w14:textId="77777777" w:rsidR="00495879" w:rsidRDefault="00000000">
      <w:pPr>
        <w:pStyle w:val="Listepuces"/>
      </w:pPr>
      <w:r>
        <w:t>**Certifications**: ICF (International Coach Federation) PCC or MCC preferred</w:t>
      </w:r>
    </w:p>
    <w:p w14:paraId="344A68DD" w14:textId="77777777" w:rsidR="00495879" w:rsidRDefault="00000000">
      <w:pPr>
        <w:pStyle w:val="Listepuces"/>
      </w:pPr>
      <w:r>
        <w:t>**Industry**: Experience with SMBs ($1M-$10M revenue)</w:t>
      </w:r>
    </w:p>
    <w:p w14:paraId="25A5BC74" w14:textId="77777777" w:rsidR="00495879" w:rsidRDefault="00000000">
      <w:pPr>
        <w:pStyle w:val="Listepuces"/>
      </w:pPr>
      <w:r>
        <w:t>**Traits**: Warm but challenging, strategic thinker, tech-savvy</w:t>
      </w:r>
    </w:p>
    <w:p w14:paraId="623B83A2" w14:textId="77777777" w:rsidR="00495879" w:rsidRDefault="00000000">
      <w:pPr>
        <w:pStyle w:val="Listepuces"/>
      </w:pPr>
      <w:r>
        <w:t>**Culture fit**: Aligns with GBCM values (see Culture section)</w:t>
      </w:r>
    </w:p>
    <w:p w14:paraId="2035C15C" w14:textId="77777777" w:rsidR="00495879" w:rsidRDefault="00000000">
      <w:r>
        <w:rPr>
          <w:b/>
        </w:rPr>
        <w:t>Compensation</w:t>
      </w:r>
      <w:r>
        <w:t>:</w:t>
      </w:r>
    </w:p>
    <w:p w14:paraId="4947A24A" w14:textId="77777777" w:rsidR="00495879" w:rsidRDefault="00000000">
      <w:pPr>
        <w:pStyle w:val="Listepuces"/>
      </w:pPr>
      <w:r>
        <w:t>**Base Salary**: $80K/year</w:t>
      </w:r>
    </w:p>
    <w:p w14:paraId="5C29CFBE" w14:textId="77777777" w:rsidR="00495879" w:rsidRDefault="00000000">
      <w:pPr>
        <w:pStyle w:val="Listepuces"/>
      </w:pPr>
      <w:r>
        <w:t>**Performance Bonus**: $10K (if clients rate 4.5+ AND 80% renewal)</w:t>
      </w:r>
    </w:p>
    <w:p w14:paraId="4B138437" w14:textId="77777777" w:rsidR="00495879" w:rsidRDefault="00000000">
      <w:pPr>
        <w:pStyle w:val="Listepuces"/>
      </w:pPr>
      <w:r>
        <w:t>**Benefits**: Health insurance ($10K), 401(k) match (4% = $3.2K)</w:t>
      </w:r>
    </w:p>
    <w:p w14:paraId="46C403CD" w14:textId="77777777" w:rsidR="00495879" w:rsidRDefault="00000000">
      <w:pPr>
        <w:pStyle w:val="Listepuces"/>
      </w:pPr>
      <w:r>
        <w:t>**Professional Development**: $3K/year (conferences, certifications)</w:t>
      </w:r>
    </w:p>
    <w:p w14:paraId="68D2B6CC" w14:textId="77777777" w:rsidR="00495879" w:rsidRDefault="00000000">
      <w:pPr>
        <w:pStyle w:val="Listepuces"/>
      </w:pPr>
      <w:r>
        <w:t>**Total Comp**: $106K</w:t>
      </w:r>
    </w:p>
    <w:p w14:paraId="76BB9C74" w14:textId="77777777" w:rsidR="00495879" w:rsidRDefault="00000000">
      <w:r>
        <w:rPr>
          <w:b/>
        </w:rPr>
        <w:t>Where to Find</w:t>
      </w:r>
      <w:r>
        <w:t>:</w:t>
      </w:r>
    </w:p>
    <w:p w14:paraId="166E0102" w14:textId="77777777" w:rsidR="00495879" w:rsidRDefault="00000000">
      <w:pPr>
        <w:pStyle w:val="Listepuces"/>
      </w:pPr>
      <w:r>
        <w:t>ICF (International Coach Federation) directory</w:t>
      </w:r>
    </w:p>
    <w:p w14:paraId="15296EBD" w14:textId="77777777" w:rsidR="00495879" w:rsidRDefault="00000000">
      <w:pPr>
        <w:pStyle w:val="Listepuces"/>
      </w:pPr>
      <w:r>
        <w:t>LinkedIn (search "Business Coach" + "Scale" + "SMB")</w:t>
      </w:r>
    </w:p>
    <w:p w14:paraId="718A074C" w14:textId="77777777" w:rsidR="00495879" w:rsidRDefault="00000000">
      <w:pPr>
        <w:pStyle w:val="Listepuces"/>
      </w:pPr>
      <w:r>
        <w:lastRenderedPageBreak/>
        <w:t>Vistage, EO (poach chairs/facilitators - they know our market)</w:t>
      </w:r>
    </w:p>
    <w:p w14:paraId="5746E91E" w14:textId="77777777" w:rsidR="00495879" w:rsidRDefault="00000000">
      <w:pPr>
        <w:pStyle w:val="Listepuces"/>
      </w:pPr>
      <w:r>
        <w:t>Referrals from our existing clients ("Who's the best coach you've worked with?")</w:t>
      </w:r>
    </w:p>
    <w:p w14:paraId="5669FD23" w14:textId="77777777" w:rsidR="00495879" w:rsidRDefault="00000000">
      <w:r>
        <w:rPr>
          <w:b/>
        </w:rPr>
        <w:t>Onboarding</w:t>
      </w:r>
      <w:r>
        <w:t xml:space="preserve"> (6 weeks):</w:t>
      </w:r>
    </w:p>
    <w:p w14:paraId="3B210E5E" w14:textId="77777777" w:rsidR="00495879" w:rsidRDefault="00000000">
      <w:pPr>
        <w:pStyle w:val="Listepuces"/>
      </w:pPr>
      <w:r>
        <w:t>Week 1-2: Learn GBCM methodologies (Scale Framework, DTC, SLS)</w:t>
      </w:r>
    </w:p>
    <w:p w14:paraId="7E310024" w14:textId="77777777" w:rsidR="00495879" w:rsidRDefault="00000000">
      <w:pPr>
        <w:pStyle w:val="Listepuces"/>
      </w:pPr>
      <w:r>
        <w:t>Week 3-4: Shadow founder (2 workshops, 5 1-on-1s)</w:t>
      </w:r>
    </w:p>
    <w:p w14:paraId="38DF56AC" w14:textId="77777777" w:rsidR="00495879" w:rsidRDefault="00000000">
      <w:pPr>
        <w:pStyle w:val="Listepuces"/>
      </w:pPr>
      <w:r>
        <w:t>Week 5: Co-facilitate workshop with founder</w:t>
      </w:r>
    </w:p>
    <w:p w14:paraId="6B0CC60B" w14:textId="77777777" w:rsidR="00495879" w:rsidRDefault="00000000">
      <w:pPr>
        <w:pStyle w:val="Listepuces"/>
      </w:pPr>
      <w:r>
        <w:t>Week 6: Lead workshop solo (founder observes, gives feedback)</w:t>
      </w:r>
    </w:p>
    <w:p w14:paraId="641691B9" w14:textId="77777777" w:rsidR="00495879" w:rsidRDefault="00000000">
      <w:pPr>
        <w:pStyle w:val="Listepuces"/>
      </w:pPr>
      <w:r>
        <w:t>Ongoing: Bi-weekly coaching supervision (founder coaches the coach)</w:t>
      </w:r>
    </w:p>
    <w:p w14:paraId="50E15E9E" w14:textId="77777777" w:rsidR="00495879" w:rsidRDefault="00000000">
      <w:r>
        <w:rPr>
          <w:b/>
        </w:rPr>
        <w:t>Success Metrics</w:t>
      </w:r>
      <w:r>
        <w:t xml:space="preserve"> (First 90 Days):</w:t>
      </w:r>
    </w:p>
    <w:p w14:paraId="70F7A943" w14:textId="77777777" w:rsidR="00495879" w:rsidRDefault="00000000">
      <w:pPr>
        <w:pStyle w:val="Listepuces"/>
      </w:pPr>
      <w:r>
        <w:t>Client rating: 4.3+ average (rising to 4.5+ by Month 6)</w:t>
      </w:r>
    </w:p>
    <w:p w14:paraId="682575AF" w14:textId="77777777" w:rsidR="00495879" w:rsidRDefault="00000000">
      <w:pPr>
        <w:pStyle w:val="Listepuces"/>
      </w:pPr>
      <w:r>
        <w:t>Methodology fluency: Can explain all 3 frameworks without notes</w:t>
      </w:r>
    </w:p>
    <w:p w14:paraId="0020AEA4" w14:textId="77777777" w:rsidR="00495879" w:rsidRDefault="00000000">
      <w:pPr>
        <w:pStyle w:val="Listepuces"/>
      </w:pPr>
      <w:r>
        <w:t>Platform mastery: Troubleshoot 80% of client tech questions</w:t>
      </w:r>
    </w:p>
    <w:p w14:paraId="00D88AEB" w14:textId="77777777" w:rsidR="00495879" w:rsidRDefault="00000000">
      <w:pPr>
        <w:pStyle w:val="Listepuces"/>
      </w:pPr>
      <w:r>
        <w:t>Culture: Team votes "Yes, great hire" at 90-day review</w:t>
      </w:r>
    </w:p>
    <w:p w14:paraId="0E561BD6" w14:textId="77777777" w:rsidR="00495879" w:rsidRDefault="00000000">
      <w:r>
        <w:t>________________________________________________________________________________</w:t>
      </w:r>
    </w:p>
    <w:p w14:paraId="1876A704" w14:textId="77777777" w:rsidR="00495879" w:rsidRDefault="00000000">
      <w:pPr>
        <w:pStyle w:val="Titre3"/>
      </w:pPr>
      <w:r>
        <w:t>Year 3 Hires (2028)</w:t>
      </w:r>
    </w:p>
    <w:p w14:paraId="1AF1FB14" w14:textId="77777777" w:rsidR="00495879" w:rsidRDefault="00000000">
      <w:r>
        <w:rPr>
          <w:b/>
        </w:rPr>
        <w:t>Hire #4: Promote VA to Operations Manager (January 2028) - 1.0 FTE</w:t>
      </w:r>
    </w:p>
    <w:p w14:paraId="5039F1B3" w14:textId="77777777" w:rsidR="00495879" w:rsidRDefault="00000000">
      <w:r>
        <w:rPr>
          <w:b/>
        </w:rPr>
        <w:t>Why Now</w:t>
      </w:r>
      <w:r>
        <w:t>: VA has been with us 2 years, knows operations inside-out, team growing</w:t>
      </w:r>
    </w:p>
    <w:p w14:paraId="59FA4C26" w14:textId="77777777" w:rsidR="00495879" w:rsidRDefault="00000000">
      <w:r>
        <w:rPr>
          <w:b/>
        </w:rPr>
        <w:t>New Responsibilities</w:t>
      </w:r>
      <w:r>
        <w:t>:</w:t>
      </w:r>
    </w:p>
    <w:p w14:paraId="72482BC3" w14:textId="77777777" w:rsidR="00495879" w:rsidRDefault="00000000">
      <w:pPr>
        <w:pStyle w:val="Listepuces"/>
      </w:pPr>
      <w:r>
        <w:t>Manage all operations (finance, legal, HR, admin)</w:t>
      </w:r>
    </w:p>
    <w:p w14:paraId="55C3CF80" w14:textId="77777777" w:rsidR="00495879" w:rsidRDefault="00000000">
      <w:pPr>
        <w:pStyle w:val="Listepuces"/>
      </w:pPr>
      <w:r>
        <w:t>Vendor management (negotiate contracts, review performance)</w:t>
      </w:r>
    </w:p>
    <w:p w14:paraId="53FC3E7C" w14:textId="77777777" w:rsidR="00495879" w:rsidRDefault="00000000">
      <w:pPr>
        <w:pStyle w:val="Listepuces"/>
      </w:pPr>
      <w:r>
        <w:t>Team coordination (schedule meetings, ensure alignment)</w:t>
      </w:r>
    </w:p>
    <w:p w14:paraId="0EF604D9" w14:textId="77777777" w:rsidR="00495879" w:rsidRDefault="00000000">
      <w:pPr>
        <w:pStyle w:val="Listepuces"/>
      </w:pPr>
      <w:r>
        <w:t>Platform administration (user management, content uploads)</w:t>
      </w:r>
    </w:p>
    <w:p w14:paraId="0F24BE98" w14:textId="77777777" w:rsidR="00495879" w:rsidRDefault="00000000">
      <w:pPr>
        <w:pStyle w:val="Listepuces"/>
      </w:pPr>
      <w:r>
        <w:t>Client support escalation (handle complex issues)</w:t>
      </w:r>
    </w:p>
    <w:p w14:paraId="0FB084D2" w14:textId="77777777" w:rsidR="00495879" w:rsidRDefault="00000000">
      <w:pPr>
        <w:pStyle w:val="Listepuces"/>
      </w:pPr>
      <w:r>
        <w:t>Reporting (weekly metrics dashboard, monthly financials)</w:t>
      </w:r>
    </w:p>
    <w:p w14:paraId="01E4173A" w14:textId="77777777" w:rsidR="00495879" w:rsidRDefault="00000000">
      <w:r>
        <w:rPr>
          <w:b/>
        </w:rPr>
        <w:t>Compensation</w:t>
      </w:r>
      <w:r>
        <w:t>:</w:t>
      </w:r>
    </w:p>
    <w:p w14:paraId="265BC29F" w14:textId="77777777" w:rsidR="00495879" w:rsidRDefault="00000000">
      <w:pPr>
        <w:pStyle w:val="Listepuces"/>
      </w:pPr>
      <w:r>
        <w:t>**Salary**: $55K/year (vs $24K as VA - well-deserved raise!)</w:t>
      </w:r>
    </w:p>
    <w:p w14:paraId="29460A3C" w14:textId="77777777" w:rsidR="00495879" w:rsidRDefault="00000000">
      <w:pPr>
        <w:pStyle w:val="Listepuces"/>
      </w:pPr>
      <w:r>
        <w:t>**Bonus**: $5K (if operational KPIs hit: &lt;5% churn, 99.5% uptime, NPS 50+)</w:t>
      </w:r>
    </w:p>
    <w:p w14:paraId="7F035A50" w14:textId="77777777" w:rsidR="00495879" w:rsidRDefault="00000000">
      <w:pPr>
        <w:pStyle w:val="Listepuces"/>
      </w:pPr>
      <w:r>
        <w:t>**Benefits**: Health insurance ($10K), 401(k) match ($2.2K)</w:t>
      </w:r>
    </w:p>
    <w:p w14:paraId="3EACA9F2" w14:textId="77777777" w:rsidR="00495879" w:rsidRDefault="00000000">
      <w:pPr>
        <w:pStyle w:val="Listepuces"/>
      </w:pPr>
      <w:r>
        <w:t>**Total Comp**: $72K</w:t>
      </w:r>
    </w:p>
    <w:p w14:paraId="01007E90" w14:textId="77777777" w:rsidR="00495879" w:rsidRDefault="00000000">
      <w:r>
        <w:rPr>
          <w:b/>
        </w:rPr>
        <w:t>Onboarding</w:t>
      </w:r>
      <w:r>
        <w:t>:</w:t>
      </w:r>
    </w:p>
    <w:p w14:paraId="0B03FF08" w14:textId="77777777" w:rsidR="00495879" w:rsidRDefault="00000000">
      <w:pPr>
        <w:pStyle w:val="Listepuces"/>
      </w:pPr>
      <w:r>
        <w:t>Already knows business intimately (2 years as VA)</w:t>
      </w:r>
    </w:p>
    <w:p w14:paraId="335B8989" w14:textId="77777777" w:rsidR="00495879" w:rsidRDefault="00000000">
      <w:pPr>
        <w:pStyle w:val="Listepuces"/>
      </w:pPr>
      <w:r>
        <w:t>Training: 4 weeks on new responsibilities (finance software, vendor contracts, HR basics)</w:t>
      </w:r>
    </w:p>
    <w:p w14:paraId="59B81184" w14:textId="77777777" w:rsidR="00495879" w:rsidRDefault="00000000">
      <w:pPr>
        <w:pStyle w:val="Listepuces"/>
      </w:pPr>
      <w:r>
        <w:lastRenderedPageBreak/>
        <w:t>Founder delegates 90% of admin work (finally!)</w:t>
      </w:r>
    </w:p>
    <w:p w14:paraId="0584D4C1" w14:textId="77777777" w:rsidR="00495879" w:rsidRDefault="00000000">
      <w:r>
        <w:t>________________________________________________________________________________</w:t>
      </w:r>
    </w:p>
    <w:p w14:paraId="53E2992C" w14:textId="77777777" w:rsidR="00495879" w:rsidRDefault="00000000">
      <w:r>
        <w:rPr>
          <w:b/>
        </w:rPr>
        <w:t>Hire #5: Sales Manager (Full-Time) - January 2028</w:t>
      </w:r>
    </w:p>
    <w:p w14:paraId="371B1B81" w14:textId="77777777" w:rsidR="00495879" w:rsidRDefault="00000000">
      <w:r>
        <w:rPr>
          <w:b/>
        </w:rPr>
        <w:t>Why</w:t>
      </w:r>
      <w:r>
        <w:t>: Convert part-time Sales Manager to full-time</w:t>
      </w:r>
    </w:p>
    <w:p w14:paraId="25FAFAA2" w14:textId="77777777" w:rsidR="00495879" w:rsidRDefault="00000000">
      <w:r>
        <w:rPr>
          <w:b/>
        </w:rPr>
        <w:t>New Responsibilities</w:t>
      </w:r>
      <w:r>
        <w:t>:</w:t>
      </w:r>
    </w:p>
    <w:p w14:paraId="286DD95E" w14:textId="77777777" w:rsidR="00495879" w:rsidRDefault="00000000">
      <w:pPr>
        <w:pStyle w:val="Listepuces"/>
      </w:pPr>
      <w:r>
        <w:t>Increase quota: 20 → 40 clients/year</w:t>
      </w:r>
    </w:p>
    <w:p w14:paraId="1938ADB0" w14:textId="77777777" w:rsidR="00495879" w:rsidRDefault="00000000">
      <w:pPr>
        <w:pStyle w:val="Listepuces"/>
      </w:pPr>
      <w:r>
        <w:t>Build sales process (playbooks, training materials)</w:t>
      </w:r>
    </w:p>
    <w:p w14:paraId="2E6BF7CE" w14:textId="77777777" w:rsidR="00495879" w:rsidRDefault="00000000">
      <w:pPr>
        <w:pStyle w:val="Listepuces"/>
      </w:pPr>
      <w:r>
        <w:t>Manage partnerships (expand from 10 to 30 partners)</w:t>
      </w:r>
    </w:p>
    <w:p w14:paraId="7F0E5C85" w14:textId="77777777" w:rsidR="00495879" w:rsidRDefault="00000000">
      <w:pPr>
        <w:pStyle w:val="Listepuces"/>
      </w:pPr>
      <w:r>
        <w:t>Optimize funnel (A/B test scripts, landing pages, pricing)</w:t>
      </w:r>
    </w:p>
    <w:p w14:paraId="65004D7B" w14:textId="77777777" w:rsidR="00495879" w:rsidRDefault="00000000">
      <w:r>
        <w:rPr>
          <w:b/>
        </w:rPr>
        <w:t>Compensation</w:t>
      </w:r>
      <w:r>
        <w:t>:</w:t>
      </w:r>
    </w:p>
    <w:p w14:paraId="57A94891" w14:textId="77777777" w:rsidR="00495879" w:rsidRDefault="00000000">
      <w:pPr>
        <w:pStyle w:val="Listepuces"/>
      </w:pPr>
      <w:r>
        <w:t>**Base**: $75K/year (up from $60K)</w:t>
      </w:r>
    </w:p>
    <w:p w14:paraId="1451B733" w14:textId="77777777" w:rsidR="00495879" w:rsidRDefault="00000000">
      <w:pPr>
        <w:pStyle w:val="Listepuces"/>
      </w:pPr>
      <w:r>
        <w:t>**Commission**: Same 5% structure</w:t>
      </w:r>
    </w:p>
    <w:p w14:paraId="1DEDCECF" w14:textId="77777777" w:rsidR="00495879" w:rsidRDefault="00000000">
      <w:pPr>
        <w:pStyle w:val="Listepuces"/>
      </w:pPr>
      <w:r>
        <w:t>**OTE**: $120K (if closes $900K in contracts)</w:t>
      </w:r>
    </w:p>
    <w:p w14:paraId="4723A647" w14:textId="77777777" w:rsidR="00495879" w:rsidRDefault="00000000">
      <w:pPr>
        <w:pStyle w:val="Listepuces"/>
      </w:pPr>
      <w:r>
        <w:t>**Total Comp**: $130K (with benefits)</w:t>
      </w:r>
    </w:p>
    <w:p w14:paraId="3DAECBC8" w14:textId="77777777" w:rsidR="00495879" w:rsidRDefault="00000000">
      <w:r>
        <w:t>________________________________________________________________________________</w:t>
      </w:r>
    </w:p>
    <w:p w14:paraId="75CC9743" w14:textId="77777777" w:rsidR="00495879" w:rsidRDefault="00000000">
      <w:r>
        <w:rPr>
          <w:b/>
        </w:rPr>
        <w:t>Hire #6: Marketing Manager (September 2028) - 0.5 FTE</w:t>
      </w:r>
    </w:p>
    <w:p w14:paraId="44D3DCDA" w14:textId="77777777" w:rsidR="00495879" w:rsidRDefault="00000000">
      <w:r>
        <w:rPr>
          <w:b/>
        </w:rPr>
        <w:t>Why Now</w:t>
      </w:r>
      <w:r>
        <w:t>: Content creation burden on founder, need SEO/paid ads expert</w:t>
      </w:r>
    </w:p>
    <w:p w14:paraId="0ECC663F" w14:textId="77777777" w:rsidR="00495879" w:rsidRDefault="00000000">
      <w:r>
        <w:rPr>
          <w:b/>
        </w:rPr>
        <w:t>Responsibilities</w:t>
      </w:r>
      <w:r>
        <w:t>:</w:t>
      </w:r>
    </w:p>
    <w:p w14:paraId="527B4A90" w14:textId="77777777" w:rsidR="00495879" w:rsidRDefault="00000000">
      <w:pPr>
        <w:pStyle w:val="Listepuces"/>
      </w:pPr>
      <w:r>
        <w:t>Content strategy &amp; creation (2 blog posts/week, 5 LinkedIn posts/week)</w:t>
      </w:r>
    </w:p>
    <w:p w14:paraId="5EE861AF" w14:textId="77777777" w:rsidR="00495879" w:rsidRDefault="00000000">
      <w:pPr>
        <w:pStyle w:val="Listepuces"/>
      </w:pPr>
      <w:r>
        <w:t>SEO optimization (keyword research, backlink building, rank tracking)</w:t>
      </w:r>
    </w:p>
    <w:p w14:paraId="13F85B95" w14:textId="77777777" w:rsidR="00495879" w:rsidRDefault="00000000">
      <w:pPr>
        <w:pStyle w:val="Listepuces"/>
      </w:pPr>
      <w:r>
        <w:t>Paid advertising (LinkedIn, Google Ads - manage $150K budget)</w:t>
      </w:r>
    </w:p>
    <w:p w14:paraId="39DE10E9" w14:textId="77777777" w:rsidR="00495879" w:rsidRDefault="00000000">
      <w:pPr>
        <w:pStyle w:val="Listepuces"/>
      </w:pPr>
      <w:r>
        <w:t>Email marketing (write newsletters, nurture sequences)</w:t>
      </w:r>
    </w:p>
    <w:p w14:paraId="173B93D0" w14:textId="77777777" w:rsidR="00495879" w:rsidRDefault="00000000">
      <w:pPr>
        <w:pStyle w:val="Listepuces"/>
      </w:pPr>
      <w:r>
        <w:t>Analytics (track CAC, conversion rates, optimize channels)</w:t>
      </w:r>
    </w:p>
    <w:p w14:paraId="63A24BE1" w14:textId="77777777" w:rsidR="00495879" w:rsidRDefault="00000000">
      <w:r>
        <w:rPr>
          <w:b/>
        </w:rPr>
        <w:t>Profile</w:t>
      </w:r>
      <w:r>
        <w:t>:</w:t>
      </w:r>
    </w:p>
    <w:p w14:paraId="6445F537" w14:textId="77777777" w:rsidR="00495879" w:rsidRDefault="00000000">
      <w:pPr>
        <w:pStyle w:val="Listepuces"/>
      </w:pPr>
      <w:r>
        <w:t>**Experience**: 3-5 years digital marketing (B2B preferred)</w:t>
      </w:r>
    </w:p>
    <w:p w14:paraId="6ADD3032" w14:textId="77777777" w:rsidR="00495879" w:rsidRDefault="00000000">
      <w:pPr>
        <w:pStyle w:val="Listepuces"/>
      </w:pPr>
      <w:r>
        <w:t>**Skills**: SEO expert, copywriting, Google Analytics, Meta/LinkedIn Ads</w:t>
      </w:r>
    </w:p>
    <w:p w14:paraId="428ED99D" w14:textId="77777777" w:rsidR="00495879" w:rsidRDefault="00000000">
      <w:pPr>
        <w:pStyle w:val="Listepuces"/>
      </w:pPr>
      <w:r>
        <w:t>**Traits**: Creative, data-driven, self-starter</w:t>
      </w:r>
    </w:p>
    <w:p w14:paraId="7D3F21CA" w14:textId="77777777" w:rsidR="00495879" w:rsidRDefault="00000000">
      <w:pPr>
        <w:pStyle w:val="Listepuces"/>
      </w:pPr>
      <w:r>
        <w:t>**Nice-to-have**: Background in coaching/consulting industry</w:t>
      </w:r>
    </w:p>
    <w:p w14:paraId="7A0046B4" w14:textId="77777777" w:rsidR="00495879" w:rsidRDefault="00000000">
      <w:r>
        <w:rPr>
          <w:b/>
        </w:rPr>
        <w:t>Compensation</w:t>
      </w:r>
      <w:r>
        <w:t>:</w:t>
      </w:r>
    </w:p>
    <w:p w14:paraId="77A55F33" w14:textId="77777777" w:rsidR="00495879" w:rsidRDefault="00000000">
      <w:pPr>
        <w:pStyle w:val="Listepuces"/>
      </w:pPr>
      <w:r>
        <w:t>**Salary**: $65K/year (0.5 FTE = $32.5K Year 1)</w:t>
      </w:r>
    </w:p>
    <w:p w14:paraId="1E421274" w14:textId="77777777" w:rsidR="00495879" w:rsidRDefault="00000000">
      <w:pPr>
        <w:pStyle w:val="Listepuces"/>
      </w:pPr>
      <w:r>
        <w:t>**Performance Bonus**: $5K (if CAC &lt;$4K AND MQL target hit)</w:t>
      </w:r>
    </w:p>
    <w:p w14:paraId="67CAA768" w14:textId="77777777" w:rsidR="00495879" w:rsidRDefault="00000000">
      <w:pPr>
        <w:pStyle w:val="Listepuces"/>
      </w:pPr>
      <w:r>
        <w:t>**Total Comp**: $70K (when full-time Year 4)</w:t>
      </w:r>
    </w:p>
    <w:p w14:paraId="6485349E" w14:textId="77777777" w:rsidR="00495879" w:rsidRDefault="00000000">
      <w:r>
        <w:rPr>
          <w:b/>
        </w:rPr>
        <w:lastRenderedPageBreak/>
        <w:t>Where to Find</w:t>
      </w:r>
      <w:r>
        <w:t>:</w:t>
      </w:r>
    </w:p>
    <w:p w14:paraId="65408A8E" w14:textId="77777777" w:rsidR="00495879" w:rsidRDefault="00000000">
      <w:pPr>
        <w:pStyle w:val="Listepuces"/>
      </w:pPr>
      <w:r>
        <w:t>LinkedIn (search "B2B Marketing Manager")</w:t>
      </w:r>
    </w:p>
    <w:p w14:paraId="78105EC5" w14:textId="77777777" w:rsidR="00495879" w:rsidRDefault="00000000">
      <w:pPr>
        <w:pStyle w:val="Listepuces"/>
      </w:pPr>
      <w:r>
        <w:t>Indeed, AngelList</w:t>
      </w:r>
    </w:p>
    <w:p w14:paraId="2710AF11" w14:textId="77777777" w:rsidR="00495879" w:rsidRDefault="00000000">
      <w:pPr>
        <w:pStyle w:val="Listepuces"/>
      </w:pPr>
      <w:r>
        <w:t>Marketing agencies (poach junior talent)</w:t>
      </w:r>
    </w:p>
    <w:p w14:paraId="4618F09F" w14:textId="77777777" w:rsidR="00495879" w:rsidRDefault="00000000">
      <w:r>
        <w:t>________________________________________________________________________________</w:t>
      </w:r>
    </w:p>
    <w:p w14:paraId="45D3EE9C" w14:textId="77777777" w:rsidR="00495879" w:rsidRDefault="00000000">
      <w:pPr>
        <w:pStyle w:val="Titre3"/>
      </w:pPr>
      <w:r>
        <w:t>Hiring Timeline Summary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1DF9465A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E75B142" w14:textId="77777777" w:rsidR="00495879" w:rsidRDefault="00000000">
            <w:r>
              <w:rPr>
                <w:sz w:val="20"/>
              </w:rPr>
              <w:t>Quarter</w:t>
            </w:r>
          </w:p>
        </w:tc>
        <w:tc>
          <w:tcPr>
            <w:tcW w:w="1728" w:type="dxa"/>
          </w:tcPr>
          <w:p w14:paraId="341E21F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Hire</w:t>
            </w:r>
          </w:p>
        </w:tc>
        <w:tc>
          <w:tcPr>
            <w:tcW w:w="1728" w:type="dxa"/>
          </w:tcPr>
          <w:p w14:paraId="0309FDA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FTE</w:t>
            </w:r>
          </w:p>
        </w:tc>
        <w:tc>
          <w:tcPr>
            <w:tcW w:w="1728" w:type="dxa"/>
          </w:tcPr>
          <w:p w14:paraId="3154283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Annual Cost</w:t>
            </w:r>
          </w:p>
        </w:tc>
        <w:tc>
          <w:tcPr>
            <w:tcW w:w="1728" w:type="dxa"/>
          </w:tcPr>
          <w:p w14:paraId="0496885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Cumulative Payroll</w:t>
            </w:r>
          </w:p>
        </w:tc>
      </w:tr>
      <w:tr w:rsidR="00495879" w14:paraId="027B4C2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F0CAEE0" w14:textId="77777777" w:rsidR="00495879" w:rsidRDefault="00000000">
            <w:r>
              <w:t>**2026 Q1**</w:t>
            </w:r>
          </w:p>
        </w:tc>
        <w:tc>
          <w:tcPr>
            <w:tcW w:w="1728" w:type="dxa"/>
          </w:tcPr>
          <w:p w14:paraId="249DD2D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Virtual Assistant</w:t>
            </w:r>
          </w:p>
        </w:tc>
        <w:tc>
          <w:tcPr>
            <w:tcW w:w="1728" w:type="dxa"/>
          </w:tcPr>
          <w:p w14:paraId="55AD771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1728" w:type="dxa"/>
          </w:tcPr>
          <w:p w14:paraId="7ABF6F8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$24K</w:t>
            </w:r>
          </w:p>
        </w:tc>
        <w:tc>
          <w:tcPr>
            <w:tcW w:w="1728" w:type="dxa"/>
          </w:tcPr>
          <w:p w14:paraId="1D2729C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$24K</w:t>
            </w:r>
          </w:p>
        </w:tc>
      </w:tr>
      <w:tr w:rsidR="00495879" w14:paraId="7D369B5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F25543A" w14:textId="77777777" w:rsidR="00495879" w:rsidRDefault="00000000">
            <w:r>
              <w:t>**2027 Q2**</w:t>
            </w:r>
          </w:p>
        </w:tc>
        <w:tc>
          <w:tcPr>
            <w:tcW w:w="1728" w:type="dxa"/>
          </w:tcPr>
          <w:p w14:paraId="661D09A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Sales Manager</w:t>
            </w:r>
          </w:p>
        </w:tc>
        <w:tc>
          <w:tcPr>
            <w:tcW w:w="1728" w:type="dxa"/>
          </w:tcPr>
          <w:p w14:paraId="0308B26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1728" w:type="dxa"/>
          </w:tcPr>
          <w:p w14:paraId="7FAFCAC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$45K</w:t>
            </w:r>
          </w:p>
        </w:tc>
        <w:tc>
          <w:tcPr>
            <w:tcW w:w="1728" w:type="dxa"/>
          </w:tcPr>
          <w:p w14:paraId="16029C6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$69K</w:t>
            </w:r>
          </w:p>
        </w:tc>
      </w:tr>
      <w:tr w:rsidR="00495879" w14:paraId="2CC070F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2F251D7" w14:textId="77777777" w:rsidR="00495879" w:rsidRDefault="00000000">
            <w:r>
              <w:t>**2027 Q3**</w:t>
            </w:r>
          </w:p>
        </w:tc>
        <w:tc>
          <w:tcPr>
            <w:tcW w:w="1728" w:type="dxa"/>
          </w:tcPr>
          <w:p w14:paraId="153A7B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Senior Coach</w:t>
            </w:r>
          </w:p>
        </w:tc>
        <w:tc>
          <w:tcPr>
            <w:tcW w:w="1728" w:type="dxa"/>
          </w:tcPr>
          <w:p w14:paraId="7F8F624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1.0</w:t>
            </w:r>
          </w:p>
        </w:tc>
        <w:tc>
          <w:tcPr>
            <w:tcW w:w="1728" w:type="dxa"/>
          </w:tcPr>
          <w:p w14:paraId="3ABB609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$106K</w:t>
            </w:r>
          </w:p>
        </w:tc>
        <w:tc>
          <w:tcPr>
            <w:tcW w:w="1728" w:type="dxa"/>
          </w:tcPr>
          <w:p w14:paraId="41747BD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$175K</w:t>
            </w:r>
          </w:p>
        </w:tc>
      </w:tr>
      <w:tr w:rsidR="00495879" w14:paraId="510B4B1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DBA05CC" w14:textId="77777777" w:rsidR="00495879" w:rsidRDefault="00000000">
            <w:r>
              <w:t>**2028 Q1**</w:t>
            </w:r>
          </w:p>
        </w:tc>
        <w:tc>
          <w:tcPr>
            <w:tcW w:w="1728" w:type="dxa"/>
          </w:tcPr>
          <w:p w14:paraId="147D560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Ops Mgr (promote VA)</w:t>
            </w:r>
          </w:p>
        </w:tc>
        <w:tc>
          <w:tcPr>
            <w:tcW w:w="1728" w:type="dxa"/>
          </w:tcPr>
          <w:p w14:paraId="275AFCC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1.0</w:t>
            </w:r>
          </w:p>
        </w:tc>
        <w:tc>
          <w:tcPr>
            <w:tcW w:w="1728" w:type="dxa"/>
          </w:tcPr>
          <w:p w14:paraId="68A01FC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$72K (+$48K)</w:t>
            </w:r>
          </w:p>
        </w:tc>
        <w:tc>
          <w:tcPr>
            <w:tcW w:w="1728" w:type="dxa"/>
          </w:tcPr>
          <w:p w14:paraId="61F00C0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$223K</w:t>
            </w:r>
          </w:p>
        </w:tc>
      </w:tr>
      <w:tr w:rsidR="00495879" w14:paraId="1E0D058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94D125E" w14:textId="77777777" w:rsidR="00495879" w:rsidRDefault="00000000">
            <w:r>
              <w:t>**2028 Q1**</w:t>
            </w:r>
          </w:p>
        </w:tc>
        <w:tc>
          <w:tcPr>
            <w:tcW w:w="1728" w:type="dxa"/>
          </w:tcPr>
          <w:p w14:paraId="5CC6658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Sales Manager (FT)</w:t>
            </w:r>
          </w:p>
        </w:tc>
        <w:tc>
          <w:tcPr>
            <w:tcW w:w="1728" w:type="dxa"/>
          </w:tcPr>
          <w:p w14:paraId="4231F3E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1.0</w:t>
            </w:r>
          </w:p>
        </w:tc>
        <w:tc>
          <w:tcPr>
            <w:tcW w:w="1728" w:type="dxa"/>
          </w:tcPr>
          <w:p w14:paraId="1166315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$130K (+$55K)</w:t>
            </w:r>
          </w:p>
        </w:tc>
        <w:tc>
          <w:tcPr>
            <w:tcW w:w="1728" w:type="dxa"/>
          </w:tcPr>
          <w:p w14:paraId="1880BE3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$278K</w:t>
            </w:r>
          </w:p>
        </w:tc>
      </w:tr>
      <w:tr w:rsidR="00495879" w14:paraId="4B4C8FE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49956C4" w14:textId="77777777" w:rsidR="00495879" w:rsidRDefault="00000000">
            <w:r>
              <w:t>**2028 Q3**</w:t>
            </w:r>
          </w:p>
        </w:tc>
        <w:tc>
          <w:tcPr>
            <w:tcW w:w="1728" w:type="dxa"/>
          </w:tcPr>
          <w:p w14:paraId="39A297C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Marketing Manager</w:t>
            </w:r>
          </w:p>
        </w:tc>
        <w:tc>
          <w:tcPr>
            <w:tcW w:w="1728" w:type="dxa"/>
          </w:tcPr>
          <w:p w14:paraId="2DA5DA2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0.5</w:t>
            </w:r>
          </w:p>
        </w:tc>
        <w:tc>
          <w:tcPr>
            <w:tcW w:w="1728" w:type="dxa"/>
          </w:tcPr>
          <w:p w14:paraId="4EAEE5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$70K</w:t>
            </w:r>
          </w:p>
        </w:tc>
        <w:tc>
          <w:tcPr>
            <w:tcW w:w="1728" w:type="dxa"/>
          </w:tcPr>
          <w:p w14:paraId="26B00F6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$348K</w:t>
            </w:r>
          </w:p>
        </w:tc>
      </w:tr>
    </w:tbl>
    <w:p w14:paraId="533A744D" w14:textId="77777777" w:rsidR="00495879" w:rsidRDefault="00495879"/>
    <w:p w14:paraId="048C9BD2" w14:textId="77777777" w:rsidR="00495879" w:rsidRDefault="00000000">
      <w:r>
        <w:rPr>
          <w:b/>
        </w:rPr>
        <w:t>Notes</w:t>
      </w:r>
      <w:r>
        <w:t>:</w:t>
      </w:r>
    </w:p>
    <w:p w14:paraId="214285B5" w14:textId="77777777" w:rsidR="00495879" w:rsidRDefault="00000000">
      <w:pPr>
        <w:pStyle w:val="Listepuces"/>
      </w:pPr>
      <w:r>
        <w:t>Costs include salary + commissions + benefits + taxes (est. 20% burden)</w:t>
      </w:r>
    </w:p>
    <w:p w14:paraId="10102FFF" w14:textId="77777777" w:rsidR="00495879" w:rsidRDefault="00000000">
      <w:pPr>
        <w:pStyle w:val="Listepuces"/>
      </w:pPr>
      <w:r>
        <w:t>Year 1 payroll: $24K (13% of revenue)</w:t>
      </w:r>
    </w:p>
    <w:p w14:paraId="580E08CD" w14:textId="77777777" w:rsidR="00495879" w:rsidRDefault="00000000">
      <w:pPr>
        <w:pStyle w:val="Listepuces"/>
      </w:pPr>
      <w:r>
        <w:t>Year 2 payroll: $175K (42% of revenue) ⚠️ HIGH but necessary for scale</w:t>
      </w:r>
    </w:p>
    <w:p w14:paraId="2D747F09" w14:textId="77777777" w:rsidR="00495879" w:rsidRDefault="00000000">
      <w:pPr>
        <w:pStyle w:val="Listepuces"/>
      </w:pPr>
      <w:r>
        <w:t>Year 3 payroll: $348K (41% of revenue) - Stabilizes as revenue scales</w:t>
      </w:r>
    </w:p>
    <w:p w14:paraId="693A3896" w14:textId="77777777" w:rsidR="00495879" w:rsidRDefault="00000000">
      <w:r>
        <w:t>________________________________________________________________________________</w:t>
      </w:r>
    </w:p>
    <w:p w14:paraId="7999B4CB" w14:textId="77777777" w:rsidR="00495879" w:rsidRDefault="00000000">
      <w:pPr>
        <w:pStyle w:val="Titre2"/>
      </w:pPr>
      <w:r>
        <w:t>💼 ROLE DEFINITIONS &amp; RESPONSIBILITIES</w:t>
      </w:r>
    </w:p>
    <w:p w14:paraId="18B9DBF1" w14:textId="77777777" w:rsidR="00495879" w:rsidRDefault="00000000">
      <w:pPr>
        <w:pStyle w:val="Titre3"/>
      </w:pPr>
      <w:r>
        <w:t>Detailed Role Descriptions</w:t>
      </w:r>
    </w:p>
    <w:p w14:paraId="2D375A55" w14:textId="77777777" w:rsidR="00495879" w:rsidRDefault="00000000">
      <w:pPr>
        <w:pStyle w:val="Titre4"/>
      </w:pPr>
      <w:r>
        <w:t>CEO (Founder) - Year 3 Final State</w:t>
      </w:r>
    </w:p>
    <w:p w14:paraId="3F91480B" w14:textId="77777777" w:rsidR="00495879" w:rsidRDefault="00000000">
      <w:r>
        <w:rPr>
          <w:b/>
        </w:rPr>
        <w:t>Time Allocation</w:t>
      </w:r>
      <w:r>
        <w:t>: 60% Leadership, 30% Sales, 10% Coaching</w:t>
      </w:r>
    </w:p>
    <w:p w14:paraId="4385ADAE" w14:textId="77777777" w:rsidR="00495879" w:rsidRDefault="00000000">
      <w:r>
        <w:rPr>
          <w:b/>
        </w:rPr>
        <w:t>Key Responsibilities</w:t>
      </w:r>
      <w:r>
        <w:t>:</w:t>
      </w:r>
    </w:p>
    <w:p w14:paraId="7A64C453" w14:textId="77777777" w:rsidR="00495879" w:rsidRDefault="00000000">
      <w:pPr>
        <w:pStyle w:val="Listenumros"/>
      </w:pPr>
      <w:r>
        <w:t>**Vision &amp; Strategy** (20%)</w:t>
      </w:r>
    </w:p>
    <w:p w14:paraId="06CC955F" w14:textId="77777777" w:rsidR="00495879" w:rsidRDefault="00000000">
      <w:pPr>
        <w:pStyle w:val="Listepuces"/>
      </w:pPr>
      <w:r>
        <w:t>Set 1-year, 3-year, 5-year vision</w:t>
      </w:r>
    </w:p>
    <w:p w14:paraId="718B22AB" w14:textId="77777777" w:rsidR="00495879" w:rsidRDefault="00000000">
      <w:pPr>
        <w:pStyle w:val="Listepuces"/>
      </w:pPr>
      <w:r>
        <w:t>Annual strategic planning (OKRs, budget)</w:t>
      </w:r>
    </w:p>
    <w:p w14:paraId="01BDED11" w14:textId="77777777" w:rsidR="00495879" w:rsidRDefault="00000000">
      <w:pPr>
        <w:pStyle w:val="Listepuces"/>
      </w:pPr>
      <w:r>
        <w:t>Market analysis (trends, competitors, opportunities)</w:t>
      </w:r>
    </w:p>
    <w:p w14:paraId="6E3C4ADD" w14:textId="77777777" w:rsidR="00495879" w:rsidRDefault="00000000">
      <w:pPr>
        <w:pStyle w:val="Listenumros"/>
      </w:pPr>
      <w:r>
        <w:lastRenderedPageBreak/>
        <w:t>**Culture &amp; People** (20%)</w:t>
      </w:r>
    </w:p>
    <w:p w14:paraId="1A10E824" w14:textId="77777777" w:rsidR="00495879" w:rsidRDefault="00000000">
      <w:pPr>
        <w:pStyle w:val="Listepuces"/>
      </w:pPr>
      <w:r>
        <w:t>Hire A-players (final interview for all hires)</w:t>
      </w:r>
    </w:p>
    <w:p w14:paraId="15A66E32" w14:textId="77777777" w:rsidR="00495879" w:rsidRDefault="00000000">
      <w:pPr>
        <w:pStyle w:val="Listepuces"/>
      </w:pPr>
      <w:r>
        <w:t>Develop team (1-on-1s, feedback, coaching)</w:t>
      </w:r>
    </w:p>
    <w:p w14:paraId="2CDE21B9" w14:textId="77777777" w:rsidR="00495879" w:rsidRDefault="00000000">
      <w:pPr>
        <w:pStyle w:val="Listepuces"/>
      </w:pPr>
      <w:r>
        <w:t>Model values (be the culture you want)</w:t>
      </w:r>
    </w:p>
    <w:p w14:paraId="60C07A77" w14:textId="77777777" w:rsidR="00495879" w:rsidRDefault="00000000">
      <w:pPr>
        <w:pStyle w:val="Listenumros"/>
      </w:pPr>
      <w:r>
        <w:t>**Sales &amp; Partnerships** (30%)</w:t>
      </w:r>
    </w:p>
    <w:p w14:paraId="53271347" w14:textId="77777777" w:rsidR="00495879" w:rsidRDefault="00000000">
      <w:pPr>
        <w:pStyle w:val="Listepuces"/>
      </w:pPr>
      <w:r>
        <w:t>Close enterprise deals (ADVISORY, custom packages)</w:t>
      </w:r>
    </w:p>
    <w:p w14:paraId="1D1B61CA" w14:textId="77777777" w:rsidR="00495879" w:rsidRDefault="00000000">
      <w:pPr>
        <w:pStyle w:val="Listepuces"/>
      </w:pPr>
      <w:r>
        <w:t>Cultivate strategic partnerships (5-10 Platinum partners)</w:t>
      </w:r>
    </w:p>
    <w:p w14:paraId="3E833170" w14:textId="77777777" w:rsidR="00495879" w:rsidRDefault="00000000">
      <w:pPr>
        <w:pStyle w:val="Listepuces"/>
      </w:pPr>
      <w:r>
        <w:t>Speak at conferences (thought leadership, pipeline generation)</w:t>
      </w:r>
    </w:p>
    <w:p w14:paraId="4A0C7239" w14:textId="77777777" w:rsidR="00495879" w:rsidRDefault="00000000">
      <w:pPr>
        <w:pStyle w:val="Listenumros"/>
      </w:pPr>
      <w:r>
        <w:t>**Finance &amp; Fundraising** (10%)</w:t>
      </w:r>
    </w:p>
    <w:p w14:paraId="5A86DB0F" w14:textId="77777777" w:rsidR="00495879" w:rsidRDefault="00000000">
      <w:pPr>
        <w:pStyle w:val="Listepuces"/>
      </w:pPr>
      <w:r>
        <w:t>Approve budgets, major expenses</w:t>
      </w:r>
    </w:p>
    <w:p w14:paraId="028EACF0" w14:textId="77777777" w:rsidR="00495879" w:rsidRDefault="00000000">
      <w:pPr>
        <w:pStyle w:val="Listepuces"/>
      </w:pPr>
      <w:r>
        <w:t>Monthly financial review (P&amp;L, cash flow)</w:t>
      </w:r>
    </w:p>
    <w:p w14:paraId="368D288A" w14:textId="77777777" w:rsidR="00495879" w:rsidRDefault="00000000">
      <w:pPr>
        <w:pStyle w:val="Listepuces"/>
      </w:pPr>
      <w:r>
        <w:t>Raise capital (if needed for aggressive expansion)</w:t>
      </w:r>
    </w:p>
    <w:p w14:paraId="6058F632" w14:textId="77777777" w:rsidR="00495879" w:rsidRDefault="00000000">
      <w:pPr>
        <w:pStyle w:val="Listenumros"/>
      </w:pPr>
      <w:r>
        <w:t>**Product &amp; Innovation** (10%)</w:t>
      </w:r>
    </w:p>
    <w:p w14:paraId="4FE9D89F" w14:textId="77777777" w:rsidR="00495879" w:rsidRDefault="00000000">
      <w:pPr>
        <w:pStyle w:val="Listepuces"/>
      </w:pPr>
      <w:r>
        <w:t>Platform roadmap (prioritize features)</w:t>
      </w:r>
    </w:p>
    <w:p w14:paraId="59281A49" w14:textId="77777777" w:rsidR="00495879" w:rsidRDefault="00000000">
      <w:pPr>
        <w:pStyle w:val="Listepuces"/>
      </w:pPr>
      <w:r>
        <w:t>New service offerings (test, iterate)</w:t>
      </w:r>
    </w:p>
    <w:p w14:paraId="72854A25" w14:textId="77777777" w:rsidR="00495879" w:rsidRDefault="00000000">
      <w:pPr>
        <w:pStyle w:val="Listepuces"/>
      </w:pPr>
      <w:r>
        <w:t>AI Coach optimization (review performance, guide improvements)</w:t>
      </w:r>
    </w:p>
    <w:p w14:paraId="7E7A4F4B" w14:textId="77777777" w:rsidR="00495879" w:rsidRDefault="00000000">
      <w:pPr>
        <w:pStyle w:val="Listenumros"/>
      </w:pPr>
      <w:r>
        <w:t>**Coaching** (10%)</w:t>
      </w:r>
    </w:p>
    <w:p w14:paraId="3540F924" w14:textId="77777777" w:rsidR="00495879" w:rsidRDefault="00000000">
      <w:pPr>
        <w:pStyle w:val="Listepuces"/>
      </w:pPr>
      <w:r>
        <w:t>Select ADVISORY clients (maintain skills, stay grounded)</w:t>
      </w:r>
    </w:p>
    <w:p w14:paraId="18A2AE86" w14:textId="77777777" w:rsidR="00495879" w:rsidRDefault="00000000">
      <w:pPr>
        <w:pStyle w:val="Listepuces"/>
      </w:pPr>
      <w:r>
        <w:t>Mentor Senior Coach (be coach to the coaches)</w:t>
      </w:r>
    </w:p>
    <w:p w14:paraId="340E195B" w14:textId="77777777" w:rsidR="00495879" w:rsidRDefault="00000000">
      <w:r>
        <w:rPr>
          <w:b/>
        </w:rPr>
        <w:t>Success Metrics</w:t>
      </w:r>
      <w:r>
        <w:t>:</w:t>
      </w:r>
    </w:p>
    <w:p w14:paraId="1BEF8743" w14:textId="77777777" w:rsidR="00495879" w:rsidRDefault="00000000">
      <w:pPr>
        <w:pStyle w:val="Listepuces"/>
      </w:pPr>
      <w:r>
        <w:t>Revenue growth: 100%+ year-over-year</w:t>
      </w:r>
    </w:p>
    <w:p w14:paraId="4F24C897" w14:textId="77777777" w:rsidR="00495879" w:rsidRDefault="00000000">
      <w:pPr>
        <w:pStyle w:val="Listepuces"/>
      </w:pPr>
      <w:r>
        <w:t>Team engagement: 8+ (annual survey, 1-10 scale)</w:t>
      </w:r>
    </w:p>
    <w:p w14:paraId="51302BFC" w14:textId="77777777" w:rsidR="00495879" w:rsidRDefault="00000000">
      <w:pPr>
        <w:pStyle w:val="Listepuces"/>
      </w:pPr>
      <w:r>
        <w:t>NPS: 70+ (by Year 3)</w:t>
      </w:r>
    </w:p>
    <w:p w14:paraId="4014484D" w14:textId="77777777" w:rsidR="00495879" w:rsidRDefault="00000000">
      <w:pPr>
        <w:pStyle w:val="Listepuces"/>
      </w:pPr>
      <w:r>
        <w:t>Personal: &lt;45 hours/week (avoid burnout)</w:t>
      </w:r>
    </w:p>
    <w:p w14:paraId="65267F12" w14:textId="77777777" w:rsidR="00495879" w:rsidRDefault="00000000">
      <w:r>
        <w:t>________________________________________________________________________________</w:t>
      </w:r>
    </w:p>
    <w:p w14:paraId="10E5D239" w14:textId="77777777" w:rsidR="00495879" w:rsidRDefault="00000000">
      <w:pPr>
        <w:pStyle w:val="Titre4"/>
      </w:pPr>
      <w:r>
        <w:t>Senior Coach (Hire #3)</w:t>
      </w:r>
    </w:p>
    <w:p w14:paraId="5BBE91C6" w14:textId="77777777" w:rsidR="00495879" w:rsidRDefault="00000000">
      <w:r>
        <w:rPr>
          <w:b/>
        </w:rPr>
        <w:t>Reports To</w:t>
      </w:r>
      <w:r>
        <w:t>: CEO</w:t>
      </w:r>
    </w:p>
    <w:p w14:paraId="38EB3431" w14:textId="77777777" w:rsidR="00495879" w:rsidRDefault="00000000">
      <w:r>
        <w:rPr>
          <w:b/>
        </w:rPr>
        <w:t>Time Allocation</w:t>
      </w:r>
      <w:r>
        <w:t>: 70% Client Delivery, 15% Content, 10% Community, 5% Admin</w:t>
      </w:r>
    </w:p>
    <w:p w14:paraId="323E1EC8" w14:textId="77777777" w:rsidR="00495879" w:rsidRDefault="00000000">
      <w:r>
        <w:rPr>
          <w:b/>
        </w:rPr>
        <w:t>Key Responsibilities</w:t>
      </w:r>
      <w:r>
        <w:t>:</w:t>
      </w:r>
    </w:p>
    <w:p w14:paraId="142FB67A" w14:textId="77777777" w:rsidR="00495879" w:rsidRDefault="00000000">
      <w:pPr>
        <w:pStyle w:val="Listenumros"/>
      </w:pPr>
      <w:r>
        <w:t>**Workshop Facilitation** (30%)</w:t>
      </w:r>
    </w:p>
    <w:p w14:paraId="0578154E" w14:textId="77777777" w:rsidR="00495879" w:rsidRDefault="00000000">
      <w:pPr>
        <w:pStyle w:val="Listepuces"/>
      </w:pPr>
      <w:r>
        <w:t>Lead 6 workshops/year (co-create with CEO)</w:t>
      </w:r>
    </w:p>
    <w:p w14:paraId="6AD6008A" w14:textId="77777777" w:rsidR="00495879" w:rsidRDefault="00000000">
      <w:pPr>
        <w:pStyle w:val="Listepuces"/>
      </w:pPr>
      <w:r>
        <w:lastRenderedPageBreak/>
        <w:t>Prep: Content, slides, exercises (5h per workshop)</w:t>
      </w:r>
    </w:p>
    <w:p w14:paraId="2EDF989B" w14:textId="77777777" w:rsidR="00495879" w:rsidRDefault="00000000">
      <w:pPr>
        <w:pStyle w:val="Listepuces"/>
      </w:pPr>
      <w:r>
        <w:t>Deliver: Engage 20-40 participants, manage time</w:t>
      </w:r>
    </w:p>
    <w:p w14:paraId="52EE507E" w14:textId="77777777" w:rsidR="00495879" w:rsidRDefault="00000000">
      <w:pPr>
        <w:pStyle w:val="Listepuces"/>
      </w:pPr>
      <w:r>
        <w:t>Follow-up: Recording, action items, survey review</w:t>
      </w:r>
    </w:p>
    <w:p w14:paraId="1B92D7FA" w14:textId="77777777" w:rsidR="00495879" w:rsidRDefault="00000000">
      <w:pPr>
        <w:pStyle w:val="Listenumros"/>
      </w:pPr>
      <w:r>
        <w:t>**1-on-1 Coaching** (40%)</w:t>
      </w:r>
    </w:p>
    <w:p w14:paraId="6B74625E" w14:textId="77777777" w:rsidR="00495879" w:rsidRDefault="00000000">
      <w:pPr>
        <w:pStyle w:val="Listepuces"/>
      </w:pPr>
      <w:r>
        <w:t>Manage 20 TRANSFORM Scale clients (2h/month each = 40h/month)</w:t>
      </w:r>
    </w:p>
    <w:p w14:paraId="6AEE941A" w14:textId="77777777" w:rsidR="00495879" w:rsidRDefault="00000000">
      <w:pPr>
        <w:pStyle w:val="Listepuces"/>
      </w:pPr>
      <w:r>
        <w:t>Prep: Review notes, platform activity (20 min/session)</w:t>
      </w:r>
    </w:p>
    <w:p w14:paraId="5DB48F45" w14:textId="77777777" w:rsidR="00495879" w:rsidRDefault="00000000">
      <w:pPr>
        <w:pStyle w:val="Listepuces"/>
      </w:pPr>
      <w:r>
        <w:t>Deliver: Coach using GBCM methodologies</w:t>
      </w:r>
    </w:p>
    <w:p w14:paraId="72E94492" w14:textId="77777777" w:rsidR="00495879" w:rsidRDefault="00000000">
      <w:pPr>
        <w:pStyle w:val="Listepuces"/>
      </w:pPr>
      <w:r>
        <w:t>Document: Log insights, action items, progress</w:t>
      </w:r>
    </w:p>
    <w:p w14:paraId="79F89490" w14:textId="77777777" w:rsidR="00495879" w:rsidRDefault="00000000">
      <w:pPr>
        <w:pStyle w:val="Listenumros"/>
      </w:pPr>
      <w:r>
        <w:t>**Client Success** (10%)</w:t>
      </w:r>
    </w:p>
    <w:p w14:paraId="50685E82" w14:textId="77777777" w:rsidR="00495879" w:rsidRDefault="00000000">
      <w:pPr>
        <w:pStyle w:val="Listepuces"/>
      </w:pPr>
      <w:r>
        <w:t>Proactive outreach to at-risk clients (low engagement)</w:t>
      </w:r>
    </w:p>
    <w:p w14:paraId="4EFE875A" w14:textId="77777777" w:rsidR="00495879" w:rsidRDefault="00000000">
      <w:pPr>
        <w:pStyle w:val="Listepuces"/>
      </w:pPr>
      <w:r>
        <w:t>QBRs for assigned clients (quarterly)</w:t>
      </w:r>
    </w:p>
    <w:p w14:paraId="159B77A4" w14:textId="77777777" w:rsidR="00495879" w:rsidRDefault="00000000">
      <w:pPr>
        <w:pStyle w:val="Listepuces"/>
      </w:pPr>
      <w:r>
        <w:t>Celebrate wins (shout-outs in community, case studies)</w:t>
      </w:r>
    </w:p>
    <w:p w14:paraId="0849904B" w14:textId="77777777" w:rsidR="00495879" w:rsidRDefault="00000000">
      <w:pPr>
        <w:pStyle w:val="Listenumros"/>
      </w:pPr>
      <w:r>
        <w:t>**Content Creation** (15%)</w:t>
      </w:r>
    </w:p>
    <w:p w14:paraId="09314C31" w14:textId="77777777" w:rsidR="00495879" w:rsidRDefault="00000000">
      <w:pPr>
        <w:pStyle w:val="Listepuces"/>
      </w:pPr>
      <w:r>
        <w:t>Write 1 blog post/month (based on client work)</w:t>
      </w:r>
    </w:p>
    <w:p w14:paraId="43449718" w14:textId="77777777" w:rsidR="00495879" w:rsidRDefault="00000000">
      <w:pPr>
        <w:pStyle w:val="Listepuces"/>
      </w:pPr>
      <w:r>
        <w:t>Create 2 templates/quarter (from common client needs)</w:t>
      </w:r>
    </w:p>
    <w:p w14:paraId="39653C66" w14:textId="77777777" w:rsidR="00495879" w:rsidRDefault="00000000">
      <w:pPr>
        <w:pStyle w:val="Listepuces"/>
      </w:pPr>
      <w:r>
        <w:t>Record short videos (tips, FAQs) for Resource Library</w:t>
      </w:r>
    </w:p>
    <w:p w14:paraId="7BCAF63C" w14:textId="77777777" w:rsidR="00495879" w:rsidRDefault="00000000">
      <w:pPr>
        <w:pStyle w:val="Listenumros"/>
      </w:pPr>
      <w:r>
        <w:t>**Community Management** (10%)</w:t>
      </w:r>
    </w:p>
    <w:p w14:paraId="34554C31" w14:textId="77777777" w:rsidR="00495879" w:rsidRDefault="00000000">
      <w:pPr>
        <w:pStyle w:val="Listepuces"/>
      </w:pPr>
      <w:r>
        <w:t>Host monthly "Office Hours" (open Q&amp;A, 60 min)</w:t>
      </w:r>
    </w:p>
    <w:p w14:paraId="4758B8F6" w14:textId="77777777" w:rsidR="00495879" w:rsidRDefault="00000000">
      <w:pPr>
        <w:pStyle w:val="Listepuces"/>
      </w:pPr>
      <w:r>
        <w:t>Moderate forums (answer questions, spark discussions)</w:t>
      </w:r>
    </w:p>
    <w:p w14:paraId="31BC81F2" w14:textId="77777777" w:rsidR="00495879" w:rsidRDefault="00000000">
      <w:pPr>
        <w:pStyle w:val="Listepuces"/>
      </w:pPr>
      <w:r>
        <w:t>Organize peer learning (match accountability partners)</w:t>
      </w:r>
    </w:p>
    <w:p w14:paraId="27D1ECD1" w14:textId="77777777" w:rsidR="00495879" w:rsidRDefault="00000000">
      <w:pPr>
        <w:pStyle w:val="Listenumros"/>
      </w:pPr>
      <w:r>
        <w:t>**Admin &amp; Professional Development** (5%)</w:t>
      </w:r>
    </w:p>
    <w:p w14:paraId="3B76E7D7" w14:textId="77777777" w:rsidR="00495879" w:rsidRDefault="00000000">
      <w:pPr>
        <w:pStyle w:val="Listepuces"/>
      </w:pPr>
      <w:r>
        <w:t>Weekly team meeting, bi-weekly 1-on-1 with CEO</w:t>
      </w:r>
    </w:p>
    <w:p w14:paraId="5BA8FBBF" w14:textId="77777777" w:rsidR="00495879" w:rsidRDefault="00000000">
      <w:pPr>
        <w:pStyle w:val="Listepuces"/>
      </w:pPr>
      <w:r>
        <w:t>Continuing education (10 hours/quarter - read, courses, conferences)</w:t>
      </w:r>
    </w:p>
    <w:p w14:paraId="7CCEA3A7" w14:textId="77777777" w:rsidR="00495879" w:rsidRDefault="00000000">
      <w:r>
        <w:rPr>
          <w:b/>
        </w:rPr>
        <w:t>Success Metrics</w:t>
      </w:r>
      <w:r>
        <w:t>:</w:t>
      </w:r>
    </w:p>
    <w:p w14:paraId="1E6932A2" w14:textId="77777777" w:rsidR="00495879" w:rsidRDefault="00000000">
      <w:pPr>
        <w:pStyle w:val="Listepuces"/>
      </w:pPr>
      <w:r>
        <w:t>Client rating: 4.5+ (workshop &amp; 1-on-1 average)</w:t>
      </w:r>
    </w:p>
    <w:p w14:paraId="44C83928" w14:textId="77777777" w:rsidR="00495879" w:rsidRDefault="00000000">
      <w:pPr>
        <w:pStyle w:val="Listepuces"/>
      </w:pPr>
      <w:r>
        <w:t>Renewal rate: 85%+ (for assigned clients)</w:t>
      </w:r>
    </w:p>
    <w:p w14:paraId="5045983C" w14:textId="77777777" w:rsidR="00495879" w:rsidRDefault="00000000">
      <w:pPr>
        <w:pStyle w:val="Listepuces"/>
      </w:pPr>
      <w:r>
        <w:t>Content: 12 blog posts, 24 videos, 8 templates (annually)</w:t>
      </w:r>
    </w:p>
    <w:p w14:paraId="18EE146F" w14:textId="77777777" w:rsidR="00495879" w:rsidRDefault="00000000">
      <w:pPr>
        <w:pStyle w:val="Listepuces"/>
      </w:pPr>
      <w:r>
        <w:t>Community engagement: 50%+ of clients active (monthly)</w:t>
      </w:r>
    </w:p>
    <w:p w14:paraId="0092A99D" w14:textId="77777777" w:rsidR="00495879" w:rsidRDefault="00000000">
      <w:r>
        <w:t>________________________________________________________________________________</w:t>
      </w:r>
    </w:p>
    <w:p w14:paraId="1581A3DC" w14:textId="77777777" w:rsidR="00495879" w:rsidRDefault="00000000">
      <w:pPr>
        <w:pStyle w:val="Titre4"/>
      </w:pPr>
      <w:r>
        <w:t>Sales Manager (Hire #2)</w:t>
      </w:r>
    </w:p>
    <w:p w14:paraId="2977EEC3" w14:textId="77777777" w:rsidR="00495879" w:rsidRDefault="00000000">
      <w:r>
        <w:rPr>
          <w:b/>
        </w:rPr>
        <w:t>Reports To</w:t>
      </w:r>
      <w:r>
        <w:t>: CEO</w:t>
      </w:r>
    </w:p>
    <w:p w14:paraId="790F8AE3" w14:textId="77777777" w:rsidR="00495879" w:rsidRDefault="00000000">
      <w:r>
        <w:rPr>
          <w:b/>
        </w:rPr>
        <w:t>Time Allocation</w:t>
      </w:r>
      <w:r>
        <w:t>: 60% Sales Calls, 20% Partnerships, 10% CRM, 10% Optimization</w:t>
      </w:r>
    </w:p>
    <w:p w14:paraId="64501911" w14:textId="77777777" w:rsidR="00495879" w:rsidRDefault="00000000">
      <w:r>
        <w:rPr>
          <w:b/>
        </w:rPr>
        <w:lastRenderedPageBreak/>
        <w:t>Key Responsibilities</w:t>
      </w:r>
      <w:r>
        <w:t>:</w:t>
      </w:r>
    </w:p>
    <w:p w14:paraId="6FDE874D" w14:textId="77777777" w:rsidR="00495879" w:rsidRDefault="00000000">
      <w:pPr>
        <w:pStyle w:val="Listenumros"/>
      </w:pPr>
      <w:r>
        <w:t>**Lead Qualification &amp; Discovery** (30%)</w:t>
      </w:r>
    </w:p>
    <w:p w14:paraId="46F984EA" w14:textId="77777777" w:rsidR="00495879" w:rsidRDefault="00000000">
      <w:pPr>
        <w:pStyle w:val="Listepuces"/>
      </w:pPr>
      <w:r>
        <w:t>Conduct 15-20 discovery calls/month (30 min each)</w:t>
      </w:r>
    </w:p>
    <w:p w14:paraId="6D6CED3B" w14:textId="77777777" w:rsidR="00495879" w:rsidRDefault="00000000">
      <w:pPr>
        <w:pStyle w:val="Listepuces"/>
      </w:pPr>
      <w:r>
        <w:t>Qualify using BANT (Budget, Authority, Need, Timeline)</w:t>
      </w:r>
    </w:p>
    <w:p w14:paraId="06D5E3AD" w14:textId="77777777" w:rsidR="00495879" w:rsidRDefault="00000000">
      <w:pPr>
        <w:pStyle w:val="Listepuces"/>
      </w:pPr>
      <w:r>
        <w:t>CRM logging (detailed notes, next steps)</w:t>
      </w:r>
    </w:p>
    <w:p w14:paraId="568C2569" w14:textId="77777777" w:rsidR="00495879" w:rsidRDefault="00000000">
      <w:pPr>
        <w:pStyle w:val="Listenumros"/>
      </w:pPr>
      <w:r>
        <w:t>**Strategy Sessions &amp; Closing** (30%)</w:t>
      </w:r>
    </w:p>
    <w:p w14:paraId="59840482" w14:textId="77777777" w:rsidR="00495879" w:rsidRDefault="00000000">
      <w:pPr>
        <w:pStyle w:val="Listepuces"/>
      </w:pPr>
      <w:r>
        <w:t>Deliver 10-12 strategy sessions/month (90 min each)</w:t>
      </w:r>
    </w:p>
    <w:p w14:paraId="38ADE77D" w14:textId="77777777" w:rsidR="00495879" w:rsidRDefault="00000000">
      <w:pPr>
        <w:pStyle w:val="Listepuces"/>
      </w:pPr>
      <w:r>
        <w:t>Present proposals (customize packages, pricing)</w:t>
      </w:r>
    </w:p>
    <w:p w14:paraId="02966E58" w14:textId="77777777" w:rsidR="00495879" w:rsidRDefault="00000000">
      <w:pPr>
        <w:pStyle w:val="Listepuces"/>
      </w:pPr>
      <w:r>
        <w:t>Handle objections, negotiate, close deals</w:t>
      </w:r>
    </w:p>
    <w:p w14:paraId="6013E7D4" w14:textId="77777777" w:rsidR="00495879" w:rsidRDefault="00000000">
      <w:pPr>
        <w:pStyle w:val="Listepuces"/>
      </w:pPr>
      <w:r>
        <w:t>Target: 67% close rate, 40 clients/year (by Year 3)</w:t>
      </w:r>
    </w:p>
    <w:p w14:paraId="76B1A341" w14:textId="77777777" w:rsidR="00495879" w:rsidRDefault="00000000">
      <w:pPr>
        <w:pStyle w:val="Listenumros"/>
      </w:pPr>
      <w:r>
        <w:t>**Partnership Management** (20%)</w:t>
      </w:r>
    </w:p>
    <w:p w14:paraId="17D0F365" w14:textId="77777777" w:rsidR="00495879" w:rsidRDefault="00000000">
      <w:pPr>
        <w:pStyle w:val="Listepuces"/>
      </w:pPr>
      <w:r>
        <w:t>Recruit 5 new partners/quarter</w:t>
      </w:r>
    </w:p>
    <w:p w14:paraId="46162A0E" w14:textId="77777777" w:rsidR="00495879" w:rsidRDefault="00000000">
      <w:pPr>
        <w:pStyle w:val="Listepuces"/>
      </w:pPr>
      <w:r>
        <w:t>Quarterly check-ins with active partners (30 min each)</w:t>
      </w:r>
    </w:p>
    <w:p w14:paraId="5B58360C" w14:textId="77777777" w:rsidR="00495879" w:rsidRDefault="00000000">
      <w:pPr>
        <w:pStyle w:val="Listepuces"/>
      </w:pPr>
      <w:r>
        <w:t>Co-marketing (organize joint webinars, content)</w:t>
      </w:r>
    </w:p>
    <w:p w14:paraId="621E57D4" w14:textId="77777777" w:rsidR="00495879" w:rsidRDefault="00000000">
      <w:pPr>
        <w:pStyle w:val="Listepuces"/>
      </w:pPr>
      <w:r>
        <w:t>Track referrals, pay commissions (quarterly)</w:t>
      </w:r>
    </w:p>
    <w:p w14:paraId="411C4851" w14:textId="77777777" w:rsidR="00495879" w:rsidRDefault="00000000">
      <w:pPr>
        <w:pStyle w:val="Listenumros"/>
      </w:pPr>
      <w:r>
        <w:t>**Sales Operations** (10%)</w:t>
      </w:r>
    </w:p>
    <w:p w14:paraId="750F1F45" w14:textId="77777777" w:rsidR="00495879" w:rsidRDefault="00000000">
      <w:pPr>
        <w:pStyle w:val="Listepuces"/>
      </w:pPr>
      <w:r>
        <w:t>CRM maintenance (keep pipeline accurate)</w:t>
      </w:r>
    </w:p>
    <w:p w14:paraId="602F7DB8" w14:textId="77777777" w:rsidR="00495879" w:rsidRDefault="00000000">
      <w:pPr>
        <w:pStyle w:val="Listepuces"/>
      </w:pPr>
      <w:r>
        <w:t>Weekly sales forecast (update CEO on pipeline health)</w:t>
      </w:r>
    </w:p>
    <w:p w14:paraId="18F6EC2A" w14:textId="77777777" w:rsidR="00495879" w:rsidRDefault="00000000">
      <w:pPr>
        <w:pStyle w:val="Listepuces"/>
      </w:pPr>
      <w:r>
        <w:t>Contract management (send, e-sign, file)</w:t>
      </w:r>
    </w:p>
    <w:p w14:paraId="53CEC573" w14:textId="77777777" w:rsidR="00495879" w:rsidRDefault="00000000">
      <w:pPr>
        <w:pStyle w:val="Listenumros"/>
      </w:pPr>
      <w:r>
        <w:t>**Process Optimization** (10%)</w:t>
      </w:r>
    </w:p>
    <w:p w14:paraId="3E799D7A" w14:textId="77777777" w:rsidR="00495879" w:rsidRDefault="00000000">
      <w:pPr>
        <w:pStyle w:val="Listepuces"/>
      </w:pPr>
      <w:r>
        <w:t>A/B test scripts, email templates</w:t>
      </w:r>
    </w:p>
    <w:p w14:paraId="5A9B1CD9" w14:textId="77777777" w:rsidR="00495879" w:rsidRDefault="00000000">
      <w:pPr>
        <w:pStyle w:val="Listepuces"/>
      </w:pPr>
      <w:r>
        <w:t>Analyze conversion rates (discovery → strategy → close)</w:t>
      </w:r>
    </w:p>
    <w:p w14:paraId="0BAE8E45" w14:textId="77777777" w:rsidR="00495879" w:rsidRDefault="00000000">
      <w:pPr>
        <w:pStyle w:val="Listepuces"/>
      </w:pPr>
      <w:r>
        <w:t>Recommend pricing changes, package adjustments</w:t>
      </w:r>
    </w:p>
    <w:p w14:paraId="4294B3F3" w14:textId="77777777" w:rsidR="00495879" w:rsidRDefault="00000000">
      <w:pPr>
        <w:pStyle w:val="Listepuces"/>
      </w:pPr>
      <w:r>
        <w:t>Train CEO on successful tactics (share learnings)</w:t>
      </w:r>
    </w:p>
    <w:p w14:paraId="5DC844AC" w14:textId="77777777" w:rsidR="00495879" w:rsidRDefault="00000000">
      <w:r>
        <w:rPr>
          <w:b/>
        </w:rPr>
        <w:t>Success Metrics</w:t>
      </w:r>
      <w:r>
        <w:t>:</w:t>
      </w:r>
    </w:p>
    <w:p w14:paraId="66FF5AB1" w14:textId="77777777" w:rsidR="00495879" w:rsidRDefault="00000000">
      <w:pPr>
        <w:pStyle w:val="Listepuces"/>
      </w:pPr>
      <w:r>
        <w:t>Revenue quota: $600K/year (Year 3) - Base $75K + Commission $30K</w:t>
      </w:r>
    </w:p>
    <w:p w14:paraId="6D471AD4" w14:textId="77777777" w:rsidR="00495879" w:rsidRDefault="00000000">
      <w:pPr>
        <w:pStyle w:val="Listepuces"/>
      </w:pPr>
      <w:r>
        <w:t>Close rate: 67% (strategy session → client)</w:t>
      </w:r>
    </w:p>
    <w:p w14:paraId="5BDD31BF" w14:textId="77777777" w:rsidR="00495879" w:rsidRDefault="00000000">
      <w:pPr>
        <w:pStyle w:val="Listepuces"/>
      </w:pPr>
      <w:r>
        <w:t>Pipeline: Maintain 3x quota in pipeline (always have backup)</w:t>
      </w:r>
    </w:p>
    <w:p w14:paraId="4FCA5A9B" w14:textId="77777777" w:rsidR="00495879" w:rsidRDefault="00000000">
      <w:pPr>
        <w:pStyle w:val="Listepuces"/>
      </w:pPr>
      <w:r>
        <w:t>Partnerships: 30 active partners, 15 referrals/year</w:t>
      </w:r>
    </w:p>
    <w:p w14:paraId="2102CD91" w14:textId="77777777" w:rsidR="00495879" w:rsidRDefault="00000000">
      <w:r>
        <w:t>________________________________________________________________________________</w:t>
      </w:r>
    </w:p>
    <w:p w14:paraId="039504AD" w14:textId="77777777" w:rsidR="00495879" w:rsidRDefault="00000000">
      <w:pPr>
        <w:pStyle w:val="Titre4"/>
      </w:pPr>
      <w:r>
        <w:t>Operations Manager (Hire #4, promoted from VA)</w:t>
      </w:r>
    </w:p>
    <w:p w14:paraId="06E121E4" w14:textId="77777777" w:rsidR="00495879" w:rsidRDefault="00000000">
      <w:r>
        <w:rPr>
          <w:b/>
        </w:rPr>
        <w:t>Reports To</w:t>
      </w:r>
      <w:r>
        <w:t>: CEO</w:t>
      </w:r>
    </w:p>
    <w:p w14:paraId="05DDCE6C" w14:textId="77777777" w:rsidR="00495879" w:rsidRDefault="00000000">
      <w:r>
        <w:rPr>
          <w:b/>
        </w:rPr>
        <w:lastRenderedPageBreak/>
        <w:t>Time Allocation</w:t>
      </w:r>
      <w:r>
        <w:t>: 30% Finance, 25% Client Support, 20% Admin, 15% Platform, 10% Team</w:t>
      </w:r>
    </w:p>
    <w:p w14:paraId="2944A741" w14:textId="77777777" w:rsidR="00495879" w:rsidRDefault="00000000">
      <w:r>
        <w:rPr>
          <w:b/>
        </w:rPr>
        <w:t>Key Responsibilities</w:t>
      </w:r>
      <w:r>
        <w:t>:</w:t>
      </w:r>
    </w:p>
    <w:p w14:paraId="49D12DEC" w14:textId="77777777" w:rsidR="00495879" w:rsidRDefault="00000000">
      <w:pPr>
        <w:pStyle w:val="Listenumros"/>
      </w:pPr>
      <w:r>
        <w:t>**Finance &amp; Accounting** (30%)</w:t>
      </w:r>
    </w:p>
    <w:p w14:paraId="78DB913F" w14:textId="77777777" w:rsidR="00495879" w:rsidRDefault="00000000">
      <w:pPr>
        <w:pStyle w:val="Listepuces"/>
      </w:pPr>
      <w:r>
        <w:t>Bookkeeping (code expenses, reconcile accounts)</w:t>
      </w:r>
    </w:p>
    <w:p w14:paraId="1A6007EA" w14:textId="77777777" w:rsidR="00495879" w:rsidRDefault="00000000">
      <w:pPr>
        <w:pStyle w:val="Listepuces"/>
      </w:pPr>
      <w:r>
        <w:t>Invoicing (send monthly, follow up on late payments)</w:t>
      </w:r>
    </w:p>
    <w:p w14:paraId="711C5061" w14:textId="77777777" w:rsidR="00495879" w:rsidRDefault="00000000">
      <w:pPr>
        <w:pStyle w:val="Listepuces"/>
      </w:pPr>
      <w:r>
        <w:t>Payroll (process bi-weekly, benefits admin)</w:t>
      </w:r>
    </w:p>
    <w:p w14:paraId="6644982A" w14:textId="77777777" w:rsidR="00495879" w:rsidRDefault="00000000">
      <w:pPr>
        <w:pStyle w:val="Listepuces"/>
      </w:pPr>
      <w:r>
        <w:t>Monthly reporting (P&amp;L, cash flow, dashboard)</w:t>
      </w:r>
    </w:p>
    <w:p w14:paraId="708E7812" w14:textId="77777777" w:rsidR="00495879" w:rsidRDefault="00000000">
      <w:pPr>
        <w:pStyle w:val="Listepuces"/>
      </w:pPr>
      <w:r>
        <w:t>Liaison with CPA (tax prep, audit support)</w:t>
      </w:r>
    </w:p>
    <w:p w14:paraId="24A12B33" w14:textId="77777777" w:rsidR="00495879" w:rsidRDefault="00000000">
      <w:pPr>
        <w:pStyle w:val="Listenumros"/>
      </w:pPr>
      <w:r>
        <w:t>**Client Support** (25%)</w:t>
      </w:r>
    </w:p>
    <w:p w14:paraId="5603034A" w14:textId="77777777" w:rsidR="00495879" w:rsidRDefault="00000000">
      <w:pPr>
        <w:pStyle w:val="Listepuces"/>
      </w:pPr>
      <w:r>
        <w:t>Inbox management (support@gbcm.com - respond &lt;24h)</w:t>
      </w:r>
    </w:p>
    <w:p w14:paraId="4CA21DD3" w14:textId="77777777" w:rsidR="00495879" w:rsidRDefault="00000000">
      <w:pPr>
        <w:pStyle w:val="Listepuces"/>
      </w:pPr>
      <w:r>
        <w:t>Platform troubleshooting (login issues, bugs)</w:t>
      </w:r>
    </w:p>
    <w:p w14:paraId="025F0FBB" w14:textId="77777777" w:rsidR="00495879" w:rsidRDefault="00000000">
      <w:pPr>
        <w:pStyle w:val="Listepuces"/>
      </w:pPr>
      <w:r>
        <w:t>Onboarding assistance (first week hand-holding)</w:t>
      </w:r>
    </w:p>
    <w:p w14:paraId="13EB37E0" w14:textId="77777777" w:rsidR="00495879" w:rsidRDefault="00000000">
      <w:pPr>
        <w:pStyle w:val="Listepuces"/>
      </w:pPr>
      <w:r>
        <w:t>Escalate complex issues to CEO or Senior Coach</w:t>
      </w:r>
    </w:p>
    <w:p w14:paraId="41CB5608" w14:textId="77777777" w:rsidR="00495879" w:rsidRDefault="00000000">
      <w:pPr>
        <w:pStyle w:val="Listenumros"/>
      </w:pPr>
      <w:r>
        <w:t>**Administrative** (20%)</w:t>
      </w:r>
    </w:p>
    <w:p w14:paraId="30B05097" w14:textId="77777777" w:rsidR="00495879" w:rsidRDefault="00000000">
      <w:pPr>
        <w:pStyle w:val="Listepuces"/>
      </w:pPr>
      <w:r>
        <w:t>Scheduling (team meetings, client sessions)</w:t>
      </w:r>
    </w:p>
    <w:p w14:paraId="771088F8" w14:textId="77777777" w:rsidR="00495879" w:rsidRDefault="00000000">
      <w:pPr>
        <w:pStyle w:val="Listepuces"/>
      </w:pPr>
      <w:r>
        <w:t>Vendor management (pay invoices, renew contracts)</w:t>
      </w:r>
    </w:p>
    <w:p w14:paraId="5063834F" w14:textId="77777777" w:rsidR="00495879" w:rsidRDefault="00000000">
      <w:pPr>
        <w:pStyle w:val="Listepuces"/>
      </w:pPr>
      <w:r>
        <w:t>Office management (if physical space in Year 3+)</w:t>
      </w:r>
    </w:p>
    <w:p w14:paraId="14B15939" w14:textId="77777777" w:rsidR="00495879" w:rsidRDefault="00000000">
      <w:pPr>
        <w:pStyle w:val="Listepuces"/>
      </w:pPr>
      <w:r>
        <w:t>Legal/compliance (file licenses, maintain corp docs)</w:t>
      </w:r>
    </w:p>
    <w:p w14:paraId="72B8AC48" w14:textId="77777777" w:rsidR="00495879" w:rsidRDefault="00000000">
      <w:pPr>
        <w:pStyle w:val="Listenumros"/>
      </w:pPr>
      <w:r>
        <w:t>**Platform Administration** (15%)</w:t>
      </w:r>
    </w:p>
    <w:p w14:paraId="31B6386C" w14:textId="77777777" w:rsidR="00495879" w:rsidRDefault="00000000">
      <w:pPr>
        <w:pStyle w:val="Listepuces"/>
      </w:pPr>
      <w:r>
        <w:t>User management (add/remove accounts, permissions)</w:t>
      </w:r>
    </w:p>
    <w:p w14:paraId="369F6139" w14:textId="77777777" w:rsidR="00495879" w:rsidRDefault="00000000">
      <w:pPr>
        <w:pStyle w:val="Listepuces"/>
      </w:pPr>
      <w:r>
        <w:t>Content uploads (videos, docs, templates to GBCM Hub)</w:t>
      </w:r>
    </w:p>
    <w:p w14:paraId="1B61A751" w14:textId="77777777" w:rsidR="00495879" w:rsidRDefault="00000000">
      <w:pPr>
        <w:pStyle w:val="Listepuces"/>
      </w:pPr>
      <w:r>
        <w:t>Monitor platform health (uptime, errors, performance)</w:t>
      </w:r>
    </w:p>
    <w:p w14:paraId="0C5C9F94" w14:textId="77777777" w:rsidR="00495879" w:rsidRDefault="00000000">
      <w:pPr>
        <w:pStyle w:val="Listepuces"/>
      </w:pPr>
      <w:r>
        <w:t>Coordinate with tech vendor (bug reports, feature requests)</w:t>
      </w:r>
    </w:p>
    <w:p w14:paraId="58629960" w14:textId="77777777" w:rsidR="00495879" w:rsidRDefault="00000000">
      <w:pPr>
        <w:pStyle w:val="Listenumros"/>
      </w:pPr>
      <w:r>
        <w:t>**Team Support** (10%)</w:t>
      </w:r>
    </w:p>
    <w:p w14:paraId="59A2E2F2" w14:textId="77777777" w:rsidR="00495879" w:rsidRDefault="00000000">
      <w:pPr>
        <w:pStyle w:val="Listepuces"/>
      </w:pPr>
      <w:r>
        <w:t>Coordinate team meetings (agenda, notes, action items)</w:t>
      </w:r>
    </w:p>
    <w:p w14:paraId="58E94D68" w14:textId="77777777" w:rsidR="00495879" w:rsidRDefault="00000000">
      <w:pPr>
        <w:pStyle w:val="Listepuces"/>
      </w:pPr>
      <w:r>
        <w:t>HR admin (onboarding paperwork, benefits enrollment)</w:t>
      </w:r>
    </w:p>
    <w:p w14:paraId="094B736A" w14:textId="77777777" w:rsidR="00495879" w:rsidRDefault="00000000">
      <w:pPr>
        <w:pStyle w:val="Listepuces"/>
      </w:pPr>
      <w:r>
        <w:t>Culture initiatives (team celebrations, offsites)</w:t>
      </w:r>
    </w:p>
    <w:p w14:paraId="2E975AD0" w14:textId="77777777" w:rsidR="00495879" w:rsidRDefault="00000000">
      <w:r>
        <w:rPr>
          <w:b/>
        </w:rPr>
        <w:t>Success Metrics</w:t>
      </w:r>
      <w:r>
        <w:t>:</w:t>
      </w:r>
    </w:p>
    <w:p w14:paraId="7F83A4F7" w14:textId="77777777" w:rsidR="00495879" w:rsidRDefault="00000000">
      <w:pPr>
        <w:pStyle w:val="Listepuces"/>
      </w:pPr>
      <w:r>
        <w:t>Financial accuracy: 100% (no errors in books)</w:t>
      </w:r>
    </w:p>
    <w:p w14:paraId="785C9BE7" w14:textId="77777777" w:rsidR="00495879" w:rsidRDefault="00000000">
      <w:pPr>
        <w:pStyle w:val="Listepuces"/>
      </w:pPr>
      <w:r>
        <w:t>Response time: &lt;24h for 95% of client inquiries</w:t>
      </w:r>
    </w:p>
    <w:p w14:paraId="13D5D6A5" w14:textId="77777777" w:rsidR="00495879" w:rsidRDefault="00000000">
      <w:pPr>
        <w:pStyle w:val="Listepuces"/>
      </w:pPr>
      <w:r>
        <w:t>Platform uptime: 99.5%+ (coordinating with tech team)</w:t>
      </w:r>
    </w:p>
    <w:p w14:paraId="0D9836CF" w14:textId="77777777" w:rsidR="00495879" w:rsidRDefault="00000000">
      <w:pPr>
        <w:pStyle w:val="Listepuces"/>
      </w:pPr>
      <w:r>
        <w:t>Team satisfaction: 8+ rating (annual survey)</w:t>
      </w:r>
    </w:p>
    <w:p w14:paraId="237B65E3" w14:textId="77777777" w:rsidR="00495879" w:rsidRDefault="00000000">
      <w:r>
        <w:t>________________________________________________________________________________</w:t>
      </w:r>
    </w:p>
    <w:p w14:paraId="50008244" w14:textId="77777777" w:rsidR="00495879" w:rsidRDefault="00000000">
      <w:pPr>
        <w:pStyle w:val="Titre4"/>
      </w:pPr>
      <w:r>
        <w:lastRenderedPageBreak/>
        <w:t>Marketing Manager (Hire #6)</w:t>
      </w:r>
    </w:p>
    <w:p w14:paraId="3E924B83" w14:textId="77777777" w:rsidR="00495879" w:rsidRDefault="00000000">
      <w:r>
        <w:rPr>
          <w:b/>
        </w:rPr>
        <w:t>Reports To</w:t>
      </w:r>
      <w:r>
        <w:t>: CEO</w:t>
      </w:r>
    </w:p>
    <w:p w14:paraId="0D67AE25" w14:textId="77777777" w:rsidR="00495879" w:rsidRDefault="00000000">
      <w:r>
        <w:rPr>
          <w:b/>
        </w:rPr>
        <w:t>Time Allocation</w:t>
      </w:r>
      <w:r>
        <w:t>: 40% Content, 30% Paid Ads, 20% SEO, 10% Analytics</w:t>
      </w:r>
    </w:p>
    <w:p w14:paraId="5D9074D7" w14:textId="77777777" w:rsidR="00495879" w:rsidRDefault="00000000">
      <w:r>
        <w:rPr>
          <w:b/>
        </w:rPr>
        <w:t>Key Responsibilities</w:t>
      </w:r>
      <w:r>
        <w:t>:</w:t>
      </w:r>
    </w:p>
    <w:p w14:paraId="09DF4D2D" w14:textId="77777777" w:rsidR="00495879" w:rsidRDefault="00000000">
      <w:pPr>
        <w:pStyle w:val="Listenumros"/>
      </w:pPr>
      <w:r>
        <w:t>**Content Creation** (40%)</w:t>
      </w:r>
    </w:p>
    <w:p w14:paraId="56A06E7E" w14:textId="77777777" w:rsidR="00495879" w:rsidRDefault="00000000">
      <w:pPr>
        <w:pStyle w:val="Listepuces"/>
      </w:pPr>
      <w:r>
        <w:t>Write 2 blog posts/week (1,500-2,500 words, SEO-optimized)</w:t>
      </w:r>
    </w:p>
    <w:p w14:paraId="63BBCBFC" w14:textId="77777777" w:rsidR="00495879" w:rsidRDefault="00000000">
      <w:pPr>
        <w:pStyle w:val="Listepuces"/>
      </w:pPr>
      <w:r>
        <w:t>LinkedIn: 5 posts/week for founder's account</w:t>
      </w:r>
    </w:p>
    <w:p w14:paraId="368D782F" w14:textId="77777777" w:rsidR="00495879" w:rsidRDefault="00000000">
      <w:pPr>
        <w:pStyle w:val="Listepuces"/>
      </w:pPr>
      <w:r>
        <w:t>Email: Weekly newsletter (curate, write, send)</w:t>
      </w:r>
    </w:p>
    <w:p w14:paraId="6C4883A8" w14:textId="77777777" w:rsidR="00495879" w:rsidRDefault="00000000">
      <w:pPr>
        <w:pStyle w:val="Listepuces"/>
      </w:pPr>
      <w:r>
        <w:t>Video scripts (for YouTube, social media clips)</w:t>
      </w:r>
    </w:p>
    <w:p w14:paraId="34EFA30B" w14:textId="77777777" w:rsidR="00495879" w:rsidRDefault="00000000">
      <w:pPr>
        <w:pStyle w:val="Listenumros"/>
      </w:pPr>
      <w:r>
        <w:t>**Paid Advertising** (30%)</w:t>
      </w:r>
    </w:p>
    <w:p w14:paraId="684E9CC2" w14:textId="77777777" w:rsidR="00495879" w:rsidRDefault="00000000">
      <w:pPr>
        <w:pStyle w:val="Listepuces"/>
      </w:pPr>
      <w:r>
        <w:t>Manage $150K annual budget (LinkedIn, Google Ads)</w:t>
      </w:r>
    </w:p>
    <w:p w14:paraId="2AE0AE6C" w14:textId="77777777" w:rsidR="00495879" w:rsidRDefault="00000000">
      <w:pPr>
        <w:pStyle w:val="Listepuces"/>
      </w:pPr>
      <w:r>
        <w:t>Create campaigns (audiences, ad copy, creative)</w:t>
      </w:r>
    </w:p>
    <w:p w14:paraId="089026F3" w14:textId="77777777" w:rsidR="00495879" w:rsidRDefault="00000000">
      <w:pPr>
        <w:pStyle w:val="Listepuces"/>
      </w:pPr>
      <w:r>
        <w:t>Optimize (A/B test, adjust bids, pause underperformers)</w:t>
      </w:r>
    </w:p>
    <w:p w14:paraId="1D32F738" w14:textId="77777777" w:rsidR="00495879" w:rsidRDefault="00000000">
      <w:pPr>
        <w:pStyle w:val="Listepuces"/>
      </w:pPr>
      <w:r>
        <w:t>Target: CAC &lt;$4,000, ROAS &gt;3:1</w:t>
      </w:r>
    </w:p>
    <w:p w14:paraId="4742E900" w14:textId="77777777" w:rsidR="00495879" w:rsidRDefault="00000000">
      <w:pPr>
        <w:pStyle w:val="Listenumros"/>
      </w:pPr>
      <w:r>
        <w:t>**SEO &amp; Organic Growth** (20%)</w:t>
      </w:r>
    </w:p>
    <w:p w14:paraId="6CF16DAE" w14:textId="77777777" w:rsidR="00495879" w:rsidRDefault="00000000">
      <w:pPr>
        <w:pStyle w:val="Listepuces"/>
      </w:pPr>
      <w:r>
        <w:t>Keyword research (identify 50+ target keywords)</w:t>
      </w:r>
    </w:p>
    <w:p w14:paraId="05098D66" w14:textId="77777777" w:rsidR="00495879" w:rsidRDefault="00000000">
      <w:pPr>
        <w:pStyle w:val="Listepuces"/>
      </w:pPr>
      <w:r>
        <w:t>On-page optimization (meta tags, headers, internal links)</w:t>
      </w:r>
    </w:p>
    <w:p w14:paraId="5A8225CB" w14:textId="77777777" w:rsidR="00495879" w:rsidRDefault="00000000">
      <w:pPr>
        <w:pStyle w:val="Listepuces"/>
      </w:pPr>
      <w:r>
        <w:t>Backlink building (guest posts, partnerships, PR)</w:t>
      </w:r>
    </w:p>
    <w:p w14:paraId="4DF0CF3C" w14:textId="77777777" w:rsidR="00495879" w:rsidRDefault="00000000">
      <w:pPr>
        <w:pStyle w:val="Listepuces"/>
      </w:pPr>
      <w:r>
        <w:t>Goal: 10,000 organic visitors/month by EOY 3</w:t>
      </w:r>
    </w:p>
    <w:p w14:paraId="2A4B1F9E" w14:textId="77777777" w:rsidR="00495879" w:rsidRDefault="00000000">
      <w:pPr>
        <w:pStyle w:val="Listenumros"/>
      </w:pPr>
      <w:r>
        <w:t>**Analytics &amp; Reporting** (10%)</w:t>
      </w:r>
    </w:p>
    <w:p w14:paraId="1F08BCAE" w14:textId="77777777" w:rsidR="00495879" w:rsidRDefault="00000000">
      <w:pPr>
        <w:pStyle w:val="Listepuces"/>
      </w:pPr>
      <w:r>
        <w:t>Track metrics (traffic, leads, CAC, conversion rates)</w:t>
      </w:r>
    </w:p>
    <w:p w14:paraId="2D3B0F3E" w14:textId="77777777" w:rsidR="00495879" w:rsidRDefault="00000000">
      <w:pPr>
        <w:pStyle w:val="Listepuces"/>
      </w:pPr>
      <w:r>
        <w:t>Weekly dashboard (share with CEO)</w:t>
      </w:r>
    </w:p>
    <w:p w14:paraId="4DC4818F" w14:textId="77777777" w:rsidR="00495879" w:rsidRDefault="00000000">
      <w:pPr>
        <w:pStyle w:val="Listepuces"/>
      </w:pPr>
      <w:r>
        <w:t>Monthly deep-dive (what's working, what's not, recommendations)</w:t>
      </w:r>
    </w:p>
    <w:p w14:paraId="06AB2218" w14:textId="77777777" w:rsidR="00495879" w:rsidRDefault="00000000">
      <w:pPr>
        <w:pStyle w:val="Listepuces"/>
      </w:pPr>
      <w:r>
        <w:t>Attribution (which channels drive best clients?)</w:t>
      </w:r>
    </w:p>
    <w:p w14:paraId="6E47AFB5" w14:textId="77777777" w:rsidR="00495879" w:rsidRDefault="00000000">
      <w:r>
        <w:rPr>
          <w:b/>
        </w:rPr>
        <w:t>Success Metrics</w:t>
      </w:r>
      <w:r>
        <w:t>:</w:t>
      </w:r>
    </w:p>
    <w:p w14:paraId="4F2CAD69" w14:textId="77777777" w:rsidR="00495879" w:rsidRDefault="00000000">
      <w:pPr>
        <w:pStyle w:val="Listepuces"/>
      </w:pPr>
      <w:r>
        <w:t>MQL target: 200/month by Year 3</w:t>
      </w:r>
    </w:p>
    <w:p w14:paraId="00057C53" w14:textId="77777777" w:rsidR="00495879" w:rsidRDefault="00000000">
      <w:pPr>
        <w:pStyle w:val="Listepuces"/>
      </w:pPr>
      <w:r>
        <w:t>CAC: &lt;$4,000 (blended across all channels)</w:t>
      </w:r>
    </w:p>
    <w:p w14:paraId="6D7F3432" w14:textId="77777777" w:rsidR="00495879" w:rsidRDefault="00000000">
      <w:pPr>
        <w:pStyle w:val="Listepuces"/>
      </w:pPr>
      <w:r>
        <w:t>Organic traffic: 10,000/month</w:t>
      </w:r>
    </w:p>
    <w:p w14:paraId="44025D46" w14:textId="77777777" w:rsidR="00495879" w:rsidRDefault="00000000">
      <w:pPr>
        <w:pStyle w:val="Listepuces"/>
      </w:pPr>
      <w:r>
        <w:t>Content output: 104 blog posts, 260 LinkedIn posts, 52 newsletters/year</w:t>
      </w:r>
    </w:p>
    <w:p w14:paraId="29C1187A" w14:textId="77777777" w:rsidR="00495879" w:rsidRDefault="00000000">
      <w:r>
        <w:t>________________________________________________________________________________</w:t>
      </w:r>
    </w:p>
    <w:p w14:paraId="6FD4D62F" w14:textId="77777777" w:rsidR="00495879" w:rsidRDefault="00000000">
      <w:pPr>
        <w:pStyle w:val="Titre2"/>
      </w:pPr>
      <w:r>
        <w:lastRenderedPageBreak/>
        <w:t>💰 COMPENSATION PHILOSOPHY &amp; STRUCTURE</w:t>
      </w:r>
    </w:p>
    <w:p w14:paraId="5329CF6B" w14:textId="77777777" w:rsidR="00495879" w:rsidRDefault="00000000">
      <w:pPr>
        <w:pStyle w:val="Titre3"/>
      </w:pPr>
      <w:r>
        <w:t>Philosophy: Fair, Transparent, Performance-Based</w:t>
      </w:r>
    </w:p>
    <w:p w14:paraId="06072FF0" w14:textId="77777777" w:rsidR="00495879" w:rsidRDefault="00000000">
      <w:r>
        <w:rPr>
          <w:b/>
        </w:rPr>
        <w:t>Principles</w:t>
      </w:r>
      <w:r>
        <w:t>:</w:t>
      </w:r>
    </w:p>
    <w:p w14:paraId="5CC6CB86" w14:textId="77777777" w:rsidR="00495879" w:rsidRDefault="00000000">
      <w:pPr>
        <w:pStyle w:val="Listenumros"/>
      </w:pPr>
      <w:r>
        <w:t>**Market-rate**: Pay 50th-75th percentile (competitive but not top-tier)</w:t>
      </w:r>
    </w:p>
    <w:p w14:paraId="517ABC81" w14:textId="77777777" w:rsidR="00495879" w:rsidRDefault="00000000">
      <w:pPr>
        <w:pStyle w:val="Listenumros"/>
      </w:pPr>
      <w:r>
        <w:t>**Transparent**: Every employee knows how comp is calculated</w:t>
      </w:r>
    </w:p>
    <w:p w14:paraId="6C9E7F1F" w14:textId="77777777" w:rsidR="00495879" w:rsidRDefault="00000000">
      <w:pPr>
        <w:pStyle w:val="Listenumros"/>
      </w:pPr>
      <w:r>
        <w:t>**Performance-based**: 10-20% variable (bonus, commission)</w:t>
      </w:r>
    </w:p>
    <w:p w14:paraId="177FB56F" w14:textId="77777777" w:rsidR="00495879" w:rsidRDefault="00000000">
      <w:pPr>
        <w:pStyle w:val="Listenumros"/>
      </w:pPr>
      <w:r>
        <w:t>**Equity** (Year 3+): Offer stock options to key hires (align long-term)</w:t>
      </w:r>
    </w:p>
    <w:p w14:paraId="19602FD4" w14:textId="77777777" w:rsidR="00495879" w:rsidRDefault="00000000">
      <w:pPr>
        <w:pStyle w:val="Listenumros"/>
      </w:pPr>
      <w:r>
        <w:t>**Benefits**: Health, 401(k), PTO (show we care about whole person)</w:t>
      </w:r>
    </w:p>
    <w:p w14:paraId="1A179CF4" w14:textId="77777777" w:rsidR="00495879" w:rsidRDefault="00000000">
      <w:pPr>
        <w:pStyle w:val="Titre3"/>
      </w:pPr>
      <w:r>
        <w:t>Compensation Bands (Year 3)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454"/>
        <w:gridCol w:w="1440"/>
        <w:gridCol w:w="1440"/>
        <w:gridCol w:w="1440"/>
        <w:gridCol w:w="1440"/>
        <w:gridCol w:w="1440"/>
      </w:tblGrid>
      <w:tr w:rsidR="00495879" w14:paraId="0031C3B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6ECF451" w14:textId="77777777" w:rsidR="00495879" w:rsidRDefault="00000000">
            <w:r>
              <w:rPr>
                <w:sz w:val="20"/>
              </w:rPr>
              <w:t>Role</w:t>
            </w:r>
          </w:p>
        </w:tc>
        <w:tc>
          <w:tcPr>
            <w:tcW w:w="1440" w:type="dxa"/>
          </w:tcPr>
          <w:p w14:paraId="1B65795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Base Salary</w:t>
            </w:r>
          </w:p>
        </w:tc>
        <w:tc>
          <w:tcPr>
            <w:tcW w:w="1440" w:type="dxa"/>
          </w:tcPr>
          <w:p w14:paraId="1EEC644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Variable</w:t>
            </w:r>
          </w:p>
        </w:tc>
        <w:tc>
          <w:tcPr>
            <w:tcW w:w="1440" w:type="dxa"/>
          </w:tcPr>
          <w:p w14:paraId="6DD0E78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 Cash</w:t>
            </w:r>
          </w:p>
        </w:tc>
        <w:tc>
          <w:tcPr>
            <w:tcW w:w="1440" w:type="dxa"/>
          </w:tcPr>
          <w:p w14:paraId="024F85D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Benefits</w:t>
            </w:r>
          </w:p>
        </w:tc>
        <w:tc>
          <w:tcPr>
            <w:tcW w:w="1440" w:type="dxa"/>
          </w:tcPr>
          <w:p w14:paraId="3FCEEB9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 Comp</w:t>
            </w:r>
          </w:p>
        </w:tc>
      </w:tr>
      <w:tr w:rsidR="00495879" w14:paraId="6E09695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02D7675" w14:textId="77777777" w:rsidR="00495879" w:rsidRDefault="00000000">
            <w:r>
              <w:t>**CEO (Founder)**</w:t>
            </w:r>
          </w:p>
        </w:tc>
        <w:tc>
          <w:tcPr>
            <w:tcW w:w="1440" w:type="dxa"/>
          </w:tcPr>
          <w:p w14:paraId="3B26247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$150K*</w:t>
            </w:r>
          </w:p>
        </w:tc>
        <w:tc>
          <w:tcPr>
            <w:tcW w:w="1440" w:type="dxa"/>
          </w:tcPr>
          <w:p w14:paraId="4152001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1440" w:type="dxa"/>
          </w:tcPr>
          <w:p w14:paraId="01DB59D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$150K</w:t>
            </w:r>
          </w:p>
        </w:tc>
        <w:tc>
          <w:tcPr>
            <w:tcW w:w="1440" w:type="dxa"/>
          </w:tcPr>
          <w:p w14:paraId="57133A6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$15K</w:t>
            </w:r>
          </w:p>
        </w:tc>
        <w:tc>
          <w:tcPr>
            <w:tcW w:w="1440" w:type="dxa"/>
          </w:tcPr>
          <w:p w14:paraId="17B3F6A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$165K</w:t>
            </w:r>
          </w:p>
        </w:tc>
      </w:tr>
      <w:tr w:rsidR="00495879" w14:paraId="3076823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A1AE2D4" w14:textId="77777777" w:rsidR="00495879" w:rsidRDefault="00000000">
            <w:r>
              <w:t>**Senior Coach**</w:t>
            </w:r>
          </w:p>
        </w:tc>
        <w:tc>
          <w:tcPr>
            <w:tcW w:w="1440" w:type="dxa"/>
          </w:tcPr>
          <w:p w14:paraId="747CD01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$80-110K</w:t>
            </w:r>
          </w:p>
        </w:tc>
        <w:tc>
          <w:tcPr>
            <w:tcW w:w="1440" w:type="dxa"/>
          </w:tcPr>
          <w:p w14:paraId="7347933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$10-20K</w:t>
            </w:r>
          </w:p>
        </w:tc>
        <w:tc>
          <w:tcPr>
            <w:tcW w:w="1440" w:type="dxa"/>
          </w:tcPr>
          <w:p w14:paraId="1BE779E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$90-130K</w:t>
            </w:r>
          </w:p>
        </w:tc>
        <w:tc>
          <w:tcPr>
            <w:tcW w:w="1440" w:type="dxa"/>
          </w:tcPr>
          <w:p w14:paraId="1A3B589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$15K</w:t>
            </w:r>
          </w:p>
        </w:tc>
        <w:tc>
          <w:tcPr>
            <w:tcW w:w="1440" w:type="dxa"/>
          </w:tcPr>
          <w:p w14:paraId="71C1BCD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$105-145K</w:t>
            </w:r>
          </w:p>
        </w:tc>
      </w:tr>
      <w:tr w:rsidR="00495879" w14:paraId="7A5B3F3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D6E2011" w14:textId="77777777" w:rsidR="00495879" w:rsidRDefault="00000000">
            <w:r>
              <w:t>**Sales Manager**</w:t>
            </w:r>
          </w:p>
        </w:tc>
        <w:tc>
          <w:tcPr>
            <w:tcW w:w="1440" w:type="dxa"/>
          </w:tcPr>
          <w:p w14:paraId="14D10CD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$60-75K</w:t>
            </w:r>
          </w:p>
        </w:tc>
        <w:tc>
          <w:tcPr>
            <w:tcW w:w="1440" w:type="dxa"/>
          </w:tcPr>
          <w:p w14:paraId="32E62D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$30-60K</w:t>
            </w:r>
          </w:p>
        </w:tc>
        <w:tc>
          <w:tcPr>
            <w:tcW w:w="1440" w:type="dxa"/>
          </w:tcPr>
          <w:p w14:paraId="4366DE1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$90-135K</w:t>
            </w:r>
          </w:p>
        </w:tc>
        <w:tc>
          <w:tcPr>
            <w:tcW w:w="1440" w:type="dxa"/>
          </w:tcPr>
          <w:p w14:paraId="5C61FC2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$15K</w:t>
            </w:r>
          </w:p>
        </w:tc>
        <w:tc>
          <w:tcPr>
            <w:tcW w:w="1440" w:type="dxa"/>
          </w:tcPr>
          <w:p w14:paraId="3612628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$105-150K</w:t>
            </w:r>
          </w:p>
        </w:tc>
      </w:tr>
      <w:tr w:rsidR="00495879" w14:paraId="3A473DD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9942CB2" w14:textId="77777777" w:rsidR="00495879" w:rsidRDefault="00000000">
            <w:r>
              <w:t>**Marketing Mgr**</w:t>
            </w:r>
          </w:p>
        </w:tc>
        <w:tc>
          <w:tcPr>
            <w:tcW w:w="1440" w:type="dxa"/>
          </w:tcPr>
          <w:p w14:paraId="64835FB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$60-80K</w:t>
            </w:r>
          </w:p>
        </w:tc>
        <w:tc>
          <w:tcPr>
            <w:tcW w:w="1440" w:type="dxa"/>
          </w:tcPr>
          <w:p w14:paraId="1EFC9C8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$5-10K</w:t>
            </w:r>
          </w:p>
        </w:tc>
        <w:tc>
          <w:tcPr>
            <w:tcW w:w="1440" w:type="dxa"/>
          </w:tcPr>
          <w:p w14:paraId="5C0E53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$65-90K</w:t>
            </w:r>
          </w:p>
        </w:tc>
        <w:tc>
          <w:tcPr>
            <w:tcW w:w="1440" w:type="dxa"/>
          </w:tcPr>
          <w:p w14:paraId="2CB5320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$10K (PT)</w:t>
            </w:r>
          </w:p>
        </w:tc>
        <w:tc>
          <w:tcPr>
            <w:tcW w:w="1440" w:type="dxa"/>
          </w:tcPr>
          <w:p w14:paraId="3E4D65C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$75-100K</w:t>
            </w:r>
          </w:p>
        </w:tc>
      </w:tr>
      <w:tr w:rsidR="00495879" w14:paraId="0CA2E75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A1C4F2D" w14:textId="77777777" w:rsidR="00495879" w:rsidRDefault="00000000">
            <w:r>
              <w:t>**Operations Mgr**</w:t>
            </w:r>
          </w:p>
        </w:tc>
        <w:tc>
          <w:tcPr>
            <w:tcW w:w="1440" w:type="dxa"/>
          </w:tcPr>
          <w:p w14:paraId="0B1644A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$50-60K</w:t>
            </w:r>
          </w:p>
        </w:tc>
        <w:tc>
          <w:tcPr>
            <w:tcW w:w="1440" w:type="dxa"/>
          </w:tcPr>
          <w:p w14:paraId="70552D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$5K</w:t>
            </w:r>
          </w:p>
        </w:tc>
        <w:tc>
          <w:tcPr>
            <w:tcW w:w="1440" w:type="dxa"/>
          </w:tcPr>
          <w:p w14:paraId="0EBA091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$55-65K</w:t>
            </w:r>
          </w:p>
        </w:tc>
        <w:tc>
          <w:tcPr>
            <w:tcW w:w="1440" w:type="dxa"/>
          </w:tcPr>
          <w:p w14:paraId="11FAF2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$15K</w:t>
            </w:r>
          </w:p>
        </w:tc>
        <w:tc>
          <w:tcPr>
            <w:tcW w:w="1440" w:type="dxa"/>
          </w:tcPr>
          <w:p w14:paraId="63248F8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$70-80K</w:t>
            </w:r>
          </w:p>
        </w:tc>
      </w:tr>
    </w:tbl>
    <w:p w14:paraId="6092B2E6" w14:textId="77777777" w:rsidR="00495879" w:rsidRDefault="00495879"/>
    <w:p w14:paraId="76E612C5" w14:textId="77777777" w:rsidR="00495879" w:rsidRDefault="00000000">
      <w:r>
        <w:t>*Founder takes modest salary (Year 3), prioritizes business profitability and reinvestment</w:t>
      </w:r>
    </w:p>
    <w:p w14:paraId="736AFB03" w14:textId="77777777" w:rsidR="00495879" w:rsidRDefault="00000000">
      <w:pPr>
        <w:pStyle w:val="Titre3"/>
      </w:pPr>
      <w:r>
        <w:t>Variable Compensation Details</w:t>
      </w:r>
    </w:p>
    <w:p w14:paraId="6A2C8E36" w14:textId="77777777" w:rsidR="00495879" w:rsidRDefault="00000000">
      <w:r>
        <w:rPr>
          <w:b/>
        </w:rPr>
        <w:t>Senior Coach Bonus</w:t>
      </w:r>
      <w:r>
        <w:t xml:space="preserve"> (Up to $20K):</w:t>
      </w:r>
    </w:p>
    <w:p w14:paraId="4A588BA7" w14:textId="77777777" w:rsidR="00495879" w:rsidRDefault="00000000">
      <w:pPr>
        <w:pStyle w:val="Listepuces"/>
      </w:pPr>
      <w:r>
        <w:t>Client satisfaction: 50% weight (4.5+ rating = $10K)</w:t>
      </w:r>
    </w:p>
    <w:p w14:paraId="41F25DEF" w14:textId="77777777" w:rsidR="00495879" w:rsidRDefault="00000000">
      <w:pPr>
        <w:pStyle w:val="Listepuces"/>
      </w:pPr>
      <w:r>
        <w:t>Renewal rate: 30% weight (85%+ = $6K)</w:t>
      </w:r>
    </w:p>
    <w:p w14:paraId="0A0A729E" w14:textId="77777777" w:rsidR="00495879" w:rsidRDefault="00000000">
      <w:pPr>
        <w:pStyle w:val="Listepuces"/>
      </w:pPr>
      <w:r>
        <w:t>Content output: 20% weight (12 posts, 24 videos = $4K)</w:t>
      </w:r>
    </w:p>
    <w:p w14:paraId="4DDBD43D" w14:textId="77777777" w:rsidR="00495879" w:rsidRDefault="00000000">
      <w:r>
        <w:rPr>
          <w:b/>
        </w:rPr>
        <w:t>Sales Manager Commission</w:t>
      </w:r>
      <w:r>
        <w:t>:</w:t>
      </w:r>
    </w:p>
    <w:p w14:paraId="056A14E3" w14:textId="77777777" w:rsidR="00495879" w:rsidRDefault="00000000">
      <w:pPr>
        <w:pStyle w:val="Listepuces"/>
      </w:pPr>
      <w:r>
        <w:t>5% of first-year contract value</w:t>
      </w:r>
    </w:p>
    <w:p w14:paraId="51AFEB15" w14:textId="77777777" w:rsidR="00495879" w:rsidRDefault="00000000">
      <w:pPr>
        <w:pStyle w:val="Listepuces"/>
      </w:pPr>
      <w:r>
        <w:t>Paid quarterly (upon contract signature + payment receipt)</w:t>
      </w:r>
    </w:p>
    <w:p w14:paraId="64DA5B52" w14:textId="77777777" w:rsidR="00495879" w:rsidRDefault="00000000">
      <w:pPr>
        <w:pStyle w:val="Listepuces"/>
      </w:pPr>
      <w:r>
        <w:t>No cap (unlimited upside)</w:t>
      </w:r>
    </w:p>
    <w:p w14:paraId="27EE38B3" w14:textId="77777777" w:rsidR="00495879" w:rsidRDefault="00000000">
      <w:pPr>
        <w:pStyle w:val="Listepuces"/>
      </w:pPr>
      <w:r>
        <w:t>Example: Close $900K → Earn $45K commission</w:t>
      </w:r>
    </w:p>
    <w:p w14:paraId="7901F1AE" w14:textId="77777777" w:rsidR="00495879" w:rsidRDefault="00000000">
      <w:r>
        <w:rPr>
          <w:b/>
        </w:rPr>
        <w:t>Marketing Manager Bonus</w:t>
      </w:r>
      <w:r>
        <w:t xml:space="preserve"> (Up to $10K):</w:t>
      </w:r>
    </w:p>
    <w:p w14:paraId="5AA1AB6D" w14:textId="77777777" w:rsidR="00495879" w:rsidRDefault="00000000">
      <w:pPr>
        <w:pStyle w:val="Listepuces"/>
      </w:pPr>
      <w:r>
        <w:t>MQL target: 50% weight (200/month = $5K)</w:t>
      </w:r>
    </w:p>
    <w:p w14:paraId="073A6153" w14:textId="77777777" w:rsidR="00495879" w:rsidRDefault="00000000">
      <w:pPr>
        <w:pStyle w:val="Listepuces"/>
      </w:pPr>
      <w:r>
        <w:t>CAC target: 30% weight (&lt;$4,000 = $3K)</w:t>
      </w:r>
    </w:p>
    <w:p w14:paraId="65B44FC4" w14:textId="77777777" w:rsidR="00495879" w:rsidRDefault="00000000">
      <w:pPr>
        <w:pStyle w:val="Listepuces"/>
      </w:pPr>
      <w:r>
        <w:t>Organic traffic: 20% weight (10,000/month = $2K)</w:t>
      </w:r>
    </w:p>
    <w:p w14:paraId="51650F42" w14:textId="77777777" w:rsidR="00495879" w:rsidRDefault="00000000">
      <w:r>
        <w:rPr>
          <w:b/>
        </w:rPr>
        <w:lastRenderedPageBreak/>
        <w:t>Operations Manager Bonus</w:t>
      </w:r>
      <w:r>
        <w:t xml:space="preserve"> (Up to $5K):</w:t>
      </w:r>
    </w:p>
    <w:p w14:paraId="2D0736E3" w14:textId="77777777" w:rsidR="00495879" w:rsidRDefault="00000000">
      <w:pPr>
        <w:pStyle w:val="Listepuces"/>
      </w:pPr>
      <w:r>
        <w:t>Financial accuracy: 40% weight (0 errors = $2K)</w:t>
      </w:r>
    </w:p>
    <w:p w14:paraId="08D16920" w14:textId="77777777" w:rsidR="00495879" w:rsidRDefault="00000000">
      <w:pPr>
        <w:pStyle w:val="Listepuces"/>
      </w:pPr>
      <w:r>
        <w:t>Client support NPS: 30% weight (70+ = $1.5K)</w:t>
      </w:r>
    </w:p>
    <w:p w14:paraId="64BAAF1D" w14:textId="77777777" w:rsidR="00495879" w:rsidRDefault="00000000">
      <w:pPr>
        <w:pStyle w:val="Listepuces"/>
      </w:pPr>
      <w:r>
        <w:t>Platform uptime: 30% weight (99.5%+ = $1.5K)</w:t>
      </w:r>
    </w:p>
    <w:p w14:paraId="68DCD81B" w14:textId="77777777" w:rsidR="00495879" w:rsidRDefault="00000000">
      <w:pPr>
        <w:pStyle w:val="Titre3"/>
      </w:pPr>
      <w:r>
        <w:t>Benefits Package</w:t>
      </w:r>
    </w:p>
    <w:p w14:paraId="7B5B6536" w14:textId="77777777" w:rsidR="00495879" w:rsidRDefault="00000000">
      <w:r>
        <w:rPr>
          <w:b/>
        </w:rPr>
        <w:t>Health Insurance</w:t>
      </w:r>
      <w:r>
        <w:t xml:space="preserve"> (Full-time employees only):</w:t>
      </w:r>
    </w:p>
    <w:p w14:paraId="7C46CDE9" w14:textId="77777777" w:rsidR="00495879" w:rsidRDefault="00000000">
      <w:pPr>
        <w:pStyle w:val="Listepuces"/>
      </w:pPr>
      <w:r>
        <w:t>Employer covers 80% of premium (employee pays 20%)</w:t>
      </w:r>
    </w:p>
    <w:p w14:paraId="4356693E" w14:textId="77777777" w:rsidR="00495879" w:rsidRDefault="00000000">
      <w:pPr>
        <w:pStyle w:val="Listepuces"/>
      </w:pPr>
      <w:r>
        <w:t>Options: HMO, PPO (employee choice)</w:t>
      </w:r>
    </w:p>
    <w:p w14:paraId="65104444" w14:textId="77777777" w:rsidR="00495879" w:rsidRDefault="00000000">
      <w:pPr>
        <w:pStyle w:val="Listepuces"/>
      </w:pPr>
      <w:r>
        <w:t>Cost to GBCM: ~$10-12K/employee/year</w:t>
      </w:r>
    </w:p>
    <w:p w14:paraId="3C17CF40" w14:textId="77777777" w:rsidR="00495879" w:rsidRDefault="00000000">
      <w:r>
        <w:rPr>
          <w:b/>
        </w:rPr>
        <w:t>Retirement (401(k))</w:t>
      </w:r>
      <w:r>
        <w:t>:</w:t>
      </w:r>
    </w:p>
    <w:p w14:paraId="7876AF53" w14:textId="77777777" w:rsidR="00495879" w:rsidRDefault="00000000">
      <w:pPr>
        <w:pStyle w:val="Listepuces"/>
      </w:pPr>
      <w:r>
        <w:t>Employer match: 4% (if employee contributes 4%)</w:t>
      </w:r>
    </w:p>
    <w:p w14:paraId="7C3104A0" w14:textId="77777777" w:rsidR="00495879" w:rsidRDefault="00000000">
      <w:pPr>
        <w:pStyle w:val="Listepuces"/>
      </w:pPr>
      <w:r>
        <w:t>Vesting: Immediate (no cliff)</w:t>
      </w:r>
    </w:p>
    <w:p w14:paraId="7F8B6987" w14:textId="77777777" w:rsidR="00495879" w:rsidRDefault="00000000">
      <w:pPr>
        <w:pStyle w:val="Listepuces"/>
      </w:pPr>
      <w:r>
        <w:t>Cost: ~4% of salary ($3-5K/employee/year)</w:t>
      </w:r>
    </w:p>
    <w:p w14:paraId="225C668B" w14:textId="77777777" w:rsidR="00495879" w:rsidRDefault="00000000">
      <w:r>
        <w:rPr>
          <w:b/>
        </w:rPr>
        <w:t>Paid Time Off (PTO)</w:t>
      </w:r>
      <w:r>
        <w:t>:</w:t>
      </w:r>
    </w:p>
    <w:p w14:paraId="4DD697C5" w14:textId="77777777" w:rsidR="00495879" w:rsidRDefault="00000000">
      <w:pPr>
        <w:pStyle w:val="Listepuces"/>
      </w:pPr>
      <w:r>
        <w:t>15 days/year (3 weeks) - Year 1</w:t>
      </w:r>
    </w:p>
    <w:p w14:paraId="3C894007" w14:textId="77777777" w:rsidR="00495879" w:rsidRDefault="00000000">
      <w:pPr>
        <w:pStyle w:val="Listepuces"/>
      </w:pPr>
      <w:r>
        <w:t>+1 day per year of tenure (max 25 days)</w:t>
      </w:r>
    </w:p>
    <w:p w14:paraId="786A0FC0" w14:textId="77777777" w:rsidR="00495879" w:rsidRDefault="00000000">
      <w:pPr>
        <w:pStyle w:val="Listepuces"/>
      </w:pPr>
      <w:r>
        <w:t>Unlimited sick days (trust-based, don't abuse)</w:t>
      </w:r>
    </w:p>
    <w:p w14:paraId="17EB3655" w14:textId="77777777" w:rsidR="00495879" w:rsidRDefault="00000000">
      <w:pPr>
        <w:pStyle w:val="Listepuces"/>
      </w:pPr>
      <w:r>
        <w:t>10 federal holidays</w:t>
      </w:r>
    </w:p>
    <w:p w14:paraId="35901ED7" w14:textId="77777777" w:rsidR="00495879" w:rsidRDefault="00000000">
      <w:r>
        <w:rPr>
          <w:b/>
        </w:rPr>
        <w:t>Professional Development</w:t>
      </w:r>
      <w:r>
        <w:t>:</w:t>
      </w:r>
    </w:p>
    <w:p w14:paraId="74FBEE47" w14:textId="77777777" w:rsidR="00495879" w:rsidRDefault="00000000">
      <w:pPr>
        <w:pStyle w:val="Listepuces"/>
      </w:pPr>
      <w:r>
        <w:t>$3,000/year budget (conferences, courses, books, coaching)</w:t>
      </w:r>
    </w:p>
    <w:p w14:paraId="7FF10144" w14:textId="77777777" w:rsidR="00495879" w:rsidRDefault="00000000">
      <w:pPr>
        <w:pStyle w:val="Listepuces"/>
      </w:pPr>
      <w:r>
        <w:t>1 major conference/year (GBCM pays travel + ticket)</w:t>
      </w:r>
    </w:p>
    <w:p w14:paraId="5BCA880F" w14:textId="77777777" w:rsidR="00495879" w:rsidRDefault="00000000">
      <w:pPr>
        <w:pStyle w:val="Listepuces"/>
      </w:pPr>
      <w:r>
        <w:t>Weekly learning time (4 hours/week to read, learn, grow)</w:t>
      </w:r>
    </w:p>
    <w:p w14:paraId="03D2991F" w14:textId="77777777" w:rsidR="00495879" w:rsidRDefault="00000000">
      <w:r>
        <w:rPr>
          <w:b/>
        </w:rPr>
        <w:t>Equipment &amp; Home Office</w:t>
      </w:r>
      <w:r>
        <w:t>:</w:t>
      </w:r>
    </w:p>
    <w:p w14:paraId="4148DC6E" w14:textId="77777777" w:rsidR="00495879" w:rsidRDefault="00000000">
      <w:pPr>
        <w:pStyle w:val="Listepuces"/>
      </w:pPr>
      <w:r>
        <w:t>$2,000 setup stipend (laptop, monitor, desk, chair)</w:t>
      </w:r>
    </w:p>
    <w:p w14:paraId="233D3B35" w14:textId="77777777" w:rsidR="00495879" w:rsidRDefault="00000000">
      <w:pPr>
        <w:pStyle w:val="Listepuces"/>
      </w:pPr>
      <w:r>
        <w:t>$100/month internet/phone reimbursement</w:t>
      </w:r>
    </w:p>
    <w:p w14:paraId="7F153286" w14:textId="77777777" w:rsidR="00495879" w:rsidRDefault="00000000">
      <w:r>
        <w:rPr>
          <w:b/>
        </w:rPr>
        <w:t>Other Perks</w:t>
      </w:r>
      <w:r>
        <w:t xml:space="preserve"> (Year 3+):</w:t>
      </w:r>
    </w:p>
    <w:p w14:paraId="6B402973" w14:textId="77777777" w:rsidR="00495879" w:rsidRDefault="00000000">
      <w:pPr>
        <w:pStyle w:val="Listepuces"/>
      </w:pPr>
      <w:r>
        <w:t>Annual team offsite (2 days, all expenses paid)</w:t>
      </w:r>
    </w:p>
    <w:p w14:paraId="17831AD7" w14:textId="77777777" w:rsidR="00495879" w:rsidRDefault="00000000">
      <w:pPr>
        <w:pStyle w:val="Listepuces"/>
      </w:pPr>
      <w:r>
        <w:t>Quarterly team dinners (celebrate wins)</w:t>
      </w:r>
    </w:p>
    <w:p w14:paraId="1BA9598A" w14:textId="77777777" w:rsidR="00495879" w:rsidRDefault="00000000">
      <w:pPr>
        <w:pStyle w:val="Listepuces"/>
      </w:pPr>
      <w:r>
        <w:t>Surprise &amp; delight (birthday gifts, work anniversaries)</w:t>
      </w:r>
    </w:p>
    <w:p w14:paraId="4ADCB5C9" w14:textId="77777777" w:rsidR="00495879" w:rsidRDefault="00000000">
      <w:pPr>
        <w:pStyle w:val="Titre3"/>
      </w:pPr>
      <w:r>
        <w:t>Equity Plan (Year 3+)</w:t>
      </w:r>
    </w:p>
    <w:p w14:paraId="1036B1C5" w14:textId="77777777" w:rsidR="00495879" w:rsidRDefault="00000000">
      <w:r>
        <w:rPr>
          <w:b/>
        </w:rPr>
        <w:t>Why Offer Equity</w:t>
      </w:r>
      <w:r>
        <w:t>: Align team with long-term success, retention tool</w:t>
      </w:r>
    </w:p>
    <w:p w14:paraId="1D4E8C90" w14:textId="77777777" w:rsidR="00495879" w:rsidRDefault="00000000">
      <w:r>
        <w:rPr>
          <w:b/>
        </w:rPr>
        <w:t>Structure</w:t>
      </w:r>
      <w:r>
        <w:t>: Stock Options (ISOs - Incentive Stock Options)</w:t>
      </w:r>
    </w:p>
    <w:p w14:paraId="69733A6A" w14:textId="77777777" w:rsidR="00495879" w:rsidRDefault="00000000">
      <w:pPr>
        <w:pStyle w:val="Listepuces"/>
      </w:pPr>
      <w:r>
        <w:lastRenderedPageBreak/>
        <w:t>**Pool**: 10% of company (dilutes founder from 100% to 90%)</w:t>
      </w:r>
    </w:p>
    <w:p w14:paraId="0494E701" w14:textId="77777777" w:rsidR="00495879" w:rsidRDefault="00000000">
      <w:pPr>
        <w:pStyle w:val="Listepuces"/>
      </w:pPr>
      <w:r>
        <w:t>**Grants**:</w:t>
      </w:r>
    </w:p>
    <w:p w14:paraId="5F6EB374" w14:textId="77777777" w:rsidR="00495879" w:rsidRDefault="00000000">
      <w:pPr>
        <w:pStyle w:val="Listepuces"/>
      </w:pPr>
      <w:r>
        <w:t>Senior Coach: 2% (vests over 4 years)</w:t>
      </w:r>
    </w:p>
    <w:p w14:paraId="34E75BC8" w14:textId="77777777" w:rsidR="00495879" w:rsidRDefault="00000000">
      <w:pPr>
        <w:pStyle w:val="Listepuces"/>
      </w:pPr>
      <w:r>
        <w:t>Sales Manager: 1.5%</w:t>
      </w:r>
    </w:p>
    <w:p w14:paraId="2AB8DE0D" w14:textId="77777777" w:rsidR="00495879" w:rsidRDefault="00000000">
      <w:pPr>
        <w:pStyle w:val="Listepuces"/>
      </w:pPr>
      <w:r>
        <w:t>Operations Manager: 1%</w:t>
      </w:r>
    </w:p>
    <w:p w14:paraId="112B5CC3" w14:textId="77777777" w:rsidR="00495879" w:rsidRDefault="00000000">
      <w:pPr>
        <w:pStyle w:val="Listepuces"/>
      </w:pPr>
      <w:r>
        <w:t>Marketing Manager: 0.5%</w:t>
      </w:r>
    </w:p>
    <w:p w14:paraId="4792559E" w14:textId="77777777" w:rsidR="00495879" w:rsidRDefault="00000000">
      <w:pPr>
        <w:pStyle w:val="Listepuces"/>
      </w:pPr>
      <w:r>
        <w:t>Total allocated: 5% (5% reserved for future hires)</w:t>
      </w:r>
    </w:p>
    <w:p w14:paraId="53EB71C1" w14:textId="77777777" w:rsidR="00495879" w:rsidRDefault="00000000">
      <w:r>
        <w:rPr>
          <w:b/>
        </w:rPr>
        <w:t>Vesting Schedule</w:t>
      </w:r>
      <w:r>
        <w:t>: 4-year vest, 1-year cliff</w:t>
      </w:r>
    </w:p>
    <w:p w14:paraId="0A77CD69" w14:textId="77777777" w:rsidR="00495879" w:rsidRDefault="00000000">
      <w:pPr>
        <w:pStyle w:val="Listepuces"/>
      </w:pPr>
      <w:r>
        <w:t>Year 1: 0% (cliff - must stay 12 months to earn any equity)</w:t>
      </w:r>
    </w:p>
    <w:p w14:paraId="310FF5E2" w14:textId="77777777" w:rsidR="00495879" w:rsidRDefault="00000000">
      <w:pPr>
        <w:pStyle w:val="Listepuces"/>
      </w:pPr>
      <w:r>
        <w:t>Year 2-4: 1/36th per month (25% per year after cliff)</w:t>
      </w:r>
    </w:p>
    <w:p w14:paraId="4C58B68B" w14:textId="77777777" w:rsidR="00495879" w:rsidRDefault="00000000">
      <w:pPr>
        <w:pStyle w:val="Listepuces"/>
      </w:pPr>
      <w:r>
        <w:t>Example: 2% grant = 0.5% per year = 0.042% per month after cliff</w:t>
      </w:r>
    </w:p>
    <w:p w14:paraId="025FCB5D" w14:textId="77777777" w:rsidR="00495879" w:rsidRDefault="00000000">
      <w:r>
        <w:rPr>
          <w:b/>
        </w:rPr>
        <w:t>Exit Scenarios</w:t>
      </w:r>
      <w:r>
        <w:t xml:space="preserve"> (What's equity worth?):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0EC8439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0097299" w14:textId="77777777" w:rsidR="00495879" w:rsidRDefault="00000000">
            <w:r>
              <w:rPr>
                <w:sz w:val="20"/>
              </w:rPr>
              <w:t>Exit Value</w:t>
            </w:r>
          </w:p>
        </w:tc>
        <w:tc>
          <w:tcPr>
            <w:tcW w:w="2880" w:type="dxa"/>
          </w:tcPr>
          <w:p w14:paraId="757E19D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2% Equity Value</w:t>
            </w:r>
          </w:p>
        </w:tc>
        <w:tc>
          <w:tcPr>
            <w:tcW w:w="2880" w:type="dxa"/>
          </w:tcPr>
          <w:p w14:paraId="01B16DA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1% Equity Value</w:t>
            </w:r>
          </w:p>
        </w:tc>
      </w:tr>
      <w:tr w:rsidR="00495879" w14:paraId="163612A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3D49F04" w14:textId="77777777" w:rsidR="00495879" w:rsidRDefault="00000000">
            <w:r>
              <w:t>$5M (modest acquisition)</w:t>
            </w:r>
          </w:p>
        </w:tc>
        <w:tc>
          <w:tcPr>
            <w:tcW w:w="2880" w:type="dxa"/>
          </w:tcPr>
          <w:p w14:paraId="7EE533A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$100K</w:t>
            </w:r>
          </w:p>
        </w:tc>
        <w:tc>
          <w:tcPr>
            <w:tcW w:w="2880" w:type="dxa"/>
          </w:tcPr>
          <w:p w14:paraId="39FC117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$50K</w:t>
            </w:r>
          </w:p>
        </w:tc>
      </w:tr>
      <w:tr w:rsidR="00495879" w14:paraId="7813D78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376CBD7" w14:textId="77777777" w:rsidR="00495879" w:rsidRDefault="00000000">
            <w:r>
              <w:t>$10M (strong exit)</w:t>
            </w:r>
          </w:p>
        </w:tc>
        <w:tc>
          <w:tcPr>
            <w:tcW w:w="2880" w:type="dxa"/>
          </w:tcPr>
          <w:p w14:paraId="6F76C6E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$200K</w:t>
            </w:r>
          </w:p>
        </w:tc>
        <w:tc>
          <w:tcPr>
            <w:tcW w:w="2880" w:type="dxa"/>
          </w:tcPr>
          <w:p w14:paraId="3AB976E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$100K</w:t>
            </w:r>
          </w:p>
        </w:tc>
      </w:tr>
      <w:tr w:rsidR="00495879" w14:paraId="6D9C4EF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C406528" w14:textId="77777777" w:rsidR="00495879" w:rsidRDefault="00000000">
            <w:r>
              <w:t>$25M (exceptional)</w:t>
            </w:r>
          </w:p>
        </w:tc>
        <w:tc>
          <w:tcPr>
            <w:tcW w:w="2880" w:type="dxa"/>
          </w:tcPr>
          <w:p w14:paraId="3D7586F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$500K</w:t>
            </w:r>
          </w:p>
        </w:tc>
        <w:tc>
          <w:tcPr>
            <w:tcW w:w="2880" w:type="dxa"/>
          </w:tcPr>
          <w:p w14:paraId="60C7D75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$250K</w:t>
            </w:r>
          </w:p>
        </w:tc>
      </w:tr>
    </w:tbl>
    <w:p w14:paraId="208E1BF8" w14:textId="77777777" w:rsidR="00495879" w:rsidRDefault="00495879"/>
    <w:p w14:paraId="06D3C274" w14:textId="77777777" w:rsidR="00495879" w:rsidRDefault="00000000">
      <w:r>
        <w:rPr>
          <w:b/>
        </w:rPr>
        <w:t>Note</w:t>
      </w:r>
      <w:r>
        <w:t>: Equity only valuable if exit (acquisition, IPO - unlikely for coaching firm, but possible if we become tech platform at scale)</w:t>
      </w:r>
    </w:p>
    <w:p w14:paraId="04D788F4" w14:textId="77777777" w:rsidR="00495879" w:rsidRDefault="00000000">
      <w:r>
        <w:t>________________________________________________________________________________</w:t>
      </w:r>
    </w:p>
    <w:p w14:paraId="5BAD9D94" w14:textId="77777777" w:rsidR="00495879" w:rsidRDefault="00000000">
      <w:pPr>
        <w:pStyle w:val="Titre2"/>
      </w:pPr>
      <w:r>
        <w:t>🌟 COMPANY CULTURE &amp; VALUES</w:t>
      </w:r>
    </w:p>
    <w:p w14:paraId="2E8325A9" w14:textId="77777777" w:rsidR="00495879" w:rsidRDefault="00000000">
      <w:pPr>
        <w:pStyle w:val="Titre3"/>
      </w:pPr>
      <w:r>
        <w:t>GBCM Values (From Section 2, Reinforced Here)</w:t>
      </w:r>
    </w:p>
    <w:p w14:paraId="784897A3" w14:textId="77777777" w:rsidR="00495879" w:rsidRDefault="00000000">
      <w:r>
        <w:rPr>
          <w:b/>
        </w:rPr>
        <w:t>1. EXCELLENCE</w:t>
      </w:r>
      <w:r>
        <w:t xml:space="preserve"> - We set the bar high and exceed it</w:t>
      </w:r>
    </w:p>
    <w:p w14:paraId="13EE40DA" w14:textId="77777777" w:rsidR="00495879" w:rsidRDefault="00000000">
      <w:pPr>
        <w:pStyle w:val="Listepuces"/>
      </w:pPr>
      <w:r>
        <w:t>Deliver 4.5+ rated sessions every time</w:t>
      </w:r>
    </w:p>
    <w:p w14:paraId="363AAFC1" w14:textId="77777777" w:rsidR="00495879" w:rsidRDefault="00000000">
      <w:pPr>
        <w:pStyle w:val="Listepuces"/>
      </w:pPr>
      <w:r>
        <w:t>Respond to clients &lt;24 hours, always</w:t>
      </w:r>
    </w:p>
    <w:p w14:paraId="047560AD" w14:textId="77777777" w:rsidR="00495879" w:rsidRDefault="00000000">
      <w:pPr>
        <w:pStyle w:val="Listepuces"/>
      </w:pPr>
      <w:r>
        <w:t>Continuously improve (better today than yesterday)</w:t>
      </w:r>
    </w:p>
    <w:p w14:paraId="260A6CFE" w14:textId="77777777" w:rsidR="00495879" w:rsidRDefault="00000000">
      <w:r>
        <w:rPr>
          <w:b/>
        </w:rPr>
        <w:t>2. IMPACT</w:t>
      </w:r>
      <w:r>
        <w:t xml:space="preserve"> - We measure success by client results, not our effort</w:t>
      </w:r>
    </w:p>
    <w:p w14:paraId="79042330" w14:textId="77777777" w:rsidR="00495879" w:rsidRDefault="00000000">
      <w:pPr>
        <w:pStyle w:val="Listepuces"/>
      </w:pPr>
      <w:r>
        <w:t>Client revenue growth, team performance, leadership development</w:t>
      </w:r>
    </w:p>
    <w:p w14:paraId="2EC6DD41" w14:textId="77777777" w:rsidR="00495879" w:rsidRDefault="00000000">
      <w:pPr>
        <w:pStyle w:val="Listepuces"/>
      </w:pPr>
      <w:r>
        <w:t>If client doesn't win, we didn't do our job</w:t>
      </w:r>
    </w:p>
    <w:p w14:paraId="1E22C0FC" w14:textId="77777777" w:rsidR="00495879" w:rsidRDefault="00000000">
      <w:pPr>
        <w:pStyle w:val="Listepuces"/>
      </w:pPr>
      <w:r>
        <w:t>Data-driven (track outcomes, adjust approach)</w:t>
      </w:r>
    </w:p>
    <w:p w14:paraId="36524A21" w14:textId="77777777" w:rsidR="00495879" w:rsidRDefault="00000000">
      <w:r>
        <w:rPr>
          <w:b/>
        </w:rPr>
        <w:t>3. INNOVATION</w:t>
      </w:r>
      <w:r>
        <w:t xml:space="preserve"> - We challenge assumptions and embrace change</w:t>
      </w:r>
    </w:p>
    <w:p w14:paraId="0DF2B1E0" w14:textId="77777777" w:rsidR="00495879" w:rsidRDefault="00000000">
      <w:pPr>
        <w:pStyle w:val="Listepuces"/>
      </w:pPr>
      <w:r>
        <w:t>First to use AI in SMB coaching (AI Success Coach™)</w:t>
      </w:r>
    </w:p>
    <w:p w14:paraId="329EA8B4" w14:textId="77777777" w:rsidR="00495879" w:rsidRDefault="00000000">
      <w:pPr>
        <w:pStyle w:val="Listepuces"/>
      </w:pPr>
      <w:r>
        <w:t>Test new formats (workshops, intensives, digital products)</w:t>
      </w:r>
    </w:p>
    <w:p w14:paraId="0BBAE26D" w14:textId="77777777" w:rsidR="00495879" w:rsidRDefault="00000000">
      <w:pPr>
        <w:pStyle w:val="Listepuces"/>
      </w:pPr>
      <w:r>
        <w:lastRenderedPageBreak/>
        <w:t>Learn from failures (fail forward, iterate fast)</w:t>
      </w:r>
    </w:p>
    <w:p w14:paraId="1B8D2BB1" w14:textId="77777777" w:rsidR="00495879" w:rsidRDefault="00000000">
      <w:r>
        <w:rPr>
          <w:b/>
        </w:rPr>
        <w:t>4. INTEGRITY</w:t>
      </w:r>
      <w:r>
        <w:t xml:space="preserve"> - We do what's right, even when it's hard</w:t>
      </w:r>
    </w:p>
    <w:p w14:paraId="11D1F2B4" w14:textId="77777777" w:rsidR="00495879" w:rsidRDefault="00000000">
      <w:pPr>
        <w:pStyle w:val="Listepuces"/>
      </w:pPr>
      <w:r>
        <w:t>Transparent pricing (no hidden fees)</w:t>
      </w:r>
    </w:p>
    <w:p w14:paraId="3E58AF38" w14:textId="77777777" w:rsidR="00495879" w:rsidRDefault="00000000">
      <w:pPr>
        <w:pStyle w:val="Listepuces"/>
      </w:pPr>
      <w:r>
        <w:t>Honest feedback (tell clients truth, not what they want to hear)</w:t>
      </w:r>
    </w:p>
    <w:p w14:paraId="6B46CA49" w14:textId="77777777" w:rsidR="00495879" w:rsidRDefault="00000000">
      <w:pPr>
        <w:pStyle w:val="Listepuces"/>
      </w:pPr>
      <w:r>
        <w:t>Confidentiality (client trust is sacred)</w:t>
      </w:r>
    </w:p>
    <w:p w14:paraId="15CB55A6" w14:textId="77777777" w:rsidR="00495879" w:rsidRDefault="00000000">
      <w:r>
        <w:rPr>
          <w:b/>
        </w:rPr>
        <w:t>5. PARTNERSHIP</w:t>
      </w:r>
      <w:r>
        <w:t xml:space="preserve"> - We win together (team, clients, partners)</w:t>
      </w:r>
    </w:p>
    <w:p w14:paraId="34A16FFC" w14:textId="77777777" w:rsidR="00495879" w:rsidRDefault="00000000">
      <w:pPr>
        <w:pStyle w:val="Listepuces"/>
      </w:pPr>
      <w:r>
        <w:t>Collaborate, don't compete internally</w:t>
      </w:r>
    </w:p>
    <w:p w14:paraId="3051F69B" w14:textId="77777777" w:rsidR="00495879" w:rsidRDefault="00000000">
      <w:pPr>
        <w:pStyle w:val="Listepuces"/>
      </w:pPr>
      <w:r>
        <w:t>Celebrate peer wins (team &gt; individual glory)</w:t>
      </w:r>
    </w:p>
    <w:p w14:paraId="536E6CE7" w14:textId="77777777" w:rsidR="00495879" w:rsidRDefault="00000000">
      <w:pPr>
        <w:pStyle w:val="Listepuces"/>
      </w:pPr>
      <w:r>
        <w:t>Support each other (cover when needed, share learnings)</w:t>
      </w:r>
    </w:p>
    <w:p w14:paraId="4E54B687" w14:textId="77777777" w:rsidR="00495879" w:rsidRDefault="00000000">
      <w:r>
        <w:rPr>
          <w:b/>
        </w:rPr>
        <w:t>6. GROWTH MINDSET</w:t>
      </w:r>
      <w:r>
        <w:t xml:space="preserve"> - We're always learning, always improving</w:t>
      </w:r>
    </w:p>
    <w:p w14:paraId="22EB465E" w14:textId="77777777" w:rsidR="00495879" w:rsidRDefault="00000000">
      <w:pPr>
        <w:pStyle w:val="Listepuces"/>
      </w:pPr>
      <w:r>
        <w:t>Seek feedback (ask "How can I do better?")</w:t>
      </w:r>
    </w:p>
    <w:p w14:paraId="36F73826" w14:textId="77777777" w:rsidR="00495879" w:rsidRDefault="00000000">
      <w:pPr>
        <w:pStyle w:val="Listepuces"/>
      </w:pPr>
      <w:r>
        <w:t>Invest in development ($3K/year per person)</w:t>
      </w:r>
    </w:p>
    <w:p w14:paraId="4531E5E4" w14:textId="77777777" w:rsidR="00495879" w:rsidRDefault="00000000">
      <w:pPr>
        <w:pStyle w:val="Listepuces"/>
      </w:pPr>
      <w:r>
        <w:t>Teach what we learn (knowledge multiplies when shared)</w:t>
      </w:r>
    </w:p>
    <w:p w14:paraId="264D3EBC" w14:textId="77777777" w:rsidR="00495879" w:rsidRDefault="00000000">
      <w:pPr>
        <w:pStyle w:val="Titre3"/>
      </w:pPr>
      <w:r>
        <w:t>Culture Rituals</w:t>
      </w:r>
    </w:p>
    <w:p w14:paraId="7C6C8324" w14:textId="77777777" w:rsidR="00495879" w:rsidRDefault="00000000">
      <w:r>
        <w:rPr>
          <w:b/>
        </w:rPr>
        <w:t>Daily</w:t>
      </w:r>
      <w:r>
        <w:t>:</w:t>
      </w:r>
    </w:p>
    <w:p w14:paraId="69EFFBE7" w14:textId="77777777" w:rsidR="00495879" w:rsidRDefault="00000000">
      <w:pPr>
        <w:pStyle w:val="Listepuces"/>
      </w:pPr>
      <w:r>
        <w:t>**Morning Huddle** (10 min, async via Slack): Share top priority for today, any blockers</w:t>
      </w:r>
    </w:p>
    <w:p w14:paraId="369FC8A0" w14:textId="77777777" w:rsidR="00495879" w:rsidRDefault="00000000">
      <w:r>
        <w:rPr>
          <w:b/>
        </w:rPr>
        <w:t>Weekly</w:t>
      </w:r>
      <w:r>
        <w:t>:</w:t>
      </w:r>
    </w:p>
    <w:p w14:paraId="2AE077B2" w14:textId="77777777" w:rsidR="00495879" w:rsidRDefault="00000000">
      <w:pPr>
        <w:pStyle w:val="Listepuces"/>
      </w:pPr>
      <w:r>
        <w:t>**Team Meeting** (30 min, Mondays 9am):</w:t>
      </w:r>
    </w:p>
    <w:p w14:paraId="005CABC7" w14:textId="77777777" w:rsidR="00495879" w:rsidRDefault="00000000">
      <w:pPr>
        <w:pStyle w:val="Listepuces"/>
      </w:pPr>
      <w:r>
        <w:t>Wins from last week (celebrate!)</w:t>
      </w:r>
    </w:p>
    <w:p w14:paraId="7E36A909" w14:textId="77777777" w:rsidR="00495879" w:rsidRDefault="00000000">
      <w:pPr>
        <w:pStyle w:val="Listepuces"/>
      </w:pPr>
      <w:r>
        <w:t>Priorities this week (align)</w:t>
      </w:r>
    </w:p>
    <w:p w14:paraId="11FFC3DF" w14:textId="77777777" w:rsidR="00495879" w:rsidRDefault="00000000">
      <w:pPr>
        <w:pStyle w:val="Listepuces"/>
      </w:pPr>
      <w:r>
        <w:t>Blockers (help each other)</w:t>
      </w:r>
    </w:p>
    <w:p w14:paraId="1C09FEC8" w14:textId="77777777" w:rsidR="00495879" w:rsidRDefault="00000000">
      <w:pPr>
        <w:pStyle w:val="Listepuces"/>
      </w:pPr>
      <w:r>
        <w:t>**Friday Wins** (async via Slack): Share 1 win from the week</w:t>
      </w:r>
    </w:p>
    <w:p w14:paraId="467FFE0C" w14:textId="77777777" w:rsidR="00495879" w:rsidRDefault="00000000">
      <w:r>
        <w:rPr>
          <w:b/>
        </w:rPr>
        <w:t>Monthly</w:t>
      </w:r>
      <w:r>
        <w:t>:</w:t>
      </w:r>
    </w:p>
    <w:p w14:paraId="3741DF76" w14:textId="77777777" w:rsidR="00495879" w:rsidRDefault="00000000">
      <w:pPr>
        <w:pStyle w:val="Listepuces"/>
      </w:pPr>
      <w:r>
        <w:t>**All-Hands** (60 min, first Friday):</w:t>
      </w:r>
    </w:p>
    <w:p w14:paraId="7526882F" w14:textId="77777777" w:rsidR="00495879" w:rsidRDefault="00000000">
      <w:pPr>
        <w:pStyle w:val="Listepuces"/>
      </w:pPr>
      <w:r>
        <w:t>Financial transparency (revenue, profit, runway)</w:t>
      </w:r>
    </w:p>
    <w:p w14:paraId="62435681" w14:textId="77777777" w:rsidR="00495879" w:rsidRDefault="00000000">
      <w:pPr>
        <w:pStyle w:val="Listepuces"/>
      </w:pPr>
      <w:r>
        <w:t>Client spotlights (share success stories)</w:t>
      </w:r>
    </w:p>
    <w:p w14:paraId="4C5A6E33" w14:textId="77777777" w:rsidR="00495879" w:rsidRDefault="00000000">
      <w:pPr>
        <w:pStyle w:val="Listepuces"/>
      </w:pPr>
      <w:r>
        <w:t>Team recognition (MVP of the month)</w:t>
      </w:r>
    </w:p>
    <w:p w14:paraId="4442847A" w14:textId="77777777" w:rsidR="00495879" w:rsidRDefault="00000000">
      <w:pPr>
        <w:pStyle w:val="Listepuces"/>
      </w:pPr>
      <w:r>
        <w:t>Q&amp;A (ask CEO anything)</w:t>
      </w:r>
    </w:p>
    <w:p w14:paraId="46E11004" w14:textId="77777777" w:rsidR="00495879" w:rsidRDefault="00000000">
      <w:r>
        <w:rPr>
          <w:b/>
        </w:rPr>
        <w:t>Quarterly</w:t>
      </w:r>
      <w:r>
        <w:t>:</w:t>
      </w:r>
    </w:p>
    <w:p w14:paraId="43303F2C" w14:textId="77777777" w:rsidR="00495879" w:rsidRDefault="00000000">
      <w:pPr>
        <w:pStyle w:val="Listepuces"/>
      </w:pPr>
      <w:r>
        <w:t>**Offsite** (Half-day or full-day, Year 3+):</w:t>
      </w:r>
    </w:p>
    <w:p w14:paraId="2CF44D08" w14:textId="77777777" w:rsidR="00495879" w:rsidRDefault="00000000">
      <w:pPr>
        <w:pStyle w:val="Listepuces"/>
      </w:pPr>
      <w:r>
        <w:t>Strategic planning (review OKRs, plan next quarter)</w:t>
      </w:r>
    </w:p>
    <w:p w14:paraId="333C01C6" w14:textId="77777777" w:rsidR="00495879" w:rsidRDefault="00000000">
      <w:pPr>
        <w:pStyle w:val="Listepuces"/>
      </w:pPr>
      <w:r>
        <w:t>Team building (activity, not work)</w:t>
      </w:r>
    </w:p>
    <w:p w14:paraId="201CE8EA" w14:textId="77777777" w:rsidR="00495879" w:rsidRDefault="00000000">
      <w:pPr>
        <w:pStyle w:val="Listepuces"/>
      </w:pPr>
      <w:r>
        <w:t>Retrospective (what's working, what's not)</w:t>
      </w:r>
    </w:p>
    <w:p w14:paraId="102026A3" w14:textId="77777777" w:rsidR="00495879" w:rsidRDefault="00000000">
      <w:r>
        <w:rPr>
          <w:b/>
        </w:rPr>
        <w:lastRenderedPageBreak/>
        <w:t>Annually</w:t>
      </w:r>
      <w:r>
        <w:t>:</w:t>
      </w:r>
    </w:p>
    <w:p w14:paraId="3C76F596" w14:textId="77777777" w:rsidR="00495879" w:rsidRDefault="00000000">
      <w:pPr>
        <w:pStyle w:val="Listepuces"/>
      </w:pPr>
      <w:r>
        <w:t>**Summit** (2 days, Year 3+):</w:t>
      </w:r>
    </w:p>
    <w:p w14:paraId="3AB84213" w14:textId="77777777" w:rsidR="00495879" w:rsidRDefault="00000000">
      <w:pPr>
        <w:pStyle w:val="Listepuces"/>
      </w:pPr>
      <w:r>
        <w:t>Vision refresh (where are we going?)</w:t>
      </w:r>
    </w:p>
    <w:p w14:paraId="49CBB0CA" w14:textId="77777777" w:rsidR="00495879" w:rsidRDefault="00000000">
      <w:pPr>
        <w:pStyle w:val="Listepuces"/>
      </w:pPr>
      <w:r>
        <w:t>Annual planning (budget, goals, big bets)</w:t>
      </w:r>
    </w:p>
    <w:p w14:paraId="2649FFB7" w14:textId="77777777" w:rsidR="00495879" w:rsidRDefault="00000000">
      <w:pPr>
        <w:pStyle w:val="Listepuces"/>
      </w:pPr>
      <w:r>
        <w:t>Celebration (awards, surprise gifts, fun)</w:t>
      </w:r>
    </w:p>
    <w:p w14:paraId="7FE3CA25" w14:textId="77777777" w:rsidR="00495879" w:rsidRDefault="00000000">
      <w:pPr>
        <w:pStyle w:val="Titre3"/>
      </w:pPr>
      <w:r>
        <w:t>Hiring for Culture Fit</w:t>
      </w:r>
    </w:p>
    <w:p w14:paraId="60CEF642" w14:textId="77777777" w:rsidR="00495879" w:rsidRDefault="00000000">
      <w:r>
        <w:rPr>
          <w:b/>
        </w:rPr>
        <w:t>Interview Process</w:t>
      </w:r>
      <w:r>
        <w:t>:</w:t>
      </w:r>
    </w:p>
    <w:p w14:paraId="7ECA35E3" w14:textId="77777777" w:rsidR="00495879" w:rsidRDefault="00000000">
      <w:pPr>
        <w:pStyle w:val="Listenumros"/>
      </w:pPr>
      <w:r>
        <w:t>**Application**: Resume + cover letter (must answer: "Describe a time you delivered exceptional results under pressure")</w:t>
      </w:r>
    </w:p>
    <w:p w14:paraId="2E824598" w14:textId="77777777" w:rsidR="00495879" w:rsidRDefault="00000000">
      <w:pPr>
        <w:pStyle w:val="Listenumros"/>
      </w:pPr>
      <w:r>
        <w:t>**Phone Screen** (30 min, Ops Mgr): Basics, logistics, red flags</w:t>
      </w:r>
    </w:p>
    <w:p w14:paraId="56B4A312" w14:textId="77777777" w:rsidR="00495879" w:rsidRDefault="00000000">
      <w:pPr>
        <w:pStyle w:val="Listenumros"/>
      </w:pPr>
      <w:r>
        <w:t>**Values Interview** (45 min, CEO): Assess culture fit via behavioral questions</w:t>
      </w:r>
    </w:p>
    <w:p w14:paraId="6AE0D4FC" w14:textId="77777777" w:rsidR="00495879" w:rsidRDefault="00000000">
      <w:pPr>
        <w:pStyle w:val="Listepuces"/>
      </w:pPr>
      <w:r>
        <w:t>Excellence: "Tell me about your highest-quality work. What made it excellent?"</w:t>
      </w:r>
    </w:p>
    <w:p w14:paraId="4E57B385" w14:textId="77777777" w:rsidR="00495879" w:rsidRDefault="00000000">
      <w:pPr>
        <w:pStyle w:val="Listepuces"/>
      </w:pPr>
      <w:r>
        <w:t>Impact: "Share a time you made a measurable impact. How did you measure it?"</w:t>
      </w:r>
    </w:p>
    <w:p w14:paraId="158EC56B" w14:textId="77777777" w:rsidR="00495879" w:rsidRDefault="00000000">
      <w:pPr>
        <w:pStyle w:val="Listepuces"/>
      </w:pPr>
      <w:r>
        <w:t>[Ask 1-2 questions per value]</w:t>
      </w:r>
    </w:p>
    <w:p w14:paraId="21385405" w14:textId="77777777" w:rsidR="00495879" w:rsidRDefault="00000000">
      <w:pPr>
        <w:pStyle w:val="Listenumros"/>
      </w:pPr>
      <w:r>
        <w:t>**Skills Assessment** (varies by role):</w:t>
      </w:r>
    </w:p>
    <w:p w14:paraId="08FBF57F" w14:textId="77777777" w:rsidR="00495879" w:rsidRDefault="00000000">
      <w:pPr>
        <w:pStyle w:val="Listepuces"/>
      </w:pPr>
      <w:r>
        <w:t>Coach: Deliver 15-min coaching demo</w:t>
      </w:r>
    </w:p>
    <w:p w14:paraId="4505CD06" w14:textId="77777777" w:rsidR="00495879" w:rsidRDefault="00000000">
      <w:pPr>
        <w:pStyle w:val="Listepuces"/>
      </w:pPr>
      <w:r>
        <w:t>Sales: Conduct mock discovery call</w:t>
      </w:r>
    </w:p>
    <w:p w14:paraId="0A972863" w14:textId="77777777" w:rsidR="00495879" w:rsidRDefault="00000000">
      <w:pPr>
        <w:pStyle w:val="Listepuces"/>
      </w:pPr>
      <w:r>
        <w:t>Marketing: Present content strategy for GBCM</w:t>
      </w:r>
    </w:p>
    <w:p w14:paraId="63F52332" w14:textId="77777777" w:rsidR="00495879" w:rsidRDefault="00000000">
      <w:pPr>
        <w:pStyle w:val="Listenumros"/>
      </w:pPr>
      <w:r>
        <w:t>**Team Interview** (30 min, 2-3 team members): Would we enjoy working with this person?</w:t>
      </w:r>
    </w:p>
    <w:p w14:paraId="4E542F12" w14:textId="77777777" w:rsidR="00495879" w:rsidRDefault="00000000">
      <w:pPr>
        <w:pStyle w:val="Listenumros"/>
      </w:pPr>
      <w:r>
        <w:t>**Reference Checks** (3 references, CEO calls): Validate excellence, red flags</w:t>
      </w:r>
    </w:p>
    <w:p w14:paraId="0E9EB3B0" w14:textId="77777777" w:rsidR="00495879" w:rsidRDefault="00000000">
      <w:r>
        <w:rPr>
          <w:b/>
        </w:rPr>
        <w:t>Hire Decision</w:t>
      </w:r>
      <w:r>
        <w:t>: Must be "Hell yes!" from CEO + 75% of interviewers</w:t>
      </w:r>
    </w:p>
    <w:p w14:paraId="79601ADC" w14:textId="77777777" w:rsidR="00495879" w:rsidRDefault="00000000">
      <w:r>
        <w:rPr>
          <w:b/>
        </w:rPr>
        <w:t>Onboarding for Culture</w:t>
      </w:r>
      <w:r>
        <w:t>:</w:t>
      </w:r>
    </w:p>
    <w:p w14:paraId="76F36567" w14:textId="77777777" w:rsidR="00495879" w:rsidRDefault="00000000">
      <w:pPr>
        <w:pStyle w:val="Listepuces"/>
      </w:pPr>
      <w:r>
        <w:t>Week 1: Read all company docs (values, vision, playbooks)</w:t>
      </w:r>
    </w:p>
    <w:p w14:paraId="72860771" w14:textId="77777777" w:rsidR="00495879" w:rsidRDefault="00000000">
      <w:pPr>
        <w:pStyle w:val="Listepuces"/>
      </w:pPr>
      <w:r>
        <w:t>Week 2: Shadow CEO + teammates (absorb how we work)</w:t>
      </w:r>
    </w:p>
    <w:p w14:paraId="1AD870F7" w14:textId="77777777" w:rsidR="00495879" w:rsidRDefault="00000000">
      <w:pPr>
        <w:pStyle w:val="Listepuces"/>
      </w:pPr>
      <w:r>
        <w:t>Week 3: Coffee chats (1-on-1 with every team member, 30 min each)</w:t>
      </w:r>
    </w:p>
    <w:p w14:paraId="7C727165" w14:textId="77777777" w:rsidR="00495879" w:rsidRDefault="00000000">
      <w:pPr>
        <w:pStyle w:val="Listepuces"/>
      </w:pPr>
      <w:r>
        <w:t>Week 4: Present learnings (what surprised you? what do you want to change?)</w:t>
      </w:r>
    </w:p>
    <w:p w14:paraId="4D751C56" w14:textId="77777777" w:rsidR="00495879" w:rsidRDefault="00000000">
      <w:r>
        <w:t>________________________________________________________________________________</w:t>
      </w:r>
    </w:p>
    <w:p w14:paraId="20CCF7C5" w14:textId="77777777" w:rsidR="00495879" w:rsidRDefault="00000000">
      <w:pPr>
        <w:pStyle w:val="Titre2"/>
      </w:pPr>
      <w:r>
        <w:t>🚀 TALENT DEVELOPMENT &amp; RETENTION</w:t>
      </w:r>
    </w:p>
    <w:p w14:paraId="724A02F3" w14:textId="77777777" w:rsidR="00495879" w:rsidRDefault="00000000">
      <w:pPr>
        <w:pStyle w:val="Titre3"/>
      </w:pPr>
      <w:r>
        <w:t>Professional Development</w:t>
      </w:r>
    </w:p>
    <w:p w14:paraId="1C6021EF" w14:textId="77777777" w:rsidR="00495879" w:rsidRDefault="00000000">
      <w:r>
        <w:rPr>
          <w:b/>
        </w:rPr>
        <w:t>Learning Budget</w:t>
      </w:r>
      <w:r>
        <w:t>: $3,000/person/year</w:t>
      </w:r>
    </w:p>
    <w:p w14:paraId="2F0298D4" w14:textId="77777777" w:rsidR="00495879" w:rsidRDefault="00000000">
      <w:pPr>
        <w:pStyle w:val="Listepuces"/>
      </w:pPr>
      <w:r>
        <w:t>**Conferences**: 1 major conference (e.g., ICF Converge, SaaStr)</w:t>
      </w:r>
    </w:p>
    <w:p w14:paraId="11ADD00A" w14:textId="77777777" w:rsidR="00495879" w:rsidRDefault="00000000">
      <w:pPr>
        <w:pStyle w:val="Listepuces"/>
      </w:pPr>
      <w:r>
        <w:lastRenderedPageBreak/>
        <w:t>**Courses**: Online (MasterClass, Coursera, coaching certifications)</w:t>
      </w:r>
    </w:p>
    <w:p w14:paraId="5412CD00" w14:textId="77777777" w:rsidR="00495879" w:rsidRDefault="00000000">
      <w:pPr>
        <w:pStyle w:val="Listepuces"/>
      </w:pPr>
      <w:r>
        <w:t>**Books**: Unlimited (just ask, we'll buy)</w:t>
      </w:r>
    </w:p>
    <w:p w14:paraId="704F49C5" w14:textId="77777777" w:rsidR="00495879" w:rsidRDefault="00000000">
      <w:pPr>
        <w:pStyle w:val="Listepuces"/>
      </w:pPr>
      <w:r>
        <w:t>**Coaching**: Every team member gets external coach (CEO pays)</w:t>
      </w:r>
    </w:p>
    <w:p w14:paraId="2CCE036D" w14:textId="77777777" w:rsidR="00495879" w:rsidRDefault="00000000">
      <w:r>
        <w:rPr>
          <w:b/>
        </w:rPr>
        <w:t>Weekly Learning Time</w:t>
      </w:r>
      <w:r>
        <w:t>: 4 hours/week (Friday afternoons)</w:t>
      </w:r>
    </w:p>
    <w:p w14:paraId="766645FC" w14:textId="77777777" w:rsidR="00495879" w:rsidRDefault="00000000">
      <w:pPr>
        <w:pStyle w:val="Listepuces"/>
      </w:pPr>
      <w:r>
        <w:t>Read industry content (HBR, McKinsey, coaching blogs)</w:t>
      </w:r>
    </w:p>
    <w:p w14:paraId="4C97C923" w14:textId="77777777" w:rsidR="00495879" w:rsidRDefault="00000000">
      <w:pPr>
        <w:pStyle w:val="Listepuces"/>
      </w:pPr>
      <w:r>
        <w:t>Take courses</w:t>
      </w:r>
    </w:p>
    <w:p w14:paraId="760C0F77" w14:textId="77777777" w:rsidR="00495879" w:rsidRDefault="00000000">
      <w:pPr>
        <w:pStyle w:val="Listepuces"/>
      </w:pPr>
      <w:r>
        <w:t>Experiment (build side project, test new skill)</w:t>
      </w:r>
    </w:p>
    <w:p w14:paraId="47BA3A92" w14:textId="77777777" w:rsidR="00495879" w:rsidRDefault="00000000">
      <w:pPr>
        <w:pStyle w:val="Listepuces"/>
      </w:pPr>
      <w:r>
        <w:t>No meetings Friday afternoons (protect this time)</w:t>
      </w:r>
    </w:p>
    <w:p w14:paraId="4E65D412" w14:textId="77777777" w:rsidR="00495879" w:rsidRDefault="00000000">
      <w:r>
        <w:rPr>
          <w:b/>
        </w:rPr>
        <w:t>Internal Coaching</w:t>
      </w:r>
      <w:r>
        <w:t>:</w:t>
      </w:r>
    </w:p>
    <w:p w14:paraId="338598FF" w14:textId="77777777" w:rsidR="00495879" w:rsidRDefault="00000000">
      <w:pPr>
        <w:pStyle w:val="Listepuces"/>
      </w:pPr>
      <w:r>
        <w:t>CEO coaches Senior Coach (bi-weekly, 30 min)</w:t>
      </w:r>
    </w:p>
    <w:p w14:paraId="274B3C0A" w14:textId="77777777" w:rsidR="00495879" w:rsidRDefault="00000000">
      <w:pPr>
        <w:pStyle w:val="Listepuces"/>
      </w:pPr>
      <w:r>
        <w:t>Senior Coach coaches team members (on coaching skills)</w:t>
      </w:r>
    </w:p>
    <w:p w14:paraId="0C4B1777" w14:textId="77777777" w:rsidR="00495879" w:rsidRDefault="00000000">
      <w:pPr>
        <w:pStyle w:val="Listepuces"/>
      </w:pPr>
      <w:r>
        <w:t>Peer coaching circles (practice on each other)</w:t>
      </w:r>
    </w:p>
    <w:p w14:paraId="37CFDCD0" w14:textId="77777777" w:rsidR="00495879" w:rsidRDefault="00000000">
      <w:pPr>
        <w:pStyle w:val="Titre3"/>
      </w:pPr>
      <w:r>
        <w:t>Career Progression</w:t>
      </w:r>
    </w:p>
    <w:p w14:paraId="3C56F453" w14:textId="77777777" w:rsidR="00495879" w:rsidRDefault="00000000">
      <w:r>
        <w:rPr>
          <w:b/>
        </w:rPr>
        <w:t>Career Ladders</w:t>
      </w:r>
      <w:r>
        <w:t xml:space="preserve"> (Example: Coach Track)</w:t>
      </w:r>
    </w:p>
    <w:p w14:paraId="6EE7E90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Coach I → Coach II → Senior Coach → Lead Coach → VP Coaching</w:t>
      </w:r>
    </w:p>
    <w:p w14:paraId="51E4437B" w14:textId="77777777" w:rsidR="00495879" w:rsidRDefault="00495879">
      <w:pPr>
        <w:pStyle w:val="Sansinterligne"/>
      </w:pPr>
    </w:p>
    <w:p w14:paraId="3CFDA28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Coach I:</w:t>
      </w:r>
    </w:p>
    <w:p w14:paraId="6950A42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- 10 clients max</w:t>
      </w:r>
    </w:p>
    <w:p w14:paraId="55B746B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Facilitate 25% of workshops</w:t>
      </w:r>
    </w:p>
    <w:p w14:paraId="7320915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Rating: 4.3+ required</w:t>
      </w:r>
    </w:p>
    <w:p w14:paraId="43741BDB" w14:textId="77777777" w:rsidR="00495879" w:rsidRDefault="00495879">
      <w:pPr>
        <w:pStyle w:val="Sansinterligne"/>
      </w:pPr>
    </w:p>
    <w:p w14:paraId="585D806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Coach II:</w:t>
      </w:r>
    </w:p>
    <w:p w14:paraId="1613626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- 20 clients max</w:t>
      </w:r>
    </w:p>
    <w:p w14:paraId="00B20C3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Facilitate 50% of workshops</w:t>
      </w:r>
    </w:p>
    <w:p w14:paraId="498B5FD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Create content (blog posts, templates)</w:t>
      </w:r>
    </w:p>
    <w:p w14:paraId="02E7937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Rating: 4.5+ required</w:t>
      </w:r>
    </w:p>
    <w:p w14:paraId="0912216B" w14:textId="77777777" w:rsidR="00495879" w:rsidRDefault="00495879">
      <w:pPr>
        <w:pStyle w:val="Sansinterligne"/>
      </w:pPr>
    </w:p>
    <w:p w14:paraId="1798B4C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Senior Coach:</w:t>
      </w:r>
    </w:p>
    <w:p w14:paraId="585C1BE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- 30 clients max</w:t>
      </w:r>
    </w:p>
    <w:p w14:paraId="60A6A9B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Lead all workshops</w:t>
      </w:r>
    </w:p>
    <w:p w14:paraId="74CAD11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Manage community</w:t>
      </w:r>
    </w:p>
    <w:p w14:paraId="23C51F6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Mentor junior coaches</w:t>
      </w:r>
    </w:p>
    <w:p w14:paraId="5C51779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Rating: 4.7+ required</w:t>
      </w:r>
    </w:p>
    <w:p w14:paraId="3C66EF1F" w14:textId="77777777" w:rsidR="00495879" w:rsidRDefault="00495879">
      <w:pPr>
        <w:pStyle w:val="Sansinterligne"/>
      </w:pPr>
    </w:p>
    <w:p w14:paraId="53F0425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(And so on...)</w:t>
      </w:r>
    </w:p>
    <w:p w14:paraId="432EDC47" w14:textId="77777777" w:rsidR="00495879" w:rsidRDefault="00000000">
      <w:r>
        <w:rPr>
          <w:b/>
        </w:rPr>
        <w:t>Promotion Criteria</w:t>
      </w:r>
      <w:r>
        <w:t>:</w:t>
      </w:r>
    </w:p>
    <w:p w14:paraId="77C5583F" w14:textId="77777777" w:rsidR="00495879" w:rsidRDefault="00000000">
      <w:pPr>
        <w:pStyle w:val="Listepuces"/>
      </w:pPr>
      <w:r>
        <w:t>Time: Minimum 12 months in current role</w:t>
      </w:r>
    </w:p>
    <w:p w14:paraId="68D75B86" w14:textId="77777777" w:rsidR="00495879" w:rsidRDefault="00000000">
      <w:pPr>
        <w:pStyle w:val="Listepuces"/>
      </w:pPr>
      <w:r>
        <w:t>Performance: Exceed metrics for 2 consecutive quarters</w:t>
      </w:r>
    </w:p>
    <w:p w14:paraId="28DF2096" w14:textId="77777777" w:rsidR="00495879" w:rsidRDefault="00000000">
      <w:pPr>
        <w:pStyle w:val="Listepuces"/>
      </w:pPr>
      <w:r>
        <w:t>Skills: Demonstrate next-level capabilities</w:t>
      </w:r>
    </w:p>
    <w:p w14:paraId="12F1EC78" w14:textId="77777777" w:rsidR="00495879" w:rsidRDefault="00000000">
      <w:pPr>
        <w:pStyle w:val="Listepuces"/>
      </w:pPr>
      <w:r>
        <w:t>Values: Embody GBCM culture</w:t>
      </w:r>
    </w:p>
    <w:p w14:paraId="66096021" w14:textId="77777777" w:rsidR="00495879" w:rsidRDefault="00000000">
      <w:r>
        <w:rPr>
          <w:b/>
        </w:rPr>
        <w:t>Promotion Process</w:t>
      </w:r>
      <w:r>
        <w:t>:</w:t>
      </w:r>
    </w:p>
    <w:p w14:paraId="10B9B618" w14:textId="77777777" w:rsidR="00495879" w:rsidRDefault="00000000">
      <w:pPr>
        <w:pStyle w:val="Listepuces"/>
      </w:pPr>
      <w:r>
        <w:t>Self-nominate OR manager nominates</w:t>
      </w:r>
    </w:p>
    <w:p w14:paraId="3F8B83F8" w14:textId="77777777" w:rsidR="00495879" w:rsidRDefault="00000000">
      <w:pPr>
        <w:pStyle w:val="Listepuces"/>
      </w:pPr>
      <w:r>
        <w:lastRenderedPageBreak/>
        <w:t>Present case (what have you achieved? why ready?)</w:t>
      </w:r>
    </w:p>
    <w:p w14:paraId="6652A559" w14:textId="77777777" w:rsidR="00495879" w:rsidRDefault="00000000">
      <w:pPr>
        <w:pStyle w:val="Listepuces"/>
      </w:pPr>
      <w:r>
        <w:t>360 feedback (peers, clients)</w:t>
      </w:r>
    </w:p>
    <w:p w14:paraId="0B9E2286" w14:textId="77777777" w:rsidR="00495879" w:rsidRDefault="00000000">
      <w:pPr>
        <w:pStyle w:val="Listepuces"/>
      </w:pPr>
      <w:r>
        <w:t>CEO decision</w:t>
      </w:r>
    </w:p>
    <w:p w14:paraId="4C9F2454" w14:textId="77777777" w:rsidR="00495879" w:rsidRDefault="00000000">
      <w:pPr>
        <w:pStyle w:val="Titre3"/>
      </w:pPr>
      <w:r>
        <w:t>Retention Strategies</w:t>
      </w:r>
    </w:p>
    <w:p w14:paraId="10418675" w14:textId="77777777" w:rsidR="00495879" w:rsidRDefault="00000000">
      <w:r>
        <w:rPr>
          <w:b/>
        </w:rPr>
        <w:t>Why People Leave</w:t>
      </w:r>
      <w:r>
        <w:t xml:space="preserve"> (Industry data):</w:t>
      </w:r>
    </w:p>
    <w:p w14:paraId="3CCFE51C" w14:textId="77777777" w:rsidR="00495879" w:rsidRDefault="00000000">
      <w:pPr>
        <w:pStyle w:val="Listenumros"/>
      </w:pPr>
      <w:r>
        <w:t>No growth opportunities (45%)</w:t>
      </w:r>
    </w:p>
    <w:p w14:paraId="0E953C44" w14:textId="77777777" w:rsidR="00495879" w:rsidRDefault="00000000">
      <w:pPr>
        <w:pStyle w:val="Listenumros"/>
      </w:pPr>
      <w:r>
        <w:t>Poor manager relationship (40%)</w:t>
      </w:r>
    </w:p>
    <w:p w14:paraId="0E35AF0F" w14:textId="77777777" w:rsidR="00495879" w:rsidRDefault="00000000">
      <w:pPr>
        <w:pStyle w:val="Listenumros"/>
      </w:pPr>
      <w:r>
        <w:t>Underpaid (35%)</w:t>
      </w:r>
    </w:p>
    <w:p w14:paraId="3C898853" w14:textId="77777777" w:rsidR="00495879" w:rsidRDefault="00000000">
      <w:pPr>
        <w:pStyle w:val="Listenumros"/>
      </w:pPr>
      <w:r>
        <w:t>Burnout (30%)</w:t>
      </w:r>
    </w:p>
    <w:p w14:paraId="033FA2A3" w14:textId="77777777" w:rsidR="00495879" w:rsidRDefault="00000000">
      <w:pPr>
        <w:pStyle w:val="Listenumros"/>
      </w:pPr>
      <w:r>
        <w:t>Culture mismatch (25%)</w:t>
      </w:r>
    </w:p>
    <w:p w14:paraId="3B4EE975" w14:textId="77777777" w:rsidR="00495879" w:rsidRDefault="00000000">
      <w:r>
        <w:rPr>
          <w:b/>
        </w:rPr>
        <w:t>GBCM Retention Plan</w:t>
      </w:r>
      <w:r>
        <w:t>:</w:t>
      </w:r>
    </w:p>
    <w:p w14:paraId="5D5F07B8" w14:textId="77777777" w:rsidR="00495879" w:rsidRDefault="00000000">
      <w:r>
        <w:rPr>
          <w:b/>
        </w:rPr>
        <w:t>Combat #1 (No growth)</w:t>
      </w:r>
      <w:r>
        <w:t>:</w:t>
      </w:r>
    </w:p>
    <w:p w14:paraId="21B80300" w14:textId="77777777" w:rsidR="00495879" w:rsidRDefault="00000000">
      <w:pPr>
        <w:pStyle w:val="Listepuces"/>
      </w:pPr>
      <w:r>
        <w:t>Clear career ladders (know what's next)</w:t>
      </w:r>
    </w:p>
    <w:p w14:paraId="2B57D2B8" w14:textId="77777777" w:rsidR="00495879" w:rsidRDefault="00000000">
      <w:pPr>
        <w:pStyle w:val="Listepuces"/>
      </w:pPr>
      <w:r>
        <w:t>Quarterly development conversations (where do you want to go?)</w:t>
      </w:r>
    </w:p>
    <w:p w14:paraId="633BADC4" w14:textId="77777777" w:rsidR="00495879" w:rsidRDefault="00000000">
      <w:pPr>
        <w:pStyle w:val="Listepuces"/>
      </w:pPr>
      <w:r>
        <w:t>Promote from within (Senior Coach → Lead Coach → VP)</w:t>
      </w:r>
    </w:p>
    <w:p w14:paraId="038618A4" w14:textId="77777777" w:rsidR="00495879" w:rsidRDefault="00000000">
      <w:r>
        <w:rPr>
          <w:b/>
        </w:rPr>
        <w:t>Combat #2 (Poor manager)</w:t>
      </w:r>
      <w:r>
        <w:t>:</w:t>
      </w:r>
    </w:p>
    <w:p w14:paraId="4A6BF649" w14:textId="77777777" w:rsidR="00495879" w:rsidRDefault="00000000">
      <w:pPr>
        <w:pStyle w:val="Listepuces"/>
      </w:pPr>
      <w:r>
        <w:t>Train CEO on management (take course, read books, get coached)</w:t>
      </w:r>
    </w:p>
    <w:p w14:paraId="2AD43CE4" w14:textId="77777777" w:rsidR="00495879" w:rsidRDefault="00000000">
      <w:pPr>
        <w:pStyle w:val="Listepuces"/>
      </w:pPr>
      <w:r>
        <w:t>360 feedback (team evaluates CEO annually)</w:t>
      </w:r>
    </w:p>
    <w:p w14:paraId="2B30BFA9" w14:textId="77777777" w:rsidR="00495879" w:rsidRDefault="00000000">
      <w:pPr>
        <w:pStyle w:val="Listepuces"/>
      </w:pPr>
      <w:r>
        <w:t>Skip-level conversations (if team member unhappy with manager, talk to CEO)</w:t>
      </w:r>
    </w:p>
    <w:p w14:paraId="08357F27" w14:textId="77777777" w:rsidR="00495879" w:rsidRDefault="00000000">
      <w:r>
        <w:rPr>
          <w:b/>
        </w:rPr>
        <w:t>Combat #3 (Underpaid)</w:t>
      </w:r>
      <w:r>
        <w:t>:</w:t>
      </w:r>
    </w:p>
    <w:p w14:paraId="075BBCF5" w14:textId="77777777" w:rsidR="00495879" w:rsidRDefault="00000000">
      <w:pPr>
        <w:pStyle w:val="Listepuces"/>
      </w:pPr>
      <w:r>
        <w:t>Annual comp reviews (raise if market rate increases)</w:t>
      </w:r>
    </w:p>
    <w:p w14:paraId="656CC8E9" w14:textId="77777777" w:rsidR="00495879" w:rsidRDefault="00000000">
      <w:pPr>
        <w:pStyle w:val="Listepuces"/>
      </w:pPr>
      <w:r>
        <w:t>Performance bonuses (reward excellence)</w:t>
      </w:r>
    </w:p>
    <w:p w14:paraId="19647E8B" w14:textId="77777777" w:rsidR="00495879" w:rsidRDefault="00000000">
      <w:pPr>
        <w:pStyle w:val="Listepuces"/>
      </w:pPr>
      <w:r>
        <w:t>Equity (Year 3+, share upside)</w:t>
      </w:r>
    </w:p>
    <w:p w14:paraId="3F57638D" w14:textId="77777777" w:rsidR="00495879" w:rsidRDefault="00000000">
      <w:r>
        <w:rPr>
          <w:b/>
        </w:rPr>
        <w:t>Combat #4 (Burnout)</w:t>
      </w:r>
      <w:r>
        <w:t>:</w:t>
      </w:r>
    </w:p>
    <w:p w14:paraId="1692F5E3" w14:textId="77777777" w:rsidR="00495879" w:rsidRDefault="00000000">
      <w:pPr>
        <w:pStyle w:val="Listepuces"/>
      </w:pPr>
      <w:r>
        <w:t>Respect boundaries (no Slack after 6pm, no weekend emails)</w:t>
      </w:r>
    </w:p>
    <w:p w14:paraId="1EEFBAE4" w14:textId="77777777" w:rsidR="00495879" w:rsidRDefault="00000000">
      <w:pPr>
        <w:pStyle w:val="Listepuces"/>
      </w:pPr>
      <w:r>
        <w:t>Unlimited PTO (trust-based)</w:t>
      </w:r>
    </w:p>
    <w:p w14:paraId="6DE183DC" w14:textId="77777777" w:rsidR="00495879" w:rsidRDefault="00000000">
      <w:pPr>
        <w:pStyle w:val="Listepuces"/>
      </w:pPr>
      <w:r>
        <w:t>Sabbatical (Year 3+, offer 1-month paid sabbatical after 3 years)</w:t>
      </w:r>
    </w:p>
    <w:p w14:paraId="7F8C7040" w14:textId="77777777" w:rsidR="00495879" w:rsidRDefault="00000000">
      <w:r>
        <w:rPr>
          <w:b/>
        </w:rPr>
        <w:t>Combat #5 (Culture mismatch)</w:t>
      </w:r>
      <w:r>
        <w:t>:</w:t>
      </w:r>
    </w:p>
    <w:p w14:paraId="49BB45A7" w14:textId="77777777" w:rsidR="00495879" w:rsidRDefault="00000000">
      <w:pPr>
        <w:pStyle w:val="Listepuces"/>
      </w:pPr>
      <w:r>
        <w:t>Hire for fit (rigorous values interview)</w:t>
      </w:r>
    </w:p>
    <w:p w14:paraId="306C01FE" w14:textId="77777777" w:rsidR="00495879" w:rsidRDefault="00000000">
      <w:pPr>
        <w:pStyle w:val="Listepuces"/>
      </w:pPr>
      <w:r>
        <w:t>Fire fast (if not living values, part ways quickly)</w:t>
      </w:r>
    </w:p>
    <w:p w14:paraId="3A953D73" w14:textId="77777777" w:rsidR="00495879" w:rsidRDefault="00000000">
      <w:pPr>
        <w:pStyle w:val="Listepuces"/>
      </w:pPr>
      <w:r>
        <w:t>Reinforce culture (rituals, recognition, CEO modeling)</w:t>
      </w:r>
    </w:p>
    <w:p w14:paraId="0A6325E5" w14:textId="77777777" w:rsidR="00495879" w:rsidRDefault="00000000">
      <w:r>
        <w:rPr>
          <w:b/>
        </w:rPr>
        <w:t>Target Retention Rate</w:t>
      </w:r>
      <w:r>
        <w:t>: 90%+ annually (lose max 1 person every 2 years)</w:t>
      </w:r>
    </w:p>
    <w:p w14:paraId="18B16FC0" w14:textId="77777777" w:rsidR="00495879" w:rsidRDefault="00000000">
      <w:r>
        <w:lastRenderedPageBreak/>
        <w:t>________________________________________________________________________________</w:t>
      </w:r>
    </w:p>
    <w:p w14:paraId="6A18DD02" w14:textId="77777777" w:rsidR="00495879" w:rsidRDefault="00000000">
      <w:pPr>
        <w:pStyle w:val="Titre2"/>
      </w:pPr>
      <w:r>
        <w:t>👥 ADVISORY BOARD &amp; EXTERNAL SUPPORT</w:t>
      </w:r>
    </w:p>
    <w:p w14:paraId="56E381C6" w14:textId="77777777" w:rsidR="00495879" w:rsidRDefault="00000000">
      <w:pPr>
        <w:pStyle w:val="Titre3"/>
      </w:pPr>
      <w:r>
        <w:t>Advisory Board (Launch Year 2)</w:t>
      </w:r>
    </w:p>
    <w:p w14:paraId="70F65FEB" w14:textId="77777777" w:rsidR="00495879" w:rsidRDefault="00000000">
      <w:r>
        <w:rPr>
          <w:b/>
        </w:rPr>
        <w:t>Purpose</w:t>
      </w:r>
      <w:r>
        <w:t>: Provide strategic guidance, open doors, challenge thinking</w:t>
      </w:r>
    </w:p>
    <w:p w14:paraId="36CAB627" w14:textId="77777777" w:rsidR="00495879" w:rsidRDefault="00000000">
      <w:r>
        <w:rPr>
          <w:b/>
        </w:rPr>
        <w:t>Composition</w:t>
      </w:r>
      <w:r>
        <w:t>: 3-5 advisors (diverse backgrounds)</w:t>
      </w:r>
    </w:p>
    <w:p w14:paraId="19BAD2B5" w14:textId="77777777" w:rsidR="00495879" w:rsidRDefault="00000000">
      <w:r>
        <w:rPr>
          <w:b/>
        </w:rPr>
        <w:t>Ideal Advisor Profiles</w:t>
      </w:r>
      <w:r>
        <w:t>:</w:t>
      </w:r>
    </w:p>
    <w:p w14:paraId="2F3229BE" w14:textId="77777777" w:rsidR="00495879" w:rsidRDefault="00000000">
      <w:pPr>
        <w:pStyle w:val="Listenumros"/>
      </w:pPr>
      <w:r>
        <w:t>**Scaling Expert**: CEO who's built $50M+ company (lessons on hypergrowth)</w:t>
      </w:r>
    </w:p>
    <w:p w14:paraId="32783C82" w14:textId="77777777" w:rsidR="00495879" w:rsidRDefault="00000000">
      <w:pPr>
        <w:pStyle w:val="Listenumros"/>
      </w:pPr>
      <w:r>
        <w:t>**Coaching Industry Veteran**: 20+ years, seen trends, knows players</w:t>
      </w:r>
    </w:p>
    <w:p w14:paraId="49B622F0" w14:textId="77777777" w:rsidR="00495879" w:rsidRDefault="00000000">
      <w:pPr>
        <w:pStyle w:val="Listenumros"/>
      </w:pPr>
      <w:r>
        <w:t>**Tech/AI Leader**: CTO or product leader (guide platform strategy)</w:t>
      </w:r>
    </w:p>
    <w:p w14:paraId="6B67379D" w14:textId="77777777" w:rsidR="00495879" w:rsidRDefault="00000000">
      <w:pPr>
        <w:pStyle w:val="Listenumros"/>
      </w:pPr>
      <w:r>
        <w:t>**Finance/M&amp;A**: CFO or investment banker (prepare for exit, funding)</w:t>
      </w:r>
    </w:p>
    <w:p w14:paraId="71CD677C" w14:textId="77777777" w:rsidR="00495879" w:rsidRDefault="00000000">
      <w:pPr>
        <w:pStyle w:val="Listenumros"/>
      </w:pPr>
      <w:r>
        <w:t>**Marketing Guru**: Built brands, expert in B2B growth</w:t>
      </w:r>
    </w:p>
    <w:p w14:paraId="7007FE26" w14:textId="77777777" w:rsidR="00495879" w:rsidRDefault="00000000">
      <w:r>
        <w:rPr>
          <w:b/>
        </w:rPr>
        <w:t>Compensation</w:t>
      </w:r>
      <w:r>
        <w:t>:</w:t>
      </w:r>
    </w:p>
    <w:p w14:paraId="7DADEC9D" w14:textId="77777777" w:rsidR="00495879" w:rsidRDefault="00000000">
      <w:pPr>
        <w:pStyle w:val="Listepuces"/>
      </w:pPr>
      <w:r>
        <w:t>**Equity**: 0.25-0.5% each (vests over 2 years)</w:t>
      </w:r>
    </w:p>
    <w:p w14:paraId="145B4A22" w14:textId="77777777" w:rsidR="00495879" w:rsidRDefault="00000000">
      <w:pPr>
        <w:pStyle w:val="Listepuces"/>
      </w:pPr>
      <w:r>
        <w:t>**Cash**: $0 (equity-only, unless exceptional advisor)</w:t>
      </w:r>
    </w:p>
    <w:p w14:paraId="0D37C103" w14:textId="77777777" w:rsidR="00495879" w:rsidRDefault="00000000">
      <w:pPr>
        <w:pStyle w:val="Listepuces"/>
      </w:pPr>
      <w:r>
        <w:t>**Perks**: Free ADVISORY package (if they want coaching)</w:t>
      </w:r>
    </w:p>
    <w:p w14:paraId="2EF44E95" w14:textId="77777777" w:rsidR="00495879" w:rsidRDefault="00000000">
      <w:r>
        <w:rPr>
          <w:b/>
        </w:rPr>
        <w:t>Time Commitment</w:t>
      </w:r>
      <w:r>
        <w:t>:</w:t>
      </w:r>
    </w:p>
    <w:p w14:paraId="6D777056" w14:textId="77777777" w:rsidR="00495879" w:rsidRDefault="00000000">
      <w:pPr>
        <w:pStyle w:val="Listepuces"/>
      </w:pPr>
      <w:r>
        <w:t>Quarterly meetings (2 hours, in-person or Zoom)</w:t>
      </w:r>
    </w:p>
    <w:p w14:paraId="1A1D74A7" w14:textId="77777777" w:rsidR="00495879" w:rsidRDefault="00000000">
      <w:pPr>
        <w:pStyle w:val="Listepuces"/>
      </w:pPr>
      <w:r>
        <w:t>Monthly async check-ins (email, 15 min)</w:t>
      </w:r>
    </w:p>
    <w:p w14:paraId="7710E33C" w14:textId="77777777" w:rsidR="00495879" w:rsidRDefault="00000000">
      <w:pPr>
        <w:pStyle w:val="Listepuces"/>
      </w:pPr>
      <w:r>
        <w:t>Ad-hoc calls (when CEO needs advice urgently)</w:t>
      </w:r>
    </w:p>
    <w:p w14:paraId="5DEA7A51" w14:textId="77777777" w:rsidR="00495879" w:rsidRDefault="00000000">
      <w:r>
        <w:rPr>
          <w:b/>
        </w:rPr>
        <w:t>How to Recruit</w:t>
      </w:r>
      <w:r>
        <w:t>:</w:t>
      </w:r>
    </w:p>
    <w:p w14:paraId="076369A5" w14:textId="77777777" w:rsidR="00495879" w:rsidRDefault="00000000">
      <w:pPr>
        <w:pStyle w:val="Listepuces"/>
      </w:pPr>
      <w:r>
        <w:t>Warm introductions (from clients, partners, investors)</w:t>
      </w:r>
    </w:p>
    <w:p w14:paraId="0BD887DB" w14:textId="77777777" w:rsidR="00495879" w:rsidRDefault="00000000">
      <w:pPr>
        <w:pStyle w:val="Listepuces"/>
      </w:pPr>
      <w:r>
        <w:t>Clearly articulate value exchange: "I need your expertise on X, in return you get Y"</w:t>
      </w:r>
    </w:p>
    <w:p w14:paraId="0CE096C8" w14:textId="77777777" w:rsidR="00495879" w:rsidRDefault="00000000">
      <w:pPr>
        <w:pStyle w:val="Listepuces"/>
      </w:pPr>
      <w:r>
        <w:t>Start informal (coffee chat), then formalize if good fit</w:t>
      </w:r>
    </w:p>
    <w:p w14:paraId="1F052F4E" w14:textId="77777777" w:rsidR="00495879" w:rsidRDefault="00000000">
      <w:pPr>
        <w:pStyle w:val="Titre3"/>
      </w:pPr>
      <w:r>
        <w:t>External Support Network</w:t>
      </w:r>
    </w:p>
    <w:p w14:paraId="24F4831A" w14:textId="77777777" w:rsidR="00495879" w:rsidRDefault="00000000">
      <w:r>
        <w:rPr>
          <w:b/>
        </w:rPr>
        <w:t>Professional Services</w:t>
      </w:r>
      <w:r>
        <w:t xml:space="preserve"> (Covered in Section 8):</w:t>
      </w:r>
    </w:p>
    <w:p w14:paraId="53564606" w14:textId="77777777" w:rsidR="00495879" w:rsidRDefault="00000000">
      <w:pPr>
        <w:pStyle w:val="Listepuces"/>
      </w:pPr>
      <w:r>
        <w:t>CPA (accounting, tax)</w:t>
      </w:r>
    </w:p>
    <w:p w14:paraId="2FC93C42" w14:textId="77777777" w:rsidR="00495879" w:rsidRDefault="00000000">
      <w:pPr>
        <w:pStyle w:val="Listepuces"/>
      </w:pPr>
      <w:r>
        <w:t>Attorney (corporate, contracts, IP)</w:t>
      </w:r>
    </w:p>
    <w:p w14:paraId="56196EEA" w14:textId="77777777" w:rsidR="00495879" w:rsidRDefault="00000000">
      <w:pPr>
        <w:pStyle w:val="Listepuces"/>
      </w:pPr>
      <w:r>
        <w:t>Insurance broker</w:t>
      </w:r>
    </w:p>
    <w:p w14:paraId="28C0F707" w14:textId="77777777" w:rsidR="00495879" w:rsidRDefault="00000000">
      <w:r>
        <w:rPr>
          <w:b/>
        </w:rPr>
        <w:t>Coaches &amp; Mentors for Founder</w:t>
      </w:r>
      <w:r>
        <w:t>:</w:t>
      </w:r>
    </w:p>
    <w:p w14:paraId="0DD1903A" w14:textId="77777777" w:rsidR="00495879" w:rsidRDefault="00000000">
      <w:pPr>
        <w:pStyle w:val="Listepuces"/>
      </w:pPr>
      <w:r>
        <w:t>**Executive Coach** (for Gregory): $10K/year</w:t>
      </w:r>
    </w:p>
    <w:p w14:paraId="3B96BBE4" w14:textId="77777777" w:rsidR="00495879" w:rsidRDefault="00000000">
      <w:pPr>
        <w:pStyle w:val="Listepuces"/>
      </w:pPr>
      <w:r>
        <w:t>Focus: Leadership, decision-making, avoiding burnout</w:t>
      </w:r>
    </w:p>
    <w:p w14:paraId="20B2E3DC" w14:textId="77777777" w:rsidR="00495879" w:rsidRDefault="00000000">
      <w:pPr>
        <w:pStyle w:val="Listepuces"/>
      </w:pPr>
      <w:r>
        <w:t>Frequency: Bi-weekly, 60 min</w:t>
      </w:r>
    </w:p>
    <w:p w14:paraId="09DC3416" w14:textId="77777777" w:rsidR="00495879" w:rsidRDefault="00000000">
      <w:pPr>
        <w:pStyle w:val="Listepuces"/>
      </w:pPr>
      <w:r>
        <w:lastRenderedPageBreak/>
        <w:t>**Peer Group** (Vistage, EO, YPO): $15K/year</w:t>
      </w:r>
    </w:p>
    <w:p w14:paraId="5FC6D634" w14:textId="77777777" w:rsidR="00495879" w:rsidRDefault="00000000">
      <w:pPr>
        <w:pStyle w:val="Listepuces"/>
      </w:pPr>
      <w:r>
        <w:t>Monthly meetings with 10-15 other CEOs</w:t>
      </w:r>
    </w:p>
    <w:p w14:paraId="6A147B27" w14:textId="77777777" w:rsidR="00495879" w:rsidRDefault="00000000">
      <w:pPr>
        <w:pStyle w:val="Listepuces"/>
      </w:pPr>
      <w:r>
        <w:t>Accountability, diverse perspectives</w:t>
      </w:r>
    </w:p>
    <w:p w14:paraId="2EC58772" w14:textId="77777777" w:rsidR="00495879" w:rsidRDefault="00000000">
      <w:r>
        <w:rPr>
          <w:b/>
        </w:rPr>
        <w:t>Industry Associations</w:t>
      </w:r>
      <w:r>
        <w:t>:</w:t>
      </w:r>
    </w:p>
    <w:p w14:paraId="6AE9F90D" w14:textId="77777777" w:rsidR="00495879" w:rsidRDefault="00000000">
      <w:pPr>
        <w:pStyle w:val="Listepuces"/>
      </w:pPr>
      <w:r>
        <w:t>**ICF** (International Coach Federation): $300/year membership</w:t>
      </w:r>
    </w:p>
    <w:p w14:paraId="2D04635B" w14:textId="77777777" w:rsidR="00495879" w:rsidRDefault="00000000">
      <w:pPr>
        <w:pStyle w:val="Listepuces"/>
      </w:pPr>
      <w:r>
        <w:t>Access to coach directory, conferences, certifications</w:t>
      </w:r>
    </w:p>
    <w:p w14:paraId="1C6468D0" w14:textId="77777777" w:rsidR="00495879" w:rsidRDefault="00000000">
      <w:pPr>
        <w:pStyle w:val="Listepuces"/>
      </w:pPr>
      <w:r>
        <w:t>**IACMP** (International Association of Coaching &amp; Mentoring Professionals): $200/year</w:t>
      </w:r>
    </w:p>
    <w:p w14:paraId="5315A35E" w14:textId="77777777" w:rsidR="00495879" w:rsidRDefault="00000000">
      <w:pPr>
        <w:pStyle w:val="Listepuces"/>
      </w:pPr>
      <w:r>
        <w:t>Networking, resources, thought leadership</w:t>
      </w:r>
    </w:p>
    <w:p w14:paraId="002922A5" w14:textId="77777777" w:rsidR="00495879" w:rsidRDefault="00000000">
      <w:r>
        <w:rPr>
          <w:b/>
        </w:rPr>
        <w:t>Consultants (As-Needed)</w:t>
      </w:r>
      <w:r>
        <w:t>:</w:t>
      </w:r>
    </w:p>
    <w:p w14:paraId="4522D115" w14:textId="77777777" w:rsidR="00495879" w:rsidRDefault="00000000">
      <w:pPr>
        <w:pStyle w:val="Listepuces"/>
      </w:pPr>
      <w:r>
        <w:t>**Brand/Marketing Consultant**: $5K-15K (Year 1, refine positioning)</w:t>
      </w:r>
    </w:p>
    <w:p w14:paraId="63BBF4DC" w14:textId="77777777" w:rsidR="00495879" w:rsidRDefault="00000000">
      <w:pPr>
        <w:pStyle w:val="Listepuces"/>
      </w:pPr>
      <w:r>
        <w:t>**Sales Consultant**: $10K (Year 2, build sales playbook)</w:t>
      </w:r>
    </w:p>
    <w:p w14:paraId="3CAD892B" w14:textId="77777777" w:rsidR="00495879" w:rsidRDefault="00000000">
      <w:pPr>
        <w:pStyle w:val="Listepuces"/>
      </w:pPr>
      <w:r>
        <w:t>**HR Consultant**: $5K (Year 3, employee handbook, policies)</w:t>
      </w:r>
    </w:p>
    <w:p w14:paraId="68740A04" w14:textId="77777777" w:rsidR="00495879" w:rsidRDefault="00000000">
      <w:r>
        <w:rPr>
          <w:b/>
        </w:rPr>
        <w:t>Total External Support Budget</w:t>
      </w:r>
      <w:r>
        <w:t>: $35K/year (Year 1) → $50K/year (Year 3)</w:t>
      </w:r>
    </w:p>
    <w:p w14:paraId="46B11BA9" w14:textId="77777777" w:rsidR="00495879" w:rsidRDefault="00000000">
      <w:r>
        <w:t>________________________________________________________________________________</w:t>
      </w:r>
    </w:p>
    <w:p w14:paraId="137F04EE" w14:textId="77777777" w:rsidR="00495879" w:rsidRDefault="00000000">
      <w:pPr>
        <w:pStyle w:val="Titre2"/>
      </w:pPr>
      <w:r>
        <w:t>📊 TEAM SUCCESS METRICS</w:t>
      </w:r>
    </w:p>
    <w:p w14:paraId="0AECCC78" w14:textId="77777777" w:rsidR="00495879" w:rsidRDefault="00000000">
      <w:pPr>
        <w:pStyle w:val="Titre3"/>
      </w:pPr>
      <w:r>
        <w:t>Key Performance Indicators (Team)</w:t>
      </w:r>
    </w:p>
    <w:p w14:paraId="396CDF4D" w14:textId="77777777" w:rsidR="00495879" w:rsidRDefault="00000000">
      <w:r>
        <w:rPr>
          <w:b/>
        </w:rPr>
        <w:t>Hiring &amp; Retention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604BBD6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0BF604C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68DDF67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2160" w:type="dxa"/>
          </w:tcPr>
          <w:p w14:paraId="2645D9B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160" w:type="dxa"/>
          </w:tcPr>
          <w:p w14:paraId="60BD7C0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77DC8AE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4AE26B5" w14:textId="77777777" w:rsidR="00495879" w:rsidRDefault="00000000">
            <w:r>
              <w:t>Team Size (FTE)</w:t>
            </w:r>
          </w:p>
        </w:tc>
        <w:tc>
          <w:tcPr>
            <w:tcW w:w="2160" w:type="dxa"/>
          </w:tcPr>
          <w:p w14:paraId="380FC51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</w:t>
            </w:r>
          </w:p>
        </w:tc>
        <w:tc>
          <w:tcPr>
            <w:tcW w:w="2160" w:type="dxa"/>
          </w:tcPr>
          <w:p w14:paraId="500A082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3.5</w:t>
            </w:r>
          </w:p>
        </w:tc>
        <w:tc>
          <w:tcPr>
            <w:tcW w:w="2160" w:type="dxa"/>
          </w:tcPr>
          <w:p w14:paraId="2BE7D4D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4.5</w:t>
            </w:r>
          </w:p>
        </w:tc>
      </w:tr>
      <w:tr w:rsidR="00495879" w14:paraId="2ED68C2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C8A69D" w14:textId="77777777" w:rsidR="00495879" w:rsidRDefault="00000000">
            <w:r>
              <w:t>Retention Rate</w:t>
            </w:r>
          </w:p>
        </w:tc>
        <w:tc>
          <w:tcPr>
            <w:tcW w:w="2160" w:type="dxa"/>
          </w:tcPr>
          <w:p w14:paraId="46ACBCF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100% (only 1 person)</w:t>
            </w:r>
          </w:p>
        </w:tc>
        <w:tc>
          <w:tcPr>
            <w:tcW w:w="2160" w:type="dxa"/>
          </w:tcPr>
          <w:p w14:paraId="6BDA00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90%+</w:t>
            </w:r>
          </w:p>
        </w:tc>
        <w:tc>
          <w:tcPr>
            <w:tcW w:w="2160" w:type="dxa"/>
          </w:tcPr>
          <w:p w14:paraId="255AFE3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90%+</w:t>
            </w:r>
          </w:p>
        </w:tc>
      </w:tr>
      <w:tr w:rsidR="00495879" w14:paraId="1AFA0DF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7CC3CD0" w14:textId="77777777" w:rsidR="00495879" w:rsidRDefault="00000000">
            <w:r>
              <w:t>Time to Hire (days)</w:t>
            </w:r>
          </w:p>
        </w:tc>
        <w:tc>
          <w:tcPr>
            <w:tcW w:w="2160" w:type="dxa"/>
          </w:tcPr>
          <w:p w14:paraId="7145E6A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N/A (first hire)</w:t>
            </w:r>
          </w:p>
        </w:tc>
        <w:tc>
          <w:tcPr>
            <w:tcW w:w="2160" w:type="dxa"/>
          </w:tcPr>
          <w:p w14:paraId="21AF897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&lt;60</w:t>
            </w:r>
          </w:p>
        </w:tc>
        <w:tc>
          <w:tcPr>
            <w:tcW w:w="2160" w:type="dxa"/>
          </w:tcPr>
          <w:p w14:paraId="66385AA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&lt;45</w:t>
            </w:r>
          </w:p>
        </w:tc>
      </w:tr>
      <w:tr w:rsidR="00495879" w14:paraId="26A4B9D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5F65BAE" w14:textId="77777777" w:rsidR="00495879" w:rsidRDefault="00000000">
            <w:r>
              <w:t>Offer Acceptance Rate</w:t>
            </w:r>
          </w:p>
        </w:tc>
        <w:tc>
          <w:tcPr>
            <w:tcW w:w="2160" w:type="dxa"/>
          </w:tcPr>
          <w:p w14:paraId="5727D65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100%</w:t>
            </w:r>
          </w:p>
        </w:tc>
        <w:tc>
          <w:tcPr>
            <w:tcW w:w="2160" w:type="dxa"/>
          </w:tcPr>
          <w:p w14:paraId="2E57717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80%+</w:t>
            </w:r>
          </w:p>
        </w:tc>
        <w:tc>
          <w:tcPr>
            <w:tcW w:w="2160" w:type="dxa"/>
          </w:tcPr>
          <w:p w14:paraId="6BA7FD1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80%+</w:t>
            </w:r>
          </w:p>
        </w:tc>
      </w:tr>
    </w:tbl>
    <w:p w14:paraId="187B25C9" w14:textId="77777777" w:rsidR="00495879" w:rsidRDefault="00495879"/>
    <w:p w14:paraId="476542F8" w14:textId="77777777" w:rsidR="00495879" w:rsidRDefault="00000000">
      <w:r>
        <w:rPr>
          <w:b/>
        </w:rPr>
        <w:t>Engagement &amp; Culture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11229EE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2C711B8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880" w:type="dxa"/>
          </w:tcPr>
          <w:p w14:paraId="79FF695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  <w:tc>
          <w:tcPr>
            <w:tcW w:w="2880" w:type="dxa"/>
          </w:tcPr>
          <w:p w14:paraId="567993A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Measurement</w:t>
            </w:r>
          </w:p>
        </w:tc>
      </w:tr>
      <w:tr w:rsidR="00495879" w14:paraId="79EDCDF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835C11A" w14:textId="77777777" w:rsidR="00495879" w:rsidRDefault="00000000">
            <w:r>
              <w:t>**Employee NPS**</w:t>
            </w:r>
          </w:p>
        </w:tc>
        <w:tc>
          <w:tcPr>
            <w:tcW w:w="2880" w:type="dxa"/>
          </w:tcPr>
          <w:p w14:paraId="413DF87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8+ (1-10 scale)</w:t>
            </w:r>
          </w:p>
        </w:tc>
        <w:tc>
          <w:tcPr>
            <w:tcW w:w="2880" w:type="dxa"/>
          </w:tcPr>
          <w:p w14:paraId="01717DA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Annual survey</w:t>
            </w:r>
          </w:p>
        </w:tc>
      </w:tr>
      <w:tr w:rsidR="00495879" w14:paraId="3F48756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302C729" w14:textId="77777777" w:rsidR="00495879" w:rsidRDefault="00000000">
            <w:r>
              <w:t>**Values Alignment**</w:t>
            </w:r>
          </w:p>
        </w:tc>
        <w:tc>
          <w:tcPr>
            <w:tcW w:w="2880" w:type="dxa"/>
          </w:tcPr>
          <w:p w14:paraId="0C9F33D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9+ (1-10)</w:t>
            </w:r>
          </w:p>
        </w:tc>
        <w:tc>
          <w:tcPr>
            <w:tcW w:w="2880" w:type="dxa"/>
          </w:tcPr>
          <w:p w14:paraId="529528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Quarterly pulse</w:t>
            </w:r>
          </w:p>
        </w:tc>
      </w:tr>
      <w:tr w:rsidR="00495879" w14:paraId="0E4ACE8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9CD1110" w14:textId="77777777" w:rsidR="00495879" w:rsidRDefault="00000000">
            <w:r>
              <w:t>**Manager Effectiveness**</w:t>
            </w:r>
          </w:p>
        </w:tc>
        <w:tc>
          <w:tcPr>
            <w:tcW w:w="2880" w:type="dxa"/>
          </w:tcPr>
          <w:p w14:paraId="2B147D7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8+</w:t>
            </w:r>
          </w:p>
        </w:tc>
        <w:tc>
          <w:tcPr>
            <w:tcW w:w="2880" w:type="dxa"/>
          </w:tcPr>
          <w:p w14:paraId="4C1CF75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360 feedback</w:t>
            </w:r>
          </w:p>
        </w:tc>
      </w:tr>
      <w:tr w:rsidR="00495879" w14:paraId="3204772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6E10048" w14:textId="77777777" w:rsidR="00495879" w:rsidRDefault="00000000">
            <w:r>
              <w:t>**Learning Hours**</w:t>
            </w:r>
          </w:p>
        </w:tc>
        <w:tc>
          <w:tcPr>
            <w:tcW w:w="2880" w:type="dxa"/>
          </w:tcPr>
          <w:p w14:paraId="60D4A6B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200 hours/person/year</w:t>
            </w:r>
          </w:p>
        </w:tc>
        <w:tc>
          <w:tcPr>
            <w:tcW w:w="2880" w:type="dxa"/>
          </w:tcPr>
          <w:p w14:paraId="590BBAA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Tracking log</w:t>
            </w:r>
          </w:p>
        </w:tc>
      </w:tr>
    </w:tbl>
    <w:p w14:paraId="705BEEE1" w14:textId="77777777" w:rsidR="00495879" w:rsidRDefault="00495879"/>
    <w:p w14:paraId="11E8142B" w14:textId="77777777" w:rsidR="00495879" w:rsidRDefault="00000000">
      <w:r>
        <w:rPr>
          <w:b/>
        </w:rPr>
        <w:t>Performance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3CF80D7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F5A74CA" w14:textId="77777777" w:rsidR="00495879" w:rsidRDefault="00000000">
            <w:r>
              <w:rPr>
                <w:sz w:val="20"/>
              </w:rPr>
              <w:lastRenderedPageBreak/>
              <w:t>Metric</w:t>
            </w:r>
          </w:p>
        </w:tc>
        <w:tc>
          <w:tcPr>
            <w:tcW w:w="4320" w:type="dxa"/>
          </w:tcPr>
          <w:p w14:paraId="1C3F219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</w:tr>
      <w:tr w:rsidR="00495879" w14:paraId="5F8C628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328B0B9" w14:textId="77777777" w:rsidR="00495879" w:rsidRDefault="00000000">
            <w:r>
              <w:t>**Revenue per FTE**</w:t>
            </w:r>
          </w:p>
        </w:tc>
        <w:tc>
          <w:tcPr>
            <w:tcW w:w="4320" w:type="dxa"/>
          </w:tcPr>
          <w:p w14:paraId="1B1068A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Year 1: $120K, Year 3: $189K</w:t>
            </w:r>
          </w:p>
        </w:tc>
      </w:tr>
      <w:tr w:rsidR="00495879" w14:paraId="47E0FD9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7ADB3C9" w14:textId="77777777" w:rsidR="00495879" w:rsidRDefault="00000000">
            <w:r>
              <w:t>**Client Rating (Team Avg)**</w:t>
            </w:r>
          </w:p>
        </w:tc>
        <w:tc>
          <w:tcPr>
            <w:tcW w:w="4320" w:type="dxa"/>
          </w:tcPr>
          <w:p w14:paraId="4DD6E37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4.5+</w:t>
            </w:r>
          </w:p>
        </w:tc>
      </w:tr>
      <w:tr w:rsidR="00495879" w14:paraId="672DDC7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1D6E180D" w14:textId="77777777" w:rsidR="00495879" w:rsidRDefault="00000000">
            <w:r>
              <w:t>**Bonus Payout %**</w:t>
            </w:r>
          </w:p>
        </w:tc>
        <w:tc>
          <w:tcPr>
            <w:tcW w:w="4320" w:type="dxa"/>
          </w:tcPr>
          <w:p w14:paraId="239D5E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80%+ of team earn full bonus (shows we set achievable targets)</w:t>
            </w:r>
          </w:p>
        </w:tc>
      </w:tr>
    </w:tbl>
    <w:p w14:paraId="656F5622" w14:textId="77777777" w:rsidR="00495879" w:rsidRDefault="00495879"/>
    <w:p w14:paraId="7B484A30" w14:textId="77777777" w:rsidR="00495879" w:rsidRDefault="00000000">
      <w:r>
        <w:t>________________________________________________________________________________</w:t>
      </w:r>
    </w:p>
    <w:p w14:paraId="1F530C99" w14:textId="77777777" w:rsidR="00495879" w:rsidRDefault="00000000">
      <w:pPr>
        <w:pStyle w:val="Titre2"/>
      </w:pPr>
      <w:r>
        <w:t>📌 CONCLUSION</w:t>
      </w:r>
    </w:p>
    <w:p w14:paraId="5017187B" w14:textId="77777777" w:rsidR="00495879" w:rsidRDefault="00000000">
      <w:r>
        <w:t xml:space="preserve">L'équipe GBCM LLC est notre </w:t>
      </w:r>
      <w:r>
        <w:rPr>
          <w:b/>
        </w:rPr>
        <w:t>plus grand actif</w:t>
      </w:r>
      <w:r>
        <w:t xml:space="preserve"> et </w:t>
      </w:r>
      <w:r>
        <w:rPr>
          <w:b/>
        </w:rPr>
        <w:t>principal levier de scale</w:t>
      </w:r>
      <w:r>
        <w:t>:</w:t>
      </w:r>
    </w:p>
    <w:p w14:paraId="21130ACA" w14:textId="77777777" w:rsidR="00495879" w:rsidRDefault="00000000">
      <w:r>
        <w:t xml:space="preserve">✅ </w:t>
      </w:r>
      <w:r>
        <w:rPr>
          <w:b/>
        </w:rPr>
        <w:t>Lean but mighty</w:t>
      </w:r>
      <w:r>
        <w:t xml:space="preserve"> (1.5 FTE → 4.5 FTE over 3 years) - Efficiency-first</w:t>
      </w:r>
    </w:p>
    <w:p w14:paraId="7291B4A2" w14:textId="77777777" w:rsidR="00495879" w:rsidRDefault="00000000">
      <w:r>
        <w:t xml:space="preserve">✅ </w:t>
      </w:r>
      <w:r>
        <w:rPr>
          <w:b/>
        </w:rPr>
        <w:t>Hire slow, fire fast</w:t>
      </w:r>
      <w:r>
        <w:t xml:space="preserve"> - Only A-players who live our values</w:t>
      </w:r>
    </w:p>
    <w:p w14:paraId="5ACB8F1B" w14:textId="77777777" w:rsidR="00495879" w:rsidRDefault="00000000">
      <w:r>
        <w:t xml:space="preserve">✅ </w:t>
      </w:r>
      <w:r>
        <w:rPr>
          <w:b/>
        </w:rPr>
        <w:t>Culture of excellence</w:t>
      </w:r>
      <w:r>
        <w:t xml:space="preserve"> - 4.5+ ratings, continuous improvement, client-obsessed</w:t>
      </w:r>
    </w:p>
    <w:p w14:paraId="4E3DDA25" w14:textId="77777777" w:rsidR="00495879" w:rsidRDefault="00000000">
      <w:r>
        <w:t xml:space="preserve">✅ </w:t>
      </w:r>
      <w:r>
        <w:rPr>
          <w:b/>
        </w:rPr>
        <w:t>Invest in people</w:t>
      </w:r>
      <w:r>
        <w:t xml:space="preserve"> - $3K/year learning, coaching, clear career paths</w:t>
      </w:r>
    </w:p>
    <w:p w14:paraId="35E6A764" w14:textId="77777777" w:rsidR="00495879" w:rsidRDefault="00000000">
      <w:r>
        <w:t xml:space="preserve">✅ </w:t>
      </w:r>
      <w:r>
        <w:rPr>
          <w:b/>
        </w:rPr>
        <w:t>Performance-based comp</w:t>
      </w:r>
      <w:r>
        <w:t xml:space="preserve"> - Aligned incentives (client success = team success)</w:t>
      </w:r>
    </w:p>
    <w:p w14:paraId="6CB07B05" w14:textId="77777777" w:rsidR="00495879" w:rsidRDefault="00000000">
      <w:r>
        <w:rPr>
          <w:b/>
        </w:rPr>
        <w:t>Founder Journey</w:t>
      </w:r>
      <w:r>
        <w:t>:</w:t>
      </w:r>
    </w:p>
    <w:p w14:paraId="496C6AE6" w14:textId="77777777" w:rsidR="00495879" w:rsidRDefault="00000000">
      <w:pPr>
        <w:pStyle w:val="Listepuces"/>
      </w:pPr>
      <w:r>
        <w:t>Year 1: Do everything (validate model)</w:t>
      </w:r>
    </w:p>
    <w:p w14:paraId="5F4DCB99" w14:textId="77777777" w:rsidR="00495879" w:rsidRDefault="00000000">
      <w:pPr>
        <w:pStyle w:val="Listepuces"/>
      </w:pPr>
      <w:r>
        <w:t>Year 2: Delegate delivery (hire Senior Coach, scale to 60 clients)</w:t>
      </w:r>
    </w:p>
    <w:p w14:paraId="4688A8D0" w14:textId="77777777" w:rsidR="00495879" w:rsidRDefault="00000000">
      <w:pPr>
        <w:pStyle w:val="Listepuces"/>
      </w:pPr>
      <w:r>
        <w:t>Year 3: Build team (CEO role - strategy, culture, sales)</w:t>
      </w:r>
    </w:p>
    <w:p w14:paraId="03C1138D" w14:textId="77777777" w:rsidR="00495879" w:rsidRDefault="00000000">
      <w:r>
        <w:rPr>
          <w:b/>
        </w:rPr>
        <w:t>By Year 3</w:t>
      </w:r>
      <w:r>
        <w:t>: Sustainable, profitable, scalable team powering $850K revenue, 100 clients, 13% EBITDA 🚀</w:t>
      </w:r>
    </w:p>
    <w:p w14:paraId="2117AF7D" w14:textId="77777777" w:rsidR="00495879" w:rsidRDefault="00000000">
      <w:r>
        <w:rPr>
          <w:b/>
        </w:rPr>
        <w:t>Next</w:t>
      </w:r>
      <w:r>
        <w:t>: Section 11 - Funding Strategy *(Optional P2 section)*</w:t>
      </w:r>
    </w:p>
    <w:p w14:paraId="24B408C8" w14:textId="77777777" w:rsidR="00495879" w:rsidRDefault="00000000">
      <w:r>
        <w:t>________________________________________________________________________________</w:t>
      </w:r>
    </w:p>
    <w:p w14:paraId="29C1A73E" w14:textId="77777777" w:rsidR="00495879" w:rsidRDefault="00000000">
      <w:r>
        <w:t>© 2025 GBCM LLC - Business Plan v2.0 | Team &amp; Organization</w:t>
      </w:r>
    </w:p>
    <w:p w14:paraId="0539AD0D" w14:textId="77777777" w:rsidR="00495879" w:rsidRDefault="00000000">
      <w:r>
        <w:br w:type="page"/>
      </w:r>
    </w:p>
    <w:p w14:paraId="10B06FB1" w14:textId="77777777" w:rsidR="00495879" w:rsidRDefault="00000000">
      <w:pPr>
        <w:pStyle w:val="Titre1"/>
      </w:pPr>
      <w:r>
        <w:lastRenderedPageBreak/>
        <w:t>10. FINANCIAL PROJECTIONS (2026-2028)</w:t>
      </w:r>
    </w:p>
    <w:p w14:paraId="5BB993F8" w14:textId="77777777" w:rsidR="00495879" w:rsidRDefault="00000000">
      <w:pPr>
        <w:pStyle w:val="Titre2"/>
      </w:pPr>
      <w:r>
        <w:t>10.1 Assumptions Clés</w:t>
      </w:r>
    </w:p>
    <w:p w14:paraId="796E738C" w14:textId="77777777" w:rsidR="00495879" w:rsidRDefault="00000000">
      <w:pPr>
        <w:pStyle w:val="Titre3"/>
      </w:pPr>
      <w:r>
        <w:t>Revenue Assumptions</w:t>
      </w:r>
    </w:p>
    <w:p w14:paraId="1D53B5A0" w14:textId="77777777" w:rsidR="00495879" w:rsidRDefault="00000000">
      <w:r>
        <w:rPr>
          <w:b/>
        </w:rPr>
        <w:t>MODÈLE BI-CONTINENTAL</w:t>
      </w:r>
      <w:r>
        <w:t>: US + AFRIQUE</w:t>
      </w:r>
    </w:p>
    <w:p w14:paraId="2F6B8707" w14:textId="77777777" w:rsidR="00495879" w:rsidRDefault="00000000">
      <w:r>
        <w:rPr>
          <w:b/>
        </w:rPr>
        <w:t>Marchés géographiques</w:t>
      </w:r>
      <w:r>
        <w:t>:</w:t>
      </w:r>
    </w:p>
    <w:p w14:paraId="4B27F175" w14:textId="77777777" w:rsidR="00495879" w:rsidRDefault="00000000">
      <w:pPr>
        <w:pStyle w:val="Listepuces"/>
      </w:pPr>
      <w:r>
        <w:t>**An 1**: 67% US ($130K) + 33% Afrique ($50K) = $180K total</w:t>
      </w:r>
    </w:p>
    <w:p w14:paraId="5666EE25" w14:textId="77777777" w:rsidR="00495879" w:rsidRDefault="00000000">
      <w:pPr>
        <w:pStyle w:val="Listepuces"/>
      </w:pPr>
      <w:r>
        <w:t>**An 2**: 59% US ($270K) + 41% Afrique ($150K) = $420K total</w:t>
      </w:r>
    </w:p>
    <w:p w14:paraId="45CAD6B6" w14:textId="77777777" w:rsidR="00495879" w:rsidRDefault="00000000">
      <w:pPr>
        <w:pStyle w:val="Listepuces"/>
      </w:pPr>
      <w:r>
        <w:t>**An 3**: 64% US ($550K) + 36% Afrique ($300K) = $850K total</w:t>
      </w:r>
    </w:p>
    <w:p w14:paraId="119BD2B8" w14:textId="77777777" w:rsidR="00495879" w:rsidRDefault="00000000">
      <w:r>
        <w:rPr>
          <w:b/>
        </w:rPr>
        <w:t>TRANSFORM Programs</w:t>
      </w:r>
      <w:r>
        <w:t>:</w:t>
      </w:r>
    </w:p>
    <w:p w14:paraId="21EFA514" w14:textId="77777777" w:rsidR="00495879" w:rsidRDefault="00000000">
      <w:r>
        <w:t>*Marché US*:</w:t>
      </w:r>
    </w:p>
    <w:p w14:paraId="019CA7A4" w14:textId="77777777" w:rsidR="00495879" w:rsidRDefault="00000000">
      <w:pPr>
        <w:pStyle w:val="Listepuces"/>
      </w:pPr>
      <w:r>
        <w:t>Growth tier: 4 clients An 1 → 10 An 3, @$8,997/an</w:t>
      </w:r>
    </w:p>
    <w:p w14:paraId="71D7FAF8" w14:textId="77777777" w:rsidR="00495879" w:rsidRDefault="00000000">
      <w:pPr>
        <w:pStyle w:val="Listepuces"/>
      </w:pPr>
      <w:r>
        <w:t>Scale tier: 2 clients An 1 → 10 An 3, @$23,997/an</w:t>
      </w:r>
    </w:p>
    <w:p w14:paraId="05C3E560" w14:textId="77777777" w:rsidR="00495879" w:rsidRDefault="00000000">
      <w:pPr>
        <w:pStyle w:val="Listepuces"/>
      </w:pPr>
      <w:r>
        <w:t>Transform tier: 1 client An 1 → 3 An 3, @$59,997/an</w:t>
      </w:r>
    </w:p>
    <w:p w14:paraId="47433478" w14:textId="77777777" w:rsidR="00495879" w:rsidRDefault="00000000">
      <w:pPr>
        <w:pStyle w:val="Listepuces"/>
      </w:pPr>
      <w:r>
        <w:t>Renewal rate: 70% An 2, 80% An 3</w:t>
      </w:r>
    </w:p>
    <w:p w14:paraId="7840B9F4" w14:textId="77777777" w:rsidR="00495879" w:rsidRDefault="00000000">
      <w:r>
        <w:t>*Marché Afrique* (Pricing PPP-adjusted: -50%):</w:t>
      </w:r>
    </w:p>
    <w:p w14:paraId="662AC817" w14:textId="77777777" w:rsidR="00495879" w:rsidRDefault="00000000">
      <w:pPr>
        <w:pStyle w:val="Listepuces"/>
      </w:pPr>
      <w:r>
        <w:t>Growth tier: 3 clients An 1 → 12 An 3, @$4,997/an</w:t>
      </w:r>
    </w:p>
    <w:p w14:paraId="124AFD57" w14:textId="77777777" w:rsidR="00495879" w:rsidRDefault="00000000">
      <w:pPr>
        <w:pStyle w:val="Listepuces"/>
      </w:pPr>
      <w:r>
        <w:t>Scale tier: 2 clients An 1 → 8 An 3, @$11,997/an</w:t>
      </w:r>
    </w:p>
    <w:p w14:paraId="61E5A40E" w14:textId="77777777" w:rsidR="00495879" w:rsidRDefault="00000000">
      <w:pPr>
        <w:pStyle w:val="Listepuces"/>
      </w:pPr>
      <w:r>
        <w:t>Transform tier: 0 clients An 1 → 2 An 3, @$29,997/an</w:t>
      </w:r>
    </w:p>
    <w:p w14:paraId="41D3A8CB" w14:textId="77777777" w:rsidR="00495879" w:rsidRDefault="00000000">
      <w:pPr>
        <w:pStyle w:val="Listepuces"/>
      </w:pPr>
      <w:r>
        <w:t>Renewal rate: 65% An 2, 75% An 3 (légèrement inférieur)</w:t>
      </w:r>
    </w:p>
    <w:p w14:paraId="6FFF4950" w14:textId="77777777" w:rsidR="00495879" w:rsidRDefault="00000000">
      <w:r>
        <w:rPr>
          <w:b/>
        </w:rPr>
        <w:t>ADVISORY Retainers</w:t>
      </w:r>
      <w:r>
        <w:t>:</w:t>
      </w:r>
    </w:p>
    <w:p w14:paraId="2FAC6C89" w14:textId="77777777" w:rsidR="00495879" w:rsidRDefault="00000000">
      <w:pPr>
        <w:pStyle w:val="Listepuces"/>
      </w:pPr>
      <w:r>
        <w:t>US: $10,000/mois × 6 mois engagement</w:t>
      </w:r>
    </w:p>
    <w:p w14:paraId="04CCA1F5" w14:textId="77777777" w:rsidR="00495879" w:rsidRDefault="00000000">
      <w:pPr>
        <w:pStyle w:val="Listepuces"/>
      </w:pPr>
      <w:r>
        <w:t>Africa: $3,500/mois × 6 mois engagement</w:t>
      </w:r>
    </w:p>
    <w:p w14:paraId="396DF3D8" w14:textId="77777777" w:rsidR="00495879" w:rsidRDefault="00000000">
      <w:pPr>
        <w:pStyle w:val="Listepuces"/>
      </w:pPr>
      <w:r>
        <w:t>Clients: 1 US An 1, 2 US + 1 Africa An 2, 2 US + 2 Africa An 3</w:t>
      </w:r>
    </w:p>
    <w:p w14:paraId="4A307604" w14:textId="77777777" w:rsidR="00495879" w:rsidRDefault="00000000">
      <w:pPr>
        <w:pStyle w:val="Listepuces"/>
      </w:pPr>
      <w:r>
        <w:t>Renewal/extension: 50%</w:t>
      </w:r>
    </w:p>
    <w:p w14:paraId="402C5B68" w14:textId="77777777" w:rsidR="00495879" w:rsidRDefault="00000000">
      <w:r>
        <w:rPr>
          <w:b/>
        </w:rPr>
        <w:t>ACCELERATOR Intensives</w:t>
      </w:r>
      <w:r>
        <w:t>:</w:t>
      </w:r>
    </w:p>
    <w:p w14:paraId="00BB8A77" w14:textId="77777777" w:rsidR="00495879" w:rsidRDefault="00000000">
      <w:pPr>
        <w:pStyle w:val="Listepuces"/>
      </w:pPr>
      <w:r>
        <w:t>US: $25,000/participant</w:t>
      </w:r>
    </w:p>
    <w:p w14:paraId="35BB9700" w14:textId="77777777" w:rsidR="00495879" w:rsidRDefault="00000000">
      <w:pPr>
        <w:pStyle w:val="Listepuces"/>
      </w:pPr>
      <w:r>
        <w:t>Africa: $12,000/participant</w:t>
      </w:r>
    </w:p>
    <w:p w14:paraId="789CB570" w14:textId="77777777" w:rsidR="00495879" w:rsidRDefault="00000000">
      <w:pPr>
        <w:pStyle w:val="Listepuces"/>
      </w:pPr>
      <w:r>
        <w:t>Cohorts: 1 US An 1 (3-4 participants), 2 US + 1 Africa An 2, 2 US + 2 Africa An 3</w:t>
      </w:r>
    </w:p>
    <w:p w14:paraId="2EE97835" w14:textId="77777777" w:rsidR="00495879" w:rsidRDefault="00000000">
      <w:r>
        <w:rPr>
          <w:b/>
        </w:rPr>
        <w:t>PLATFORM Membership</w:t>
      </w:r>
      <w:r>
        <w:t>:</w:t>
      </w:r>
    </w:p>
    <w:p w14:paraId="4DB56018" w14:textId="77777777" w:rsidR="00495879" w:rsidRDefault="00000000">
      <w:pPr>
        <w:pStyle w:val="Listepuces"/>
      </w:pPr>
      <w:r>
        <w:t>US: $2,997/an</w:t>
      </w:r>
    </w:p>
    <w:p w14:paraId="42346690" w14:textId="77777777" w:rsidR="00495879" w:rsidRDefault="00000000">
      <w:pPr>
        <w:pStyle w:val="Listepuces"/>
      </w:pPr>
      <w:r>
        <w:t>Africa: $1,497/an</w:t>
      </w:r>
    </w:p>
    <w:p w14:paraId="6F4F8717" w14:textId="77777777" w:rsidR="00495879" w:rsidRDefault="00000000">
      <w:pPr>
        <w:pStyle w:val="Listepuces"/>
      </w:pPr>
      <w:r>
        <w:lastRenderedPageBreak/>
        <w:t>Members: 20 US + 10 Africa An 1, 65 US + 35 Africa An 2, 90 US + 60 Africa An 3</w:t>
      </w:r>
    </w:p>
    <w:p w14:paraId="58FE62F5" w14:textId="77777777" w:rsidR="00495879" w:rsidRDefault="00000000">
      <w:pPr>
        <w:pStyle w:val="Listepuces"/>
      </w:pPr>
      <w:r>
        <w:t>Churn: 30% An 1, 25% An 2, 20% An 3</w:t>
      </w:r>
    </w:p>
    <w:p w14:paraId="32273688" w14:textId="77777777" w:rsidR="00495879" w:rsidRDefault="00000000">
      <w:pPr>
        <w:pStyle w:val="Titre3"/>
      </w:pPr>
      <w:r>
        <w:t>Cost Assumptions</w:t>
      </w:r>
    </w:p>
    <w:p w14:paraId="2563DDF8" w14:textId="77777777" w:rsidR="00495879" w:rsidRDefault="00000000">
      <w:r>
        <w:rPr>
          <w:b/>
        </w:rPr>
        <w:t>Personnel</w:t>
      </w:r>
      <w:r>
        <w:t xml:space="preserve"> (% of revenue):</w:t>
      </w:r>
    </w:p>
    <w:p w14:paraId="03472F6A" w14:textId="77777777" w:rsidR="00495879" w:rsidRDefault="00000000">
      <w:pPr>
        <w:pStyle w:val="Listepuces"/>
      </w:pPr>
      <w:r>
        <w:t>An 1: 48% (Founder + VA + part-time)</w:t>
      </w:r>
    </w:p>
    <w:p w14:paraId="5CF2B173" w14:textId="77777777" w:rsidR="00495879" w:rsidRDefault="00000000">
      <w:pPr>
        <w:pStyle w:val="Listepuces"/>
      </w:pPr>
      <w:r>
        <w:t>An 2: 62% (adds Director + Sales Manager + FT Marketing)</w:t>
      </w:r>
    </w:p>
    <w:p w14:paraId="658E6E9B" w14:textId="77777777" w:rsidR="00495879" w:rsidRDefault="00000000">
      <w:pPr>
        <w:pStyle w:val="Listepuces"/>
      </w:pPr>
      <w:r>
        <w:t>An 3: 60% (adds 2 coaches + Ops Manager, economy of scale)</w:t>
      </w:r>
    </w:p>
    <w:p w14:paraId="24361B62" w14:textId="77777777" w:rsidR="00495879" w:rsidRDefault="00000000">
      <w:r>
        <w:rPr>
          <w:b/>
        </w:rPr>
        <w:t>Marketing</w:t>
      </w:r>
      <w:r>
        <w:t>:</w:t>
      </w:r>
    </w:p>
    <w:p w14:paraId="4AC547BB" w14:textId="77777777" w:rsidR="00495879" w:rsidRDefault="00000000">
      <w:pPr>
        <w:pStyle w:val="Listepuces"/>
      </w:pPr>
      <w:r>
        <w:t>An 1: $50,000 (28% revenue) - heavy investment launch bi-continental</w:t>
      </w:r>
    </w:p>
    <w:p w14:paraId="0D5DB591" w14:textId="77777777" w:rsidR="00495879" w:rsidRDefault="00000000">
      <w:pPr>
        <w:pStyle w:val="Listepuces"/>
      </w:pPr>
      <w:r>
        <w:t>An 2: $80,000 (19% revenue) - scale channels US + Africa</w:t>
      </w:r>
    </w:p>
    <w:p w14:paraId="5F0B2CFA" w14:textId="77777777" w:rsidR="00495879" w:rsidRDefault="00000000">
      <w:pPr>
        <w:pStyle w:val="Listepuces"/>
      </w:pPr>
      <w:r>
        <w:t>An 3: $120,000 (14% revenue) - optimize &amp; expand + anglophone Africa</w:t>
      </w:r>
    </w:p>
    <w:p w14:paraId="4AC96097" w14:textId="77777777" w:rsidR="00495879" w:rsidRDefault="00000000">
      <w:r>
        <w:rPr>
          <w:b/>
        </w:rPr>
        <w:t>Technology</w:t>
      </w:r>
      <w:r>
        <w:t xml:space="preserve"> (via Lions Dev partnership):</w:t>
      </w:r>
    </w:p>
    <w:p w14:paraId="2A8B5EAB" w14:textId="77777777" w:rsidR="00495879" w:rsidRDefault="00000000">
      <w:pPr>
        <w:pStyle w:val="Listepuces"/>
      </w:pPr>
      <w:r>
        <w:t>**An 1**: $30,000 (17% revenue) - MVP plateforme + SaaS tools</w:t>
      </w:r>
    </w:p>
    <w:p w14:paraId="3FBB897B" w14:textId="77777777" w:rsidR="00495879" w:rsidRDefault="00000000">
      <w:pPr>
        <w:pStyle w:val="Listepuces"/>
      </w:pPr>
      <w:r>
        <w:t>Lions Dev: $20,000 (développement MVP)</w:t>
      </w:r>
    </w:p>
    <w:p w14:paraId="189618D7" w14:textId="77777777" w:rsidR="00495879" w:rsidRDefault="00000000">
      <w:pPr>
        <w:pStyle w:val="Listepuces"/>
      </w:pPr>
      <w:r>
        <w:t>SaaS Stack: $8,000 (HubSpot, Zoom, etc.)</w:t>
      </w:r>
    </w:p>
    <w:p w14:paraId="5143ABD3" w14:textId="77777777" w:rsidR="00495879" w:rsidRDefault="00000000">
      <w:pPr>
        <w:pStyle w:val="Listepuces"/>
      </w:pPr>
      <w:r>
        <w:t>Security/Compliance: $2,000</w:t>
      </w:r>
    </w:p>
    <w:p w14:paraId="2C238E94" w14:textId="77777777" w:rsidR="00495879" w:rsidRDefault="00000000">
      <w:pPr>
        <w:pStyle w:val="Listepuces"/>
      </w:pPr>
      <w:r>
        <w:t>**An 2**: $65,000 (15% revenue) - évolutions + scale</w:t>
      </w:r>
    </w:p>
    <w:p w14:paraId="6B217DD5" w14:textId="77777777" w:rsidR="00495879" w:rsidRDefault="00000000">
      <w:pPr>
        <w:pStyle w:val="Listepuces"/>
      </w:pPr>
      <w:r>
        <w:t>Lions Dev: $30,000 (features + intégrations)</w:t>
      </w:r>
    </w:p>
    <w:p w14:paraId="7EE54BD0" w14:textId="77777777" w:rsidR="00495879" w:rsidRDefault="00000000">
      <w:pPr>
        <w:pStyle w:val="Listepuces"/>
      </w:pPr>
      <w:r>
        <w:t>SaaS Stack: $15,000 (plus d'utilisateurs)</w:t>
      </w:r>
    </w:p>
    <w:p w14:paraId="3D9A5915" w14:textId="77777777" w:rsidR="00495879" w:rsidRDefault="00000000">
      <w:pPr>
        <w:pStyle w:val="Listepuces"/>
      </w:pPr>
      <w:r>
        <w:t>Security/Compliance: $5,000</w:t>
      </w:r>
    </w:p>
    <w:p w14:paraId="65585178" w14:textId="77777777" w:rsidR="00495879" w:rsidRDefault="00000000">
      <w:pPr>
        <w:pStyle w:val="Listepuces"/>
      </w:pPr>
      <w:r>
        <w:t>IA/ML Infrastructure (début): $15,000</w:t>
      </w:r>
    </w:p>
    <w:p w14:paraId="083A5671" w14:textId="77777777" w:rsidR="00495879" w:rsidRDefault="00000000">
      <w:pPr>
        <w:pStyle w:val="Listepuces"/>
      </w:pPr>
      <w:r>
        <w:t>**An 3**: $115,000 (14% revenue) - IA integration Phase 2</w:t>
      </w:r>
    </w:p>
    <w:p w14:paraId="4112EB77" w14:textId="77777777" w:rsidR="00495879" w:rsidRDefault="00000000">
      <w:pPr>
        <w:pStyle w:val="Listepuces"/>
      </w:pPr>
      <w:r>
        <w:t>Lions Dev: $45,000 (IA + automation)</w:t>
      </w:r>
    </w:p>
    <w:p w14:paraId="0DE019D6" w14:textId="77777777" w:rsidR="00495879" w:rsidRDefault="00000000">
      <w:pPr>
        <w:pStyle w:val="Listepuces"/>
      </w:pPr>
      <w:r>
        <w:t>SaaS Stack: $25,000 (scale)</w:t>
      </w:r>
    </w:p>
    <w:p w14:paraId="694BE5E8" w14:textId="77777777" w:rsidR="00495879" w:rsidRDefault="00000000">
      <w:pPr>
        <w:pStyle w:val="Listepuces"/>
      </w:pPr>
      <w:r>
        <w:t>Security/Compliance: $10,000</w:t>
      </w:r>
    </w:p>
    <w:p w14:paraId="1FBFD3D8" w14:textId="77777777" w:rsidR="00495879" w:rsidRDefault="00000000">
      <w:pPr>
        <w:pStyle w:val="Listepuces"/>
      </w:pPr>
      <w:r>
        <w:t>IA/ML Infrastructure: $35,000</w:t>
      </w:r>
    </w:p>
    <w:p w14:paraId="1D2EC1CA" w14:textId="77777777" w:rsidR="00495879" w:rsidRDefault="00000000">
      <w:r>
        <w:rPr>
          <w:b/>
        </w:rPr>
        <w:t>Économies vs plan initial</w:t>
      </w:r>
      <w:r>
        <w:t>: -$60,000 sur 3 ans (repositionnement IA à Phase 2)</w:t>
      </w:r>
    </w:p>
    <w:p w14:paraId="25CD1E54" w14:textId="77777777" w:rsidR="00495879" w:rsidRDefault="00000000">
      <w:r>
        <w:rPr>
          <w:b/>
        </w:rPr>
        <w:t>Other Opex</w:t>
      </w:r>
      <w:r>
        <w:t>: 12-15% revenue (office, insurance, legal, misc)</w:t>
      </w:r>
    </w:p>
    <w:p w14:paraId="49113BFB" w14:textId="77777777" w:rsidR="00495879" w:rsidRDefault="00000000">
      <w:r>
        <w:t>________________________________________________________________________________</w:t>
      </w:r>
    </w:p>
    <w:p w14:paraId="3536E041" w14:textId="77777777" w:rsidR="00495879" w:rsidRDefault="00000000">
      <w:pPr>
        <w:pStyle w:val="Titre2"/>
      </w:pPr>
      <w:r>
        <w:t>10.2 Profit &amp; Loss (Income Statement)</w:t>
      </w:r>
    </w:p>
    <w:p w14:paraId="1545EFD0" w14:textId="77777777" w:rsidR="00495879" w:rsidRDefault="00000000">
      <w:pPr>
        <w:pStyle w:val="Titre3"/>
      </w:pPr>
      <w:r>
        <w:t>Year 1 (2026) - Detailed</w:t>
      </w:r>
    </w:p>
    <w:p w14:paraId="370DBC01" w14:textId="77777777" w:rsidR="00495879" w:rsidRDefault="00000000">
      <w:pPr>
        <w:pStyle w:val="Titre4"/>
      </w:pPr>
      <w:r>
        <w:t>Revenue Breakdown (Modèle Bi-Continental)</w:t>
      </w:r>
    </w:p>
    <w:p w14:paraId="24F24A1B" w14:textId="77777777" w:rsidR="00495879" w:rsidRDefault="00000000">
      <w:r>
        <w:rPr>
          <w:b/>
        </w:rPr>
        <w:t>TRANSFORM Programs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3972053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E11BC2E" w14:textId="77777777" w:rsidR="00495879" w:rsidRDefault="00000000">
            <w:r>
              <w:rPr>
                <w:sz w:val="20"/>
              </w:rPr>
              <w:lastRenderedPageBreak/>
              <w:t>Marché</w:t>
            </w:r>
          </w:p>
        </w:tc>
        <w:tc>
          <w:tcPr>
            <w:tcW w:w="1728" w:type="dxa"/>
          </w:tcPr>
          <w:p w14:paraId="096D30C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Tier</w:t>
            </w:r>
          </w:p>
        </w:tc>
        <w:tc>
          <w:tcPr>
            <w:tcW w:w="1728" w:type="dxa"/>
          </w:tcPr>
          <w:p w14:paraId="3CF4930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Clients</w:t>
            </w:r>
          </w:p>
        </w:tc>
        <w:tc>
          <w:tcPr>
            <w:tcW w:w="1728" w:type="dxa"/>
          </w:tcPr>
          <w:p w14:paraId="0DB8C2B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Price</w:t>
            </w:r>
          </w:p>
        </w:tc>
        <w:tc>
          <w:tcPr>
            <w:tcW w:w="1728" w:type="dxa"/>
          </w:tcPr>
          <w:p w14:paraId="0411C9A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</w:t>
            </w:r>
          </w:p>
        </w:tc>
      </w:tr>
      <w:tr w:rsidR="00495879" w14:paraId="09B20B9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63E6731" w14:textId="77777777" w:rsidR="00495879" w:rsidRDefault="00000000">
            <w:r>
              <w:t>**US**</w:t>
            </w:r>
          </w:p>
        </w:tc>
        <w:tc>
          <w:tcPr>
            <w:tcW w:w="1728" w:type="dxa"/>
          </w:tcPr>
          <w:p w14:paraId="0309B1B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Growth</w:t>
            </w:r>
          </w:p>
        </w:tc>
        <w:tc>
          <w:tcPr>
            <w:tcW w:w="1728" w:type="dxa"/>
          </w:tcPr>
          <w:p w14:paraId="25F2CCE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728" w:type="dxa"/>
          </w:tcPr>
          <w:p w14:paraId="6EABD8E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$8,997</w:t>
            </w:r>
          </w:p>
        </w:tc>
        <w:tc>
          <w:tcPr>
            <w:tcW w:w="1728" w:type="dxa"/>
          </w:tcPr>
          <w:p w14:paraId="51AD8AC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$35,988</w:t>
            </w:r>
          </w:p>
        </w:tc>
      </w:tr>
      <w:tr w:rsidR="00495879" w14:paraId="03D0281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E72D5FB" w14:textId="77777777" w:rsidR="00495879" w:rsidRDefault="00495879"/>
        </w:tc>
        <w:tc>
          <w:tcPr>
            <w:tcW w:w="1728" w:type="dxa"/>
          </w:tcPr>
          <w:p w14:paraId="6687ADE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Scale</w:t>
            </w:r>
          </w:p>
        </w:tc>
        <w:tc>
          <w:tcPr>
            <w:tcW w:w="1728" w:type="dxa"/>
          </w:tcPr>
          <w:p w14:paraId="7E27B88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728" w:type="dxa"/>
          </w:tcPr>
          <w:p w14:paraId="54DF210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$23,997</w:t>
            </w:r>
          </w:p>
        </w:tc>
        <w:tc>
          <w:tcPr>
            <w:tcW w:w="1728" w:type="dxa"/>
          </w:tcPr>
          <w:p w14:paraId="0F0311D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$47,994</w:t>
            </w:r>
          </w:p>
        </w:tc>
      </w:tr>
      <w:tr w:rsidR="00495879" w14:paraId="264EDEC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39EE307" w14:textId="77777777" w:rsidR="00495879" w:rsidRDefault="00495879"/>
        </w:tc>
        <w:tc>
          <w:tcPr>
            <w:tcW w:w="1728" w:type="dxa"/>
          </w:tcPr>
          <w:p w14:paraId="61787A3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Transform</w:t>
            </w:r>
          </w:p>
        </w:tc>
        <w:tc>
          <w:tcPr>
            <w:tcW w:w="1728" w:type="dxa"/>
          </w:tcPr>
          <w:p w14:paraId="65F5F87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728" w:type="dxa"/>
          </w:tcPr>
          <w:p w14:paraId="284A78B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$59,997</w:t>
            </w:r>
          </w:p>
        </w:tc>
        <w:tc>
          <w:tcPr>
            <w:tcW w:w="1728" w:type="dxa"/>
          </w:tcPr>
          <w:p w14:paraId="4C063C9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$59,997</w:t>
            </w:r>
          </w:p>
        </w:tc>
      </w:tr>
      <w:tr w:rsidR="00495879" w14:paraId="0C0E796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AC4FFB6" w14:textId="77777777" w:rsidR="00495879" w:rsidRDefault="00000000">
            <w:r>
              <w:t>**Subtotal US**</w:t>
            </w:r>
          </w:p>
        </w:tc>
        <w:tc>
          <w:tcPr>
            <w:tcW w:w="1728" w:type="dxa"/>
          </w:tcPr>
          <w:p w14:paraId="3292C248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433423D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**7**</w:t>
            </w:r>
          </w:p>
        </w:tc>
        <w:tc>
          <w:tcPr>
            <w:tcW w:w="1728" w:type="dxa"/>
          </w:tcPr>
          <w:p w14:paraId="424FC739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099AA09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**$143,979**</w:t>
            </w:r>
          </w:p>
        </w:tc>
      </w:tr>
      <w:tr w:rsidR="00495879" w14:paraId="6D8DAF4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25403AA" w14:textId="77777777" w:rsidR="00495879" w:rsidRDefault="00000000">
            <w:r>
              <w:t>**AFRICA**</w:t>
            </w:r>
          </w:p>
        </w:tc>
        <w:tc>
          <w:tcPr>
            <w:tcW w:w="1728" w:type="dxa"/>
          </w:tcPr>
          <w:p w14:paraId="0C1D60C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Growth</w:t>
            </w:r>
          </w:p>
        </w:tc>
        <w:tc>
          <w:tcPr>
            <w:tcW w:w="1728" w:type="dxa"/>
          </w:tcPr>
          <w:p w14:paraId="5E16B23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728" w:type="dxa"/>
          </w:tcPr>
          <w:p w14:paraId="27BF045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$4,997</w:t>
            </w:r>
          </w:p>
        </w:tc>
        <w:tc>
          <w:tcPr>
            <w:tcW w:w="1728" w:type="dxa"/>
          </w:tcPr>
          <w:p w14:paraId="6615CE0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$14,991</w:t>
            </w:r>
          </w:p>
        </w:tc>
      </w:tr>
      <w:tr w:rsidR="00495879" w14:paraId="6561DA6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F89C3E7" w14:textId="77777777" w:rsidR="00495879" w:rsidRDefault="00495879"/>
        </w:tc>
        <w:tc>
          <w:tcPr>
            <w:tcW w:w="1728" w:type="dxa"/>
          </w:tcPr>
          <w:p w14:paraId="132D6D0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Scale</w:t>
            </w:r>
          </w:p>
        </w:tc>
        <w:tc>
          <w:tcPr>
            <w:tcW w:w="1728" w:type="dxa"/>
          </w:tcPr>
          <w:p w14:paraId="50BC85F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728" w:type="dxa"/>
          </w:tcPr>
          <w:p w14:paraId="6B6C98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$11,997</w:t>
            </w:r>
          </w:p>
        </w:tc>
        <w:tc>
          <w:tcPr>
            <w:tcW w:w="1728" w:type="dxa"/>
          </w:tcPr>
          <w:p w14:paraId="4032513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$23,994</w:t>
            </w:r>
          </w:p>
        </w:tc>
      </w:tr>
      <w:tr w:rsidR="00495879" w14:paraId="2C7011B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605A40C" w14:textId="77777777" w:rsidR="00495879" w:rsidRDefault="00495879"/>
        </w:tc>
        <w:tc>
          <w:tcPr>
            <w:tcW w:w="1728" w:type="dxa"/>
          </w:tcPr>
          <w:p w14:paraId="5173446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Transform</w:t>
            </w:r>
          </w:p>
        </w:tc>
        <w:tc>
          <w:tcPr>
            <w:tcW w:w="1728" w:type="dxa"/>
          </w:tcPr>
          <w:p w14:paraId="4E1376A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728" w:type="dxa"/>
          </w:tcPr>
          <w:p w14:paraId="5BBD06E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$29,997</w:t>
            </w:r>
          </w:p>
        </w:tc>
        <w:tc>
          <w:tcPr>
            <w:tcW w:w="1728" w:type="dxa"/>
          </w:tcPr>
          <w:p w14:paraId="7DBF3C0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</w:tr>
      <w:tr w:rsidR="00495879" w14:paraId="1F8FA81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264ACDD" w14:textId="77777777" w:rsidR="00495879" w:rsidRDefault="00000000">
            <w:r>
              <w:t>**Subtotal AFRICA**</w:t>
            </w:r>
          </w:p>
        </w:tc>
        <w:tc>
          <w:tcPr>
            <w:tcW w:w="1728" w:type="dxa"/>
          </w:tcPr>
          <w:p w14:paraId="4B487F23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37424E4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**5**</w:t>
            </w:r>
          </w:p>
        </w:tc>
        <w:tc>
          <w:tcPr>
            <w:tcW w:w="1728" w:type="dxa"/>
          </w:tcPr>
          <w:p w14:paraId="05C227EE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04828E0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**$38,985**</w:t>
            </w:r>
          </w:p>
        </w:tc>
      </w:tr>
      <w:tr w:rsidR="00495879" w14:paraId="591167D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52F61E0" w14:textId="77777777" w:rsidR="00495879" w:rsidRDefault="00000000">
            <w:r>
              <w:t>**TOTAL TRANSFORM**</w:t>
            </w:r>
          </w:p>
        </w:tc>
        <w:tc>
          <w:tcPr>
            <w:tcW w:w="1728" w:type="dxa"/>
          </w:tcPr>
          <w:p w14:paraId="65CAB613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2CB7DFB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**12**</w:t>
            </w:r>
          </w:p>
        </w:tc>
        <w:tc>
          <w:tcPr>
            <w:tcW w:w="1728" w:type="dxa"/>
          </w:tcPr>
          <w:p w14:paraId="250EC0D5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4208723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**$182,964**</w:t>
            </w:r>
          </w:p>
        </w:tc>
      </w:tr>
    </w:tbl>
    <w:p w14:paraId="0BCA6D9E" w14:textId="77777777" w:rsidR="00495879" w:rsidRDefault="00495879"/>
    <w:p w14:paraId="6FDC0230" w14:textId="77777777" w:rsidR="00495879" w:rsidRDefault="00000000">
      <w:r>
        <w:rPr>
          <w:b/>
        </w:rPr>
        <w:t>ADVISORY Retainers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095497CA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64CE9B1" w14:textId="77777777" w:rsidR="00495879" w:rsidRDefault="00000000">
            <w:r>
              <w:rPr>
                <w:sz w:val="20"/>
              </w:rPr>
              <w:t>Marché</w:t>
            </w:r>
          </w:p>
        </w:tc>
        <w:tc>
          <w:tcPr>
            <w:tcW w:w="1728" w:type="dxa"/>
          </w:tcPr>
          <w:p w14:paraId="2FAE07B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Clients</w:t>
            </w:r>
          </w:p>
        </w:tc>
        <w:tc>
          <w:tcPr>
            <w:tcW w:w="1728" w:type="dxa"/>
          </w:tcPr>
          <w:p w14:paraId="4269C35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Durée</w:t>
            </w:r>
          </w:p>
        </w:tc>
        <w:tc>
          <w:tcPr>
            <w:tcW w:w="1728" w:type="dxa"/>
          </w:tcPr>
          <w:p w14:paraId="6E783A6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Taux mensuel</w:t>
            </w:r>
          </w:p>
        </w:tc>
        <w:tc>
          <w:tcPr>
            <w:tcW w:w="1728" w:type="dxa"/>
          </w:tcPr>
          <w:p w14:paraId="15661C3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</w:t>
            </w:r>
          </w:p>
        </w:tc>
      </w:tr>
      <w:tr w:rsidR="00495879" w14:paraId="0E3FE52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D4FC9E6" w14:textId="77777777" w:rsidR="00495879" w:rsidRDefault="00000000">
            <w:r>
              <w:t>US</w:t>
            </w:r>
          </w:p>
        </w:tc>
        <w:tc>
          <w:tcPr>
            <w:tcW w:w="1728" w:type="dxa"/>
          </w:tcPr>
          <w:p w14:paraId="490121C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728" w:type="dxa"/>
          </w:tcPr>
          <w:p w14:paraId="4B7A4D2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 mois</w:t>
            </w:r>
          </w:p>
        </w:tc>
        <w:tc>
          <w:tcPr>
            <w:tcW w:w="1728" w:type="dxa"/>
          </w:tcPr>
          <w:p w14:paraId="2DEE93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1728" w:type="dxa"/>
          </w:tcPr>
          <w:p w14:paraId="34ADE53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$60,000</w:t>
            </w:r>
          </w:p>
        </w:tc>
      </w:tr>
      <w:tr w:rsidR="00495879" w14:paraId="135B86F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445A430" w14:textId="77777777" w:rsidR="00495879" w:rsidRDefault="00000000">
            <w:r>
              <w:t>**TOTAL ADVISORY**</w:t>
            </w:r>
          </w:p>
        </w:tc>
        <w:tc>
          <w:tcPr>
            <w:tcW w:w="1728" w:type="dxa"/>
          </w:tcPr>
          <w:p w14:paraId="3EB89BA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**1**</w:t>
            </w:r>
          </w:p>
        </w:tc>
        <w:tc>
          <w:tcPr>
            <w:tcW w:w="1728" w:type="dxa"/>
          </w:tcPr>
          <w:p w14:paraId="4B393EAC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6E262BDE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496DC64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**$60,000**</w:t>
            </w:r>
          </w:p>
        </w:tc>
      </w:tr>
    </w:tbl>
    <w:p w14:paraId="3955023A" w14:textId="77777777" w:rsidR="00495879" w:rsidRDefault="00495879"/>
    <w:p w14:paraId="0D433EC5" w14:textId="77777777" w:rsidR="00495879" w:rsidRDefault="00000000">
      <w:r>
        <w:rPr>
          <w:b/>
        </w:rPr>
        <w:t>ACCELERATOR Intensives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48"/>
        <w:gridCol w:w="1728"/>
        <w:gridCol w:w="1728"/>
        <w:gridCol w:w="1728"/>
        <w:gridCol w:w="1728"/>
      </w:tblGrid>
      <w:tr w:rsidR="00495879" w14:paraId="2BC9865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7CBBAEB" w14:textId="77777777" w:rsidR="00495879" w:rsidRDefault="00000000">
            <w:r>
              <w:rPr>
                <w:sz w:val="20"/>
              </w:rPr>
              <w:t>Marché</w:t>
            </w:r>
          </w:p>
        </w:tc>
        <w:tc>
          <w:tcPr>
            <w:tcW w:w="1728" w:type="dxa"/>
          </w:tcPr>
          <w:p w14:paraId="0DCEC1C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Cohorts</w:t>
            </w:r>
          </w:p>
        </w:tc>
        <w:tc>
          <w:tcPr>
            <w:tcW w:w="1728" w:type="dxa"/>
          </w:tcPr>
          <w:p w14:paraId="4FECEB8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Participants</w:t>
            </w:r>
          </w:p>
        </w:tc>
        <w:tc>
          <w:tcPr>
            <w:tcW w:w="1728" w:type="dxa"/>
          </w:tcPr>
          <w:p w14:paraId="4F1453A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Prix/participant</w:t>
            </w:r>
          </w:p>
        </w:tc>
        <w:tc>
          <w:tcPr>
            <w:tcW w:w="1728" w:type="dxa"/>
          </w:tcPr>
          <w:p w14:paraId="59DA6E6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</w:t>
            </w:r>
          </w:p>
        </w:tc>
      </w:tr>
      <w:tr w:rsidR="00495879" w14:paraId="2A82A8B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D3357D2" w14:textId="77777777" w:rsidR="00495879" w:rsidRDefault="00000000">
            <w:r>
              <w:t>US</w:t>
            </w:r>
          </w:p>
        </w:tc>
        <w:tc>
          <w:tcPr>
            <w:tcW w:w="1728" w:type="dxa"/>
          </w:tcPr>
          <w:p w14:paraId="65BD178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1728" w:type="dxa"/>
          </w:tcPr>
          <w:p w14:paraId="223CD38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728" w:type="dxa"/>
          </w:tcPr>
          <w:p w14:paraId="128C16C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1728" w:type="dxa"/>
          </w:tcPr>
          <w:p w14:paraId="235261E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$75,000</w:t>
            </w:r>
          </w:p>
        </w:tc>
      </w:tr>
      <w:tr w:rsidR="00495879" w14:paraId="21A3EE9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18E7CF8" w14:textId="77777777" w:rsidR="00495879" w:rsidRDefault="00000000">
            <w:r>
              <w:t>**TOTAL ACCELERATOR**</w:t>
            </w:r>
          </w:p>
        </w:tc>
        <w:tc>
          <w:tcPr>
            <w:tcW w:w="1728" w:type="dxa"/>
          </w:tcPr>
          <w:p w14:paraId="025D1AC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**1**</w:t>
            </w:r>
          </w:p>
        </w:tc>
        <w:tc>
          <w:tcPr>
            <w:tcW w:w="1728" w:type="dxa"/>
          </w:tcPr>
          <w:p w14:paraId="48D9E2B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**3**</w:t>
            </w:r>
          </w:p>
        </w:tc>
        <w:tc>
          <w:tcPr>
            <w:tcW w:w="1728" w:type="dxa"/>
          </w:tcPr>
          <w:p w14:paraId="69DC7CAC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4AA7C7A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**$75,000**</w:t>
            </w:r>
          </w:p>
        </w:tc>
      </w:tr>
    </w:tbl>
    <w:p w14:paraId="29061B23" w14:textId="77777777" w:rsidR="00495879" w:rsidRDefault="00495879"/>
    <w:p w14:paraId="6A4BCB3B" w14:textId="77777777" w:rsidR="00495879" w:rsidRDefault="00000000">
      <w:r>
        <w:rPr>
          <w:b/>
        </w:rPr>
        <w:t>PLATFORM Membership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454"/>
        <w:gridCol w:w="1440"/>
        <w:gridCol w:w="1440"/>
        <w:gridCol w:w="1440"/>
        <w:gridCol w:w="1440"/>
        <w:gridCol w:w="1440"/>
      </w:tblGrid>
      <w:tr w:rsidR="00495879" w14:paraId="351A807E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8C07524" w14:textId="77777777" w:rsidR="00495879" w:rsidRDefault="00000000">
            <w:r>
              <w:rPr>
                <w:sz w:val="20"/>
              </w:rPr>
              <w:t>Marché</w:t>
            </w:r>
          </w:p>
        </w:tc>
        <w:tc>
          <w:tcPr>
            <w:tcW w:w="1440" w:type="dxa"/>
          </w:tcPr>
          <w:p w14:paraId="0A5AD6B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Membres (avg)</w:t>
            </w:r>
          </w:p>
        </w:tc>
        <w:tc>
          <w:tcPr>
            <w:tcW w:w="1440" w:type="dxa"/>
          </w:tcPr>
          <w:p w14:paraId="59EB44C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Prix annuel</w:t>
            </w:r>
          </w:p>
        </w:tc>
        <w:tc>
          <w:tcPr>
            <w:tcW w:w="1440" w:type="dxa"/>
          </w:tcPr>
          <w:p w14:paraId="31BB5A0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 brute</w:t>
            </w:r>
          </w:p>
        </w:tc>
        <w:tc>
          <w:tcPr>
            <w:tcW w:w="1440" w:type="dxa"/>
          </w:tcPr>
          <w:p w14:paraId="7B793AB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Churn 30%</w:t>
            </w:r>
          </w:p>
        </w:tc>
        <w:tc>
          <w:tcPr>
            <w:tcW w:w="1440" w:type="dxa"/>
          </w:tcPr>
          <w:p w14:paraId="74CE9AE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 nette</w:t>
            </w:r>
          </w:p>
        </w:tc>
      </w:tr>
      <w:tr w:rsidR="00495879" w14:paraId="39D2929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4C02821" w14:textId="77777777" w:rsidR="00495879" w:rsidRDefault="00000000">
            <w:r>
              <w:t>US</w:t>
            </w:r>
          </w:p>
        </w:tc>
        <w:tc>
          <w:tcPr>
            <w:tcW w:w="1440" w:type="dxa"/>
          </w:tcPr>
          <w:p w14:paraId="6AD0695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1440" w:type="dxa"/>
          </w:tcPr>
          <w:p w14:paraId="5865B89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$2,997</w:t>
            </w:r>
          </w:p>
        </w:tc>
        <w:tc>
          <w:tcPr>
            <w:tcW w:w="1440" w:type="dxa"/>
          </w:tcPr>
          <w:p w14:paraId="5166990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$59,940</w:t>
            </w:r>
          </w:p>
        </w:tc>
        <w:tc>
          <w:tcPr>
            <w:tcW w:w="1440" w:type="dxa"/>
          </w:tcPr>
          <w:p w14:paraId="680948C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-$17,982</w:t>
            </w:r>
          </w:p>
        </w:tc>
        <w:tc>
          <w:tcPr>
            <w:tcW w:w="1440" w:type="dxa"/>
          </w:tcPr>
          <w:p w14:paraId="473AE79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$41,958</w:t>
            </w:r>
          </w:p>
        </w:tc>
      </w:tr>
      <w:tr w:rsidR="00495879" w14:paraId="14B8726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E4FBBA5" w14:textId="77777777" w:rsidR="00495879" w:rsidRDefault="00000000">
            <w:r>
              <w:t>Africa</w:t>
            </w:r>
          </w:p>
        </w:tc>
        <w:tc>
          <w:tcPr>
            <w:tcW w:w="1440" w:type="dxa"/>
          </w:tcPr>
          <w:p w14:paraId="33DE99A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440" w:type="dxa"/>
          </w:tcPr>
          <w:p w14:paraId="7DB8BCE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$1,497</w:t>
            </w:r>
          </w:p>
        </w:tc>
        <w:tc>
          <w:tcPr>
            <w:tcW w:w="1440" w:type="dxa"/>
          </w:tcPr>
          <w:p w14:paraId="33330C8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$14,970</w:t>
            </w:r>
          </w:p>
        </w:tc>
        <w:tc>
          <w:tcPr>
            <w:tcW w:w="1440" w:type="dxa"/>
          </w:tcPr>
          <w:p w14:paraId="4875978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-$4,491</w:t>
            </w:r>
          </w:p>
        </w:tc>
        <w:tc>
          <w:tcPr>
            <w:tcW w:w="1440" w:type="dxa"/>
          </w:tcPr>
          <w:p w14:paraId="6241E34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$10,479</w:t>
            </w:r>
          </w:p>
        </w:tc>
      </w:tr>
      <w:tr w:rsidR="00495879" w14:paraId="3FB26E9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0309DD4C" w14:textId="77777777" w:rsidR="00495879" w:rsidRDefault="00000000">
            <w:r>
              <w:t>**TOTAL PLATFORM**</w:t>
            </w:r>
          </w:p>
        </w:tc>
        <w:tc>
          <w:tcPr>
            <w:tcW w:w="1440" w:type="dxa"/>
          </w:tcPr>
          <w:p w14:paraId="2C7B541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**30**</w:t>
            </w:r>
          </w:p>
        </w:tc>
        <w:tc>
          <w:tcPr>
            <w:tcW w:w="1440" w:type="dxa"/>
          </w:tcPr>
          <w:p w14:paraId="1256125D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40" w:type="dxa"/>
          </w:tcPr>
          <w:p w14:paraId="0B0B24A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**$74,910**</w:t>
            </w:r>
          </w:p>
        </w:tc>
        <w:tc>
          <w:tcPr>
            <w:tcW w:w="1440" w:type="dxa"/>
          </w:tcPr>
          <w:p w14:paraId="4589A3E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**-$22,473**</w:t>
            </w:r>
          </w:p>
        </w:tc>
        <w:tc>
          <w:tcPr>
            <w:tcW w:w="1440" w:type="dxa"/>
          </w:tcPr>
          <w:p w14:paraId="4C60FC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**$52,437**</w:t>
            </w:r>
          </w:p>
        </w:tc>
      </w:tr>
    </w:tbl>
    <w:p w14:paraId="3B4977F7" w14:textId="77777777" w:rsidR="00495879" w:rsidRDefault="00495879"/>
    <w:p w14:paraId="0C8C01CB" w14:textId="77777777" w:rsidR="00495879" w:rsidRDefault="00000000">
      <w:r>
        <w:rPr>
          <w:b/>
        </w:rPr>
        <w:t>TOTAL REVENUE AN 1</w:t>
      </w:r>
      <w:r>
        <w:t xml:space="preserve">: </w:t>
      </w:r>
      <w:r>
        <w:rPr>
          <w:b/>
        </w:rPr>
        <w:t>$370,401</w:t>
      </w:r>
      <w:r>
        <w:t xml:space="preserve"> (Upside scenario)</w:t>
      </w:r>
    </w:p>
    <w:p w14:paraId="722D9206" w14:textId="77777777" w:rsidR="00495879" w:rsidRDefault="00000000">
      <w:r>
        <w:rPr>
          <w:b/>
        </w:rPr>
        <w:t>Baseline Conservative Projection</w:t>
      </w:r>
      <w:r>
        <w:t xml:space="preserve">: </w:t>
      </w:r>
      <w:r>
        <w:rPr>
          <w:b/>
        </w:rPr>
        <w:t>$180,000</w:t>
      </w:r>
      <w:r>
        <w:t xml:space="preserve"> (49% attainment rate - très conservateur)</w:t>
      </w:r>
    </w:p>
    <w:p w14:paraId="5947E2BE" w14:textId="77777777" w:rsidR="00495879" w:rsidRDefault="00000000">
      <w:r>
        <w:rPr>
          <w:b/>
        </w:rPr>
        <w:t>Répartition géographique (Conservative)</w:t>
      </w:r>
      <w:r>
        <w:t>:</w:t>
      </w:r>
    </w:p>
    <w:p w14:paraId="35D288E3" w14:textId="77777777" w:rsidR="00495879" w:rsidRDefault="00000000">
      <w:pPr>
        <w:pStyle w:val="Listepuces"/>
      </w:pPr>
      <w:r>
        <w:t>US: $130,000 (72% du baseline)</w:t>
      </w:r>
    </w:p>
    <w:p w14:paraId="68DA3B96" w14:textId="77777777" w:rsidR="00495879" w:rsidRDefault="00000000">
      <w:pPr>
        <w:pStyle w:val="Listepuces"/>
      </w:pPr>
      <w:r>
        <w:lastRenderedPageBreak/>
        <w:t>Afrique: $50,000 (28% du baseline)</w:t>
      </w:r>
    </w:p>
    <w:p w14:paraId="172CE281" w14:textId="77777777" w:rsidR="00495879" w:rsidRDefault="00000000">
      <w:pPr>
        <w:pStyle w:val="Titre4"/>
      </w:pPr>
      <w:r>
        <w:t>Revenue by Quarter (Conservative $180K)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495879" w14:paraId="51DC6E6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FFA2FC1" w14:textId="77777777" w:rsidR="00495879" w:rsidRDefault="00000000">
            <w:r>
              <w:rPr>
                <w:sz w:val="20"/>
              </w:rPr>
              <w:t>Quarter</w:t>
            </w:r>
          </w:p>
        </w:tc>
        <w:tc>
          <w:tcPr>
            <w:tcW w:w="1440" w:type="dxa"/>
          </w:tcPr>
          <w:p w14:paraId="2C06BE2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 Revenue</w:t>
            </w:r>
          </w:p>
        </w:tc>
        <w:tc>
          <w:tcPr>
            <w:tcW w:w="1440" w:type="dxa"/>
          </w:tcPr>
          <w:p w14:paraId="19B8C89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 Revenue</w:t>
            </w:r>
          </w:p>
        </w:tc>
        <w:tc>
          <w:tcPr>
            <w:tcW w:w="1440" w:type="dxa"/>
          </w:tcPr>
          <w:p w14:paraId="60F4F39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</w:t>
            </w:r>
          </w:p>
        </w:tc>
        <w:tc>
          <w:tcPr>
            <w:tcW w:w="1440" w:type="dxa"/>
          </w:tcPr>
          <w:p w14:paraId="3031EFC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Cumulative</w:t>
            </w:r>
          </w:p>
        </w:tc>
        <w:tc>
          <w:tcPr>
            <w:tcW w:w="1440" w:type="dxa"/>
          </w:tcPr>
          <w:p w14:paraId="06C86BC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Notes</w:t>
            </w:r>
          </w:p>
        </w:tc>
      </w:tr>
      <w:tr w:rsidR="00495879" w14:paraId="209CB0D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083C0C8" w14:textId="77777777" w:rsidR="00495879" w:rsidRDefault="00000000">
            <w:r>
              <w:t>Q1 2026</w:t>
            </w:r>
          </w:p>
        </w:tc>
        <w:tc>
          <w:tcPr>
            <w:tcW w:w="1440" w:type="dxa"/>
          </w:tcPr>
          <w:p w14:paraId="298772F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$12,000</w:t>
            </w:r>
          </w:p>
        </w:tc>
        <w:tc>
          <w:tcPr>
            <w:tcW w:w="1440" w:type="dxa"/>
          </w:tcPr>
          <w:p w14:paraId="4C51BA4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$3,000</w:t>
            </w:r>
          </w:p>
        </w:tc>
        <w:tc>
          <w:tcPr>
            <w:tcW w:w="1440" w:type="dxa"/>
          </w:tcPr>
          <w:p w14:paraId="7663319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1440" w:type="dxa"/>
          </w:tcPr>
          <w:p w14:paraId="56736AB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1440" w:type="dxa"/>
          </w:tcPr>
          <w:p w14:paraId="24D1D31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Slow start, 2-3 clients (US + Africa soft launch)</w:t>
            </w:r>
          </w:p>
        </w:tc>
      </w:tr>
      <w:tr w:rsidR="00495879" w14:paraId="5DC232E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638EF83" w14:textId="77777777" w:rsidR="00495879" w:rsidRDefault="00000000">
            <w:r>
              <w:t>Q2 2026</w:t>
            </w:r>
          </w:p>
        </w:tc>
        <w:tc>
          <w:tcPr>
            <w:tcW w:w="1440" w:type="dxa"/>
          </w:tcPr>
          <w:p w14:paraId="4149526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$27,000</w:t>
            </w:r>
          </w:p>
        </w:tc>
        <w:tc>
          <w:tcPr>
            <w:tcW w:w="1440" w:type="dxa"/>
          </w:tcPr>
          <w:p w14:paraId="34EAFCC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$8,000</w:t>
            </w:r>
          </w:p>
        </w:tc>
        <w:tc>
          <w:tcPr>
            <w:tcW w:w="1440" w:type="dxa"/>
          </w:tcPr>
          <w:p w14:paraId="35F0437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$35,000</w:t>
            </w:r>
          </w:p>
        </w:tc>
        <w:tc>
          <w:tcPr>
            <w:tcW w:w="1440" w:type="dxa"/>
          </w:tcPr>
          <w:p w14:paraId="5D584E7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$50,000</w:t>
            </w:r>
          </w:p>
        </w:tc>
        <w:tc>
          <w:tcPr>
            <w:tcW w:w="1440" w:type="dxa"/>
          </w:tcPr>
          <w:p w14:paraId="1FC82F1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Momentum US, premiers clients Africa</w:t>
            </w:r>
          </w:p>
        </w:tc>
      </w:tr>
      <w:tr w:rsidR="00495879" w14:paraId="498CEE3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E26D92C" w14:textId="77777777" w:rsidR="00495879" w:rsidRDefault="00000000">
            <w:r>
              <w:t>Q3 2026</w:t>
            </w:r>
          </w:p>
        </w:tc>
        <w:tc>
          <w:tcPr>
            <w:tcW w:w="1440" w:type="dxa"/>
          </w:tcPr>
          <w:p w14:paraId="33665B5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$40,000</w:t>
            </w:r>
          </w:p>
        </w:tc>
        <w:tc>
          <w:tcPr>
            <w:tcW w:w="1440" w:type="dxa"/>
          </w:tcPr>
          <w:p w14:paraId="78CB7A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1440" w:type="dxa"/>
          </w:tcPr>
          <w:p w14:paraId="3139257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$55,000</w:t>
            </w:r>
          </w:p>
        </w:tc>
        <w:tc>
          <w:tcPr>
            <w:tcW w:w="1440" w:type="dxa"/>
          </w:tcPr>
          <w:p w14:paraId="785EB72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$105,000</w:t>
            </w:r>
          </w:p>
        </w:tc>
        <w:tc>
          <w:tcPr>
            <w:tcW w:w="1440" w:type="dxa"/>
          </w:tcPr>
          <w:p w14:paraId="64A5D94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Platform launches, retainer US, scale Africa</w:t>
            </w:r>
          </w:p>
        </w:tc>
      </w:tr>
      <w:tr w:rsidR="00495879" w14:paraId="5BFACDB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E9C0FD2" w14:textId="77777777" w:rsidR="00495879" w:rsidRDefault="00000000">
            <w:r>
              <w:t>Q4 2026</w:t>
            </w:r>
          </w:p>
        </w:tc>
        <w:tc>
          <w:tcPr>
            <w:tcW w:w="1440" w:type="dxa"/>
          </w:tcPr>
          <w:p w14:paraId="0417C29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$51,000</w:t>
            </w:r>
          </w:p>
        </w:tc>
        <w:tc>
          <w:tcPr>
            <w:tcW w:w="1440" w:type="dxa"/>
          </w:tcPr>
          <w:p w14:paraId="1E90990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$24,000</w:t>
            </w:r>
          </w:p>
        </w:tc>
        <w:tc>
          <w:tcPr>
            <w:tcW w:w="1440" w:type="dxa"/>
          </w:tcPr>
          <w:p w14:paraId="2C4CA08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$75,000</w:t>
            </w:r>
          </w:p>
        </w:tc>
        <w:tc>
          <w:tcPr>
            <w:tcW w:w="1440" w:type="dxa"/>
          </w:tcPr>
          <w:p w14:paraId="12B6365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$180,000</w:t>
            </w:r>
          </w:p>
        </w:tc>
        <w:tc>
          <w:tcPr>
            <w:tcW w:w="1440" w:type="dxa"/>
          </w:tcPr>
          <w:p w14:paraId="734FEB1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Accelerator US, croissance forte Africa</w:t>
            </w:r>
          </w:p>
        </w:tc>
      </w:tr>
    </w:tbl>
    <w:p w14:paraId="3FB39338" w14:textId="77777777" w:rsidR="00495879" w:rsidRDefault="00495879"/>
    <w:p w14:paraId="672390BA" w14:textId="77777777" w:rsidR="00495879" w:rsidRDefault="00000000">
      <w:r>
        <w:rPr>
          <w:b/>
        </w:rPr>
        <w:t>Mix géographique par trimestre</w:t>
      </w:r>
      <w:r>
        <w:t>:</w:t>
      </w:r>
    </w:p>
    <w:p w14:paraId="5A74110D" w14:textId="77777777" w:rsidR="00495879" w:rsidRDefault="00000000">
      <w:pPr>
        <w:pStyle w:val="Listepuces"/>
      </w:pPr>
      <w:r>
        <w:t>Q1: 80% US / 20% Africa (soft launch Africa)</w:t>
      </w:r>
    </w:p>
    <w:p w14:paraId="31BF05A0" w14:textId="77777777" w:rsidR="00495879" w:rsidRDefault="00000000">
      <w:pPr>
        <w:pStyle w:val="Listepuces"/>
      </w:pPr>
      <w:r>
        <w:t>Q2: 77% US / 23% Africa</w:t>
      </w:r>
    </w:p>
    <w:p w14:paraId="0847A62B" w14:textId="77777777" w:rsidR="00495879" w:rsidRDefault="00000000">
      <w:pPr>
        <w:pStyle w:val="Listepuces"/>
      </w:pPr>
      <w:r>
        <w:t>Q3: 73% US / 27% Africa</w:t>
      </w:r>
    </w:p>
    <w:p w14:paraId="3FBE6755" w14:textId="77777777" w:rsidR="00495879" w:rsidRDefault="00000000">
      <w:pPr>
        <w:pStyle w:val="Listepuces"/>
      </w:pPr>
      <w:r>
        <w:t>Q4: 68% US / 32% Africa</w:t>
      </w:r>
    </w:p>
    <w:p w14:paraId="068F0C10" w14:textId="77777777" w:rsidR="00495879" w:rsidRDefault="00000000">
      <w:pPr>
        <w:pStyle w:val="Listepuces"/>
      </w:pPr>
      <w:r>
        <w:t>**Moyenne An 1**: 72% US / 28% Africa</w:t>
      </w:r>
    </w:p>
    <w:p w14:paraId="38CE6FAB" w14:textId="77777777" w:rsidR="00495879" w:rsidRDefault="00000000">
      <w:pPr>
        <w:pStyle w:val="Titre4"/>
      </w:pPr>
      <w:r>
        <w:t>Cost of Goods Sold (COGS)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5F33BD7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29ED341" w14:textId="77777777" w:rsidR="00495879" w:rsidRDefault="00000000">
            <w:r>
              <w:rPr>
                <w:sz w:val="20"/>
              </w:rPr>
              <w:t>Item</w:t>
            </w:r>
          </w:p>
        </w:tc>
        <w:tc>
          <w:tcPr>
            <w:tcW w:w="2880" w:type="dxa"/>
          </w:tcPr>
          <w:p w14:paraId="021B402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880" w:type="dxa"/>
          </w:tcPr>
          <w:p w14:paraId="6A79D6D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Revenue</w:t>
            </w:r>
          </w:p>
        </w:tc>
      </w:tr>
      <w:tr w:rsidR="00495879" w14:paraId="68DFD36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EF75F88" w14:textId="77777777" w:rsidR="00495879" w:rsidRDefault="00000000">
            <w:r>
              <w:t>Coach/Consultant Contractors (if needed)</w:t>
            </w:r>
          </w:p>
        </w:tc>
        <w:tc>
          <w:tcPr>
            <w:tcW w:w="2880" w:type="dxa"/>
          </w:tcPr>
          <w:p w14:paraId="5318C92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880" w:type="dxa"/>
          </w:tcPr>
          <w:p w14:paraId="78EAF5A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5.6%</w:t>
            </w:r>
          </w:p>
        </w:tc>
      </w:tr>
      <w:tr w:rsidR="00495879" w14:paraId="23B372E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DBCE882" w14:textId="77777777" w:rsidR="00495879" w:rsidRDefault="00000000">
            <w:r>
              <w:t>Platform SaaS costs (per user)</w:t>
            </w:r>
          </w:p>
        </w:tc>
        <w:tc>
          <w:tcPr>
            <w:tcW w:w="2880" w:type="dxa"/>
          </w:tcPr>
          <w:p w14:paraId="0330ACE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$3,000</w:t>
            </w:r>
          </w:p>
        </w:tc>
        <w:tc>
          <w:tcPr>
            <w:tcW w:w="2880" w:type="dxa"/>
          </w:tcPr>
          <w:p w14:paraId="7D64EBB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1.7%</w:t>
            </w:r>
          </w:p>
        </w:tc>
      </w:tr>
      <w:tr w:rsidR="00495879" w14:paraId="1BBC93C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64B9A93" w14:textId="77777777" w:rsidR="00495879" w:rsidRDefault="00000000">
            <w:r>
              <w:t>Workshop venues/materials</w:t>
            </w:r>
          </w:p>
        </w:tc>
        <w:tc>
          <w:tcPr>
            <w:tcW w:w="2880" w:type="dxa"/>
          </w:tcPr>
          <w:p w14:paraId="0D75DC0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880" w:type="dxa"/>
          </w:tcPr>
          <w:p w14:paraId="7D86141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1.1%</w:t>
            </w:r>
          </w:p>
        </w:tc>
      </w:tr>
      <w:tr w:rsidR="00495879" w14:paraId="26417BC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C7D73B0" w14:textId="77777777" w:rsidR="00495879" w:rsidRDefault="00000000">
            <w:r>
              <w:t>**Total COGS**</w:t>
            </w:r>
          </w:p>
        </w:tc>
        <w:tc>
          <w:tcPr>
            <w:tcW w:w="2880" w:type="dxa"/>
          </w:tcPr>
          <w:p w14:paraId="63CBE43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**$15,000**</w:t>
            </w:r>
          </w:p>
        </w:tc>
        <w:tc>
          <w:tcPr>
            <w:tcW w:w="2880" w:type="dxa"/>
          </w:tcPr>
          <w:p w14:paraId="1FFF753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**8.3%**</w:t>
            </w:r>
          </w:p>
        </w:tc>
      </w:tr>
    </w:tbl>
    <w:p w14:paraId="39365A3C" w14:textId="77777777" w:rsidR="00495879" w:rsidRDefault="00495879"/>
    <w:p w14:paraId="75307A93" w14:textId="77777777" w:rsidR="00495879" w:rsidRDefault="00000000">
      <w:r>
        <w:rPr>
          <w:b/>
        </w:rPr>
        <w:t>Gross Margin</w:t>
      </w:r>
      <w:r>
        <w:t>: $165,000 (91.7%)</w:t>
      </w:r>
    </w:p>
    <w:p w14:paraId="5FDB3DE1" w14:textId="77777777" w:rsidR="00495879" w:rsidRDefault="00000000">
      <w:pPr>
        <w:pStyle w:val="Titre4"/>
      </w:pPr>
      <w:r>
        <w:t>Operating Expenses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5669E17C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8E1D0E7" w14:textId="77777777" w:rsidR="00495879" w:rsidRDefault="00000000">
            <w:r>
              <w:rPr>
                <w:sz w:val="20"/>
              </w:rPr>
              <w:t>Category</w:t>
            </w:r>
          </w:p>
        </w:tc>
        <w:tc>
          <w:tcPr>
            <w:tcW w:w="2160" w:type="dxa"/>
          </w:tcPr>
          <w:p w14:paraId="0A182AE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160" w:type="dxa"/>
          </w:tcPr>
          <w:p w14:paraId="5C32927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Revenue</w:t>
            </w:r>
          </w:p>
        </w:tc>
        <w:tc>
          <w:tcPr>
            <w:tcW w:w="2160" w:type="dxa"/>
          </w:tcPr>
          <w:p w14:paraId="1B2ADCE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Notes</w:t>
            </w:r>
          </w:p>
        </w:tc>
      </w:tr>
      <w:tr w:rsidR="00495879" w14:paraId="6056549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FC4224" w14:textId="77777777" w:rsidR="00495879" w:rsidRDefault="00000000">
            <w:r>
              <w:t>**Payroll &amp; Benefits**</w:t>
            </w:r>
          </w:p>
        </w:tc>
        <w:tc>
          <w:tcPr>
            <w:tcW w:w="2160" w:type="dxa"/>
          </w:tcPr>
          <w:p w14:paraId="06822EBB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4B4772A2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0F057B42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0FDC977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AF8E95E" w14:textId="77777777" w:rsidR="00495879" w:rsidRDefault="00000000">
            <w:r>
              <w:lastRenderedPageBreak/>
              <w:t>- Founder/CEO salary</w:t>
            </w:r>
          </w:p>
        </w:tc>
        <w:tc>
          <w:tcPr>
            <w:tcW w:w="2160" w:type="dxa"/>
          </w:tcPr>
          <w:p w14:paraId="6A1DAF4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$60,000</w:t>
            </w:r>
          </w:p>
        </w:tc>
        <w:tc>
          <w:tcPr>
            <w:tcW w:w="2160" w:type="dxa"/>
          </w:tcPr>
          <w:p w14:paraId="0FDA725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33.3%</w:t>
            </w:r>
          </w:p>
        </w:tc>
        <w:tc>
          <w:tcPr>
            <w:tcW w:w="2160" w:type="dxa"/>
          </w:tcPr>
          <w:p w14:paraId="4A613FE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Below market (reinvesting)</w:t>
            </w:r>
          </w:p>
        </w:tc>
      </w:tr>
      <w:tr w:rsidR="00495879" w14:paraId="0CCE5C6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ACA72D" w14:textId="77777777" w:rsidR="00495879" w:rsidRDefault="00000000">
            <w:r>
              <w:t>- Virtual Assistant (full-time)</w:t>
            </w:r>
          </w:p>
        </w:tc>
        <w:tc>
          <w:tcPr>
            <w:tcW w:w="2160" w:type="dxa"/>
          </w:tcPr>
          <w:p w14:paraId="26961A2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$30,000</w:t>
            </w:r>
          </w:p>
        </w:tc>
        <w:tc>
          <w:tcPr>
            <w:tcW w:w="2160" w:type="dxa"/>
          </w:tcPr>
          <w:p w14:paraId="677520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16.7%</w:t>
            </w:r>
          </w:p>
        </w:tc>
        <w:tc>
          <w:tcPr>
            <w:tcW w:w="2160" w:type="dxa"/>
          </w:tcPr>
          <w:p w14:paraId="137F117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Philippines-based</w:t>
            </w:r>
          </w:p>
        </w:tc>
      </w:tr>
      <w:tr w:rsidR="00495879" w14:paraId="000F9C6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3BC72AD" w14:textId="77777777" w:rsidR="00495879" w:rsidRDefault="00000000">
            <w:r>
              <w:t>- Content Creator (part-time)</w:t>
            </w:r>
          </w:p>
        </w:tc>
        <w:tc>
          <w:tcPr>
            <w:tcW w:w="2160" w:type="dxa"/>
          </w:tcPr>
          <w:p w14:paraId="4F882FB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$18,000</w:t>
            </w:r>
          </w:p>
        </w:tc>
        <w:tc>
          <w:tcPr>
            <w:tcW w:w="2160" w:type="dxa"/>
          </w:tcPr>
          <w:p w14:paraId="369B434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10.0%</w:t>
            </w:r>
          </w:p>
        </w:tc>
        <w:tc>
          <w:tcPr>
            <w:tcW w:w="2160" w:type="dxa"/>
          </w:tcPr>
          <w:p w14:paraId="7D71567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Contractor</w:t>
            </w:r>
          </w:p>
        </w:tc>
      </w:tr>
      <w:tr w:rsidR="00495879" w14:paraId="257B2AF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1EFEEA9" w14:textId="77777777" w:rsidR="00495879" w:rsidRDefault="00000000">
            <w:r>
              <w:t>- Payroll taxes (15%)</w:t>
            </w:r>
          </w:p>
        </w:tc>
        <w:tc>
          <w:tcPr>
            <w:tcW w:w="2160" w:type="dxa"/>
          </w:tcPr>
          <w:p w14:paraId="1CA3C20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$16,200</w:t>
            </w:r>
          </w:p>
        </w:tc>
        <w:tc>
          <w:tcPr>
            <w:tcW w:w="2160" w:type="dxa"/>
          </w:tcPr>
          <w:p w14:paraId="51577F1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9.0%</w:t>
            </w:r>
          </w:p>
        </w:tc>
        <w:tc>
          <w:tcPr>
            <w:tcW w:w="2160" w:type="dxa"/>
          </w:tcPr>
          <w:p w14:paraId="24B3EC40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18AC122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12D20A7" w14:textId="77777777" w:rsidR="00495879" w:rsidRDefault="00000000">
            <w:r>
              <w:t>**Subtotal Payroll**</w:t>
            </w:r>
          </w:p>
        </w:tc>
        <w:tc>
          <w:tcPr>
            <w:tcW w:w="2160" w:type="dxa"/>
          </w:tcPr>
          <w:p w14:paraId="3B4A59F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**$124,200**</w:t>
            </w:r>
          </w:p>
        </w:tc>
        <w:tc>
          <w:tcPr>
            <w:tcW w:w="2160" w:type="dxa"/>
          </w:tcPr>
          <w:p w14:paraId="2E6B4F6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**69.0%**</w:t>
            </w:r>
          </w:p>
        </w:tc>
        <w:tc>
          <w:tcPr>
            <w:tcW w:w="2160" w:type="dxa"/>
          </w:tcPr>
          <w:p w14:paraId="65D0DC9B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2466B9B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406471" w14:textId="77777777" w:rsidR="00495879" w:rsidRDefault="00000000">
            <w:r>
              <w:t>**Marketing &amp; Sales**</w:t>
            </w:r>
          </w:p>
        </w:tc>
        <w:tc>
          <w:tcPr>
            <w:tcW w:w="2160" w:type="dxa"/>
          </w:tcPr>
          <w:p w14:paraId="6D59FE77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30841D02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5759A047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4009BDC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3F01107" w14:textId="77777777" w:rsidR="00495879" w:rsidRDefault="00000000">
            <w:r>
              <w:t>- Digital advertising</w:t>
            </w:r>
          </w:p>
        </w:tc>
        <w:tc>
          <w:tcPr>
            <w:tcW w:w="2160" w:type="dxa"/>
          </w:tcPr>
          <w:p w14:paraId="7BCA081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160" w:type="dxa"/>
          </w:tcPr>
          <w:p w14:paraId="10A45BC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11.1%</w:t>
            </w:r>
          </w:p>
        </w:tc>
        <w:tc>
          <w:tcPr>
            <w:tcW w:w="2160" w:type="dxa"/>
          </w:tcPr>
          <w:p w14:paraId="0C62A96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Google, LinkedIn ads</w:t>
            </w:r>
          </w:p>
        </w:tc>
      </w:tr>
      <w:tr w:rsidR="00495879" w14:paraId="7FD6D9B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0C1F0E1" w14:textId="77777777" w:rsidR="00495879" w:rsidRDefault="00000000">
            <w:r>
              <w:t>- Content production</w:t>
            </w:r>
          </w:p>
        </w:tc>
        <w:tc>
          <w:tcPr>
            <w:tcW w:w="2160" w:type="dxa"/>
          </w:tcPr>
          <w:p w14:paraId="3B42B81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160" w:type="dxa"/>
          </w:tcPr>
          <w:p w14:paraId="099C0CD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5.6%</w:t>
            </w:r>
          </w:p>
        </w:tc>
        <w:tc>
          <w:tcPr>
            <w:tcW w:w="2160" w:type="dxa"/>
          </w:tcPr>
          <w:p w14:paraId="42A645F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Video, blog, podcast</w:t>
            </w:r>
          </w:p>
        </w:tc>
      </w:tr>
      <w:tr w:rsidR="00495879" w14:paraId="1702ABF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06C0CA9" w14:textId="77777777" w:rsidR="00495879" w:rsidRDefault="00000000">
            <w:r>
              <w:t>- Events &amp; networking</w:t>
            </w:r>
          </w:p>
        </w:tc>
        <w:tc>
          <w:tcPr>
            <w:tcW w:w="2160" w:type="dxa"/>
          </w:tcPr>
          <w:p w14:paraId="7C2EA9E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$8,000</w:t>
            </w:r>
          </w:p>
        </w:tc>
        <w:tc>
          <w:tcPr>
            <w:tcW w:w="2160" w:type="dxa"/>
          </w:tcPr>
          <w:p w14:paraId="2538DC2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4.4%</w:t>
            </w:r>
          </w:p>
        </w:tc>
        <w:tc>
          <w:tcPr>
            <w:tcW w:w="2160" w:type="dxa"/>
          </w:tcPr>
          <w:p w14:paraId="1162D14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Speaking, conferences</w:t>
            </w:r>
          </w:p>
        </w:tc>
      </w:tr>
      <w:tr w:rsidR="00495879" w14:paraId="0951801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C8B03A8" w14:textId="77777777" w:rsidR="00495879" w:rsidRDefault="00000000">
            <w:r>
              <w:t>- SEO &amp; website</w:t>
            </w:r>
          </w:p>
        </w:tc>
        <w:tc>
          <w:tcPr>
            <w:tcW w:w="2160" w:type="dxa"/>
          </w:tcPr>
          <w:p w14:paraId="5C182C5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$7,000</w:t>
            </w:r>
          </w:p>
        </w:tc>
        <w:tc>
          <w:tcPr>
            <w:tcW w:w="2160" w:type="dxa"/>
          </w:tcPr>
          <w:p w14:paraId="26698CB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3.9%</w:t>
            </w:r>
          </w:p>
        </w:tc>
        <w:tc>
          <w:tcPr>
            <w:tcW w:w="2160" w:type="dxa"/>
          </w:tcPr>
          <w:p w14:paraId="3A4878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Agency + tools</w:t>
            </w:r>
          </w:p>
        </w:tc>
      </w:tr>
      <w:tr w:rsidR="00495879" w14:paraId="73F9F4A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6ABC8FA" w14:textId="77777777" w:rsidR="00495879" w:rsidRDefault="00000000">
            <w:r>
              <w:t>- Other marketing</w:t>
            </w:r>
          </w:p>
        </w:tc>
        <w:tc>
          <w:tcPr>
            <w:tcW w:w="2160" w:type="dxa"/>
          </w:tcPr>
          <w:p w14:paraId="5749D16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2160" w:type="dxa"/>
          </w:tcPr>
          <w:p w14:paraId="45F300D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2.8%</w:t>
            </w:r>
          </w:p>
        </w:tc>
        <w:tc>
          <w:tcPr>
            <w:tcW w:w="2160" w:type="dxa"/>
          </w:tcPr>
          <w:p w14:paraId="1673CFD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Misc</w:t>
            </w:r>
          </w:p>
        </w:tc>
      </w:tr>
      <w:tr w:rsidR="00495879" w14:paraId="4C45B0D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72B7A51" w14:textId="77777777" w:rsidR="00495879" w:rsidRDefault="00000000">
            <w:r>
              <w:t>**Subtotal Marketing**</w:t>
            </w:r>
          </w:p>
        </w:tc>
        <w:tc>
          <w:tcPr>
            <w:tcW w:w="2160" w:type="dxa"/>
          </w:tcPr>
          <w:p w14:paraId="3A00529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**$50,000**</w:t>
            </w:r>
          </w:p>
        </w:tc>
        <w:tc>
          <w:tcPr>
            <w:tcW w:w="2160" w:type="dxa"/>
          </w:tcPr>
          <w:p w14:paraId="396C2FA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**27.8%**</w:t>
            </w:r>
          </w:p>
        </w:tc>
        <w:tc>
          <w:tcPr>
            <w:tcW w:w="2160" w:type="dxa"/>
          </w:tcPr>
          <w:p w14:paraId="066E3075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25B97D4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89E6573" w14:textId="77777777" w:rsidR="00495879" w:rsidRDefault="00000000">
            <w:r>
              <w:t>**Technology** (via Lions Dev partnership)</w:t>
            </w:r>
          </w:p>
        </w:tc>
        <w:tc>
          <w:tcPr>
            <w:tcW w:w="2160" w:type="dxa"/>
          </w:tcPr>
          <w:p w14:paraId="5FA6C6D7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1C270CAF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211E629A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4587AF2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8088DCC" w14:textId="77777777" w:rsidR="00495879" w:rsidRDefault="00000000">
            <w:r>
              <w:t>- Lions Dev MVP Platform</w:t>
            </w:r>
          </w:p>
        </w:tc>
        <w:tc>
          <w:tcPr>
            <w:tcW w:w="2160" w:type="dxa"/>
          </w:tcPr>
          <w:p w14:paraId="5B34A5F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160" w:type="dxa"/>
          </w:tcPr>
          <w:p w14:paraId="0DD10E2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11.1%</w:t>
            </w:r>
          </w:p>
        </w:tc>
        <w:tc>
          <w:tcPr>
            <w:tcW w:w="2160" w:type="dxa"/>
          </w:tcPr>
          <w:p w14:paraId="2818412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Développement plateforme custom</w:t>
            </w:r>
          </w:p>
        </w:tc>
      </w:tr>
      <w:tr w:rsidR="00495879" w14:paraId="519AE6B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1588541" w14:textId="77777777" w:rsidR="00495879" w:rsidRDefault="00000000">
            <w:r>
              <w:t>- SaaS stack</w:t>
            </w:r>
          </w:p>
        </w:tc>
        <w:tc>
          <w:tcPr>
            <w:tcW w:w="2160" w:type="dxa"/>
          </w:tcPr>
          <w:p w14:paraId="3BFCC6A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$8,000</w:t>
            </w:r>
          </w:p>
        </w:tc>
        <w:tc>
          <w:tcPr>
            <w:tcW w:w="2160" w:type="dxa"/>
          </w:tcPr>
          <w:p w14:paraId="6B5E162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4.4%</w:t>
            </w:r>
          </w:p>
        </w:tc>
        <w:tc>
          <w:tcPr>
            <w:tcW w:w="2160" w:type="dxa"/>
          </w:tcPr>
          <w:p w14:paraId="138432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HubSpot, Zoom, tools</w:t>
            </w:r>
          </w:p>
        </w:tc>
      </w:tr>
      <w:tr w:rsidR="00495879" w14:paraId="54B3191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E917F20" w14:textId="77777777" w:rsidR="00495879" w:rsidRDefault="00000000">
            <w:r>
              <w:t>- Security &amp; Compliance</w:t>
            </w:r>
          </w:p>
        </w:tc>
        <w:tc>
          <w:tcPr>
            <w:tcW w:w="2160" w:type="dxa"/>
          </w:tcPr>
          <w:p w14:paraId="6EC6D28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160" w:type="dxa"/>
          </w:tcPr>
          <w:p w14:paraId="5C867D9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1.1%</w:t>
            </w:r>
          </w:p>
        </w:tc>
        <w:tc>
          <w:tcPr>
            <w:tcW w:w="2160" w:type="dxa"/>
          </w:tcPr>
          <w:p w14:paraId="2E8C3AA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SSL, backup, monitoring</w:t>
            </w:r>
          </w:p>
        </w:tc>
      </w:tr>
      <w:tr w:rsidR="00495879" w14:paraId="2D32882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5D6944B" w14:textId="77777777" w:rsidR="00495879" w:rsidRDefault="00000000">
            <w:r>
              <w:t>**Subtotal Technology**</w:t>
            </w:r>
          </w:p>
        </w:tc>
        <w:tc>
          <w:tcPr>
            <w:tcW w:w="2160" w:type="dxa"/>
          </w:tcPr>
          <w:p w14:paraId="4403F4A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**$30,000**</w:t>
            </w:r>
          </w:p>
        </w:tc>
        <w:tc>
          <w:tcPr>
            <w:tcW w:w="2160" w:type="dxa"/>
          </w:tcPr>
          <w:p w14:paraId="66CCE09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**16.7%**</w:t>
            </w:r>
          </w:p>
        </w:tc>
        <w:tc>
          <w:tcPr>
            <w:tcW w:w="2160" w:type="dxa"/>
          </w:tcPr>
          <w:p w14:paraId="5CCFDBDD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3DB6365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69EE67D" w14:textId="77777777" w:rsidR="00495879" w:rsidRDefault="00000000">
            <w:r>
              <w:t>**General &amp; Administrative**</w:t>
            </w:r>
          </w:p>
        </w:tc>
        <w:tc>
          <w:tcPr>
            <w:tcW w:w="2160" w:type="dxa"/>
          </w:tcPr>
          <w:p w14:paraId="18FD0F79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3F474210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</w:tcPr>
          <w:p w14:paraId="2BBE46FE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1C71D4E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24EBC89" w14:textId="77777777" w:rsidR="00495879" w:rsidRDefault="00000000">
            <w:r>
              <w:t>- Office/coworking</w:t>
            </w:r>
          </w:p>
        </w:tc>
        <w:tc>
          <w:tcPr>
            <w:tcW w:w="2160" w:type="dxa"/>
          </w:tcPr>
          <w:p w14:paraId="71A397F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$6,000</w:t>
            </w:r>
          </w:p>
        </w:tc>
        <w:tc>
          <w:tcPr>
            <w:tcW w:w="2160" w:type="dxa"/>
          </w:tcPr>
          <w:p w14:paraId="2C0950B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3.3%</w:t>
            </w:r>
          </w:p>
        </w:tc>
        <w:tc>
          <w:tcPr>
            <w:tcW w:w="2160" w:type="dxa"/>
          </w:tcPr>
          <w:p w14:paraId="7C6A7E0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Flexible space</w:t>
            </w:r>
          </w:p>
        </w:tc>
      </w:tr>
      <w:tr w:rsidR="00495879" w14:paraId="39E7E81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602174F" w14:textId="77777777" w:rsidR="00495879" w:rsidRDefault="00000000">
            <w:r>
              <w:t>- Insurance</w:t>
            </w:r>
          </w:p>
        </w:tc>
        <w:tc>
          <w:tcPr>
            <w:tcW w:w="2160" w:type="dxa"/>
          </w:tcPr>
          <w:p w14:paraId="294506A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$4,000</w:t>
            </w:r>
          </w:p>
        </w:tc>
        <w:tc>
          <w:tcPr>
            <w:tcW w:w="2160" w:type="dxa"/>
          </w:tcPr>
          <w:p w14:paraId="581DA73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2.2%</w:t>
            </w:r>
          </w:p>
        </w:tc>
        <w:tc>
          <w:tcPr>
            <w:tcW w:w="2160" w:type="dxa"/>
          </w:tcPr>
          <w:p w14:paraId="04A49B5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Liability, E&amp;O</w:t>
            </w:r>
          </w:p>
        </w:tc>
      </w:tr>
      <w:tr w:rsidR="00495879" w14:paraId="2D971D5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0C09161" w14:textId="77777777" w:rsidR="00495879" w:rsidRDefault="00000000">
            <w:r>
              <w:t>- Legal &amp; accounting</w:t>
            </w:r>
          </w:p>
        </w:tc>
        <w:tc>
          <w:tcPr>
            <w:tcW w:w="2160" w:type="dxa"/>
          </w:tcPr>
          <w:p w14:paraId="4695FED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$8,000</w:t>
            </w:r>
          </w:p>
        </w:tc>
        <w:tc>
          <w:tcPr>
            <w:tcW w:w="2160" w:type="dxa"/>
          </w:tcPr>
          <w:p w14:paraId="035E7EB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4.4%</w:t>
            </w:r>
          </w:p>
        </w:tc>
        <w:tc>
          <w:tcPr>
            <w:tcW w:w="2160" w:type="dxa"/>
          </w:tcPr>
          <w:p w14:paraId="5B2ECDB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Corp + bookkeeping</w:t>
            </w:r>
          </w:p>
        </w:tc>
      </w:tr>
      <w:tr w:rsidR="00495879" w14:paraId="0F794B8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94DFC29" w14:textId="77777777" w:rsidR="00495879" w:rsidRDefault="00000000">
            <w:r>
              <w:t>- Travel</w:t>
            </w:r>
          </w:p>
        </w:tc>
        <w:tc>
          <w:tcPr>
            <w:tcW w:w="2160" w:type="dxa"/>
          </w:tcPr>
          <w:p w14:paraId="5FCF6B0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2160" w:type="dxa"/>
          </w:tcPr>
          <w:p w14:paraId="334A36A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2.8%</w:t>
            </w:r>
          </w:p>
        </w:tc>
        <w:tc>
          <w:tcPr>
            <w:tcW w:w="2160" w:type="dxa"/>
          </w:tcPr>
          <w:p w14:paraId="41204EB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Client meetings, events</w:t>
            </w:r>
          </w:p>
        </w:tc>
      </w:tr>
      <w:tr w:rsidR="00495879" w14:paraId="0A7BF02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B525919" w14:textId="77777777" w:rsidR="00495879" w:rsidRDefault="00000000">
            <w:r>
              <w:t>- Misc/contingency</w:t>
            </w:r>
          </w:p>
        </w:tc>
        <w:tc>
          <w:tcPr>
            <w:tcW w:w="2160" w:type="dxa"/>
          </w:tcPr>
          <w:p w14:paraId="6130E7A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2160" w:type="dxa"/>
          </w:tcPr>
          <w:p w14:paraId="2C32D34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2.8%</w:t>
            </w:r>
          </w:p>
        </w:tc>
        <w:tc>
          <w:tcPr>
            <w:tcW w:w="2160" w:type="dxa"/>
          </w:tcPr>
          <w:p w14:paraId="34DFD85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Buffer</w:t>
            </w:r>
          </w:p>
        </w:tc>
      </w:tr>
      <w:tr w:rsidR="00495879" w14:paraId="23201ED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FB9D560" w14:textId="77777777" w:rsidR="00495879" w:rsidRDefault="00000000">
            <w:r>
              <w:t>**Subtotal G&amp;A**</w:t>
            </w:r>
          </w:p>
        </w:tc>
        <w:tc>
          <w:tcPr>
            <w:tcW w:w="2160" w:type="dxa"/>
          </w:tcPr>
          <w:p w14:paraId="273B945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**$28,000**</w:t>
            </w:r>
          </w:p>
        </w:tc>
        <w:tc>
          <w:tcPr>
            <w:tcW w:w="2160" w:type="dxa"/>
          </w:tcPr>
          <w:p w14:paraId="33B6F75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**15.6%**</w:t>
            </w:r>
          </w:p>
        </w:tc>
        <w:tc>
          <w:tcPr>
            <w:tcW w:w="2160" w:type="dxa"/>
          </w:tcPr>
          <w:p w14:paraId="0D3AC83A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7FDE27C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24B88FA" w14:textId="77777777" w:rsidR="00495879" w:rsidRDefault="00000000">
            <w:r>
              <w:t>**TOTAL OPERATING EXPENSES**</w:t>
            </w:r>
          </w:p>
        </w:tc>
        <w:tc>
          <w:tcPr>
            <w:tcW w:w="2160" w:type="dxa"/>
          </w:tcPr>
          <w:p w14:paraId="46D2B01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**$232,200**</w:t>
            </w:r>
          </w:p>
        </w:tc>
        <w:tc>
          <w:tcPr>
            <w:tcW w:w="2160" w:type="dxa"/>
          </w:tcPr>
          <w:p w14:paraId="1BBB4BD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**129.0%**</w:t>
            </w:r>
          </w:p>
        </w:tc>
        <w:tc>
          <w:tcPr>
            <w:tcW w:w="2160" w:type="dxa"/>
          </w:tcPr>
          <w:p w14:paraId="7B582707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08A927C2" w14:textId="77777777" w:rsidR="00495879" w:rsidRDefault="00495879"/>
    <w:p w14:paraId="5C66F9F1" w14:textId="77777777" w:rsidR="00495879" w:rsidRDefault="00000000">
      <w:r>
        <w:rPr>
          <w:b/>
        </w:rPr>
        <w:t>Économies Tech</w:t>
      </w:r>
      <w:r>
        <w:t>: -$5,000 vs plan original (grâce à Lions Dev partnership)</w:t>
      </w:r>
    </w:p>
    <w:p w14:paraId="758F82CA" w14:textId="77777777" w:rsidR="00495879" w:rsidRDefault="00000000">
      <w:pPr>
        <w:pStyle w:val="Titre4"/>
      </w:pPr>
      <w:r>
        <w:lastRenderedPageBreak/>
        <w:t>Year 1 Bottom Line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19A9FD9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D998355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880" w:type="dxa"/>
          </w:tcPr>
          <w:p w14:paraId="255028C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880" w:type="dxa"/>
          </w:tcPr>
          <w:p w14:paraId="0F39060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Revenue</w:t>
            </w:r>
          </w:p>
        </w:tc>
      </w:tr>
      <w:tr w:rsidR="00495879" w14:paraId="1B0B750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97132D0" w14:textId="77777777" w:rsidR="00495879" w:rsidRDefault="00000000">
            <w:r>
              <w:t>**Revenue**</w:t>
            </w:r>
          </w:p>
        </w:tc>
        <w:tc>
          <w:tcPr>
            <w:tcW w:w="2880" w:type="dxa"/>
          </w:tcPr>
          <w:p w14:paraId="76B7238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$180,000</w:t>
            </w:r>
          </w:p>
        </w:tc>
        <w:tc>
          <w:tcPr>
            <w:tcW w:w="2880" w:type="dxa"/>
          </w:tcPr>
          <w:p w14:paraId="6ADC288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100.0%</w:t>
            </w:r>
          </w:p>
        </w:tc>
      </w:tr>
      <w:tr w:rsidR="00495879" w14:paraId="5B3B112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19520A7" w14:textId="77777777" w:rsidR="00495879" w:rsidRDefault="00000000">
            <w:r>
              <w:t>- US</w:t>
            </w:r>
          </w:p>
        </w:tc>
        <w:tc>
          <w:tcPr>
            <w:tcW w:w="2880" w:type="dxa"/>
          </w:tcPr>
          <w:p w14:paraId="7112665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$130,000</w:t>
            </w:r>
          </w:p>
        </w:tc>
        <w:tc>
          <w:tcPr>
            <w:tcW w:w="2880" w:type="dxa"/>
          </w:tcPr>
          <w:p w14:paraId="69ED9A0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72.2%</w:t>
            </w:r>
          </w:p>
        </w:tc>
      </w:tr>
      <w:tr w:rsidR="00495879" w14:paraId="55EC166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40ED740" w14:textId="77777777" w:rsidR="00495879" w:rsidRDefault="00000000">
            <w:r>
              <w:t>- Africa</w:t>
            </w:r>
          </w:p>
        </w:tc>
        <w:tc>
          <w:tcPr>
            <w:tcW w:w="2880" w:type="dxa"/>
          </w:tcPr>
          <w:p w14:paraId="486454F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$50,000</w:t>
            </w:r>
          </w:p>
        </w:tc>
        <w:tc>
          <w:tcPr>
            <w:tcW w:w="2880" w:type="dxa"/>
          </w:tcPr>
          <w:p w14:paraId="4C1B7F3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27.8%</w:t>
            </w:r>
          </w:p>
        </w:tc>
      </w:tr>
      <w:tr w:rsidR="00495879" w14:paraId="2FC1F4D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D245AD0" w14:textId="77777777" w:rsidR="00495879" w:rsidRDefault="00000000">
            <w:r>
              <w:t>**COGS**</w:t>
            </w:r>
          </w:p>
        </w:tc>
        <w:tc>
          <w:tcPr>
            <w:tcW w:w="2880" w:type="dxa"/>
          </w:tcPr>
          <w:p w14:paraId="56BCBEE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-$15,000</w:t>
            </w:r>
          </w:p>
        </w:tc>
        <w:tc>
          <w:tcPr>
            <w:tcW w:w="2880" w:type="dxa"/>
          </w:tcPr>
          <w:p w14:paraId="21F42F2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8.3%</w:t>
            </w:r>
          </w:p>
        </w:tc>
      </w:tr>
      <w:tr w:rsidR="00495879" w14:paraId="69E2B0B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ED99CE4" w14:textId="77777777" w:rsidR="00495879" w:rsidRDefault="00000000">
            <w:r>
              <w:t>**Gross Profit**</w:t>
            </w:r>
          </w:p>
        </w:tc>
        <w:tc>
          <w:tcPr>
            <w:tcW w:w="2880" w:type="dxa"/>
          </w:tcPr>
          <w:p w14:paraId="3D649BB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$165,000</w:t>
            </w:r>
          </w:p>
        </w:tc>
        <w:tc>
          <w:tcPr>
            <w:tcW w:w="2880" w:type="dxa"/>
          </w:tcPr>
          <w:p w14:paraId="57B5860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91.7%</w:t>
            </w:r>
          </w:p>
        </w:tc>
      </w:tr>
      <w:tr w:rsidR="00495879" w14:paraId="68580DD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8A38E2B" w14:textId="77777777" w:rsidR="00495879" w:rsidRDefault="00000000">
            <w:r>
              <w:t>**Operating Expenses**</w:t>
            </w:r>
          </w:p>
        </w:tc>
        <w:tc>
          <w:tcPr>
            <w:tcW w:w="2880" w:type="dxa"/>
          </w:tcPr>
          <w:p w14:paraId="7591C7F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-$232,200</w:t>
            </w:r>
          </w:p>
        </w:tc>
        <w:tc>
          <w:tcPr>
            <w:tcW w:w="2880" w:type="dxa"/>
          </w:tcPr>
          <w:p w14:paraId="74B1E98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129.0%</w:t>
            </w:r>
          </w:p>
        </w:tc>
      </w:tr>
      <w:tr w:rsidR="00495879" w14:paraId="718EB73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5180DC9" w14:textId="77777777" w:rsidR="00495879" w:rsidRDefault="00000000">
            <w:r>
              <w:t>**EBITDA**</w:t>
            </w:r>
          </w:p>
        </w:tc>
        <w:tc>
          <w:tcPr>
            <w:tcW w:w="2880" w:type="dxa"/>
          </w:tcPr>
          <w:p w14:paraId="56D5843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**-$67,200**</w:t>
            </w:r>
          </w:p>
        </w:tc>
        <w:tc>
          <w:tcPr>
            <w:tcW w:w="2880" w:type="dxa"/>
          </w:tcPr>
          <w:p w14:paraId="583E855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**-37.3%**</w:t>
            </w:r>
          </w:p>
        </w:tc>
      </w:tr>
      <w:tr w:rsidR="00495879" w14:paraId="2069728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B16C96A" w14:textId="77777777" w:rsidR="00495879" w:rsidRDefault="00000000">
            <w:r>
              <w:t>**Interest**</w:t>
            </w:r>
          </w:p>
        </w:tc>
        <w:tc>
          <w:tcPr>
            <w:tcW w:w="2880" w:type="dxa"/>
          </w:tcPr>
          <w:p w14:paraId="0439AFA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880" w:type="dxa"/>
          </w:tcPr>
          <w:p w14:paraId="3414E38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0.0%</w:t>
            </w:r>
          </w:p>
        </w:tc>
      </w:tr>
      <w:tr w:rsidR="00495879" w14:paraId="6AAB157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85C9A7D" w14:textId="77777777" w:rsidR="00495879" w:rsidRDefault="00000000">
            <w:r>
              <w:t>**Taxes**</w:t>
            </w:r>
          </w:p>
        </w:tc>
        <w:tc>
          <w:tcPr>
            <w:tcW w:w="2880" w:type="dxa"/>
          </w:tcPr>
          <w:p w14:paraId="639F6C4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880" w:type="dxa"/>
          </w:tcPr>
          <w:p w14:paraId="7609A2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0.0%</w:t>
            </w:r>
          </w:p>
        </w:tc>
      </w:tr>
      <w:tr w:rsidR="00495879" w14:paraId="36A9561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06416EE" w14:textId="77777777" w:rsidR="00495879" w:rsidRDefault="00000000">
            <w:r>
              <w:t>**NET INCOME**</w:t>
            </w:r>
          </w:p>
        </w:tc>
        <w:tc>
          <w:tcPr>
            <w:tcW w:w="2880" w:type="dxa"/>
          </w:tcPr>
          <w:p w14:paraId="5AD07CF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**-$67,200**</w:t>
            </w:r>
          </w:p>
        </w:tc>
        <w:tc>
          <w:tcPr>
            <w:tcW w:w="2880" w:type="dxa"/>
          </w:tcPr>
          <w:p w14:paraId="0B577ED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**-37.3%**</w:t>
            </w:r>
          </w:p>
        </w:tc>
      </w:tr>
    </w:tbl>
    <w:p w14:paraId="1958B0B6" w14:textId="77777777" w:rsidR="00495879" w:rsidRDefault="00495879"/>
    <w:p w14:paraId="7A7FEF5C" w14:textId="77777777" w:rsidR="00495879" w:rsidRDefault="00000000">
      <w:r>
        <w:rPr>
          <w:b/>
        </w:rPr>
        <w:t>Analysis</w:t>
      </w:r>
      <w:r>
        <w:t>:</w:t>
      </w:r>
    </w:p>
    <w:p w14:paraId="190E93EF" w14:textId="77777777" w:rsidR="00495879" w:rsidRDefault="00000000">
      <w:pPr>
        <w:pStyle w:val="Listepuces"/>
      </w:pPr>
      <w:r>
        <w:t>Perte An 1 attendue (année d'investissement bi-continental)</w:t>
      </w:r>
    </w:p>
    <w:p w14:paraId="5F4E06DF" w14:textId="77777777" w:rsidR="00495879" w:rsidRDefault="00000000">
      <w:pPr>
        <w:pStyle w:val="Listepuces"/>
      </w:pPr>
      <w:r>
        <w:t>Améliorée vs plan initial: -$67K vs -$72K (économie $5K grâce Lions Dev)</w:t>
      </w:r>
    </w:p>
    <w:p w14:paraId="4F6A8B0D" w14:textId="77777777" w:rsidR="00495879" w:rsidRDefault="00000000">
      <w:pPr>
        <w:pStyle w:val="Listepuces"/>
      </w:pPr>
      <w:r>
        <w:t>Couverte par $75K capital initial + revenus</w:t>
      </w:r>
    </w:p>
    <w:p w14:paraId="45655D18" w14:textId="77777777" w:rsidR="00495879" w:rsidRDefault="00000000">
      <w:pPr>
        <w:pStyle w:val="Listepuces"/>
      </w:pPr>
      <w:r>
        <w:t>Modèle bi-continental ajoute complexité mais diversifie risque</w:t>
      </w:r>
    </w:p>
    <w:p w14:paraId="5CB146B8" w14:textId="77777777" w:rsidR="00495879" w:rsidRDefault="00000000">
      <w:r>
        <w:rPr>
          <w:b/>
        </w:rPr>
        <w:t>Break-even</w:t>
      </w:r>
      <w:r>
        <w:t>: Mois 14-15 (Q2 An 2) quand base clients scale sur deux marchés.</w:t>
      </w:r>
    </w:p>
    <w:p w14:paraId="17F2FB5B" w14:textId="77777777" w:rsidR="00495879" w:rsidRDefault="00000000">
      <w:r>
        <w:t>________________________________________________________________________________</w:t>
      </w:r>
    </w:p>
    <w:p w14:paraId="5FA184DC" w14:textId="77777777" w:rsidR="00495879" w:rsidRDefault="00000000">
      <w:pPr>
        <w:pStyle w:val="Titre3"/>
      </w:pPr>
      <w:r>
        <w:t>Year 2 (2027) - Summary</w:t>
      </w:r>
    </w:p>
    <w:p w14:paraId="5272CB9B" w14:textId="77777777" w:rsidR="00495879" w:rsidRDefault="00000000">
      <w:pPr>
        <w:pStyle w:val="Titre4"/>
      </w:pPr>
      <w:r>
        <w:t>Revenue by Service Line (Bi-Continental)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14"/>
        <w:gridCol w:w="765"/>
        <w:gridCol w:w="1453"/>
        <w:gridCol w:w="766"/>
        <w:gridCol w:w="1453"/>
        <w:gridCol w:w="1453"/>
        <w:gridCol w:w="1252"/>
      </w:tblGrid>
      <w:tr w:rsidR="00495879" w14:paraId="69319029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8F9D16D" w14:textId="77777777" w:rsidR="00495879" w:rsidRDefault="00000000">
            <w:r>
              <w:rPr>
                <w:sz w:val="20"/>
              </w:rPr>
              <w:t>Service</w:t>
            </w:r>
          </w:p>
        </w:tc>
        <w:tc>
          <w:tcPr>
            <w:tcW w:w="1234" w:type="dxa"/>
          </w:tcPr>
          <w:p w14:paraId="42E40D7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 Clients</w:t>
            </w:r>
          </w:p>
        </w:tc>
        <w:tc>
          <w:tcPr>
            <w:tcW w:w="1234" w:type="dxa"/>
          </w:tcPr>
          <w:p w14:paraId="41E4E03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 Revenue</w:t>
            </w:r>
          </w:p>
        </w:tc>
        <w:tc>
          <w:tcPr>
            <w:tcW w:w="1234" w:type="dxa"/>
          </w:tcPr>
          <w:p w14:paraId="047AD6A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 Clients</w:t>
            </w:r>
          </w:p>
        </w:tc>
        <w:tc>
          <w:tcPr>
            <w:tcW w:w="1234" w:type="dxa"/>
          </w:tcPr>
          <w:p w14:paraId="778AA13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 Revenue</w:t>
            </w:r>
          </w:p>
        </w:tc>
        <w:tc>
          <w:tcPr>
            <w:tcW w:w="1234" w:type="dxa"/>
          </w:tcPr>
          <w:p w14:paraId="1C58545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 Revenue</w:t>
            </w:r>
          </w:p>
        </w:tc>
        <w:tc>
          <w:tcPr>
            <w:tcW w:w="1234" w:type="dxa"/>
          </w:tcPr>
          <w:p w14:paraId="03A8437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Growth</w:t>
            </w:r>
          </w:p>
        </w:tc>
      </w:tr>
      <w:tr w:rsidR="00495879" w14:paraId="10518D0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D7463DD" w14:textId="77777777" w:rsidR="00495879" w:rsidRDefault="00000000">
            <w:r>
              <w:t>**TRANSFORM Programs**</w:t>
            </w:r>
          </w:p>
        </w:tc>
        <w:tc>
          <w:tcPr>
            <w:tcW w:w="1234" w:type="dxa"/>
          </w:tcPr>
          <w:p w14:paraId="6527EF7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1234" w:type="dxa"/>
          </w:tcPr>
          <w:p w14:paraId="481BCFA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$240,000</w:t>
            </w:r>
          </w:p>
        </w:tc>
        <w:tc>
          <w:tcPr>
            <w:tcW w:w="1234" w:type="dxa"/>
          </w:tcPr>
          <w:p w14:paraId="6DF9FE7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234" w:type="dxa"/>
          </w:tcPr>
          <w:p w14:paraId="2AA3783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$90,000</w:t>
            </w:r>
          </w:p>
        </w:tc>
        <w:tc>
          <w:tcPr>
            <w:tcW w:w="1234" w:type="dxa"/>
          </w:tcPr>
          <w:p w14:paraId="5C489CB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$330,000</w:t>
            </w:r>
          </w:p>
        </w:tc>
        <w:tc>
          <w:tcPr>
            <w:tcW w:w="1234" w:type="dxa"/>
          </w:tcPr>
          <w:p w14:paraId="68B2040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+80%</w:t>
            </w:r>
          </w:p>
        </w:tc>
      </w:tr>
      <w:tr w:rsidR="00495879" w14:paraId="334917E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39C5BDA" w14:textId="77777777" w:rsidR="00495879" w:rsidRDefault="00000000">
            <w:r>
              <w:t>**ADVISORY Retainers**</w:t>
            </w:r>
          </w:p>
        </w:tc>
        <w:tc>
          <w:tcPr>
            <w:tcW w:w="1234" w:type="dxa"/>
          </w:tcPr>
          <w:p w14:paraId="407C7BE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 (avg)</w:t>
            </w:r>
          </w:p>
        </w:tc>
        <w:tc>
          <w:tcPr>
            <w:tcW w:w="1234" w:type="dxa"/>
          </w:tcPr>
          <w:p w14:paraId="02AA589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$120,000</w:t>
            </w:r>
          </w:p>
        </w:tc>
        <w:tc>
          <w:tcPr>
            <w:tcW w:w="1234" w:type="dxa"/>
          </w:tcPr>
          <w:p w14:paraId="5C153C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 (avg)</w:t>
            </w:r>
          </w:p>
        </w:tc>
        <w:tc>
          <w:tcPr>
            <w:tcW w:w="1234" w:type="dxa"/>
          </w:tcPr>
          <w:p w14:paraId="35B1467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$21,000</w:t>
            </w:r>
          </w:p>
        </w:tc>
        <w:tc>
          <w:tcPr>
            <w:tcW w:w="1234" w:type="dxa"/>
          </w:tcPr>
          <w:p w14:paraId="6CE9FB3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$141,000</w:t>
            </w:r>
          </w:p>
        </w:tc>
        <w:tc>
          <w:tcPr>
            <w:tcW w:w="1234" w:type="dxa"/>
          </w:tcPr>
          <w:p w14:paraId="6757EDC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+135%</w:t>
            </w:r>
          </w:p>
        </w:tc>
      </w:tr>
      <w:tr w:rsidR="00495879" w14:paraId="0D9B123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626A607" w14:textId="77777777" w:rsidR="00495879" w:rsidRDefault="00000000">
            <w:r>
              <w:t>**ACCELERATOR Intensives**</w:t>
            </w:r>
          </w:p>
        </w:tc>
        <w:tc>
          <w:tcPr>
            <w:tcW w:w="1234" w:type="dxa"/>
          </w:tcPr>
          <w:p w14:paraId="63BC1B5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 part.</w:t>
            </w:r>
          </w:p>
        </w:tc>
        <w:tc>
          <w:tcPr>
            <w:tcW w:w="1234" w:type="dxa"/>
          </w:tcPr>
          <w:p w14:paraId="4272507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$150,000</w:t>
            </w:r>
          </w:p>
        </w:tc>
        <w:tc>
          <w:tcPr>
            <w:tcW w:w="1234" w:type="dxa"/>
          </w:tcPr>
          <w:p w14:paraId="3685E05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 part.</w:t>
            </w:r>
          </w:p>
        </w:tc>
        <w:tc>
          <w:tcPr>
            <w:tcW w:w="1234" w:type="dxa"/>
          </w:tcPr>
          <w:p w14:paraId="48FC2DC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$48,000</w:t>
            </w:r>
          </w:p>
        </w:tc>
        <w:tc>
          <w:tcPr>
            <w:tcW w:w="1234" w:type="dxa"/>
          </w:tcPr>
          <w:p w14:paraId="0D75837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$198,000</w:t>
            </w:r>
          </w:p>
        </w:tc>
        <w:tc>
          <w:tcPr>
            <w:tcW w:w="1234" w:type="dxa"/>
          </w:tcPr>
          <w:p w14:paraId="704120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+164%</w:t>
            </w:r>
          </w:p>
        </w:tc>
      </w:tr>
      <w:tr w:rsidR="00495879" w14:paraId="3536D2D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1171B35" w14:textId="77777777" w:rsidR="00495879" w:rsidRDefault="00000000">
            <w:r>
              <w:t>**PLATFORM Membership**</w:t>
            </w:r>
          </w:p>
        </w:tc>
        <w:tc>
          <w:tcPr>
            <w:tcW w:w="1234" w:type="dxa"/>
          </w:tcPr>
          <w:p w14:paraId="3E7B757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65 avg</w:t>
            </w:r>
          </w:p>
        </w:tc>
        <w:tc>
          <w:tcPr>
            <w:tcW w:w="1234" w:type="dxa"/>
          </w:tcPr>
          <w:p w14:paraId="2155BBA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$145,000</w:t>
            </w:r>
          </w:p>
        </w:tc>
        <w:tc>
          <w:tcPr>
            <w:tcW w:w="1234" w:type="dxa"/>
          </w:tcPr>
          <w:p w14:paraId="710BFD2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35 avg</w:t>
            </w:r>
          </w:p>
        </w:tc>
        <w:tc>
          <w:tcPr>
            <w:tcW w:w="1234" w:type="dxa"/>
          </w:tcPr>
          <w:p w14:paraId="73FCCAE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$37,000</w:t>
            </w:r>
          </w:p>
        </w:tc>
        <w:tc>
          <w:tcPr>
            <w:tcW w:w="1234" w:type="dxa"/>
          </w:tcPr>
          <w:p w14:paraId="440160E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$182,000</w:t>
            </w:r>
          </w:p>
        </w:tc>
        <w:tc>
          <w:tcPr>
            <w:tcW w:w="1234" w:type="dxa"/>
          </w:tcPr>
          <w:p w14:paraId="03F04FE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+247%</w:t>
            </w:r>
          </w:p>
        </w:tc>
      </w:tr>
      <w:tr w:rsidR="00495879" w14:paraId="747FEC8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342A413" w14:textId="77777777" w:rsidR="00495879" w:rsidRDefault="00000000">
            <w:r>
              <w:t>**TOTAL**</w:t>
            </w:r>
          </w:p>
        </w:tc>
        <w:tc>
          <w:tcPr>
            <w:tcW w:w="1234" w:type="dxa"/>
          </w:tcPr>
          <w:p w14:paraId="7E9D21F3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D2C583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**$655,000**</w:t>
            </w:r>
          </w:p>
        </w:tc>
        <w:tc>
          <w:tcPr>
            <w:tcW w:w="1234" w:type="dxa"/>
          </w:tcPr>
          <w:p w14:paraId="594045D0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11C319B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**$196,000**</w:t>
            </w:r>
          </w:p>
        </w:tc>
        <w:tc>
          <w:tcPr>
            <w:tcW w:w="1234" w:type="dxa"/>
          </w:tcPr>
          <w:p w14:paraId="04BDB96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**$851,000**</w:t>
            </w:r>
          </w:p>
        </w:tc>
        <w:tc>
          <w:tcPr>
            <w:tcW w:w="1234" w:type="dxa"/>
          </w:tcPr>
          <w:p w14:paraId="7D7E61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**+373%**</w:t>
            </w:r>
          </w:p>
        </w:tc>
      </w:tr>
    </w:tbl>
    <w:p w14:paraId="6AA20E05" w14:textId="77777777" w:rsidR="00495879" w:rsidRDefault="00495879"/>
    <w:p w14:paraId="6600D651" w14:textId="77777777" w:rsidR="00495879" w:rsidRDefault="00000000">
      <w:r>
        <w:rPr>
          <w:b/>
        </w:rPr>
        <w:t>Conservative Projection Used</w:t>
      </w:r>
      <w:r>
        <w:t xml:space="preserve">: </w:t>
      </w:r>
      <w:r>
        <w:rPr>
          <w:b/>
        </w:rPr>
        <w:t>$420,000</w:t>
      </w:r>
      <w:r>
        <w:t xml:space="preserve"> (49% of potential)</w:t>
      </w:r>
    </w:p>
    <w:p w14:paraId="492ACEF9" w14:textId="77777777" w:rsidR="00495879" w:rsidRDefault="00000000">
      <w:pPr>
        <w:pStyle w:val="Listepuces"/>
      </w:pPr>
      <w:r>
        <w:t>US: $270,000 (64%)</w:t>
      </w:r>
    </w:p>
    <w:p w14:paraId="0A52EF5E" w14:textId="77777777" w:rsidR="00495879" w:rsidRDefault="00000000">
      <w:pPr>
        <w:pStyle w:val="Listepuces"/>
      </w:pPr>
      <w:r>
        <w:t>Africa: $150,000 (36%)</w:t>
      </w:r>
    </w:p>
    <w:p w14:paraId="2AB59283" w14:textId="77777777" w:rsidR="00495879" w:rsidRDefault="00000000">
      <w:r>
        <w:rPr>
          <w:b/>
        </w:rPr>
        <w:lastRenderedPageBreak/>
        <w:t>Répartition géographique An 2</w:t>
      </w:r>
      <w:r>
        <w:t>: 64% US / 36% Africa (croissance forte Africa)</w:t>
      </w:r>
    </w:p>
    <w:p w14:paraId="12C26942" w14:textId="77777777" w:rsidR="00495879" w:rsidRDefault="00000000">
      <w:pPr>
        <w:pStyle w:val="Titre4"/>
      </w:pPr>
      <w:r>
        <w:t>Expenses Summary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5DFFFF1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74CCF42" w14:textId="77777777" w:rsidR="00495879" w:rsidRDefault="00000000">
            <w:r>
              <w:rPr>
                <w:sz w:val="20"/>
              </w:rPr>
              <w:t>Category</w:t>
            </w:r>
          </w:p>
        </w:tc>
        <w:tc>
          <w:tcPr>
            <w:tcW w:w="2160" w:type="dxa"/>
          </w:tcPr>
          <w:p w14:paraId="68B7FF5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160" w:type="dxa"/>
          </w:tcPr>
          <w:p w14:paraId="75CBFA8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Revenue</w:t>
            </w:r>
          </w:p>
        </w:tc>
        <w:tc>
          <w:tcPr>
            <w:tcW w:w="2160" w:type="dxa"/>
          </w:tcPr>
          <w:p w14:paraId="2D562CC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Notes</w:t>
            </w:r>
          </w:p>
        </w:tc>
      </w:tr>
      <w:tr w:rsidR="00495879" w14:paraId="435EF78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0EA15C8" w14:textId="77777777" w:rsidR="00495879" w:rsidRDefault="00000000">
            <w:r>
              <w:t>COGS</w:t>
            </w:r>
          </w:p>
        </w:tc>
        <w:tc>
          <w:tcPr>
            <w:tcW w:w="2160" w:type="dxa"/>
          </w:tcPr>
          <w:p w14:paraId="6F52803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$35,000</w:t>
            </w:r>
          </w:p>
        </w:tc>
        <w:tc>
          <w:tcPr>
            <w:tcW w:w="2160" w:type="dxa"/>
          </w:tcPr>
          <w:p w14:paraId="4B0E4AD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8.3%</w:t>
            </w:r>
          </w:p>
        </w:tc>
        <w:tc>
          <w:tcPr>
            <w:tcW w:w="2160" w:type="dxa"/>
          </w:tcPr>
          <w:p w14:paraId="7E594FF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Scale légèrement</w:t>
            </w:r>
          </w:p>
        </w:tc>
      </w:tr>
      <w:tr w:rsidR="00495879" w14:paraId="4571D7A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D4BB743" w14:textId="77777777" w:rsidR="00495879" w:rsidRDefault="00000000">
            <w:r>
              <w:t>**Gross Profit**</w:t>
            </w:r>
          </w:p>
        </w:tc>
        <w:tc>
          <w:tcPr>
            <w:tcW w:w="2160" w:type="dxa"/>
          </w:tcPr>
          <w:p w14:paraId="4CC2536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**$385,000**</w:t>
            </w:r>
          </w:p>
        </w:tc>
        <w:tc>
          <w:tcPr>
            <w:tcW w:w="2160" w:type="dxa"/>
          </w:tcPr>
          <w:p w14:paraId="5606EDB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**91.7%**</w:t>
            </w:r>
          </w:p>
        </w:tc>
        <w:tc>
          <w:tcPr>
            <w:tcW w:w="2160" w:type="dxa"/>
          </w:tcPr>
          <w:p w14:paraId="62D94D28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6C9C821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B6B7052" w14:textId="77777777" w:rsidR="00495879" w:rsidRDefault="00000000">
            <w:r>
              <w:t>Payroll</w:t>
            </w:r>
          </w:p>
        </w:tc>
        <w:tc>
          <w:tcPr>
            <w:tcW w:w="2160" w:type="dxa"/>
          </w:tcPr>
          <w:p w14:paraId="23C0D24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$240,000</w:t>
            </w:r>
          </w:p>
        </w:tc>
        <w:tc>
          <w:tcPr>
            <w:tcW w:w="2160" w:type="dxa"/>
          </w:tcPr>
          <w:p w14:paraId="374FDB7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57.1%</w:t>
            </w:r>
          </w:p>
        </w:tc>
        <w:tc>
          <w:tcPr>
            <w:tcW w:w="2160" w:type="dxa"/>
          </w:tcPr>
          <w:p w14:paraId="0DA4214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+Director, Sales, Marketing FT</w:t>
            </w:r>
          </w:p>
        </w:tc>
      </w:tr>
      <w:tr w:rsidR="00495879" w14:paraId="7B9CDC9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37B77F" w14:textId="77777777" w:rsidR="00495879" w:rsidRDefault="00000000">
            <w:r>
              <w:t>Marketing</w:t>
            </w:r>
          </w:p>
        </w:tc>
        <w:tc>
          <w:tcPr>
            <w:tcW w:w="2160" w:type="dxa"/>
          </w:tcPr>
          <w:p w14:paraId="338768D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$80,000</w:t>
            </w:r>
          </w:p>
        </w:tc>
        <w:tc>
          <w:tcPr>
            <w:tcW w:w="2160" w:type="dxa"/>
          </w:tcPr>
          <w:p w14:paraId="6CCCE00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19.0%</w:t>
            </w:r>
          </w:p>
        </w:tc>
        <w:tc>
          <w:tcPr>
            <w:tcW w:w="2160" w:type="dxa"/>
          </w:tcPr>
          <w:p w14:paraId="0ABC79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Scale US + Africa</w:t>
            </w:r>
          </w:p>
        </w:tc>
      </w:tr>
      <w:tr w:rsidR="00495879" w14:paraId="7DDDE50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C798F9" w14:textId="77777777" w:rsidR="00495879" w:rsidRDefault="00000000">
            <w:r>
              <w:t>**Technology** (Lions Dev)</w:t>
            </w:r>
          </w:p>
        </w:tc>
        <w:tc>
          <w:tcPr>
            <w:tcW w:w="2160" w:type="dxa"/>
          </w:tcPr>
          <w:p w14:paraId="434455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**$65,000**</w:t>
            </w:r>
          </w:p>
        </w:tc>
        <w:tc>
          <w:tcPr>
            <w:tcW w:w="2160" w:type="dxa"/>
          </w:tcPr>
          <w:p w14:paraId="2F98E50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**15.5%**</w:t>
            </w:r>
          </w:p>
        </w:tc>
        <w:tc>
          <w:tcPr>
            <w:tcW w:w="2160" w:type="dxa"/>
          </w:tcPr>
          <w:p w14:paraId="179658E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**Évolutions + début IA**</w:t>
            </w:r>
          </w:p>
        </w:tc>
      </w:tr>
      <w:tr w:rsidR="00495879" w14:paraId="55C3F82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4A7CCC1" w14:textId="77777777" w:rsidR="00495879" w:rsidRDefault="00000000">
            <w:r>
              <w:t>- Lions Dev</w:t>
            </w:r>
          </w:p>
        </w:tc>
        <w:tc>
          <w:tcPr>
            <w:tcW w:w="2160" w:type="dxa"/>
          </w:tcPr>
          <w:p w14:paraId="7466DD2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$30,000</w:t>
            </w:r>
          </w:p>
        </w:tc>
        <w:tc>
          <w:tcPr>
            <w:tcW w:w="2160" w:type="dxa"/>
          </w:tcPr>
          <w:p w14:paraId="293F279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7.1%</w:t>
            </w:r>
          </w:p>
        </w:tc>
        <w:tc>
          <w:tcPr>
            <w:tcW w:w="2160" w:type="dxa"/>
          </w:tcPr>
          <w:p w14:paraId="76DEA09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Features + intégrations</w:t>
            </w:r>
          </w:p>
        </w:tc>
      </w:tr>
      <w:tr w:rsidR="00495879" w14:paraId="776A7AD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A12EF37" w14:textId="77777777" w:rsidR="00495879" w:rsidRDefault="00000000">
            <w:r>
              <w:t>- SaaS Stack</w:t>
            </w:r>
          </w:p>
        </w:tc>
        <w:tc>
          <w:tcPr>
            <w:tcW w:w="2160" w:type="dxa"/>
          </w:tcPr>
          <w:p w14:paraId="236FFA0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160" w:type="dxa"/>
          </w:tcPr>
          <w:p w14:paraId="19D7D1B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3.6%</w:t>
            </w:r>
          </w:p>
        </w:tc>
        <w:tc>
          <w:tcPr>
            <w:tcW w:w="2160" w:type="dxa"/>
          </w:tcPr>
          <w:p w14:paraId="0794ED9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Plus d'utilisateurs</w:t>
            </w:r>
          </w:p>
        </w:tc>
      </w:tr>
      <w:tr w:rsidR="00495879" w14:paraId="0ED37BD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AF84A0D" w14:textId="77777777" w:rsidR="00495879" w:rsidRDefault="00000000">
            <w:r>
              <w:t>- Security</w:t>
            </w:r>
          </w:p>
        </w:tc>
        <w:tc>
          <w:tcPr>
            <w:tcW w:w="2160" w:type="dxa"/>
          </w:tcPr>
          <w:p w14:paraId="323D9F9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2160" w:type="dxa"/>
          </w:tcPr>
          <w:p w14:paraId="011FB5D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1.2%</w:t>
            </w:r>
          </w:p>
        </w:tc>
        <w:tc>
          <w:tcPr>
            <w:tcW w:w="2160" w:type="dxa"/>
          </w:tcPr>
          <w:p w14:paraId="389031C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Compliance renforcée</w:t>
            </w:r>
          </w:p>
        </w:tc>
      </w:tr>
      <w:tr w:rsidR="00495879" w14:paraId="1FBC3CE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438BEC" w14:textId="77777777" w:rsidR="00495879" w:rsidRDefault="00000000">
            <w:r>
              <w:t>- IA/ML (début Phase 2)</w:t>
            </w:r>
          </w:p>
        </w:tc>
        <w:tc>
          <w:tcPr>
            <w:tcW w:w="2160" w:type="dxa"/>
          </w:tcPr>
          <w:p w14:paraId="545BD73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160" w:type="dxa"/>
          </w:tcPr>
          <w:p w14:paraId="625D3EB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3.6%</w:t>
            </w:r>
          </w:p>
        </w:tc>
        <w:tc>
          <w:tcPr>
            <w:tcW w:w="2160" w:type="dxa"/>
          </w:tcPr>
          <w:p w14:paraId="2E3AC59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Infrastructure IA</w:t>
            </w:r>
          </w:p>
        </w:tc>
      </w:tr>
      <w:tr w:rsidR="00495879" w14:paraId="2216FEB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3784E98" w14:textId="77777777" w:rsidR="00495879" w:rsidRDefault="00000000">
            <w:r>
              <w:t>G&amp;A</w:t>
            </w:r>
          </w:p>
        </w:tc>
        <w:tc>
          <w:tcPr>
            <w:tcW w:w="2160" w:type="dxa"/>
          </w:tcPr>
          <w:p w14:paraId="096BE24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$45,000</w:t>
            </w:r>
          </w:p>
        </w:tc>
        <w:tc>
          <w:tcPr>
            <w:tcW w:w="2160" w:type="dxa"/>
          </w:tcPr>
          <w:p w14:paraId="0AD58FF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10.7%</w:t>
            </w:r>
          </w:p>
        </w:tc>
        <w:tc>
          <w:tcPr>
            <w:tcW w:w="2160" w:type="dxa"/>
          </w:tcPr>
          <w:p w14:paraId="3E0006F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Scale opérations</w:t>
            </w:r>
          </w:p>
        </w:tc>
      </w:tr>
      <w:tr w:rsidR="00495879" w14:paraId="4C1826E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73701BB" w14:textId="77777777" w:rsidR="00495879" w:rsidRDefault="00000000">
            <w:r>
              <w:t>**Total Opex**</w:t>
            </w:r>
          </w:p>
        </w:tc>
        <w:tc>
          <w:tcPr>
            <w:tcW w:w="2160" w:type="dxa"/>
          </w:tcPr>
          <w:p w14:paraId="444A4CC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**$430,000**</w:t>
            </w:r>
          </w:p>
        </w:tc>
        <w:tc>
          <w:tcPr>
            <w:tcW w:w="2160" w:type="dxa"/>
          </w:tcPr>
          <w:p w14:paraId="71716DE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**102.4%**</w:t>
            </w:r>
          </w:p>
        </w:tc>
        <w:tc>
          <w:tcPr>
            <w:tcW w:w="2160" w:type="dxa"/>
          </w:tcPr>
          <w:p w14:paraId="2792F6F0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44E6689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59A7F2E" w14:textId="77777777" w:rsidR="00495879" w:rsidRDefault="00000000">
            <w:r>
              <w:t>**EBITDA**</w:t>
            </w:r>
          </w:p>
        </w:tc>
        <w:tc>
          <w:tcPr>
            <w:tcW w:w="2160" w:type="dxa"/>
          </w:tcPr>
          <w:p w14:paraId="230DF82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**-$45,000**</w:t>
            </w:r>
          </w:p>
        </w:tc>
        <w:tc>
          <w:tcPr>
            <w:tcW w:w="2160" w:type="dxa"/>
          </w:tcPr>
          <w:p w14:paraId="69F6C8D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**-10.7%**</w:t>
            </w:r>
          </w:p>
        </w:tc>
        <w:tc>
          <w:tcPr>
            <w:tcW w:w="2160" w:type="dxa"/>
          </w:tcPr>
          <w:p w14:paraId="3B83A890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6AB0AD0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6473F3F" w14:textId="77777777" w:rsidR="00495879" w:rsidRDefault="00000000">
            <w:r>
              <w:t>**NET INCOME**</w:t>
            </w:r>
          </w:p>
        </w:tc>
        <w:tc>
          <w:tcPr>
            <w:tcW w:w="2160" w:type="dxa"/>
          </w:tcPr>
          <w:p w14:paraId="06523E4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**-$45,000**</w:t>
            </w:r>
          </w:p>
        </w:tc>
        <w:tc>
          <w:tcPr>
            <w:tcW w:w="2160" w:type="dxa"/>
          </w:tcPr>
          <w:p w14:paraId="1C2C4DA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**-10.7%**</w:t>
            </w:r>
          </w:p>
        </w:tc>
        <w:tc>
          <w:tcPr>
            <w:tcW w:w="2160" w:type="dxa"/>
          </w:tcPr>
          <w:p w14:paraId="6AAC2FBF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6EB661A" w14:textId="77777777" w:rsidR="00495879" w:rsidRDefault="00495879"/>
    <w:p w14:paraId="5FB8A486" w14:textId="77777777" w:rsidR="00495879" w:rsidRDefault="00000000">
      <w:r>
        <w:rPr>
          <w:b/>
        </w:rPr>
        <w:t>Analysis</w:t>
      </w:r>
      <w:r>
        <w:t>:</w:t>
      </w:r>
    </w:p>
    <w:p w14:paraId="498C818B" w14:textId="77777777" w:rsidR="00495879" w:rsidRDefault="00000000">
      <w:pPr>
        <w:pStyle w:val="Listepuces"/>
      </w:pPr>
      <w:r>
        <w:t>Perte An 2 plus importante que prévu original (investissement Tech +$25K pour IA)</w:t>
      </w:r>
    </w:p>
    <w:p w14:paraId="2E529BAC" w14:textId="77777777" w:rsidR="00495879" w:rsidRDefault="00000000">
      <w:pPr>
        <w:pStyle w:val="Listepuces"/>
      </w:pPr>
      <w:r>
        <w:t>Investissement stratégique dans Phase 2 IA (2027 début)</w:t>
      </w:r>
    </w:p>
    <w:p w14:paraId="322AD7B9" w14:textId="77777777" w:rsidR="00495879" w:rsidRDefault="00000000">
      <w:pPr>
        <w:pStyle w:val="Listepuces"/>
      </w:pPr>
      <w:r>
        <w:t>Croissance forte Africa justifie investissement</w:t>
      </w:r>
    </w:p>
    <w:p w14:paraId="30A29D90" w14:textId="77777777" w:rsidR="00495879" w:rsidRDefault="00000000">
      <w:pPr>
        <w:pStyle w:val="Listepuces"/>
      </w:pPr>
      <w:r>
        <w:t>Break-even prévu Q3-Q4 An 2 avec scaling</w:t>
      </w:r>
    </w:p>
    <w:p w14:paraId="6983707B" w14:textId="77777777" w:rsidR="00495879" w:rsidRDefault="00000000">
      <w:r>
        <w:t>________________________________________________________________________________</w:t>
      </w:r>
    </w:p>
    <w:p w14:paraId="727F1059" w14:textId="77777777" w:rsidR="00495879" w:rsidRDefault="00000000">
      <w:pPr>
        <w:pStyle w:val="Titre3"/>
      </w:pPr>
      <w:r>
        <w:t>Year 3 (2028) - Summary</w:t>
      </w:r>
    </w:p>
    <w:p w14:paraId="0FA3153B" w14:textId="77777777" w:rsidR="00495879" w:rsidRDefault="00000000">
      <w:pPr>
        <w:pStyle w:val="Titre4"/>
      </w:pPr>
      <w:r>
        <w:t>Revenue by Service Line (Bi-Continental Mature)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07"/>
        <w:gridCol w:w="762"/>
        <w:gridCol w:w="1445"/>
        <w:gridCol w:w="762"/>
        <w:gridCol w:w="1445"/>
        <w:gridCol w:w="1607"/>
        <w:gridCol w:w="1128"/>
      </w:tblGrid>
      <w:tr w:rsidR="00495879" w14:paraId="60F16E3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7E722550" w14:textId="77777777" w:rsidR="00495879" w:rsidRDefault="00000000">
            <w:r>
              <w:rPr>
                <w:sz w:val="20"/>
              </w:rPr>
              <w:t>Service</w:t>
            </w:r>
          </w:p>
        </w:tc>
        <w:tc>
          <w:tcPr>
            <w:tcW w:w="1234" w:type="dxa"/>
          </w:tcPr>
          <w:p w14:paraId="7C0E66B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 Clients</w:t>
            </w:r>
          </w:p>
        </w:tc>
        <w:tc>
          <w:tcPr>
            <w:tcW w:w="1234" w:type="dxa"/>
          </w:tcPr>
          <w:p w14:paraId="4F86A59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 Revenue</w:t>
            </w:r>
          </w:p>
        </w:tc>
        <w:tc>
          <w:tcPr>
            <w:tcW w:w="1234" w:type="dxa"/>
          </w:tcPr>
          <w:p w14:paraId="7B8B4D1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 Clients</w:t>
            </w:r>
          </w:p>
        </w:tc>
        <w:tc>
          <w:tcPr>
            <w:tcW w:w="1234" w:type="dxa"/>
          </w:tcPr>
          <w:p w14:paraId="2A1A921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 Revenue</w:t>
            </w:r>
          </w:p>
        </w:tc>
        <w:tc>
          <w:tcPr>
            <w:tcW w:w="1234" w:type="dxa"/>
          </w:tcPr>
          <w:p w14:paraId="5863C26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 Revenue</w:t>
            </w:r>
          </w:p>
        </w:tc>
        <w:tc>
          <w:tcPr>
            <w:tcW w:w="1234" w:type="dxa"/>
          </w:tcPr>
          <w:p w14:paraId="0625531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Growth</w:t>
            </w:r>
          </w:p>
        </w:tc>
      </w:tr>
      <w:tr w:rsidR="00495879" w14:paraId="7185283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291F5F60" w14:textId="77777777" w:rsidR="00495879" w:rsidRDefault="00000000">
            <w:r>
              <w:t>**TRANSFORM Programs**</w:t>
            </w:r>
          </w:p>
        </w:tc>
        <w:tc>
          <w:tcPr>
            <w:tcW w:w="1234" w:type="dxa"/>
          </w:tcPr>
          <w:p w14:paraId="339A9C5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</w:t>
            </w:r>
          </w:p>
        </w:tc>
        <w:tc>
          <w:tcPr>
            <w:tcW w:w="1234" w:type="dxa"/>
          </w:tcPr>
          <w:p w14:paraId="4D6CDE3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$450,000</w:t>
            </w:r>
          </w:p>
        </w:tc>
        <w:tc>
          <w:tcPr>
            <w:tcW w:w="1234" w:type="dxa"/>
          </w:tcPr>
          <w:p w14:paraId="6494F22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1234" w:type="dxa"/>
          </w:tcPr>
          <w:p w14:paraId="411B127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$180,000</w:t>
            </w:r>
          </w:p>
        </w:tc>
        <w:tc>
          <w:tcPr>
            <w:tcW w:w="1234" w:type="dxa"/>
          </w:tcPr>
          <w:p w14:paraId="46A05DE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$630,000</w:t>
            </w:r>
          </w:p>
        </w:tc>
        <w:tc>
          <w:tcPr>
            <w:tcW w:w="1234" w:type="dxa"/>
          </w:tcPr>
          <w:p w14:paraId="1140799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+91%</w:t>
            </w:r>
          </w:p>
        </w:tc>
      </w:tr>
      <w:tr w:rsidR="00495879" w14:paraId="01E5D83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1C648CB7" w14:textId="77777777" w:rsidR="00495879" w:rsidRDefault="00000000">
            <w:r>
              <w:t>**ADVISORY Retainers**</w:t>
            </w:r>
          </w:p>
        </w:tc>
        <w:tc>
          <w:tcPr>
            <w:tcW w:w="1234" w:type="dxa"/>
          </w:tcPr>
          <w:p w14:paraId="58770DF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 (avg)</w:t>
            </w:r>
          </w:p>
        </w:tc>
        <w:tc>
          <w:tcPr>
            <w:tcW w:w="1234" w:type="dxa"/>
          </w:tcPr>
          <w:p w14:paraId="6A5E98A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$120,000</w:t>
            </w:r>
          </w:p>
        </w:tc>
        <w:tc>
          <w:tcPr>
            <w:tcW w:w="1234" w:type="dxa"/>
          </w:tcPr>
          <w:p w14:paraId="4A1286F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 (avg)</w:t>
            </w:r>
          </w:p>
        </w:tc>
        <w:tc>
          <w:tcPr>
            <w:tcW w:w="1234" w:type="dxa"/>
          </w:tcPr>
          <w:p w14:paraId="43D1C00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$42,000</w:t>
            </w:r>
          </w:p>
        </w:tc>
        <w:tc>
          <w:tcPr>
            <w:tcW w:w="1234" w:type="dxa"/>
          </w:tcPr>
          <w:p w14:paraId="60C17D4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$162,000</w:t>
            </w:r>
          </w:p>
        </w:tc>
        <w:tc>
          <w:tcPr>
            <w:tcW w:w="1234" w:type="dxa"/>
          </w:tcPr>
          <w:p w14:paraId="79EFDC5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+15%</w:t>
            </w:r>
          </w:p>
        </w:tc>
      </w:tr>
      <w:tr w:rsidR="00495879" w14:paraId="0AB99DD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69A5911F" w14:textId="77777777" w:rsidR="00495879" w:rsidRDefault="00000000">
            <w:r>
              <w:t>**ACCELERATOR Intensives**</w:t>
            </w:r>
          </w:p>
        </w:tc>
        <w:tc>
          <w:tcPr>
            <w:tcW w:w="1234" w:type="dxa"/>
          </w:tcPr>
          <w:p w14:paraId="0FBD40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 part.</w:t>
            </w:r>
          </w:p>
        </w:tc>
        <w:tc>
          <w:tcPr>
            <w:tcW w:w="1234" w:type="dxa"/>
          </w:tcPr>
          <w:p w14:paraId="6A6E064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$200,000</w:t>
            </w:r>
          </w:p>
        </w:tc>
        <w:tc>
          <w:tcPr>
            <w:tcW w:w="1234" w:type="dxa"/>
          </w:tcPr>
          <w:p w14:paraId="19F46B4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 part.</w:t>
            </w:r>
          </w:p>
        </w:tc>
        <w:tc>
          <w:tcPr>
            <w:tcW w:w="1234" w:type="dxa"/>
          </w:tcPr>
          <w:p w14:paraId="50C52C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$96,000</w:t>
            </w:r>
          </w:p>
        </w:tc>
        <w:tc>
          <w:tcPr>
            <w:tcW w:w="1234" w:type="dxa"/>
          </w:tcPr>
          <w:p w14:paraId="3750FD6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$296,000</w:t>
            </w:r>
          </w:p>
        </w:tc>
        <w:tc>
          <w:tcPr>
            <w:tcW w:w="1234" w:type="dxa"/>
          </w:tcPr>
          <w:p w14:paraId="39158C7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+49%</w:t>
            </w:r>
          </w:p>
        </w:tc>
      </w:tr>
      <w:tr w:rsidR="00495879" w14:paraId="505FDE0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DE95CA9" w14:textId="77777777" w:rsidR="00495879" w:rsidRDefault="00000000">
            <w:r>
              <w:t>**PLATFORM Membership**</w:t>
            </w:r>
          </w:p>
        </w:tc>
        <w:tc>
          <w:tcPr>
            <w:tcW w:w="1234" w:type="dxa"/>
          </w:tcPr>
          <w:p w14:paraId="4C94762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 avg</w:t>
            </w:r>
          </w:p>
        </w:tc>
        <w:tc>
          <w:tcPr>
            <w:tcW w:w="1234" w:type="dxa"/>
          </w:tcPr>
          <w:p w14:paraId="768620F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$200,000</w:t>
            </w:r>
          </w:p>
        </w:tc>
        <w:tc>
          <w:tcPr>
            <w:tcW w:w="1234" w:type="dxa"/>
          </w:tcPr>
          <w:p w14:paraId="12AC942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 avg</w:t>
            </w:r>
          </w:p>
        </w:tc>
        <w:tc>
          <w:tcPr>
            <w:tcW w:w="1234" w:type="dxa"/>
          </w:tcPr>
          <w:p w14:paraId="01BC7AF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$65,000</w:t>
            </w:r>
          </w:p>
        </w:tc>
        <w:tc>
          <w:tcPr>
            <w:tcW w:w="1234" w:type="dxa"/>
          </w:tcPr>
          <w:p w14:paraId="36C5B3D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$265,000</w:t>
            </w:r>
          </w:p>
        </w:tc>
        <w:tc>
          <w:tcPr>
            <w:tcW w:w="1234" w:type="dxa"/>
          </w:tcPr>
          <w:p w14:paraId="5991FB3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+46%</w:t>
            </w:r>
          </w:p>
        </w:tc>
      </w:tr>
      <w:tr w:rsidR="00495879" w14:paraId="0446A14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4" w:type="dxa"/>
          </w:tcPr>
          <w:p w14:paraId="08D572FC" w14:textId="77777777" w:rsidR="00495879" w:rsidRDefault="00000000">
            <w:r>
              <w:lastRenderedPageBreak/>
              <w:t>**TOTAL**</w:t>
            </w:r>
          </w:p>
        </w:tc>
        <w:tc>
          <w:tcPr>
            <w:tcW w:w="1234" w:type="dxa"/>
          </w:tcPr>
          <w:p w14:paraId="7FA8E91C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0E03E6E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**$970,000**</w:t>
            </w:r>
          </w:p>
        </w:tc>
        <w:tc>
          <w:tcPr>
            <w:tcW w:w="1234" w:type="dxa"/>
          </w:tcPr>
          <w:p w14:paraId="46BD54ED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34" w:type="dxa"/>
          </w:tcPr>
          <w:p w14:paraId="686FE65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**$383,000**</w:t>
            </w:r>
          </w:p>
        </w:tc>
        <w:tc>
          <w:tcPr>
            <w:tcW w:w="1234" w:type="dxa"/>
          </w:tcPr>
          <w:p w14:paraId="27E51E3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**$1,353,000**</w:t>
            </w:r>
          </w:p>
        </w:tc>
        <w:tc>
          <w:tcPr>
            <w:tcW w:w="1234" w:type="dxa"/>
          </w:tcPr>
          <w:p w14:paraId="1BC589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**+59%**</w:t>
            </w:r>
          </w:p>
        </w:tc>
      </w:tr>
    </w:tbl>
    <w:p w14:paraId="24A4F668" w14:textId="77777777" w:rsidR="00495879" w:rsidRDefault="00495879"/>
    <w:p w14:paraId="678DCBAC" w14:textId="77777777" w:rsidR="00495879" w:rsidRDefault="00000000">
      <w:r>
        <w:rPr>
          <w:b/>
        </w:rPr>
        <w:t>Conservative Projection Used</w:t>
      </w:r>
      <w:r>
        <w:t xml:space="preserve">: </w:t>
      </w:r>
      <w:r>
        <w:rPr>
          <w:b/>
        </w:rPr>
        <w:t>$850,000</w:t>
      </w:r>
      <w:r>
        <w:t xml:space="preserve"> (63% of potential)</w:t>
      </w:r>
    </w:p>
    <w:p w14:paraId="45CB61CC" w14:textId="77777777" w:rsidR="00495879" w:rsidRDefault="00000000">
      <w:pPr>
        <w:pStyle w:val="Listepuces"/>
      </w:pPr>
      <w:r>
        <w:t>US: $550,000 (65%)</w:t>
      </w:r>
    </w:p>
    <w:p w14:paraId="2673A08F" w14:textId="77777777" w:rsidR="00495879" w:rsidRDefault="00000000">
      <w:pPr>
        <w:pStyle w:val="Listepuces"/>
      </w:pPr>
      <w:r>
        <w:t>Africa: $300,000 (35%)</w:t>
      </w:r>
    </w:p>
    <w:p w14:paraId="3CE3526F" w14:textId="77777777" w:rsidR="00495879" w:rsidRDefault="00000000">
      <w:r>
        <w:rPr>
          <w:b/>
        </w:rPr>
        <w:t>Répartition géographique An 3</w:t>
      </w:r>
      <w:r>
        <w:t>: 65% US / 35% Africa (équilibre mature)</w:t>
      </w:r>
    </w:p>
    <w:p w14:paraId="77DE46E9" w14:textId="77777777" w:rsidR="00495879" w:rsidRDefault="00000000">
      <w:pPr>
        <w:pStyle w:val="Titre4"/>
      </w:pPr>
      <w:r>
        <w:t>Expenses Summary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40345EF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55349A3" w14:textId="77777777" w:rsidR="00495879" w:rsidRDefault="00000000">
            <w:r>
              <w:rPr>
                <w:sz w:val="20"/>
              </w:rPr>
              <w:t>Category</w:t>
            </w:r>
          </w:p>
        </w:tc>
        <w:tc>
          <w:tcPr>
            <w:tcW w:w="2160" w:type="dxa"/>
          </w:tcPr>
          <w:p w14:paraId="073CC8C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160" w:type="dxa"/>
          </w:tcPr>
          <w:p w14:paraId="41EE8C7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Revenue</w:t>
            </w:r>
          </w:p>
        </w:tc>
        <w:tc>
          <w:tcPr>
            <w:tcW w:w="2160" w:type="dxa"/>
          </w:tcPr>
          <w:p w14:paraId="778EE6A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Notes</w:t>
            </w:r>
          </w:p>
        </w:tc>
      </w:tr>
      <w:tr w:rsidR="00495879" w14:paraId="3A596A2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42B83E5" w14:textId="77777777" w:rsidR="00495879" w:rsidRDefault="00000000">
            <w:r>
              <w:t>COGS</w:t>
            </w:r>
          </w:p>
        </w:tc>
        <w:tc>
          <w:tcPr>
            <w:tcW w:w="2160" w:type="dxa"/>
          </w:tcPr>
          <w:p w14:paraId="046FA61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$70,000</w:t>
            </w:r>
          </w:p>
        </w:tc>
        <w:tc>
          <w:tcPr>
            <w:tcW w:w="2160" w:type="dxa"/>
          </w:tcPr>
          <w:p w14:paraId="4A434ED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8.2%</w:t>
            </w:r>
          </w:p>
        </w:tc>
        <w:tc>
          <w:tcPr>
            <w:tcW w:w="2160" w:type="dxa"/>
          </w:tcPr>
          <w:p w14:paraId="133383F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Scale bi-continental</w:t>
            </w:r>
          </w:p>
        </w:tc>
      </w:tr>
      <w:tr w:rsidR="00495879" w14:paraId="7177B8D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3492299" w14:textId="77777777" w:rsidR="00495879" w:rsidRDefault="00000000">
            <w:r>
              <w:t>**Gross Profit**</w:t>
            </w:r>
          </w:p>
        </w:tc>
        <w:tc>
          <w:tcPr>
            <w:tcW w:w="2160" w:type="dxa"/>
          </w:tcPr>
          <w:p w14:paraId="77C0FA4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**$780,000**</w:t>
            </w:r>
          </w:p>
        </w:tc>
        <w:tc>
          <w:tcPr>
            <w:tcW w:w="2160" w:type="dxa"/>
          </w:tcPr>
          <w:p w14:paraId="414F816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**91.8%**</w:t>
            </w:r>
          </w:p>
        </w:tc>
        <w:tc>
          <w:tcPr>
            <w:tcW w:w="2160" w:type="dxa"/>
          </w:tcPr>
          <w:p w14:paraId="22249BBF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3B1FA71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8FBE542" w14:textId="77777777" w:rsidR="00495879" w:rsidRDefault="00000000">
            <w:r>
              <w:t>Payroll</w:t>
            </w:r>
          </w:p>
        </w:tc>
        <w:tc>
          <w:tcPr>
            <w:tcW w:w="2160" w:type="dxa"/>
          </w:tcPr>
          <w:p w14:paraId="1296C8E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$425,000</w:t>
            </w:r>
          </w:p>
        </w:tc>
        <w:tc>
          <w:tcPr>
            <w:tcW w:w="2160" w:type="dxa"/>
          </w:tcPr>
          <w:p w14:paraId="3DA61B0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50.0%</w:t>
            </w:r>
          </w:p>
        </w:tc>
        <w:tc>
          <w:tcPr>
            <w:tcW w:w="2160" w:type="dxa"/>
          </w:tcPr>
          <w:p w14:paraId="28680F4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+2 coaches, Ops Manager</w:t>
            </w:r>
          </w:p>
        </w:tc>
      </w:tr>
      <w:tr w:rsidR="00495879" w14:paraId="2682185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859AD9D" w14:textId="77777777" w:rsidR="00495879" w:rsidRDefault="00000000">
            <w:r>
              <w:t>Marketing</w:t>
            </w:r>
          </w:p>
        </w:tc>
        <w:tc>
          <w:tcPr>
            <w:tcW w:w="2160" w:type="dxa"/>
          </w:tcPr>
          <w:p w14:paraId="336649D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$120,000</w:t>
            </w:r>
          </w:p>
        </w:tc>
        <w:tc>
          <w:tcPr>
            <w:tcW w:w="2160" w:type="dxa"/>
          </w:tcPr>
          <w:p w14:paraId="762B5C7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14.1%</w:t>
            </w:r>
          </w:p>
        </w:tc>
        <w:tc>
          <w:tcPr>
            <w:tcW w:w="2160" w:type="dxa"/>
          </w:tcPr>
          <w:p w14:paraId="7888787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Optimize + expansion anglophone</w:t>
            </w:r>
          </w:p>
        </w:tc>
      </w:tr>
      <w:tr w:rsidR="00495879" w14:paraId="1DC2BA6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7EB9FFC" w14:textId="77777777" w:rsidR="00495879" w:rsidRDefault="00000000">
            <w:r>
              <w:t>**Technology** (Lions Dev + IA)</w:t>
            </w:r>
          </w:p>
        </w:tc>
        <w:tc>
          <w:tcPr>
            <w:tcW w:w="2160" w:type="dxa"/>
          </w:tcPr>
          <w:p w14:paraId="5565681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**$115,000**</w:t>
            </w:r>
          </w:p>
        </w:tc>
        <w:tc>
          <w:tcPr>
            <w:tcW w:w="2160" w:type="dxa"/>
          </w:tcPr>
          <w:p w14:paraId="2E579A5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**13.5%**</w:t>
            </w:r>
          </w:p>
        </w:tc>
        <w:tc>
          <w:tcPr>
            <w:tcW w:w="2160" w:type="dxa"/>
          </w:tcPr>
          <w:p w14:paraId="71C7EC5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**Full IA Phase 2**</w:t>
            </w:r>
          </w:p>
        </w:tc>
      </w:tr>
      <w:tr w:rsidR="00495879" w14:paraId="7F8C373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2767B9A" w14:textId="77777777" w:rsidR="00495879" w:rsidRDefault="00000000">
            <w:r>
              <w:t>- Lions Dev</w:t>
            </w:r>
          </w:p>
        </w:tc>
        <w:tc>
          <w:tcPr>
            <w:tcW w:w="2160" w:type="dxa"/>
          </w:tcPr>
          <w:p w14:paraId="2670AFE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$45,000</w:t>
            </w:r>
          </w:p>
        </w:tc>
        <w:tc>
          <w:tcPr>
            <w:tcW w:w="2160" w:type="dxa"/>
          </w:tcPr>
          <w:p w14:paraId="4C189BB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5.3%</w:t>
            </w:r>
          </w:p>
        </w:tc>
        <w:tc>
          <w:tcPr>
            <w:tcW w:w="2160" w:type="dxa"/>
          </w:tcPr>
          <w:p w14:paraId="671A85C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IA integration + automation</w:t>
            </w:r>
          </w:p>
        </w:tc>
      </w:tr>
      <w:tr w:rsidR="00495879" w14:paraId="43297DB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12FB4E4" w14:textId="77777777" w:rsidR="00495879" w:rsidRDefault="00000000">
            <w:r>
              <w:t>- SaaS Stack</w:t>
            </w:r>
          </w:p>
        </w:tc>
        <w:tc>
          <w:tcPr>
            <w:tcW w:w="2160" w:type="dxa"/>
          </w:tcPr>
          <w:p w14:paraId="5E3B5C6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2160" w:type="dxa"/>
          </w:tcPr>
          <w:p w14:paraId="2653CF0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2.9%</w:t>
            </w:r>
          </w:p>
        </w:tc>
        <w:tc>
          <w:tcPr>
            <w:tcW w:w="2160" w:type="dxa"/>
          </w:tcPr>
          <w:p w14:paraId="7839241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Enterprise scale</w:t>
            </w:r>
          </w:p>
        </w:tc>
      </w:tr>
      <w:tr w:rsidR="00495879" w14:paraId="4EA7A91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9C796CA" w14:textId="77777777" w:rsidR="00495879" w:rsidRDefault="00000000">
            <w:r>
              <w:t>- Security</w:t>
            </w:r>
          </w:p>
        </w:tc>
        <w:tc>
          <w:tcPr>
            <w:tcW w:w="2160" w:type="dxa"/>
          </w:tcPr>
          <w:p w14:paraId="68F092A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160" w:type="dxa"/>
          </w:tcPr>
          <w:p w14:paraId="7037179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1.2%</w:t>
            </w:r>
          </w:p>
        </w:tc>
        <w:tc>
          <w:tcPr>
            <w:tcW w:w="2160" w:type="dxa"/>
          </w:tcPr>
          <w:p w14:paraId="0C91C10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Compliance multi-pays</w:t>
            </w:r>
          </w:p>
        </w:tc>
      </w:tr>
      <w:tr w:rsidR="00495879" w14:paraId="16AC2BC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10FFA35" w14:textId="77777777" w:rsidR="00495879" w:rsidRDefault="00000000">
            <w:r>
              <w:t>- IA/ML Infrastructure</w:t>
            </w:r>
          </w:p>
        </w:tc>
        <w:tc>
          <w:tcPr>
            <w:tcW w:w="2160" w:type="dxa"/>
          </w:tcPr>
          <w:p w14:paraId="2CFE84F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$35,000</w:t>
            </w:r>
          </w:p>
        </w:tc>
        <w:tc>
          <w:tcPr>
            <w:tcW w:w="2160" w:type="dxa"/>
          </w:tcPr>
          <w:p w14:paraId="3B3FDD0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4.1%</w:t>
            </w:r>
          </w:p>
        </w:tc>
        <w:tc>
          <w:tcPr>
            <w:tcW w:w="2160" w:type="dxa"/>
          </w:tcPr>
          <w:p w14:paraId="1C0F6BE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Full IA deployment</w:t>
            </w:r>
          </w:p>
        </w:tc>
      </w:tr>
      <w:tr w:rsidR="00495879" w14:paraId="6F36C59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6185279" w14:textId="77777777" w:rsidR="00495879" w:rsidRDefault="00000000">
            <w:r>
              <w:t>G&amp;A</w:t>
            </w:r>
          </w:p>
        </w:tc>
        <w:tc>
          <w:tcPr>
            <w:tcW w:w="2160" w:type="dxa"/>
          </w:tcPr>
          <w:p w14:paraId="4E20DC5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$75,000</w:t>
            </w:r>
          </w:p>
        </w:tc>
        <w:tc>
          <w:tcPr>
            <w:tcW w:w="2160" w:type="dxa"/>
          </w:tcPr>
          <w:p w14:paraId="5DB22DD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8.8%</w:t>
            </w:r>
          </w:p>
        </w:tc>
        <w:tc>
          <w:tcPr>
            <w:tcW w:w="2160" w:type="dxa"/>
          </w:tcPr>
          <w:p w14:paraId="1795F72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Scale mature</w:t>
            </w:r>
          </w:p>
        </w:tc>
      </w:tr>
      <w:tr w:rsidR="00495879" w14:paraId="54B17AF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3481851" w14:textId="77777777" w:rsidR="00495879" w:rsidRDefault="00000000">
            <w:r>
              <w:t>**Total Opex**</w:t>
            </w:r>
          </w:p>
        </w:tc>
        <w:tc>
          <w:tcPr>
            <w:tcW w:w="2160" w:type="dxa"/>
          </w:tcPr>
          <w:p w14:paraId="1FD98DB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**$735,000**</w:t>
            </w:r>
          </w:p>
        </w:tc>
        <w:tc>
          <w:tcPr>
            <w:tcW w:w="2160" w:type="dxa"/>
          </w:tcPr>
          <w:p w14:paraId="781E07A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**86.5%**</w:t>
            </w:r>
          </w:p>
        </w:tc>
        <w:tc>
          <w:tcPr>
            <w:tcW w:w="2160" w:type="dxa"/>
          </w:tcPr>
          <w:p w14:paraId="3318ACFF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705771D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7C65441" w14:textId="77777777" w:rsidR="00495879" w:rsidRDefault="00000000">
            <w:r>
              <w:t>**EBITDA**</w:t>
            </w:r>
          </w:p>
        </w:tc>
        <w:tc>
          <w:tcPr>
            <w:tcW w:w="2160" w:type="dxa"/>
          </w:tcPr>
          <w:p w14:paraId="4E9B203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**$45,000**</w:t>
            </w:r>
          </w:p>
        </w:tc>
        <w:tc>
          <w:tcPr>
            <w:tcW w:w="2160" w:type="dxa"/>
          </w:tcPr>
          <w:p w14:paraId="3030FA8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**5.3%**</w:t>
            </w:r>
          </w:p>
        </w:tc>
        <w:tc>
          <w:tcPr>
            <w:tcW w:w="2160" w:type="dxa"/>
          </w:tcPr>
          <w:p w14:paraId="620837F4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6E9AABA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5B73C04" w14:textId="77777777" w:rsidR="00495879" w:rsidRDefault="00000000">
            <w:r>
              <w:t>**Taxes (25%)**</w:t>
            </w:r>
          </w:p>
        </w:tc>
        <w:tc>
          <w:tcPr>
            <w:tcW w:w="2160" w:type="dxa"/>
          </w:tcPr>
          <w:p w14:paraId="4186497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-$11,250</w:t>
            </w:r>
          </w:p>
        </w:tc>
        <w:tc>
          <w:tcPr>
            <w:tcW w:w="2160" w:type="dxa"/>
          </w:tcPr>
          <w:p w14:paraId="57BDE05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1.3%</w:t>
            </w:r>
          </w:p>
        </w:tc>
        <w:tc>
          <w:tcPr>
            <w:tcW w:w="2160" w:type="dxa"/>
          </w:tcPr>
          <w:p w14:paraId="2A53DEE4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73993F4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EB7921D" w14:textId="77777777" w:rsidR="00495879" w:rsidRDefault="00000000">
            <w:r>
              <w:t>**NET INCOME**</w:t>
            </w:r>
          </w:p>
        </w:tc>
        <w:tc>
          <w:tcPr>
            <w:tcW w:w="2160" w:type="dxa"/>
          </w:tcPr>
          <w:p w14:paraId="236D2C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**$33,750**</w:t>
            </w:r>
          </w:p>
        </w:tc>
        <w:tc>
          <w:tcPr>
            <w:tcW w:w="2160" w:type="dxa"/>
          </w:tcPr>
          <w:p w14:paraId="2E5C1B7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**4.0%**</w:t>
            </w:r>
          </w:p>
        </w:tc>
        <w:tc>
          <w:tcPr>
            <w:tcW w:w="2160" w:type="dxa"/>
          </w:tcPr>
          <w:p w14:paraId="1E95CAFE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591E3C52" w14:textId="77777777" w:rsidR="00495879" w:rsidRDefault="00495879"/>
    <w:p w14:paraId="77FCFD69" w14:textId="77777777" w:rsidR="00495879" w:rsidRDefault="00000000">
      <w:r>
        <w:rPr>
          <w:b/>
        </w:rPr>
        <w:t>Analysis</w:t>
      </w:r>
      <w:r>
        <w:t>:</w:t>
      </w:r>
    </w:p>
    <w:p w14:paraId="3F92AD5D" w14:textId="77777777" w:rsidR="00495879" w:rsidRDefault="00000000">
      <w:pPr>
        <w:pStyle w:val="Listepuces"/>
      </w:pPr>
      <w:r>
        <w:t>**Profitable An 3** malgré investissement IA massif ($50K)</w:t>
      </w:r>
    </w:p>
    <w:p w14:paraId="7911AB50" w14:textId="77777777" w:rsidR="00495879" w:rsidRDefault="00000000">
      <w:pPr>
        <w:pStyle w:val="Listepuces"/>
      </w:pPr>
      <w:r>
        <w:t>Marges plus serrées que prévu initial (4% vs 9.7%) à cause de Tech investment</w:t>
      </w:r>
    </w:p>
    <w:p w14:paraId="35E616CC" w14:textId="77777777" w:rsidR="00495879" w:rsidRDefault="00000000">
      <w:pPr>
        <w:pStyle w:val="Listepuces"/>
      </w:pPr>
      <w:r>
        <w:t>Investissement IA = pari sur croissance An 4-5 (automation + scale)</w:t>
      </w:r>
    </w:p>
    <w:p w14:paraId="570557F7" w14:textId="77777777" w:rsidR="00495879" w:rsidRDefault="00000000">
      <w:pPr>
        <w:pStyle w:val="Listepuces"/>
      </w:pPr>
      <w:r>
        <w:t>Modèle bi-continental mature: 65/35 US/Africa</w:t>
      </w:r>
    </w:p>
    <w:p w14:paraId="030C7FFE" w14:textId="77777777" w:rsidR="00495879" w:rsidRDefault="00000000">
      <w:pPr>
        <w:pStyle w:val="Listepuces"/>
      </w:pPr>
      <w:r>
        <w:t>**An 4 projection**: Marges remontent à 15-20% quand IA déployée (économies d'échelle)</w:t>
      </w:r>
    </w:p>
    <w:p w14:paraId="1196DDE9" w14:textId="77777777" w:rsidR="00495879" w:rsidRDefault="00000000">
      <w:r>
        <w:t>________________________________________________________________________________</w:t>
      </w:r>
    </w:p>
    <w:p w14:paraId="63CBF4AF" w14:textId="77777777" w:rsidR="00495879" w:rsidRDefault="00000000">
      <w:pPr>
        <w:pStyle w:val="Titre2"/>
      </w:pPr>
      <w:r>
        <w:lastRenderedPageBreak/>
        <w:t>10.3 Three-Year P&amp;L Summary (Modèle Bi-Continental + Lions Dev)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181D450E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276C188" w14:textId="77777777" w:rsidR="00495879" w:rsidRDefault="00495879"/>
        </w:tc>
        <w:tc>
          <w:tcPr>
            <w:tcW w:w="2160" w:type="dxa"/>
          </w:tcPr>
          <w:p w14:paraId="40EB3DB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 (2026)</w:t>
            </w:r>
          </w:p>
        </w:tc>
        <w:tc>
          <w:tcPr>
            <w:tcW w:w="2160" w:type="dxa"/>
          </w:tcPr>
          <w:p w14:paraId="1BABA85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 (2027)</w:t>
            </w:r>
          </w:p>
        </w:tc>
        <w:tc>
          <w:tcPr>
            <w:tcW w:w="2160" w:type="dxa"/>
          </w:tcPr>
          <w:p w14:paraId="2365EC0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 (2028)</w:t>
            </w:r>
          </w:p>
        </w:tc>
      </w:tr>
      <w:tr w:rsidR="00495879" w14:paraId="72F3A79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5EEE282" w14:textId="77777777" w:rsidR="00495879" w:rsidRDefault="00000000">
            <w:r>
              <w:t>**REVENUE**</w:t>
            </w:r>
          </w:p>
        </w:tc>
        <w:tc>
          <w:tcPr>
            <w:tcW w:w="2160" w:type="dxa"/>
          </w:tcPr>
          <w:p w14:paraId="2874667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$180,000</w:t>
            </w:r>
          </w:p>
        </w:tc>
        <w:tc>
          <w:tcPr>
            <w:tcW w:w="2160" w:type="dxa"/>
          </w:tcPr>
          <w:p w14:paraId="148B1FB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$420,000</w:t>
            </w:r>
          </w:p>
        </w:tc>
        <w:tc>
          <w:tcPr>
            <w:tcW w:w="2160" w:type="dxa"/>
          </w:tcPr>
          <w:p w14:paraId="384CBCC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$850,000</w:t>
            </w:r>
          </w:p>
        </w:tc>
      </w:tr>
      <w:tr w:rsidR="00495879" w14:paraId="5728BB5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8721325" w14:textId="77777777" w:rsidR="00495879" w:rsidRDefault="00000000">
            <w:r>
              <w:t>- US</w:t>
            </w:r>
          </w:p>
        </w:tc>
        <w:tc>
          <w:tcPr>
            <w:tcW w:w="2160" w:type="dxa"/>
          </w:tcPr>
          <w:p w14:paraId="1B55358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$130,000 (72%)</w:t>
            </w:r>
          </w:p>
        </w:tc>
        <w:tc>
          <w:tcPr>
            <w:tcW w:w="2160" w:type="dxa"/>
          </w:tcPr>
          <w:p w14:paraId="2EF25F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$270,000 (64%)</w:t>
            </w:r>
          </w:p>
        </w:tc>
        <w:tc>
          <w:tcPr>
            <w:tcW w:w="2160" w:type="dxa"/>
          </w:tcPr>
          <w:p w14:paraId="2338DAA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$550,000 (65%)</w:t>
            </w:r>
          </w:p>
        </w:tc>
      </w:tr>
      <w:tr w:rsidR="00495879" w14:paraId="65C67B1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0A8CD4E" w14:textId="77777777" w:rsidR="00495879" w:rsidRDefault="00000000">
            <w:r>
              <w:t>- Africa</w:t>
            </w:r>
          </w:p>
        </w:tc>
        <w:tc>
          <w:tcPr>
            <w:tcW w:w="2160" w:type="dxa"/>
          </w:tcPr>
          <w:p w14:paraId="76D9001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$50,000 (28%)</w:t>
            </w:r>
          </w:p>
        </w:tc>
        <w:tc>
          <w:tcPr>
            <w:tcW w:w="2160" w:type="dxa"/>
          </w:tcPr>
          <w:p w14:paraId="7DE5CC5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$150,000 (36%)</w:t>
            </w:r>
          </w:p>
        </w:tc>
        <w:tc>
          <w:tcPr>
            <w:tcW w:w="2160" w:type="dxa"/>
          </w:tcPr>
          <w:p w14:paraId="73DC4EC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$300,000 (35%)</w:t>
            </w:r>
          </w:p>
        </w:tc>
      </w:tr>
      <w:tr w:rsidR="00495879" w14:paraId="3813C87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A6DCD26" w14:textId="77777777" w:rsidR="00495879" w:rsidRDefault="00000000">
            <w:r>
              <w:t>COGS</w:t>
            </w:r>
          </w:p>
        </w:tc>
        <w:tc>
          <w:tcPr>
            <w:tcW w:w="2160" w:type="dxa"/>
          </w:tcPr>
          <w:p w14:paraId="3163D47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160" w:type="dxa"/>
          </w:tcPr>
          <w:p w14:paraId="5DDAB2C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$35,000</w:t>
            </w:r>
          </w:p>
        </w:tc>
        <w:tc>
          <w:tcPr>
            <w:tcW w:w="2160" w:type="dxa"/>
          </w:tcPr>
          <w:p w14:paraId="2A090B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$70,000</w:t>
            </w:r>
          </w:p>
        </w:tc>
      </w:tr>
      <w:tr w:rsidR="00495879" w14:paraId="48E4B83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9FD8A23" w14:textId="77777777" w:rsidR="00495879" w:rsidRDefault="00000000">
            <w:r>
              <w:t>**GROSS PROFIT**</w:t>
            </w:r>
          </w:p>
        </w:tc>
        <w:tc>
          <w:tcPr>
            <w:tcW w:w="2160" w:type="dxa"/>
          </w:tcPr>
          <w:p w14:paraId="3EA960E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$165,000</w:t>
            </w:r>
          </w:p>
        </w:tc>
        <w:tc>
          <w:tcPr>
            <w:tcW w:w="2160" w:type="dxa"/>
          </w:tcPr>
          <w:p w14:paraId="02F7E90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$385,000</w:t>
            </w:r>
          </w:p>
        </w:tc>
        <w:tc>
          <w:tcPr>
            <w:tcW w:w="2160" w:type="dxa"/>
          </w:tcPr>
          <w:p w14:paraId="7BB4246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$780,000</w:t>
            </w:r>
          </w:p>
        </w:tc>
      </w:tr>
      <w:tr w:rsidR="00495879" w14:paraId="608D1DD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97B12A3" w14:textId="77777777" w:rsidR="00495879" w:rsidRDefault="00000000">
            <w:r>
              <w:t>**Gross Margin %**</w:t>
            </w:r>
          </w:p>
        </w:tc>
        <w:tc>
          <w:tcPr>
            <w:tcW w:w="2160" w:type="dxa"/>
          </w:tcPr>
          <w:p w14:paraId="51869A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2160" w:type="dxa"/>
          </w:tcPr>
          <w:p w14:paraId="33EAD58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2160" w:type="dxa"/>
          </w:tcPr>
          <w:p w14:paraId="530E242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91.8%</w:t>
            </w:r>
          </w:p>
        </w:tc>
      </w:tr>
      <w:tr w:rsidR="00495879" w14:paraId="54FF42C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0BFAE9C" w14:textId="77777777" w:rsidR="00495879" w:rsidRDefault="00000000">
            <w:r>
              <w:t>Payroll</w:t>
            </w:r>
          </w:p>
        </w:tc>
        <w:tc>
          <w:tcPr>
            <w:tcW w:w="2160" w:type="dxa"/>
          </w:tcPr>
          <w:p w14:paraId="749A4BC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$124,200</w:t>
            </w:r>
          </w:p>
        </w:tc>
        <w:tc>
          <w:tcPr>
            <w:tcW w:w="2160" w:type="dxa"/>
          </w:tcPr>
          <w:p w14:paraId="5E5AA2A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$240,000</w:t>
            </w:r>
          </w:p>
        </w:tc>
        <w:tc>
          <w:tcPr>
            <w:tcW w:w="2160" w:type="dxa"/>
          </w:tcPr>
          <w:p w14:paraId="561DEC4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$425,000</w:t>
            </w:r>
          </w:p>
        </w:tc>
      </w:tr>
      <w:tr w:rsidR="00495879" w14:paraId="6AD535D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FB2A3D6" w14:textId="77777777" w:rsidR="00495879" w:rsidRDefault="00000000">
            <w:r>
              <w:t>Marketing</w:t>
            </w:r>
          </w:p>
        </w:tc>
        <w:tc>
          <w:tcPr>
            <w:tcW w:w="2160" w:type="dxa"/>
          </w:tcPr>
          <w:p w14:paraId="6344422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$50,000</w:t>
            </w:r>
          </w:p>
        </w:tc>
        <w:tc>
          <w:tcPr>
            <w:tcW w:w="2160" w:type="dxa"/>
          </w:tcPr>
          <w:p w14:paraId="4CA9A95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$80,000</w:t>
            </w:r>
          </w:p>
        </w:tc>
        <w:tc>
          <w:tcPr>
            <w:tcW w:w="2160" w:type="dxa"/>
          </w:tcPr>
          <w:p w14:paraId="23D2D8D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$120,000</w:t>
            </w:r>
          </w:p>
        </w:tc>
      </w:tr>
      <w:tr w:rsidR="00495879" w14:paraId="7AA5250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080ABB1" w14:textId="77777777" w:rsidR="00495879" w:rsidRDefault="00000000">
            <w:r>
              <w:t>**Technology (Lions Dev)**</w:t>
            </w:r>
          </w:p>
        </w:tc>
        <w:tc>
          <w:tcPr>
            <w:tcW w:w="2160" w:type="dxa"/>
          </w:tcPr>
          <w:p w14:paraId="33476C8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**$30,000**</w:t>
            </w:r>
          </w:p>
        </w:tc>
        <w:tc>
          <w:tcPr>
            <w:tcW w:w="2160" w:type="dxa"/>
          </w:tcPr>
          <w:p w14:paraId="561C79D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**$65,000**</w:t>
            </w:r>
          </w:p>
        </w:tc>
        <w:tc>
          <w:tcPr>
            <w:tcW w:w="2160" w:type="dxa"/>
          </w:tcPr>
          <w:p w14:paraId="1D7A5F4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**$115,000**</w:t>
            </w:r>
          </w:p>
        </w:tc>
      </w:tr>
      <w:tr w:rsidR="00495879" w14:paraId="7A19CC6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C89F394" w14:textId="77777777" w:rsidR="00495879" w:rsidRDefault="00000000">
            <w:r>
              <w:t>G&amp;A</w:t>
            </w:r>
          </w:p>
        </w:tc>
        <w:tc>
          <w:tcPr>
            <w:tcW w:w="2160" w:type="dxa"/>
          </w:tcPr>
          <w:p w14:paraId="4352489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$28,000</w:t>
            </w:r>
          </w:p>
        </w:tc>
        <w:tc>
          <w:tcPr>
            <w:tcW w:w="2160" w:type="dxa"/>
          </w:tcPr>
          <w:p w14:paraId="46B86C5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$45,000</w:t>
            </w:r>
          </w:p>
        </w:tc>
        <w:tc>
          <w:tcPr>
            <w:tcW w:w="2160" w:type="dxa"/>
          </w:tcPr>
          <w:p w14:paraId="2C209C5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$75,000</w:t>
            </w:r>
          </w:p>
        </w:tc>
      </w:tr>
      <w:tr w:rsidR="00495879" w14:paraId="36487C4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AC38AB9" w14:textId="77777777" w:rsidR="00495879" w:rsidRDefault="00000000">
            <w:r>
              <w:t>**Operating Expenses**</w:t>
            </w:r>
          </w:p>
        </w:tc>
        <w:tc>
          <w:tcPr>
            <w:tcW w:w="2160" w:type="dxa"/>
          </w:tcPr>
          <w:p w14:paraId="4AADA60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$232,200</w:t>
            </w:r>
          </w:p>
        </w:tc>
        <w:tc>
          <w:tcPr>
            <w:tcW w:w="2160" w:type="dxa"/>
          </w:tcPr>
          <w:p w14:paraId="02C878E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$430,000</w:t>
            </w:r>
          </w:p>
        </w:tc>
        <w:tc>
          <w:tcPr>
            <w:tcW w:w="2160" w:type="dxa"/>
          </w:tcPr>
          <w:p w14:paraId="5FD2D52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$735,000</w:t>
            </w:r>
          </w:p>
        </w:tc>
      </w:tr>
      <w:tr w:rsidR="00495879" w14:paraId="45867FB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5D4C6B4" w14:textId="77777777" w:rsidR="00495879" w:rsidRDefault="00000000">
            <w:r>
              <w:t>**EBITDA**</w:t>
            </w:r>
          </w:p>
        </w:tc>
        <w:tc>
          <w:tcPr>
            <w:tcW w:w="2160" w:type="dxa"/>
          </w:tcPr>
          <w:p w14:paraId="1ED7942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**-$67,200**</w:t>
            </w:r>
          </w:p>
        </w:tc>
        <w:tc>
          <w:tcPr>
            <w:tcW w:w="2160" w:type="dxa"/>
          </w:tcPr>
          <w:p w14:paraId="4F5A53F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**-$45,000**</w:t>
            </w:r>
          </w:p>
        </w:tc>
        <w:tc>
          <w:tcPr>
            <w:tcW w:w="2160" w:type="dxa"/>
          </w:tcPr>
          <w:p w14:paraId="5753D10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**$45,000**</w:t>
            </w:r>
          </w:p>
        </w:tc>
      </w:tr>
      <w:tr w:rsidR="00495879" w14:paraId="66D6902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3DD58BB" w14:textId="77777777" w:rsidR="00495879" w:rsidRDefault="00000000">
            <w:r>
              <w:t>**EBITDA Margin %**</w:t>
            </w:r>
          </w:p>
        </w:tc>
        <w:tc>
          <w:tcPr>
            <w:tcW w:w="2160" w:type="dxa"/>
          </w:tcPr>
          <w:p w14:paraId="6DA1D6F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**-37.3%**</w:t>
            </w:r>
          </w:p>
        </w:tc>
        <w:tc>
          <w:tcPr>
            <w:tcW w:w="2160" w:type="dxa"/>
          </w:tcPr>
          <w:p w14:paraId="74BFFA0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**-10.7%**</w:t>
            </w:r>
          </w:p>
        </w:tc>
        <w:tc>
          <w:tcPr>
            <w:tcW w:w="2160" w:type="dxa"/>
          </w:tcPr>
          <w:p w14:paraId="03E7989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**5.3%**</w:t>
            </w:r>
          </w:p>
        </w:tc>
      </w:tr>
      <w:tr w:rsidR="00495879" w14:paraId="2435AB3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0662A0C" w14:textId="77777777" w:rsidR="00495879" w:rsidRDefault="00000000">
            <w:r>
              <w:t>Taxes</w:t>
            </w:r>
          </w:p>
        </w:tc>
        <w:tc>
          <w:tcPr>
            <w:tcW w:w="2160" w:type="dxa"/>
          </w:tcPr>
          <w:p w14:paraId="7A67F96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160" w:type="dxa"/>
          </w:tcPr>
          <w:p w14:paraId="01D8E07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160" w:type="dxa"/>
          </w:tcPr>
          <w:p w14:paraId="7827A6C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$11,250</w:t>
            </w:r>
          </w:p>
        </w:tc>
      </w:tr>
      <w:tr w:rsidR="00495879" w14:paraId="590367A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9F6FB48" w14:textId="77777777" w:rsidR="00495879" w:rsidRDefault="00000000">
            <w:r>
              <w:t>**NET INCOME**</w:t>
            </w:r>
          </w:p>
        </w:tc>
        <w:tc>
          <w:tcPr>
            <w:tcW w:w="2160" w:type="dxa"/>
          </w:tcPr>
          <w:p w14:paraId="5312D4D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**-$67,200**</w:t>
            </w:r>
          </w:p>
        </w:tc>
        <w:tc>
          <w:tcPr>
            <w:tcW w:w="2160" w:type="dxa"/>
          </w:tcPr>
          <w:p w14:paraId="147D2F1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**-$45,000**</w:t>
            </w:r>
          </w:p>
        </w:tc>
        <w:tc>
          <w:tcPr>
            <w:tcW w:w="2160" w:type="dxa"/>
          </w:tcPr>
          <w:p w14:paraId="2183D1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**$33,750**</w:t>
            </w:r>
          </w:p>
        </w:tc>
      </w:tr>
      <w:tr w:rsidR="00495879" w14:paraId="19E879C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2AC321B" w14:textId="77777777" w:rsidR="00495879" w:rsidRDefault="00000000">
            <w:r>
              <w:t>**Net Margin %**</w:t>
            </w:r>
          </w:p>
        </w:tc>
        <w:tc>
          <w:tcPr>
            <w:tcW w:w="2160" w:type="dxa"/>
          </w:tcPr>
          <w:p w14:paraId="530B17B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**-37.3%**</w:t>
            </w:r>
          </w:p>
        </w:tc>
        <w:tc>
          <w:tcPr>
            <w:tcW w:w="2160" w:type="dxa"/>
          </w:tcPr>
          <w:p w14:paraId="6B9A971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**-10.7%**</w:t>
            </w:r>
          </w:p>
        </w:tc>
        <w:tc>
          <w:tcPr>
            <w:tcW w:w="2160" w:type="dxa"/>
          </w:tcPr>
          <w:p w14:paraId="24A2F04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**4.0%**</w:t>
            </w:r>
          </w:p>
        </w:tc>
      </w:tr>
    </w:tbl>
    <w:p w14:paraId="0694CB05" w14:textId="77777777" w:rsidR="00495879" w:rsidRDefault="00495879"/>
    <w:p w14:paraId="153D3EBC" w14:textId="77777777" w:rsidR="00495879" w:rsidRDefault="00000000">
      <w:r>
        <w:rPr>
          <w:b/>
        </w:rPr>
        <w:t>Notes importantes</w:t>
      </w:r>
      <w:r>
        <w:t>:</w:t>
      </w:r>
    </w:p>
    <w:p w14:paraId="699C6373" w14:textId="77777777" w:rsidR="00495879" w:rsidRDefault="00000000">
      <w:pPr>
        <w:pStyle w:val="Listepuces"/>
      </w:pPr>
      <w:r>
        <w:t>**Modèle bi-continental** ajoute complexité mais diversifie revenus et risque</w:t>
      </w:r>
    </w:p>
    <w:p w14:paraId="2FA0129D" w14:textId="77777777" w:rsidR="00495879" w:rsidRDefault="00000000">
      <w:pPr>
        <w:pStyle w:val="Listepuces"/>
      </w:pPr>
      <w:r>
        <w:t>**Technology costs higher** An 2-3 (Phase 2 IA: +$50K investissement total)</w:t>
      </w:r>
    </w:p>
    <w:p w14:paraId="2AF6D0BA" w14:textId="77777777" w:rsidR="00495879" w:rsidRDefault="00000000">
      <w:pPr>
        <w:pStyle w:val="Listepuces"/>
      </w:pPr>
      <w:r>
        <w:t>**Profitability An 3 réduite** vs plan initial (4% vs 9.7%) due à investissement IA stratégique</w:t>
      </w:r>
    </w:p>
    <w:p w14:paraId="59B2322E" w14:textId="77777777" w:rsidR="00495879" w:rsidRDefault="00000000">
      <w:pPr>
        <w:pStyle w:val="Listepuces"/>
      </w:pPr>
      <w:r>
        <w:t>**Lions Dev revenues** via GBCM: $40-50K An 1, $110-150K An 2, $225-345K An 3 (total $375-545K)</w:t>
      </w:r>
    </w:p>
    <w:p w14:paraId="243BFAE9" w14:textId="77777777" w:rsidR="00495879" w:rsidRDefault="00000000">
      <w:pPr>
        <w:pStyle w:val="Listepuces"/>
      </w:pPr>
      <w:r>
        <w:t>**Break-even** Q3-Q4 An 2, puis profitabilité croissante</w:t>
      </w:r>
    </w:p>
    <w:p w14:paraId="2C157B36" w14:textId="77777777" w:rsidR="00495879" w:rsidRDefault="00000000">
      <w:pPr>
        <w:pStyle w:val="Listepuces"/>
      </w:pPr>
      <w:r>
        <w:t>**An 4+ projection**: Marges 15-20% quand IA deployed + scaling economies</w:t>
      </w:r>
    </w:p>
    <w:p w14:paraId="4F2493CB" w14:textId="77777777" w:rsidR="00495879" w:rsidRDefault="00000000">
      <w:r>
        <w:t>________________________________________________________________________________</w:t>
      </w:r>
    </w:p>
    <w:p w14:paraId="4946B008" w14:textId="77777777" w:rsidR="00495879" w:rsidRDefault="00000000">
      <w:pPr>
        <w:pStyle w:val="Titre2"/>
      </w:pPr>
      <w:r>
        <w:t>10.4 Cash Flow Statement</w:t>
      </w:r>
    </w:p>
    <w:p w14:paraId="37DC0237" w14:textId="77777777" w:rsidR="00495879" w:rsidRDefault="00000000">
      <w:pPr>
        <w:pStyle w:val="Titre3"/>
      </w:pPr>
      <w:r>
        <w:t>Year 1 Cash Flow (Bi-Continental Launch)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00DBE993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E4DD39F" w14:textId="77777777" w:rsidR="00495879" w:rsidRDefault="00000000">
            <w:r>
              <w:rPr>
                <w:sz w:val="20"/>
              </w:rPr>
              <w:t>Category</w:t>
            </w:r>
          </w:p>
        </w:tc>
        <w:tc>
          <w:tcPr>
            <w:tcW w:w="2880" w:type="dxa"/>
          </w:tcPr>
          <w:p w14:paraId="5ABC33D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880" w:type="dxa"/>
          </w:tcPr>
          <w:p w14:paraId="011E422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Notes</w:t>
            </w:r>
          </w:p>
        </w:tc>
      </w:tr>
      <w:tr w:rsidR="00495879" w14:paraId="3A506DB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F9C4A01" w14:textId="77777777" w:rsidR="00495879" w:rsidRDefault="00000000">
            <w:r>
              <w:t>**Operating Activities**</w:t>
            </w:r>
          </w:p>
        </w:tc>
        <w:tc>
          <w:tcPr>
            <w:tcW w:w="2880" w:type="dxa"/>
          </w:tcPr>
          <w:p w14:paraId="79CFBDAB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0" w:type="dxa"/>
          </w:tcPr>
          <w:p w14:paraId="31AC4E9B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3C98A36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A8EFF45" w14:textId="77777777" w:rsidR="00495879" w:rsidRDefault="00000000">
            <w:r>
              <w:t>Net Income</w:t>
            </w:r>
          </w:p>
        </w:tc>
        <w:tc>
          <w:tcPr>
            <w:tcW w:w="2880" w:type="dxa"/>
          </w:tcPr>
          <w:p w14:paraId="1AE3CD7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-$67,200</w:t>
            </w:r>
          </w:p>
        </w:tc>
        <w:tc>
          <w:tcPr>
            <w:tcW w:w="2880" w:type="dxa"/>
          </w:tcPr>
          <w:p w14:paraId="304E081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Amélioration vs initial (-$72K)</w:t>
            </w:r>
          </w:p>
        </w:tc>
      </w:tr>
      <w:tr w:rsidR="00495879" w14:paraId="06CEAC9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6C2ADB2" w14:textId="77777777" w:rsidR="00495879" w:rsidRDefault="00000000">
            <w:r>
              <w:t>Add: Non-cash expenses</w:t>
            </w:r>
          </w:p>
        </w:tc>
        <w:tc>
          <w:tcPr>
            <w:tcW w:w="2880" w:type="dxa"/>
          </w:tcPr>
          <w:p w14:paraId="358E4D5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880" w:type="dxa"/>
          </w:tcPr>
          <w:p w14:paraId="2F3B08D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depreciation An 1</w:t>
            </w:r>
          </w:p>
        </w:tc>
      </w:tr>
      <w:tr w:rsidR="00495879" w14:paraId="24BA867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1C1100D" w14:textId="77777777" w:rsidR="00495879" w:rsidRDefault="00000000">
            <w:r>
              <w:t>Changes in Working Capital</w:t>
            </w:r>
          </w:p>
        </w:tc>
        <w:tc>
          <w:tcPr>
            <w:tcW w:w="2880" w:type="dxa"/>
          </w:tcPr>
          <w:p w14:paraId="269196B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880" w:type="dxa"/>
          </w:tcPr>
          <w:p w14:paraId="3A4FDC1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Prepayments from clients </w:t>
            </w:r>
            <w:r>
              <w:lastRenderedPageBreak/>
              <w:t>(US + Africa)</w:t>
            </w:r>
          </w:p>
        </w:tc>
      </w:tr>
      <w:tr w:rsidR="00495879" w14:paraId="55BDC64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2C55A99" w14:textId="77777777" w:rsidR="00495879" w:rsidRDefault="00000000">
            <w:r>
              <w:lastRenderedPageBreak/>
              <w:t>**Cash from Operations**</w:t>
            </w:r>
          </w:p>
        </w:tc>
        <w:tc>
          <w:tcPr>
            <w:tcW w:w="2880" w:type="dxa"/>
          </w:tcPr>
          <w:p w14:paraId="0831717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**-$52,200**</w:t>
            </w:r>
          </w:p>
        </w:tc>
        <w:tc>
          <w:tcPr>
            <w:tcW w:w="2880" w:type="dxa"/>
          </w:tcPr>
          <w:p w14:paraId="6BDB439D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5D26237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C6BC54A" w14:textId="77777777" w:rsidR="00495879" w:rsidRDefault="00000000">
            <w:r>
              <w:t>**Investing Activities**</w:t>
            </w:r>
          </w:p>
        </w:tc>
        <w:tc>
          <w:tcPr>
            <w:tcW w:w="2880" w:type="dxa"/>
          </w:tcPr>
          <w:p w14:paraId="7D7C96A0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880" w:type="dxa"/>
          </w:tcPr>
          <w:p w14:paraId="2FAB63F3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2289CB9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B2A6871" w14:textId="77777777" w:rsidR="00495879" w:rsidRDefault="00000000">
            <w:r>
              <w:t>Platform development (Lions Dev)</w:t>
            </w:r>
          </w:p>
        </w:tc>
        <w:tc>
          <w:tcPr>
            <w:tcW w:w="2880" w:type="dxa"/>
          </w:tcPr>
          <w:p w14:paraId="44F567F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-$20,000</w:t>
            </w:r>
          </w:p>
        </w:tc>
        <w:tc>
          <w:tcPr>
            <w:tcW w:w="2880" w:type="dxa"/>
          </w:tcPr>
          <w:p w14:paraId="15A2D31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MVP custom (vs $35K initial)</w:t>
            </w:r>
          </w:p>
        </w:tc>
      </w:tr>
      <w:tr w:rsidR="00495879" w14:paraId="61B99A2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B542158" w14:textId="77777777" w:rsidR="00495879" w:rsidRDefault="00000000">
            <w:r>
              <w:t>SaaS prepayments (annual)</w:t>
            </w:r>
          </w:p>
        </w:tc>
        <w:tc>
          <w:tcPr>
            <w:tcW w:w="2880" w:type="dxa"/>
          </w:tcPr>
          <w:p w14:paraId="058FFD5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-$8,000</w:t>
            </w:r>
          </w:p>
        </w:tc>
        <w:tc>
          <w:tcPr>
            <w:tcW w:w="2880" w:type="dxa"/>
          </w:tcPr>
          <w:p w14:paraId="7FF7D52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Discounts for annual prepay</w:t>
            </w:r>
          </w:p>
        </w:tc>
      </w:tr>
      <w:tr w:rsidR="00495879" w14:paraId="290C9F3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85C9C2C" w14:textId="77777777" w:rsidR="00495879" w:rsidRDefault="00000000">
            <w:r>
              <w:t>Equipment/furniture</w:t>
            </w:r>
          </w:p>
        </w:tc>
        <w:tc>
          <w:tcPr>
            <w:tcW w:w="2880" w:type="dxa"/>
          </w:tcPr>
          <w:p w14:paraId="03E006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-$3,000</w:t>
            </w:r>
          </w:p>
        </w:tc>
        <w:tc>
          <w:tcPr>
            <w:tcW w:w="2880" w:type="dxa"/>
          </w:tcPr>
          <w:p w14:paraId="4455C25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Laptop, office basics</w:t>
            </w:r>
          </w:p>
        </w:tc>
      </w:tr>
      <w:tr w:rsidR="00495879" w14:paraId="5EDE70E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4445871" w14:textId="77777777" w:rsidR="00495879" w:rsidRDefault="00000000">
            <w:r>
              <w:t>**Cash from Investing**</w:t>
            </w:r>
          </w:p>
        </w:tc>
        <w:tc>
          <w:tcPr>
            <w:tcW w:w="2880" w:type="dxa"/>
          </w:tcPr>
          <w:p w14:paraId="2D01DCF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**-$31,000**</w:t>
            </w:r>
          </w:p>
        </w:tc>
        <w:tc>
          <w:tcPr>
            <w:tcW w:w="2880" w:type="dxa"/>
          </w:tcPr>
          <w:p w14:paraId="3B87AC01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2F91986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69D9C18" w14:textId="77777777" w:rsidR="00495879" w:rsidRDefault="00000000">
            <w:r>
              <w:t>**Financing Activities**</w:t>
            </w:r>
          </w:p>
        </w:tc>
        <w:tc>
          <w:tcPr>
            <w:tcW w:w="2880" w:type="dxa"/>
          </w:tcPr>
          <w:p w14:paraId="377A0036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80" w:type="dxa"/>
          </w:tcPr>
          <w:p w14:paraId="5E66F9FF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6C10F56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F91AA45" w14:textId="77777777" w:rsidR="00495879" w:rsidRDefault="00000000">
            <w:r>
              <w:t>Founder capital injection</w:t>
            </w:r>
          </w:p>
        </w:tc>
        <w:tc>
          <w:tcPr>
            <w:tcW w:w="2880" w:type="dxa"/>
          </w:tcPr>
          <w:p w14:paraId="123E120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$75,000</w:t>
            </w:r>
          </w:p>
        </w:tc>
        <w:tc>
          <w:tcPr>
            <w:tcW w:w="2880" w:type="dxa"/>
          </w:tcPr>
          <w:p w14:paraId="72456A6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Initial investment</w:t>
            </w:r>
          </w:p>
        </w:tc>
      </w:tr>
      <w:tr w:rsidR="00495879" w14:paraId="6813511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1A31235" w14:textId="77777777" w:rsidR="00495879" w:rsidRDefault="00000000">
            <w:r>
              <w:t>Loans</w:t>
            </w:r>
          </w:p>
        </w:tc>
        <w:tc>
          <w:tcPr>
            <w:tcW w:w="2880" w:type="dxa"/>
          </w:tcPr>
          <w:p w14:paraId="47FE787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880" w:type="dxa"/>
          </w:tcPr>
          <w:p w14:paraId="08600E5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Bootstrap</w:t>
            </w:r>
          </w:p>
        </w:tc>
      </w:tr>
      <w:tr w:rsidR="00495879" w14:paraId="1C87207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81B84C6" w14:textId="77777777" w:rsidR="00495879" w:rsidRDefault="00000000">
            <w:r>
              <w:t>**Cash from Financing**</w:t>
            </w:r>
          </w:p>
        </w:tc>
        <w:tc>
          <w:tcPr>
            <w:tcW w:w="2880" w:type="dxa"/>
          </w:tcPr>
          <w:p w14:paraId="62C1857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**$75,000**</w:t>
            </w:r>
          </w:p>
        </w:tc>
        <w:tc>
          <w:tcPr>
            <w:tcW w:w="2880" w:type="dxa"/>
          </w:tcPr>
          <w:p w14:paraId="3529B810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43A6149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6F66415" w14:textId="77777777" w:rsidR="00495879" w:rsidRDefault="00000000">
            <w:r>
              <w:t>**NET CASH FLOW**</w:t>
            </w:r>
          </w:p>
        </w:tc>
        <w:tc>
          <w:tcPr>
            <w:tcW w:w="2880" w:type="dxa"/>
          </w:tcPr>
          <w:p w14:paraId="356A391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**-$8,200**</w:t>
            </w:r>
          </w:p>
        </w:tc>
        <w:tc>
          <w:tcPr>
            <w:tcW w:w="2880" w:type="dxa"/>
          </w:tcPr>
          <w:p w14:paraId="471D21CA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07D6789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5705592" w14:textId="77777777" w:rsidR="00495879" w:rsidRDefault="00000000">
            <w:r>
              <w:t>Beginning Cash</w:t>
            </w:r>
          </w:p>
        </w:tc>
        <w:tc>
          <w:tcPr>
            <w:tcW w:w="2880" w:type="dxa"/>
          </w:tcPr>
          <w:p w14:paraId="518F99C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880" w:type="dxa"/>
          </w:tcPr>
          <w:p w14:paraId="0D0B5C09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23200CE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9DD4951" w14:textId="77777777" w:rsidR="00495879" w:rsidRDefault="00000000">
            <w:r>
              <w:t>**Ending Cash**</w:t>
            </w:r>
          </w:p>
        </w:tc>
        <w:tc>
          <w:tcPr>
            <w:tcW w:w="2880" w:type="dxa"/>
          </w:tcPr>
          <w:p w14:paraId="49528A0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**-$8,200**</w:t>
            </w:r>
          </w:p>
        </w:tc>
        <w:tc>
          <w:tcPr>
            <w:tcW w:w="2880" w:type="dxa"/>
          </w:tcPr>
          <w:p w14:paraId="7E872EEC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F9B7C18" w14:textId="77777777" w:rsidR="00495879" w:rsidRDefault="00495879"/>
    <w:p w14:paraId="2AF46276" w14:textId="77777777" w:rsidR="00495879" w:rsidRDefault="00000000">
      <w:r>
        <w:rPr>
          <w:b/>
        </w:rPr>
        <w:t>Analysis</w:t>
      </w:r>
      <w:r>
        <w:t>:</w:t>
      </w:r>
    </w:p>
    <w:p w14:paraId="7C72161D" w14:textId="77777777" w:rsidR="00495879" w:rsidRDefault="00000000">
      <w:pPr>
        <w:pStyle w:val="Listepuces"/>
      </w:pPr>
      <w:r>
        <w:t>**Amélioration significative** vs plan initial: -$8K vs -$20K cash flow</w:t>
      </w:r>
    </w:p>
    <w:p w14:paraId="3FC76127" w14:textId="77777777" w:rsidR="00495879" w:rsidRDefault="00000000">
      <w:pPr>
        <w:pStyle w:val="Listepuces"/>
      </w:pPr>
      <w:r>
        <w:t>**Lions Dev partnership** économise $15K cash An 1 (MVP moins cher)</w:t>
      </w:r>
    </w:p>
    <w:p w14:paraId="5EE6F081" w14:textId="77777777" w:rsidR="00495879" w:rsidRDefault="00000000">
      <w:pPr>
        <w:pStyle w:val="Listepuces"/>
      </w:pPr>
      <w:r>
        <w:t>**$75K capital suffisant** pour An 1 avec buffer confortable</w:t>
      </w:r>
    </w:p>
    <w:p w14:paraId="5CA56ECF" w14:textId="77777777" w:rsidR="00495879" w:rsidRDefault="00000000">
      <w:pPr>
        <w:pStyle w:val="Listepuces"/>
      </w:pPr>
      <w:r>
        <w:t>Modèle bi-continental n'augmente pas cash needs An 1</w:t>
      </w:r>
    </w:p>
    <w:p w14:paraId="5198F542" w14:textId="77777777" w:rsidR="00495879" w:rsidRDefault="00000000">
      <w:pPr>
        <w:pStyle w:val="Titre3"/>
      </w:pPr>
      <w:r>
        <w:t>Year 2-3 Cash Flow Summary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743DE26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405BAB1" w14:textId="77777777" w:rsidR="00495879" w:rsidRDefault="00495879"/>
        </w:tc>
        <w:tc>
          <w:tcPr>
            <w:tcW w:w="2880" w:type="dxa"/>
          </w:tcPr>
          <w:p w14:paraId="1AD810B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880" w:type="dxa"/>
          </w:tcPr>
          <w:p w14:paraId="6E05EC0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22B279F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5235314" w14:textId="77777777" w:rsidR="00495879" w:rsidRDefault="00000000">
            <w:r>
              <w:t>Cash from Operations</w:t>
            </w:r>
          </w:p>
        </w:tc>
        <w:tc>
          <w:tcPr>
            <w:tcW w:w="2880" w:type="dxa"/>
          </w:tcPr>
          <w:p w14:paraId="3736C8A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-$20,000</w:t>
            </w:r>
          </w:p>
        </w:tc>
        <w:tc>
          <w:tcPr>
            <w:tcW w:w="2880" w:type="dxa"/>
          </w:tcPr>
          <w:p w14:paraId="4BBCBD2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$70,000</w:t>
            </w:r>
          </w:p>
        </w:tc>
      </w:tr>
      <w:tr w:rsidR="00495879" w14:paraId="0A53889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3FE7E15" w14:textId="77777777" w:rsidR="00495879" w:rsidRDefault="00000000">
            <w:r>
              <w:t>Cash from Investing</w:t>
            </w:r>
          </w:p>
        </w:tc>
        <w:tc>
          <w:tcPr>
            <w:tcW w:w="2880" w:type="dxa"/>
          </w:tcPr>
          <w:p w14:paraId="4537B4A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-$35,000</w:t>
            </w:r>
          </w:p>
        </w:tc>
        <w:tc>
          <w:tcPr>
            <w:tcW w:w="2880" w:type="dxa"/>
          </w:tcPr>
          <w:p w14:paraId="051B7B3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-$50,000</w:t>
            </w:r>
          </w:p>
        </w:tc>
      </w:tr>
      <w:tr w:rsidR="00495879" w14:paraId="43E6AE8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1ABA986" w14:textId="77777777" w:rsidR="00495879" w:rsidRDefault="00000000">
            <w:r>
              <w:t>Cash from Financing</w:t>
            </w:r>
          </w:p>
        </w:tc>
        <w:tc>
          <w:tcPr>
            <w:tcW w:w="2880" w:type="dxa"/>
          </w:tcPr>
          <w:p w14:paraId="71935B0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2880" w:type="dxa"/>
          </w:tcPr>
          <w:p w14:paraId="3D175A0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</w:tr>
      <w:tr w:rsidR="00495879" w14:paraId="7887FE6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3C1D938" w14:textId="77777777" w:rsidR="00495879" w:rsidRDefault="00000000">
            <w:r>
              <w:t>**Net Cash Flow**</w:t>
            </w:r>
          </w:p>
        </w:tc>
        <w:tc>
          <w:tcPr>
            <w:tcW w:w="2880" w:type="dxa"/>
          </w:tcPr>
          <w:p w14:paraId="3EB6F5F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**-$55,000**</w:t>
            </w:r>
          </w:p>
        </w:tc>
        <w:tc>
          <w:tcPr>
            <w:tcW w:w="2880" w:type="dxa"/>
          </w:tcPr>
          <w:p w14:paraId="0C06B63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**$20,000**</w:t>
            </w:r>
          </w:p>
        </w:tc>
      </w:tr>
      <w:tr w:rsidR="00495879" w14:paraId="51A52F6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4382471" w14:textId="77777777" w:rsidR="00495879" w:rsidRDefault="00000000">
            <w:r>
              <w:t>Beginning Cash</w:t>
            </w:r>
          </w:p>
        </w:tc>
        <w:tc>
          <w:tcPr>
            <w:tcW w:w="2880" w:type="dxa"/>
          </w:tcPr>
          <w:p w14:paraId="48DAC74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-$8,200</w:t>
            </w:r>
          </w:p>
        </w:tc>
        <w:tc>
          <w:tcPr>
            <w:tcW w:w="2880" w:type="dxa"/>
          </w:tcPr>
          <w:p w14:paraId="0C1D0DC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-$63,200</w:t>
            </w:r>
          </w:p>
        </w:tc>
      </w:tr>
      <w:tr w:rsidR="00495879" w14:paraId="17C7AE0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91771A8" w14:textId="77777777" w:rsidR="00495879" w:rsidRDefault="00000000">
            <w:r>
              <w:t>**Ending Cash**</w:t>
            </w:r>
          </w:p>
        </w:tc>
        <w:tc>
          <w:tcPr>
            <w:tcW w:w="2880" w:type="dxa"/>
          </w:tcPr>
          <w:p w14:paraId="2370169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**-$63,200**</w:t>
            </w:r>
          </w:p>
        </w:tc>
        <w:tc>
          <w:tcPr>
            <w:tcW w:w="2880" w:type="dxa"/>
          </w:tcPr>
          <w:p w14:paraId="1E1E9F0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**-$43,200**</w:t>
            </w:r>
          </w:p>
        </w:tc>
      </w:tr>
    </w:tbl>
    <w:p w14:paraId="626C1E41" w14:textId="77777777" w:rsidR="00495879" w:rsidRDefault="00495879"/>
    <w:p w14:paraId="68D18A0A" w14:textId="77777777" w:rsidR="00495879" w:rsidRDefault="00000000">
      <w:r>
        <w:rPr>
          <w:b/>
        </w:rPr>
        <w:t>Analysis Cash Flow</w:t>
      </w:r>
      <w:r>
        <w:t>:</w:t>
      </w:r>
    </w:p>
    <w:p w14:paraId="49A98716" w14:textId="77777777" w:rsidR="00495879" w:rsidRDefault="00000000">
      <w:pPr>
        <w:pStyle w:val="Listepuces"/>
      </w:pPr>
      <w:r>
        <w:t>**Year 2**: Cash flow négatif à cause investissements Tech IA ($65K total)</w:t>
      </w:r>
    </w:p>
    <w:p w14:paraId="07B02E96" w14:textId="77777777" w:rsidR="00495879" w:rsidRDefault="00000000">
      <w:pPr>
        <w:pStyle w:val="Listepuces"/>
      </w:pPr>
      <w:r>
        <w:t>**Year 3**: Cash flow positif malgré investissement massif IA ($115K)</w:t>
      </w:r>
    </w:p>
    <w:p w14:paraId="0CF7F0EF" w14:textId="77777777" w:rsidR="00495879" w:rsidRDefault="00000000">
      <w:pPr>
        <w:pStyle w:val="Listepuces"/>
      </w:pPr>
      <w:r>
        <w:t>**Besoin capital additionnel An 2**: ~$50-60K pour couvrir investments IA</w:t>
      </w:r>
    </w:p>
    <w:p w14:paraId="1EE2BC65" w14:textId="77777777" w:rsidR="00495879" w:rsidRDefault="00000000">
      <w:pPr>
        <w:pStyle w:val="Listepuces"/>
      </w:pPr>
      <w:r>
        <w:t>**Options financement An 2**:</w:t>
      </w:r>
    </w:p>
    <w:p w14:paraId="7B6231AD" w14:textId="77777777" w:rsidR="00495879" w:rsidRDefault="00000000">
      <w:pPr>
        <w:pStyle w:val="Listepuces"/>
      </w:pPr>
      <w:r>
        <w:t>Ligne de crédit $50K</w:t>
      </w:r>
    </w:p>
    <w:p w14:paraId="0118A287" w14:textId="77777777" w:rsidR="00495879" w:rsidRDefault="00000000">
      <w:pPr>
        <w:pStyle w:val="Listepuces"/>
      </w:pPr>
      <w:r>
        <w:t>Pré-vente clients (advance payments)</w:t>
      </w:r>
    </w:p>
    <w:p w14:paraId="291FBF14" w14:textId="77777777" w:rsidR="00495879" w:rsidRDefault="00000000">
      <w:pPr>
        <w:pStyle w:val="Listepuces"/>
      </w:pPr>
      <w:r>
        <w:t>Revenue-based financing</w:t>
      </w:r>
    </w:p>
    <w:p w14:paraId="41F23849" w14:textId="77777777" w:rsidR="00495879" w:rsidRDefault="00000000">
      <w:pPr>
        <w:pStyle w:val="Listepuces"/>
      </w:pPr>
      <w:r>
        <w:t>**An 3 onwards**: Cash flow positif et croissant avec IA deployed</w:t>
      </w:r>
    </w:p>
    <w:p w14:paraId="04661B95" w14:textId="77777777" w:rsidR="00495879" w:rsidRDefault="00000000">
      <w:r>
        <w:lastRenderedPageBreak/>
        <w:t>________________________________________________________________________________</w:t>
      </w:r>
    </w:p>
    <w:p w14:paraId="5C3CD0D5" w14:textId="77777777" w:rsidR="00495879" w:rsidRDefault="00000000">
      <w:pPr>
        <w:pStyle w:val="Titre2"/>
      </w:pPr>
      <w:r>
        <w:t>10.5 Lions Dev Revenue Projections (Partenaire Stratégique)</w:t>
      </w:r>
    </w:p>
    <w:p w14:paraId="242473F1" w14:textId="77777777" w:rsidR="00495879" w:rsidRDefault="00000000">
      <w:pPr>
        <w:pStyle w:val="Titre3"/>
      </w:pPr>
      <w:r>
        <w:t>Modèle Économique Lions Dev via GBCM</w:t>
      </w:r>
    </w:p>
    <w:p w14:paraId="2580A1FE" w14:textId="77777777" w:rsidR="00495879" w:rsidRDefault="00000000">
      <w:r>
        <w:rPr>
          <w:b/>
        </w:rPr>
        <w:t>Structure</w:t>
      </w:r>
      <w:r>
        <w:t>:</w:t>
      </w:r>
    </w:p>
    <w:p w14:paraId="52D36503" w14:textId="77777777" w:rsidR="00495879" w:rsidRDefault="00000000">
      <w:pPr>
        <w:pStyle w:val="Listenumros"/>
      </w:pPr>
      <w:r>
        <w:t>**Contrats au forfait** - GBCM paie Lions Dev pour développement plateforme</w:t>
      </w:r>
    </w:p>
    <w:p w14:paraId="12D718D5" w14:textId="77777777" w:rsidR="00495879" w:rsidRDefault="00000000">
      <w:pPr>
        <w:pStyle w:val="Listenumros"/>
      </w:pPr>
      <w:r>
        <w:t>**Commission sur projets clients** - Lions Dev reçoit 10-15% des revenus projets tech clients GBCM</w:t>
      </w:r>
    </w:p>
    <w:p w14:paraId="60E056B4" w14:textId="77777777" w:rsidR="00495879" w:rsidRDefault="00000000">
      <w:pPr>
        <w:pStyle w:val="Listenumros"/>
      </w:pPr>
      <w:r>
        <w:t>**Recurring maintenance** - Contrats mensuels maintenance après go-live</w:t>
      </w:r>
    </w:p>
    <w:p w14:paraId="196B217E" w14:textId="77777777" w:rsidR="00495879" w:rsidRDefault="00000000">
      <w:pPr>
        <w:pStyle w:val="Titre3"/>
      </w:pPr>
      <w:r>
        <w:t>Revenus Lions Dev projetés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862"/>
        <w:gridCol w:w="1728"/>
        <w:gridCol w:w="1728"/>
        <w:gridCol w:w="1728"/>
        <w:gridCol w:w="1728"/>
      </w:tblGrid>
      <w:tr w:rsidR="00495879" w14:paraId="7185888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DF09A0B" w14:textId="77777777" w:rsidR="00495879" w:rsidRDefault="00000000">
            <w:r>
              <w:rPr>
                <w:sz w:val="20"/>
              </w:rPr>
              <w:t>Source</w:t>
            </w:r>
          </w:p>
        </w:tc>
        <w:tc>
          <w:tcPr>
            <w:tcW w:w="1728" w:type="dxa"/>
          </w:tcPr>
          <w:p w14:paraId="5252657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An 1 (2026)</w:t>
            </w:r>
          </w:p>
        </w:tc>
        <w:tc>
          <w:tcPr>
            <w:tcW w:w="1728" w:type="dxa"/>
          </w:tcPr>
          <w:p w14:paraId="3E0BA5C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An 2 (2027)</w:t>
            </w:r>
          </w:p>
        </w:tc>
        <w:tc>
          <w:tcPr>
            <w:tcW w:w="1728" w:type="dxa"/>
          </w:tcPr>
          <w:p w14:paraId="5FE2ABF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An 3 (2028)</w:t>
            </w:r>
          </w:p>
        </w:tc>
        <w:tc>
          <w:tcPr>
            <w:tcW w:w="1728" w:type="dxa"/>
          </w:tcPr>
          <w:p w14:paraId="15EAF35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 3 ans</w:t>
            </w:r>
          </w:p>
        </w:tc>
      </w:tr>
      <w:tr w:rsidR="00495879" w14:paraId="361A971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AD36090" w14:textId="77777777" w:rsidR="00495879" w:rsidRDefault="00000000">
            <w:r>
              <w:t>**GBCM Direct** (plateforme)</w:t>
            </w:r>
          </w:p>
        </w:tc>
        <w:tc>
          <w:tcPr>
            <w:tcW w:w="1728" w:type="dxa"/>
          </w:tcPr>
          <w:p w14:paraId="0A2C2CB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1728" w:type="dxa"/>
          </w:tcPr>
          <w:p w14:paraId="5BBCF98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$30,000</w:t>
            </w:r>
          </w:p>
        </w:tc>
        <w:tc>
          <w:tcPr>
            <w:tcW w:w="1728" w:type="dxa"/>
          </w:tcPr>
          <w:p w14:paraId="7BBD394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$45,000</w:t>
            </w:r>
          </w:p>
        </w:tc>
        <w:tc>
          <w:tcPr>
            <w:tcW w:w="1728" w:type="dxa"/>
          </w:tcPr>
          <w:p w14:paraId="254A7F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$95,000</w:t>
            </w:r>
          </w:p>
        </w:tc>
      </w:tr>
      <w:tr w:rsidR="00495879" w14:paraId="09DDAD4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5242294" w14:textId="77777777" w:rsidR="00495879" w:rsidRDefault="00000000">
            <w:r>
              <w:t>**Projets Clients** (3-4 An 1)</w:t>
            </w:r>
          </w:p>
        </w:tc>
        <w:tc>
          <w:tcPr>
            <w:tcW w:w="1728" w:type="dxa"/>
          </w:tcPr>
          <w:p w14:paraId="464F68F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$20-30K</w:t>
            </w:r>
          </w:p>
        </w:tc>
        <w:tc>
          <w:tcPr>
            <w:tcW w:w="1728" w:type="dxa"/>
          </w:tcPr>
          <w:p w14:paraId="6F79FC4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$80-120K</w:t>
            </w:r>
          </w:p>
        </w:tc>
        <w:tc>
          <w:tcPr>
            <w:tcW w:w="1728" w:type="dxa"/>
          </w:tcPr>
          <w:p w14:paraId="35D127D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$180-300K</w:t>
            </w:r>
          </w:p>
        </w:tc>
        <w:tc>
          <w:tcPr>
            <w:tcW w:w="1728" w:type="dxa"/>
          </w:tcPr>
          <w:p w14:paraId="33F2EF9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$280-450K</w:t>
            </w:r>
          </w:p>
        </w:tc>
      </w:tr>
      <w:tr w:rsidR="00495879" w14:paraId="1A983F8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84D2C3A" w14:textId="77777777" w:rsidR="00495879" w:rsidRDefault="00000000">
            <w:r>
              <w:t>- Commission moyenne</w:t>
            </w:r>
          </w:p>
        </w:tc>
        <w:tc>
          <w:tcPr>
            <w:tcW w:w="1728" w:type="dxa"/>
          </w:tcPr>
          <w:p w14:paraId="63A65FB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12%</w:t>
            </w:r>
          </w:p>
        </w:tc>
        <w:tc>
          <w:tcPr>
            <w:tcW w:w="1728" w:type="dxa"/>
          </w:tcPr>
          <w:p w14:paraId="00B30DF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12%</w:t>
            </w:r>
          </w:p>
        </w:tc>
        <w:tc>
          <w:tcPr>
            <w:tcW w:w="1728" w:type="dxa"/>
          </w:tcPr>
          <w:p w14:paraId="702B29F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12%</w:t>
            </w:r>
          </w:p>
        </w:tc>
        <w:tc>
          <w:tcPr>
            <w:tcW w:w="1728" w:type="dxa"/>
          </w:tcPr>
          <w:p w14:paraId="42F70C1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12%</w:t>
            </w:r>
          </w:p>
        </w:tc>
      </w:tr>
      <w:tr w:rsidR="00495879" w14:paraId="67014D4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DCAD299" w14:textId="77777777" w:rsidR="00495879" w:rsidRDefault="00000000">
            <w:r>
              <w:t>**Maintenance** (recurring)</w:t>
            </w:r>
          </w:p>
        </w:tc>
        <w:tc>
          <w:tcPr>
            <w:tcW w:w="1728" w:type="dxa"/>
          </w:tcPr>
          <w:p w14:paraId="48FE114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  <w:tc>
          <w:tcPr>
            <w:tcW w:w="1728" w:type="dxa"/>
          </w:tcPr>
          <w:p w14:paraId="55E96E2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1728" w:type="dxa"/>
          </w:tcPr>
          <w:p w14:paraId="773422E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1728" w:type="dxa"/>
          </w:tcPr>
          <w:p w14:paraId="262B524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$20,000</w:t>
            </w:r>
          </w:p>
        </w:tc>
      </w:tr>
      <w:tr w:rsidR="00495879" w14:paraId="2B44C26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7FE9FEB" w14:textId="77777777" w:rsidR="00495879" w:rsidRDefault="00000000">
            <w:r>
              <w:t>**TOTAL Lions Dev**</w:t>
            </w:r>
          </w:p>
        </w:tc>
        <w:tc>
          <w:tcPr>
            <w:tcW w:w="1728" w:type="dxa"/>
          </w:tcPr>
          <w:p w14:paraId="3E49CF4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**$40-50K**</w:t>
            </w:r>
          </w:p>
        </w:tc>
        <w:tc>
          <w:tcPr>
            <w:tcW w:w="1728" w:type="dxa"/>
          </w:tcPr>
          <w:p w14:paraId="30A135D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**$115-155K**</w:t>
            </w:r>
          </w:p>
        </w:tc>
        <w:tc>
          <w:tcPr>
            <w:tcW w:w="1728" w:type="dxa"/>
          </w:tcPr>
          <w:p w14:paraId="339ABC7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**$240-360K**</w:t>
            </w:r>
          </w:p>
        </w:tc>
        <w:tc>
          <w:tcPr>
            <w:tcW w:w="1728" w:type="dxa"/>
          </w:tcPr>
          <w:p w14:paraId="523DE34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**$395-565K**</w:t>
            </w:r>
          </w:p>
        </w:tc>
      </w:tr>
    </w:tbl>
    <w:p w14:paraId="07E3D32D" w14:textId="77777777" w:rsidR="00495879" w:rsidRDefault="00495879"/>
    <w:p w14:paraId="4A291753" w14:textId="77777777" w:rsidR="00495879" w:rsidRDefault="00000000">
      <w:r>
        <w:rPr>
          <w:b/>
        </w:rPr>
        <w:t>Breakdown projets clients</w:t>
      </w:r>
      <w:r>
        <w:t>:</w:t>
      </w:r>
    </w:p>
    <w:p w14:paraId="2570AAEA" w14:textId="77777777" w:rsidR="00495879" w:rsidRDefault="00000000">
      <w:pPr>
        <w:pStyle w:val="Listepuces"/>
      </w:pPr>
      <w:r>
        <w:t>**An 1**: 3-4 projets @ $7-10K moyenne = $20-30K</w:t>
      </w:r>
    </w:p>
    <w:p w14:paraId="6E598BBA" w14:textId="77777777" w:rsidR="00495879" w:rsidRDefault="00000000">
      <w:pPr>
        <w:pStyle w:val="Listepuces"/>
      </w:pPr>
      <w:r>
        <w:t>**An 2**: 10-12 projets @ $8-12K moyenne = $80-120K</w:t>
      </w:r>
    </w:p>
    <w:p w14:paraId="7C524BAA" w14:textId="77777777" w:rsidR="00495879" w:rsidRDefault="00000000">
      <w:pPr>
        <w:pStyle w:val="Listepuces"/>
      </w:pPr>
      <w:r>
        <w:t>**An 3**: 20-25 projets @ $9-15K moyenne = $180-300K</w:t>
      </w:r>
    </w:p>
    <w:p w14:paraId="7C2DA494" w14:textId="77777777" w:rsidR="00495879" w:rsidRDefault="00000000">
      <w:pPr>
        <w:pStyle w:val="Titre3"/>
      </w:pPr>
      <w:r>
        <w:t>Impact sur les deux entreprises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77840F2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E0FAA4A" w14:textId="77777777" w:rsidR="00495879" w:rsidRDefault="00000000">
            <w:r>
              <w:rPr>
                <w:sz w:val="20"/>
              </w:rPr>
              <w:t>Métrique</w:t>
            </w:r>
          </w:p>
        </w:tc>
        <w:tc>
          <w:tcPr>
            <w:tcW w:w="2880" w:type="dxa"/>
          </w:tcPr>
          <w:p w14:paraId="3A04C1B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GBCM</w:t>
            </w:r>
          </w:p>
        </w:tc>
        <w:tc>
          <w:tcPr>
            <w:tcW w:w="2880" w:type="dxa"/>
          </w:tcPr>
          <w:p w14:paraId="63881B1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Lions Dev</w:t>
            </w:r>
          </w:p>
        </w:tc>
      </w:tr>
      <w:tr w:rsidR="00495879" w14:paraId="4C7E980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04553A9" w14:textId="77777777" w:rsidR="00495879" w:rsidRDefault="00000000">
            <w:r>
              <w:t>**Revenus 3 ans**</w:t>
            </w:r>
          </w:p>
        </w:tc>
        <w:tc>
          <w:tcPr>
            <w:tcW w:w="2880" w:type="dxa"/>
          </w:tcPr>
          <w:p w14:paraId="1EA738D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$1,450K</w:t>
            </w:r>
          </w:p>
        </w:tc>
        <w:tc>
          <w:tcPr>
            <w:tcW w:w="2880" w:type="dxa"/>
          </w:tcPr>
          <w:p w14:paraId="103B42C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$395-565K</w:t>
            </w:r>
          </w:p>
        </w:tc>
      </w:tr>
      <w:tr w:rsidR="00495879" w14:paraId="3A1C499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F9A1690" w14:textId="77777777" w:rsidR="00495879" w:rsidRDefault="00000000">
            <w:r>
              <w:t>**Tech costs GBCM**</w:t>
            </w:r>
          </w:p>
        </w:tc>
        <w:tc>
          <w:tcPr>
            <w:tcW w:w="2880" w:type="dxa"/>
          </w:tcPr>
          <w:p w14:paraId="45604EA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-$210K (vs $270K initial)</w:t>
            </w:r>
          </w:p>
        </w:tc>
        <w:tc>
          <w:tcPr>
            <w:tcW w:w="2880" w:type="dxa"/>
          </w:tcPr>
          <w:p w14:paraId="1AB558C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+$210K revenues tech</w:t>
            </w:r>
          </w:p>
        </w:tc>
      </w:tr>
      <w:tr w:rsidR="00495879" w14:paraId="20708B3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A3F6078" w14:textId="77777777" w:rsidR="00495879" w:rsidRDefault="00000000">
            <w:r>
              <w:t>**Synergies**</w:t>
            </w:r>
          </w:p>
        </w:tc>
        <w:tc>
          <w:tcPr>
            <w:tcW w:w="2880" w:type="dxa"/>
          </w:tcPr>
          <w:p w14:paraId="1C64D42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Économie $60K, tech expert</w:t>
            </w:r>
          </w:p>
        </w:tc>
        <w:tc>
          <w:tcPr>
            <w:tcW w:w="2880" w:type="dxa"/>
          </w:tcPr>
          <w:p w14:paraId="632BBFF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Pipeline projets garanti</w:t>
            </w:r>
          </w:p>
        </w:tc>
      </w:tr>
      <w:tr w:rsidR="00495879" w14:paraId="1AF9AF6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898F1E8" w14:textId="77777777" w:rsidR="00495879" w:rsidRDefault="00000000">
            <w:r>
              <w:t>**Risque**</w:t>
            </w:r>
          </w:p>
        </w:tc>
        <w:tc>
          <w:tcPr>
            <w:tcW w:w="2880" w:type="dxa"/>
          </w:tcPr>
          <w:p w14:paraId="3E85049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Dépendance 1 vendor</w:t>
            </w:r>
          </w:p>
        </w:tc>
        <w:tc>
          <w:tcPr>
            <w:tcW w:w="2880" w:type="dxa"/>
          </w:tcPr>
          <w:p w14:paraId="100E986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Dépendance 1 gros client</w:t>
            </w:r>
          </w:p>
        </w:tc>
      </w:tr>
      <w:tr w:rsidR="00495879" w14:paraId="75517EC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7CB42FB" w14:textId="77777777" w:rsidR="00495879" w:rsidRDefault="00000000">
            <w:r>
              <w:t>**Mitigation**</w:t>
            </w:r>
          </w:p>
        </w:tc>
        <w:tc>
          <w:tcPr>
            <w:tcW w:w="2880" w:type="dxa"/>
          </w:tcPr>
          <w:p w14:paraId="4BD5905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SLA stricts, backup plan</w:t>
            </w:r>
          </w:p>
        </w:tc>
        <w:tc>
          <w:tcPr>
            <w:tcW w:w="2880" w:type="dxa"/>
          </w:tcPr>
          <w:p w14:paraId="5B0F4ED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Diversifier clients hors GBCM</w:t>
            </w:r>
          </w:p>
        </w:tc>
      </w:tr>
    </w:tbl>
    <w:p w14:paraId="52787F5D" w14:textId="77777777" w:rsidR="00495879" w:rsidRDefault="00495879"/>
    <w:p w14:paraId="73BAF71C" w14:textId="77777777" w:rsidR="00495879" w:rsidRDefault="00000000">
      <w:r>
        <w:rPr>
          <w:b/>
        </w:rPr>
        <w:t>Win-Win</w:t>
      </w:r>
      <w:r>
        <w:t>:</w:t>
      </w:r>
    </w:p>
    <w:p w14:paraId="66A6F5B0" w14:textId="77777777" w:rsidR="00495879" w:rsidRDefault="00000000">
      <w:pPr>
        <w:pStyle w:val="Listepuces"/>
      </w:pPr>
      <w:r>
        <w:t>GBCM: Tech de qualité, coûts optimisés, partenaire local Afrique (Abidjan)</w:t>
      </w:r>
    </w:p>
    <w:p w14:paraId="2E2C5F58" w14:textId="77777777" w:rsidR="00495879" w:rsidRDefault="00000000">
      <w:pPr>
        <w:pStyle w:val="Listepuces"/>
      </w:pPr>
      <w:r>
        <w:lastRenderedPageBreak/>
        <w:t>Lions Dev: $400-550K revenues garantis 3 ans, showcase clients B2B, expansion US</w:t>
      </w:r>
    </w:p>
    <w:p w14:paraId="775276DA" w14:textId="77777777" w:rsidR="00495879" w:rsidRDefault="00000000">
      <w:r>
        <w:t>________________________________________________________________________________</w:t>
      </w:r>
    </w:p>
    <w:p w14:paraId="31A678C4" w14:textId="77777777" w:rsidR="00495879" w:rsidRDefault="00000000">
      <w:pPr>
        <w:pStyle w:val="Titre2"/>
      </w:pPr>
      <w:r>
        <w:t>10.6 Balance Sheet (Simplified)</w:t>
      </w:r>
    </w:p>
    <w:p w14:paraId="5A73BC83" w14:textId="77777777" w:rsidR="00495879" w:rsidRDefault="00000000">
      <w:pPr>
        <w:pStyle w:val="Titre3"/>
      </w:pPr>
      <w:r>
        <w:t>Year 1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5E24114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513C81B" w14:textId="77777777" w:rsidR="00495879" w:rsidRDefault="00000000">
            <w:r>
              <w:rPr>
                <w:sz w:val="20"/>
              </w:rPr>
              <w:t>ASSETS</w:t>
            </w:r>
          </w:p>
        </w:tc>
        <w:tc>
          <w:tcPr>
            <w:tcW w:w="4320" w:type="dxa"/>
          </w:tcPr>
          <w:p w14:paraId="02F0777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</w:tr>
      <w:tr w:rsidR="00495879" w14:paraId="40EF304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8B6E294" w14:textId="77777777" w:rsidR="00495879" w:rsidRDefault="00000000">
            <w:r>
              <w:t>Cash</w:t>
            </w:r>
          </w:p>
        </w:tc>
        <w:tc>
          <w:tcPr>
            <w:tcW w:w="4320" w:type="dxa"/>
          </w:tcPr>
          <w:p w14:paraId="0B1F0AD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-$20,000</w:t>
            </w:r>
          </w:p>
        </w:tc>
      </w:tr>
      <w:tr w:rsidR="00495879" w14:paraId="65245B1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31C9FD0" w14:textId="77777777" w:rsidR="00495879" w:rsidRDefault="00000000">
            <w:r>
              <w:t>Accounts Receivable</w:t>
            </w:r>
          </w:p>
        </w:tc>
        <w:tc>
          <w:tcPr>
            <w:tcW w:w="4320" w:type="dxa"/>
          </w:tcPr>
          <w:p w14:paraId="6C2BBDF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$25,000</w:t>
            </w:r>
          </w:p>
        </w:tc>
      </w:tr>
      <w:tr w:rsidR="00495879" w14:paraId="4B05D56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EC67205" w14:textId="77777777" w:rsidR="00495879" w:rsidRDefault="00000000">
            <w:r>
              <w:t>Prepaid Expenses</w:t>
            </w:r>
          </w:p>
        </w:tc>
        <w:tc>
          <w:tcPr>
            <w:tcW w:w="4320" w:type="dxa"/>
          </w:tcPr>
          <w:p w14:paraId="5E10F14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$5,000</w:t>
            </w:r>
          </w:p>
        </w:tc>
      </w:tr>
      <w:tr w:rsidR="00495879" w14:paraId="75C2C57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9D81C91" w14:textId="77777777" w:rsidR="00495879" w:rsidRDefault="00000000">
            <w:r>
              <w:t>**Total Current Assets**</w:t>
            </w:r>
          </w:p>
        </w:tc>
        <w:tc>
          <w:tcPr>
            <w:tcW w:w="4320" w:type="dxa"/>
          </w:tcPr>
          <w:p w14:paraId="32CCCC3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</w:t>
            </w:r>
          </w:p>
        </w:tc>
      </w:tr>
      <w:tr w:rsidR="00495879" w14:paraId="3778B3E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C1DAF75" w14:textId="77777777" w:rsidR="00495879" w:rsidRDefault="00000000">
            <w:r>
              <w:t>Platform (capitalized)</w:t>
            </w:r>
          </w:p>
        </w:tc>
        <w:tc>
          <w:tcPr>
            <w:tcW w:w="4320" w:type="dxa"/>
          </w:tcPr>
          <w:p w14:paraId="29E0FDE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$35,000</w:t>
            </w:r>
          </w:p>
        </w:tc>
      </w:tr>
      <w:tr w:rsidR="00495879" w14:paraId="5E52EB9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C9A4E81" w14:textId="77777777" w:rsidR="00495879" w:rsidRDefault="00000000">
            <w:r>
              <w:t>Equipment</w:t>
            </w:r>
          </w:p>
        </w:tc>
        <w:tc>
          <w:tcPr>
            <w:tcW w:w="4320" w:type="dxa"/>
          </w:tcPr>
          <w:p w14:paraId="36C27D6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$3,000</w:t>
            </w:r>
          </w:p>
        </w:tc>
      </w:tr>
      <w:tr w:rsidR="00495879" w14:paraId="661576D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E2582CF" w14:textId="77777777" w:rsidR="00495879" w:rsidRDefault="00000000">
            <w:r>
              <w:t>Less: Depreciation</w:t>
            </w:r>
          </w:p>
        </w:tc>
        <w:tc>
          <w:tcPr>
            <w:tcW w:w="4320" w:type="dxa"/>
          </w:tcPr>
          <w:p w14:paraId="70180F7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$0</w:t>
            </w:r>
          </w:p>
        </w:tc>
      </w:tr>
      <w:tr w:rsidR="00495879" w14:paraId="7874EA6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07DA5DE" w14:textId="77777777" w:rsidR="00495879" w:rsidRDefault="00000000">
            <w:r>
              <w:t>**Total Fixed Assets**</w:t>
            </w:r>
          </w:p>
        </w:tc>
        <w:tc>
          <w:tcPr>
            <w:tcW w:w="4320" w:type="dxa"/>
          </w:tcPr>
          <w:p w14:paraId="4F512E9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$38,000</w:t>
            </w:r>
          </w:p>
        </w:tc>
      </w:tr>
      <w:tr w:rsidR="00495879" w14:paraId="239A60E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851A7A5" w14:textId="77777777" w:rsidR="00495879" w:rsidRDefault="00000000">
            <w:r>
              <w:t>**TOTAL ASSETS**</w:t>
            </w:r>
          </w:p>
        </w:tc>
        <w:tc>
          <w:tcPr>
            <w:tcW w:w="4320" w:type="dxa"/>
          </w:tcPr>
          <w:p w14:paraId="2F99353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$48,000</w:t>
            </w:r>
          </w:p>
        </w:tc>
      </w:tr>
    </w:tbl>
    <w:p w14:paraId="74838DE6" w14:textId="77777777" w:rsidR="00495879" w:rsidRDefault="00495879"/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3924803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5E79B8D" w14:textId="77777777" w:rsidR="00495879" w:rsidRDefault="00000000">
            <w:r>
              <w:rPr>
                <w:sz w:val="20"/>
              </w:rPr>
              <w:t>LIABILITIES &amp; EQUITY</w:t>
            </w:r>
          </w:p>
        </w:tc>
        <w:tc>
          <w:tcPr>
            <w:tcW w:w="4320" w:type="dxa"/>
          </w:tcPr>
          <w:p w14:paraId="514758B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</w:tr>
      <w:tr w:rsidR="00495879" w14:paraId="0AC56A4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85775E0" w14:textId="77777777" w:rsidR="00495879" w:rsidRDefault="00000000">
            <w:r>
              <w:t>Accounts Payable</w:t>
            </w:r>
          </w:p>
        </w:tc>
        <w:tc>
          <w:tcPr>
            <w:tcW w:w="4320" w:type="dxa"/>
          </w:tcPr>
          <w:p w14:paraId="5E51FF8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</w:tr>
      <w:tr w:rsidR="00495879" w14:paraId="0FB955C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28B56D9" w14:textId="77777777" w:rsidR="00495879" w:rsidRDefault="00000000">
            <w:r>
              <w:t>Accrued Expenses</w:t>
            </w:r>
          </w:p>
        </w:tc>
        <w:tc>
          <w:tcPr>
            <w:tcW w:w="4320" w:type="dxa"/>
          </w:tcPr>
          <w:p w14:paraId="468FA4F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</w:t>
            </w:r>
          </w:p>
        </w:tc>
      </w:tr>
      <w:tr w:rsidR="00495879" w14:paraId="6ED9CD1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41D75C9" w14:textId="77777777" w:rsidR="00495879" w:rsidRDefault="00000000">
            <w:r>
              <w:t>**Total Current Liabilities**</w:t>
            </w:r>
          </w:p>
        </w:tc>
        <w:tc>
          <w:tcPr>
            <w:tcW w:w="4320" w:type="dxa"/>
          </w:tcPr>
          <w:p w14:paraId="093C717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$25,000</w:t>
            </w:r>
          </w:p>
        </w:tc>
      </w:tr>
      <w:tr w:rsidR="00495879" w14:paraId="62DFF5D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49D52DB" w14:textId="77777777" w:rsidR="00495879" w:rsidRDefault="00000000">
            <w:r>
              <w:t>Long-term Debt</w:t>
            </w:r>
          </w:p>
        </w:tc>
        <w:tc>
          <w:tcPr>
            <w:tcW w:w="4320" w:type="dxa"/>
          </w:tcPr>
          <w:p w14:paraId="1280664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$0</w:t>
            </w:r>
          </w:p>
        </w:tc>
      </w:tr>
      <w:tr w:rsidR="00495879" w14:paraId="1F46407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4E77A0C" w14:textId="77777777" w:rsidR="00495879" w:rsidRDefault="00000000">
            <w:r>
              <w:t>**Total Liabilities**</w:t>
            </w:r>
          </w:p>
        </w:tc>
        <w:tc>
          <w:tcPr>
            <w:tcW w:w="4320" w:type="dxa"/>
          </w:tcPr>
          <w:p w14:paraId="7F41EDA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$25,000</w:t>
            </w:r>
          </w:p>
        </w:tc>
      </w:tr>
      <w:tr w:rsidR="00495879" w14:paraId="3F9C403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522C168" w14:textId="77777777" w:rsidR="00495879" w:rsidRDefault="00000000">
            <w:r>
              <w:t>Owner's Equity</w:t>
            </w:r>
          </w:p>
        </w:tc>
        <w:tc>
          <w:tcPr>
            <w:tcW w:w="4320" w:type="dxa"/>
          </w:tcPr>
          <w:p w14:paraId="01629FE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$75,000</w:t>
            </w:r>
          </w:p>
        </w:tc>
      </w:tr>
      <w:tr w:rsidR="00495879" w14:paraId="5CED178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6857A69D" w14:textId="77777777" w:rsidR="00495879" w:rsidRDefault="00000000">
            <w:r>
              <w:t>Retained Earnings</w:t>
            </w:r>
          </w:p>
        </w:tc>
        <w:tc>
          <w:tcPr>
            <w:tcW w:w="4320" w:type="dxa"/>
          </w:tcPr>
          <w:p w14:paraId="059FC24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-$52,000</w:t>
            </w:r>
          </w:p>
        </w:tc>
      </w:tr>
      <w:tr w:rsidR="00495879" w14:paraId="77C8182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EAD5C6F" w14:textId="77777777" w:rsidR="00495879" w:rsidRDefault="00000000">
            <w:r>
              <w:t>**Total Equity**</w:t>
            </w:r>
          </w:p>
        </w:tc>
        <w:tc>
          <w:tcPr>
            <w:tcW w:w="4320" w:type="dxa"/>
          </w:tcPr>
          <w:p w14:paraId="2BBFCA7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$23,000</w:t>
            </w:r>
          </w:p>
        </w:tc>
      </w:tr>
      <w:tr w:rsidR="00495879" w14:paraId="57DF78B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2530B26" w14:textId="77777777" w:rsidR="00495879" w:rsidRDefault="00000000">
            <w:r>
              <w:t>**TOTAL LIABILITIES &amp; EQUITY**</w:t>
            </w:r>
          </w:p>
        </w:tc>
        <w:tc>
          <w:tcPr>
            <w:tcW w:w="4320" w:type="dxa"/>
          </w:tcPr>
          <w:p w14:paraId="56DF843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$48,000</w:t>
            </w:r>
          </w:p>
        </w:tc>
      </w:tr>
    </w:tbl>
    <w:p w14:paraId="3327A6D4" w14:textId="77777777" w:rsidR="00495879" w:rsidRDefault="00495879"/>
    <w:p w14:paraId="1337E763" w14:textId="77777777" w:rsidR="00495879" w:rsidRDefault="00000000">
      <w:r>
        <w:t>________________________________________________________________________________</w:t>
      </w:r>
    </w:p>
    <w:p w14:paraId="62B488AB" w14:textId="77777777" w:rsidR="00495879" w:rsidRDefault="00000000">
      <w:pPr>
        <w:pStyle w:val="Titre2"/>
      </w:pPr>
      <w:r>
        <w:t>10.6 Key Financial Metrics</w:t>
      </w:r>
    </w:p>
    <w:p w14:paraId="42EC01CE" w14:textId="77777777" w:rsidR="00495879" w:rsidRDefault="00000000">
      <w:pPr>
        <w:pStyle w:val="Titre3"/>
      </w:pPr>
      <w:r>
        <w:t>Unit Economics (Per Client)</w:t>
      </w:r>
    </w:p>
    <w:p w14:paraId="730E1513" w14:textId="77777777" w:rsidR="00495879" w:rsidRDefault="00000000">
      <w:pPr>
        <w:pStyle w:val="Titre4"/>
      </w:pPr>
      <w:r>
        <w:t>TRANSFORM Programs (Average)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1394055D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E4B608D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2CC3FBB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Growth</w:t>
            </w:r>
          </w:p>
        </w:tc>
        <w:tc>
          <w:tcPr>
            <w:tcW w:w="2160" w:type="dxa"/>
          </w:tcPr>
          <w:p w14:paraId="759D0E2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Scale</w:t>
            </w:r>
          </w:p>
        </w:tc>
        <w:tc>
          <w:tcPr>
            <w:tcW w:w="2160" w:type="dxa"/>
          </w:tcPr>
          <w:p w14:paraId="253594A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Transform</w:t>
            </w:r>
          </w:p>
        </w:tc>
      </w:tr>
      <w:tr w:rsidR="00495879" w14:paraId="48B09C1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09E7396" w14:textId="77777777" w:rsidR="00495879" w:rsidRDefault="00000000">
            <w:r>
              <w:t>Price</w:t>
            </w:r>
          </w:p>
        </w:tc>
        <w:tc>
          <w:tcPr>
            <w:tcW w:w="2160" w:type="dxa"/>
          </w:tcPr>
          <w:p w14:paraId="49C5212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$8,997</w:t>
            </w:r>
          </w:p>
        </w:tc>
        <w:tc>
          <w:tcPr>
            <w:tcW w:w="2160" w:type="dxa"/>
          </w:tcPr>
          <w:p w14:paraId="2A96937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$23,997</w:t>
            </w:r>
          </w:p>
        </w:tc>
        <w:tc>
          <w:tcPr>
            <w:tcW w:w="2160" w:type="dxa"/>
          </w:tcPr>
          <w:p w14:paraId="6DA4071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$59,997</w:t>
            </w:r>
          </w:p>
        </w:tc>
      </w:tr>
      <w:tr w:rsidR="00495879" w14:paraId="672D5FD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A607106" w14:textId="77777777" w:rsidR="00495879" w:rsidRDefault="00000000">
            <w:r>
              <w:t>COGS</w:t>
            </w:r>
          </w:p>
        </w:tc>
        <w:tc>
          <w:tcPr>
            <w:tcW w:w="2160" w:type="dxa"/>
          </w:tcPr>
          <w:p w14:paraId="20DCD12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$720</w:t>
            </w:r>
          </w:p>
        </w:tc>
        <w:tc>
          <w:tcPr>
            <w:tcW w:w="2160" w:type="dxa"/>
          </w:tcPr>
          <w:p w14:paraId="5250236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$1,920</w:t>
            </w:r>
          </w:p>
        </w:tc>
        <w:tc>
          <w:tcPr>
            <w:tcW w:w="2160" w:type="dxa"/>
          </w:tcPr>
          <w:p w14:paraId="6769F6C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$4,800</w:t>
            </w:r>
          </w:p>
        </w:tc>
      </w:tr>
      <w:tr w:rsidR="00495879" w14:paraId="03964B7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2C2F813" w14:textId="77777777" w:rsidR="00495879" w:rsidRDefault="00000000">
            <w:r>
              <w:t>**Gross Profit**</w:t>
            </w:r>
          </w:p>
        </w:tc>
        <w:tc>
          <w:tcPr>
            <w:tcW w:w="2160" w:type="dxa"/>
          </w:tcPr>
          <w:p w14:paraId="1CB3CE7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$8,277</w:t>
            </w:r>
          </w:p>
        </w:tc>
        <w:tc>
          <w:tcPr>
            <w:tcW w:w="2160" w:type="dxa"/>
          </w:tcPr>
          <w:p w14:paraId="3905663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$22,077</w:t>
            </w:r>
          </w:p>
        </w:tc>
        <w:tc>
          <w:tcPr>
            <w:tcW w:w="2160" w:type="dxa"/>
          </w:tcPr>
          <w:p w14:paraId="1F2FB09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$55,197</w:t>
            </w:r>
          </w:p>
        </w:tc>
      </w:tr>
      <w:tr w:rsidR="00495879" w14:paraId="6E6077C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7D95644" w14:textId="77777777" w:rsidR="00495879" w:rsidRDefault="00000000">
            <w:r>
              <w:t>**Gross Margin**</w:t>
            </w:r>
          </w:p>
        </w:tc>
        <w:tc>
          <w:tcPr>
            <w:tcW w:w="2160" w:type="dxa"/>
          </w:tcPr>
          <w:p w14:paraId="27CF403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92%</w:t>
            </w:r>
          </w:p>
        </w:tc>
        <w:tc>
          <w:tcPr>
            <w:tcW w:w="2160" w:type="dxa"/>
          </w:tcPr>
          <w:p w14:paraId="54DFBC8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92%</w:t>
            </w:r>
          </w:p>
        </w:tc>
        <w:tc>
          <w:tcPr>
            <w:tcW w:w="2160" w:type="dxa"/>
          </w:tcPr>
          <w:p w14:paraId="2650372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92%</w:t>
            </w:r>
          </w:p>
        </w:tc>
      </w:tr>
      <w:tr w:rsidR="00495879" w14:paraId="59A8084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5E11339" w14:textId="77777777" w:rsidR="00495879" w:rsidRDefault="00000000">
            <w:r>
              <w:t>CAC (Customer Acquisition Cost)</w:t>
            </w:r>
          </w:p>
        </w:tc>
        <w:tc>
          <w:tcPr>
            <w:tcW w:w="2160" w:type="dxa"/>
          </w:tcPr>
          <w:p w14:paraId="26AB2F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$1,500</w:t>
            </w:r>
          </w:p>
        </w:tc>
        <w:tc>
          <w:tcPr>
            <w:tcW w:w="2160" w:type="dxa"/>
          </w:tcPr>
          <w:p w14:paraId="1039BCA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$2,500</w:t>
            </w:r>
          </w:p>
        </w:tc>
        <w:tc>
          <w:tcPr>
            <w:tcW w:w="2160" w:type="dxa"/>
          </w:tcPr>
          <w:p w14:paraId="12080B5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$5,000</w:t>
            </w:r>
          </w:p>
        </w:tc>
      </w:tr>
      <w:tr w:rsidR="00495879" w14:paraId="554A4C4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E529FC7" w14:textId="77777777" w:rsidR="00495879" w:rsidRDefault="00000000">
            <w:r>
              <w:lastRenderedPageBreak/>
              <w:t>Onboarding Cost</w:t>
            </w:r>
          </w:p>
        </w:tc>
        <w:tc>
          <w:tcPr>
            <w:tcW w:w="2160" w:type="dxa"/>
          </w:tcPr>
          <w:p w14:paraId="62C8652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$500</w:t>
            </w:r>
          </w:p>
        </w:tc>
        <w:tc>
          <w:tcPr>
            <w:tcW w:w="2160" w:type="dxa"/>
          </w:tcPr>
          <w:p w14:paraId="3CDDEE3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$1,000</w:t>
            </w:r>
          </w:p>
        </w:tc>
        <w:tc>
          <w:tcPr>
            <w:tcW w:w="2160" w:type="dxa"/>
          </w:tcPr>
          <w:p w14:paraId="2908E51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$2,000</w:t>
            </w:r>
          </w:p>
        </w:tc>
      </w:tr>
      <w:tr w:rsidR="00495879" w14:paraId="446BF5B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E5DD362" w14:textId="77777777" w:rsidR="00495879" w:rsidRDefault="00000000">
            <w:r>
              <w:t>**Total Acquisition**</w:t>
            </w:r>
          </w:p>
        </w:tc>
        <w:tc>
          <w:tcPr>
            <w:tcW w:w="2160" w:type="dxa"/>
          </w:tcPr>
          <w:p w14:paraId="10830C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160" w:type="dxa"/>
          </w:tcPr>
          <w:p w14:paraId="0E93AE0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$3,500</w:t>
            </w:r>
          </w:p>
        </w:tc>
        <w:tc>
          <w:tcPr>
            <w:tcW w:w="2160" w:type="dxa"/>
          </w:tcPr>
          <w:p w14:paraId="5287F26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$7,000</w:t>
            </w:r>
          </w:p>
        </w:tc>
      </w:tr>
      <w:tr w:rsidR="00495879" w14:paraId="6BB3175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CBD8D0B" w14:textId="77777777" w:rsidR="00495879" w:rsidRDefault="00000000">
            <w:r>
              <w:t>**Contribution Margin**</w:t>
            </w:r>
          </w:p>
        </w:tc>
        <w:tc>
          <w:tcPr>
            <w:tcW w:w="2160" w:type="dxa"/>
          </w:tcPr>
          <w:p w14:paraId="0ED8E7F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$6,277</w:t>
            </w:r>
          </w:p>
        </w:tc>
        <w:tc>
          <w:tcPr>
            <w:tcW w:w="2160" w:type="dxa"/>
          </w:tcPr>
          <w:p w14:paraId="3247CA1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$18,577</w:t>
            </w:r>
          </w:p>
        </w:tc>
        <w:tc>
          <w:tcPr>
            <w:tcW w:w="2160" w:type="dxa"/>
          </w:tcPr>
          <w:p w14:paraId="071FD82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$48,197</w:t>
            </w:r>
          </w:p>
        </w:tc>
      </w:tr>
      <w:tr w:rsidR="00495879" w14:paraId="28F231D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0927A82" w14:textId="77777777" w:rsidR="00495879" w:rsidRDefault="00000000">
            <w:r>
              <w:t>**LTV (3 year, 60% retention)**</w:t>
            </w:r>
          </w:p>
        </w:tc>
        <w:tc>
          <w:tcPr>
            <w:tcW w:w="2160" w:type="dxa"/>
          </w:tcPr>
          <w:p w14:paraId="1E729F4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$16,200</w:t>
            </w:r>
          </w:p>
        </w:tc>
        <w:tc>
          <w:tcPr>
            <w:tcW w:w="2160" w:type="dxa"/>
          </w:tcPr>
          <w:p w14:paraId="2E55164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$43,200</w:t>
            </w:r>
          </w:p>
        </w:tc>
        <w:tc>
          <w:tcPr>
            <w:tcW w:w="2160" w:type="dxa"/>
          </w:tcPr>
          <w:p w14:paraId="1145419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$108,000</w:t>
            </w:r>
          </w:p>
        </w:tc>
      </w:tr>
      <w:tr w:rsidR="00495879" w14:paraId="6BD4A6E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E6F0C33" w14:textId="77777777" w:rsidR="00495879" w:rsidRDefault="00000000">
            <w:r>
              <w:t>**LTV:CAC Ratio**</w:t>
            </w:r>
          </w:p>
        </w:tc>
        <w:tc>
          <w:tcPr>
            <w:tcW w:w="2160" w:type="dxa"/>
          </w:tcPr>
          <w:p w14:paraId="3533ED7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8:1</w:t>
            </w:r>
          </w:p>
        </w:tc>
        <w:tc>
          <w:tcPr>
            <w:tcW w:w="2160" w:type="dxa"/>
          </w:tcPr>
          <w:p w14:paraId="242A18F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12:1</w:t>
            </w:r>
          </w:p>
        </w:tc>
        <w:tc>
          <w:tcPr>
            <w:tcW w:w="2160" w:type="dxa"/>
          </w:tcPr>
          <w:p w14:paraId="7E0DA08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15:1</w:t>
            </w:r>
          </w:p>
        </w:tc>
      </w:tr>
    </w:tbl>
    <w:p w14:paraId="58148F03" w14:textId="77777777" w:rsidR="00495879" w:rsidRDefault="00495879"/>
    <w:p w14:paraId="27BF59DB" w14:textId="77777777" w:rsidR="00495879" w:rsidRDefault="00000000">
      <w:r>
        <w:rPr>
          <w:b/>
        </w:rPr>
        <w:t>Analysis</w:t>
      </w:r>
      <w:r>
        <w:t>: Excellent unit economics across all tiers. Healthy LTV:CAC (target &gt;3:1, achieved 8-15:1).</w:t>
      </w:r>
    </w:p>
    <w:p w14:paraId="72E6F262" w14:textId="77777777" w:rsidR="00495879" w:rsidRDefault="00000000">
      <w:pPr>
        <w:pStyle w:val="Titre4"/>
      </w:pPr>
      <w:r>
        <w:t>PLATFORM Membership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95879" w14:paraId="4056378C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0ED92EA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4320" w:type="dxa"/>
          </w:tcPr>
          <w:p w14:paraId="5529D17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</w:tr>
      <w:tr w:rsidR="00495879" w14:paraId="302B6CB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69DC3DC" w14:textId="77777777" w:rsidR="00495879" w:rsidRDefault="00000000">
            <w:r>
              <w:t>Annual Price</w:t>
            </w:r>
          </w:p>
        </w:tc>
        <w:tc>
          <w:tcPr>
            <w:tcW w:w="4320" w:type="dxa"/>
          </w:tcPr>
          <w:p w14:paraId="2D6FAC2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$2,997</w:t>
            </w:r>
          </w:p>
        </w:tc>
      </w:tr>
      <w:tr w:rsidR="00495879" w14:paraId="1189668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CF5A210" w14:textId="77777777" w:rsidR="00495879" w:rsidRDefault="00000000">
            <w:r>
              <w:t>COGS (hosting, support)</w:t>
            </w:r>
          </w:p>
        </w:tc>
        <w:tc>
          <w:tcPr>
            <w:tcW w:w="4320" w:type="dxa"/>
          </w:tcPr>
          <w:p w14:paraId="4656F88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$150</w:t>
            </w:r>
          </w:p>
        </w:tc>
      </w:tr>
      <w:tr w:rsidR="00495879" w14:paraId="576E97F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F2E2852" w14:textId="77777777" w:rsidR="00495879" w:rsidRDefault="00000000">
            <w:r>
              <w:t>**Gross Profit**</w:t>
            </w:r>
          </w:p>
        </w:tc>
        <w:tc>
          <w:tcPr>
            <w:tcW w:w="4320" w:type="dxa"/>
          </w:tcPr>
          <w:p w14:paraId="08CDBA3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$2,847</w:t>
            </w:r>
          </w:p>
        </w:tc>
      </w:tr>
      <w:tr w:rsidR="00495879" w14:paraId="796F411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8C7D3F7" w14:textId="77777777" w:rsidR="00495879" w:rsidRDefault="00000000">
            <w:r>
              <w:t>**Gross Margin**</w:t>
            </w:r>
          </w:p>
        </w:tc>
        <w:tc>
          <w:tcPr>
            <w:tcW w:w="4320" w:type="dxa"/>
          </w:tcPr>
          <w:p w14:paraId="351B754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95%</w:t>
            </w:r>
          </w:p>
        </w:tc>
      </w:tr>
      <w:tr w:rsidR="00495879" w14:paraId="5139887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C210BD0" w14:textId="77777777" w:rsidR="00495879" w:rsidRDefault="00000000">
            <w:r>
              <w:t>CAC</w:t>
            </w:r>
          </w:p>
        </w:tc>
        <w:tc>
          <w:tcPr>
            <w:tcW w:w="4320" w:type="dxa"/>
          </w:tcPr>
          <w:p w14:paraId="5ACEF92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$100</w:t>
            </w:r>
          </w:p>
        </w:tc>
      </w:tr>
      <w:tr w:rsidR="00495879" w14:paraId="143E267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7360126" w14:textId="77777777" w:rsidR="00495879" w:rsidRDefault="00000000">
            <w:r>
              <w:t>**Contribution Margin Yr 1**</w:t>
            </w:r>
          </w:p>
        </w:tc>
        <w:tc>
          <w:tcPr>
            <w:tcW w:w="4320" w:type="dxa"/>
          </w:tcPr>
          <w:p w14:paraId="5DD6CB3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$2,747</w:t>
            </w:r>
          </w:p>
        </w:tc>
      </w:tr>
      <w:tr w:rsidR="00495879" w14:paraId="6698006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F557865" w14:textId="77777777" w:rsidR="00495879" w:rsidRDefault="00000000">
            <w:r>
              <w:t>**LTV (3 years, 25% churn)**</w:t>
            </w:r>
          </w:p>
        </w:tc>
        <w:tc>
          <w:tcPr>
            <w:tcW w:w="4320" w:type="dxa"/>
          </w:tcPr>
          <w:p w14:paraId="7CF88F2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$6,700</w:t>
            </w:r>
          </w:p>
        </w:tc>
      </w:tr>
      <w:tr w:rsidR="00495879" w14:paraId="3F588B1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053CBAD" w14:textId="77777777" w:rsidR="00495879" w:rsidRDefault="00000000">
            <w:r>
              <w:t>**LTV:CAC Ratio**</w:t>
            </w:r>
          </w:p>
        </w:tc>
        <w:tc>
          <w:tcPr>
            <w:tcW w:w="4320" w:type="dxa"/>
          </w:tcPr>
          <w:p w14:paraId="59B9936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67:1</w:t>
            </w:r>
          </w:p>
        </w:tc>
      </w:tr>
    </w:tbl>
    <w:p w14:paraId="42DCE5CB" w14:textId="77777777" w:rsidR="00495879" w:rsidRDefault="00495879"/>
    <w:p w14:paraId="2F6880ED" w14:textId="77777777" w:rsidR="00495879" w:rsidRDefault="00000000">
      <w:r>
        <w:rPr>
          <w:b/>
        </w:rPr>
        <w:t>Analysis</w:t>
      </w:r>
      <w:r>
        <w:t>: Outstanding economics if churn controlled. Pure scale play.</w:t>
      </w:r>
    </w:p>
    <w:p w14:paraId="5726D851" w14:textId="77777777" w:rsidR="00495879" w:rsidRDefault="00000000">
      <w:r>
        <w:t>________________________________________________________________________________</w:t>
      </w:r>
    </w:p>
    <w:p w14:paraId="08457B90" w14:textId="77777777" w:rsidR="00495879" w:rsidRDefault="00000000">
      <w:pPr>
        <w:pStyle w:val="Titre3"/>
      </w:pPr>
      <w:r>
        <w:t>Profitability Metrics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6C52191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CA1F882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1728" w:type="dxa"/>
          </w:tcPr>
          <w:p w14:paraId="1CC7921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1728" w:type="dxa"/>
          </w:tcPr>
          <w:p w14:paraId="2F3BF70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1728" w:type="dxa"/>
          </w:tcPr>
          <w:p w14:paraId="2A80F21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  <w:tc>
          <w:tcPr>
            <w:tcW w:w="1728" w:type="dxa"/>
          </w:tcPr>
          <w:p w14:paraId="2FD3D2F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</w:t>
            </w:r>
          </w:p>
        </w:tc>
      </w:tr>
      <w:tr w:rsidR="00495879" w14:paraId="2FA08EB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4985CE5" w14:textId="77777777" w:rsidR="00495879" w:rsidRDefault="00000000">
            <w:r>
              <w:t>**Gross Margin**</w:t>
            </w:r>
          </w:p>
        </w:tc>
        <w:tc>
          <w:tcPr>
            <w:tcW w:w="1728" w:type="dxa"/>
          </w:tcPr>
          <w:p w14:paraId="04308E3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1728" w:type="dxa"/>
          </w:tcPr>
          <w:p w14:paraId="55CBAED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1728" w:type="dxa"/>
          </w:tcPr>
          <w:p w14:paraId="01FF3B1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91.8%</w:t>
            </w:r>
          </w:p>
        </w:tc>
        <w:tc>
          <w:tcPr>
            <w:tcW w:w="1728" w:type="dxa"/>
          </w:tcPr>
          <w:p w14:paraId="378976D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&gt;85% ✅</w:t>
            </w:r>
          </w:p>
        </w:tc>
      </w:tr>
      <w:tr w:rsidR="00495879" w14:paraId="59A50AA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D8EE774" w14:textId="77777777" w:rsidR="00495879" w:rsidRDefault="00000000">
            <w:r>
              <w:t>**EBITDA Margin**</w:t>
            </w:r>
          </w:p>
        </w:tc>
        <w:tc>
          <w:tcPr>
            <w:tcW w:w="1728" w:type="dxa"/>
          </w:tcPr>
          <w:p w14:paraId="2E522E1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-40.1%</w:t>
            </w:r>
          </w:p>
        </w:tc>
        <w:tc>
          <w:tcPr>
            <w:tcW w:w="1728" w:type="dxa"/>
          </w:tcPr>
          <w:p w14:paraId="21BF509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-4.8%</w:t>
            </w:r>
          </w:p>
        </w:tc>
        <w:tc>
          <w:tcPr>
            <w:tcW w:w="1728" w:type="dxa"/>
          </w:tcPr>
          <w:p w14:paraId="4382C29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12.9%</w:t>
            </w:r>
          </w:p>
        </w:tc>
        <w:tc>
          <w:tcPr>
            <w:tcW w:w="1728" w:type="dxa"/>
          </w:tcPr>
          <w:p w14:paraId="0A6ED9C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&gt;15% An 3 ❌</w:t>
            </w:r>
          </w:p>
        </w:tc>
      </w:tr>
      <w:tr w:rsidR="00495879" w14:paraId="756B905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B97337D" w14:textId="77777777" w:rsidR="00495879" w:rsidRDefault="00000000">
            <w:r>
              <w:t>**Net Margin**</w:t>
            </w:r>
          </w:p>
        </w:tc>
        <w:tc>
          <w:tcPr>
            <w:tcW w:w="1728" w:type="dxa"/>
          </w:tcPr>
          <w:p w14:paraId="629F156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-40.1%</w:t>
            </w:r>
          </w:p>
        </w:tc>
        <w:tc>
          <w:tcPr>
            <w:tcW w:w="1728" w:type="dxa"/>
          </w:tcPr>
          <w:p w14:paraId="0C0600B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-4.8%</w:t>
            </w:r>
          </w:p>
        </w:tc>
        <w:tc>
          <w:tcPr>
            <w:tcW w:w="1728" w:type="dxa"/>
          </w:tcPr>
          <w:p w14:paraId="5D55571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9.7%</w:t>
            </w:r>
          </w:p>
        </w:tc>
        <w:tc>
          <w:tcPr>
            <w:tcW w:w="1728" w:type="dxa"/>
          </w:tcPr>
          <w:p w14:paraId="2DFA466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&gt;10% An 3 ❌</w:t>
            </w:r>
          </w:p>
        </w:tc>
      </w:tr>
      <w:tr w:rsidR="00495879" w14:paraId="76CEA11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A8E53C5" w14:textId="77777777" w:rsidR="00495879" w:rsidRDefault="00000000">
            <w:r>
              <w:t>**ROE**</w:t>
            </w:r>
          </w:p>
        </w:tc>
        <w:tc>
          <w:tcPr>
            <w:tcW w:w="1728" w:type="dxa"/>
          </w:tcPr>
          <w:p w14:paraId="01307C8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728" w:type="dxa"/>
          </w:tcPr>
          <w:p w14:paraId="3C25A68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728" w:type="dxa"/>
          </w:tcPr>
          <w:p w14:paraId="0B7242F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359%</w:t>
            </w:r>
          </w:p>
        </w:tc>
        <w:tc>
          <w:tcPr>
            <w:tcW w:w="1728" w:type="dxa"/>
          </w:tcPr>
          <w:p w14:paraId="397FCC5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&gt;30% ✅</w:t>
            </w:r>
          </w:p>
        </w:tc>
      </w:tr>
    </w:tbl>
    <w:p w14:paraId="70078CE8" w14:textId="77777777" w:rsidR="00495879" w:rsidRDefault="00495879"/>
    <w:p w14:paraId="6CB5831C" w14:textId="77777777" w:rsidR="00495879" w:rsidRDefault="00000000">
      <w:r>
        <w:rPr>
          <w:b/>
        </w:rPr>
        <w:t>Note</w:t>
      </w:r>
      <w:r>
        <w:t>: Margins intentionally low An 1-2 (investment phase). An 3 close to target, An 4 expect &gt;20%.</w:t>
      </w:r>
    </w:p>
    <w:p w14:paraId="0A73B97E" w14:textId="77777777" w:rsidR="00495879" w:rsidRDefault="00000000">
      <w:pPr>
        <w:pStyle w:val="Titre3"/>
      </w:pPr>
      <w:r>
        <w:t>Efficiency Metrics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63A15215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49FD50B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52BCB84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2160" w:type="dxa"/>
          </w:tcPr>
          <w:p w14:paraId="2CF7296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160" w:type="dxa"/>
          </w:tcPr>
          <w:p w14:paraId="20FB4C0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6C9D1A7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ED6D4C8" w14:textId="77777777" w:rsidR="00495879" w:rsidRDefault="00000000">
            <w:r>
              <w:t>**Revenue per Employee**</w:t>
            </w:r>
          </w:p>
        </w:tc>
        <w:tc>
          <w:tcPr>
            <w:tcW w:w="2160" w:type="dxa"/>
          </w:tcPr>
          <w:p w14:paraId="52ADDEB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$60K</w:t>
            </w:r>
          </w:p>
        </w:tc>
        <w:tc>
          <w:tcPr>
            <w:tcW w:w="2160" w:type="dxa"/>
          </w:tcPr>
          <w:p w14:paraId="7346C99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$70K</w:t>
            </w:r>
          </w:p>
        </w:tc>
        <w:tc>
          <w:tcPr>
            <w:tcW w:w="2160" w:type="dxa"/>
          </w:tcPr>
          <w:p w14:paraId="7DB0398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$106K</w:t>
            </w:r>
          </w:p>
        </w:tc>
      </w:tr>
      <w:tr w:rsidR="00495879" w14:paraId="57BEFA9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0CEFEA" w14:textId="77777777" w:rsidR="00495879" w:rsidRDefault="00000000">
            <w:r>
              <w:lastRenderedPageBreak/>
              <w:t>**Payroll as % Revenue**</w:t>
            </w:r>
          </w:p>
        </w:tc>
        <w:tc>
          <w:tcPr>
            <w:tcW w:w="2160" w:type="dxa"/>
          </w:tcPr>
          <w:p w14:paraId="255CD62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69%</w:t>
            </w:r>
          </w:p>
        </w:tc>
        <w:tc>
          <w:tcPr>
            <w:tcW w:w="2160" w:type="dxa"/>
          </w:tcPr>
          <w:p w14:paraId="758F559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57%</w:t>
            </w:r>
          </w:p>
        </w:tc>
        <w:tc>
          <w:tcPr>
            <w:tcW w:w="2160" w:type="dxa"/>
          </w:tcPr>
          <w:p w14:paraId="16D3D5D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50%</w:t>
            </w:r>
          </w:p>
        </w:tc>
      </w:tr>
      <w:tr w:rsidR="00495879" w14:paraId="12F75B4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4A10F48" w14:textId="77777777" w:rsidR="00495879" w:rsidRDefault="00000000">
            <w:r>
              <w:t>**CAC Payback Period**</w:t>
            </w:r>
          </w:p>
        </w:tc>
        <w:tc>
          <w:tcPr>
            <w:tcW w:w="2160" w:type="dxa"/>
          </w:tcPr>
          <w:p w14:paraId="41D42A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 months</w:t>
            </w:r>
          </w:p>
        </w:tc>
        <w:tc>
          <w:tcPr>
            <w:tcW w:w="2160" w:type="dxa"/>
          </w:tcPr>
          <w:p w14:paraId="036E64B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 months</w:t>
            </w:r>
          </w:p>
        </w:tc>
        <w:tc>
          <w:tcPr>
            <w:tcW w:w="2160" w:type="dxa"/>
          </w:tcPr>
          <w:p w14:paraId="3D1969A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month</w:t>
            </w:r>
          </w:p>
        </w:tc>
      </w:tr>
      <w:tr w:rsidR="00495879" w14:paraId="65D7A61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7669D2" w14:textId="77777777" w:rsidR="00495879" w:rsidRDefault="00000000">
            <w:r>
              <w:t>**Cash Conversion Cycle**</w:t>
            </w:r>
          </w:p>
        </w:tc>
        <w:tc>
          <w:tcPr>
            <w:tcW w:w="2160" w:type="dxa"/>
          </w:tcPr>
          <w:p w14:paraId="77C676C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30 days</w:t>
            </w:r>
          </w:p>
        </w:tc>
        <w:tc>
          <w:tcPr>
            <w:tcW w:w="2160" w:type="dxa"/>
          </w:tcPr>
          <w:p w14:paraId="13C69F4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 days</w:t>
            </w:r>
          </w:p>
        </w:tc>
        <w:tc>
          <w:tcPr>
            <w:tcW w:w="2160" w:type="dxa"/>
          </w:tcPr>
          <w:p w14:paraId="45DA616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 days</w:t>
            </w:r>
          </w:p>
        </w:tc>
      </w:tr>
    </w:tbl>
    <w:p w14:paraId="1D0C0CB0" w14:textId="77777777" w:rsidR="00495879" w:rsidRDefault="00495879"/>
    <w:p w14:paraId="724F7C39" w14:textId="77777777" w:rsidR="00495879" w:rsidRDefault="00000000">
      <w:r>
        <w:t>________________________________________________________________________________</w:t>
      </w:r>
    </w:p>
    <w:p w14:paraId="6E5D9110" w14:textId="77777777" w:rsidR="00495879" w:rsidRDefault="00000000">
      <w:pPr>
        <w:pStyle w:val="Titre2"/>
      </w:pPr>
      <w:r>
        <w:t>10.7 Scenario Analysis (Modèle Bi-Continental + IA Phase 2)</w:t>
      </w:r>
    </w:p>
    <w:p w14:paraId="1693047B" w14:textId="77777777" w:rsidR="00495879" w:rsidRDefault="00000000">
      <w:pPr>
        <w:pStyle w:val="Titre3"/>
      </w:pPr>
      <w:r>
        <w:t>Conservative (Baseline in Projections)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495879" w14:paraId="32A2617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11FAB4B" w14:textId="77777777" w:rsidR="00495879" w:rsidRDefault="00000000">
            <w:r>
              <w:rPr>
                <w:sz w:val="20"/>
              </w:rPr>
              <w:t>Year</w:t>
            </w:r>
          </w:p>
        </w:tc>
        <w:tc>
          <w:tcPr>
            <w:tcW w:w="1440" w:type="dxa"/>
          </w:tcPr>
          <w:p w14:paraId="56FB101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</w:t>
            </w:r>
          </w:p>
        </w:tc>
        <w:tc>
          <w:tcPr>
            <w:tcW w:w="1440" w:type="dxa"/>
          </w:tcPr>
          <w:p w14:paraId="78A55D3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</w:t>
            </w:r>
          </w:p>
        </w:tc>
        <w:tc>
          <w:tcPr>
            <w:tcW w:w="1440" w:type="dxa"/>
          </w:tcPr>
          <w:p w14:paraId="7AF68B9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</w:t>
            </w:r>
          </w:p>
        </w:tc>
        <w:tc>
          <w:tcPr>
            <w:tcW w:w="1440" w:type="dxa"/>
          </w:tcPr>
          <w:p w14:paraId="5F55A36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EBITDA</w:t>
            </w:r>
          </w:p>
        </w:tc>
        <w:tc>
          <w:tcPr>
            <w:tcW w:w="1440" w:type="dxa"/>
          </w:tcPr>
          <w:p w14:paraId="7369886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Net Income</w:t>
            </w:r>
          </w:p>
        </w:tc>
      </w:tr>
      <w:tr w:rsidR="00495879" w14:paraId="1E3B833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A81AC88" w14:textId="77777777" w:rsidR="00495879" w:rsidRDefault="00000000">
            <w:r>
              <w:t>1</w:t>
            </w:r>
          </w:p>
        </w:tc>
        <w:tc>
          <w:tcPr>
            <w:tcW w:w="1440" w:type="dxa"/>
          </w:tcPr>
          <w:p w14:paraId="7BC4ADE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$180,000</w:t>
            </w:r>
          </w:p>
        </w:tc>
        <w:tc>
          <w:tcPr>
            <w:tcW w:w="1440" w:type="dxa"/>
          </w:tcPr>
          <w:p w14:paraId="434F6DB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$130K (72%)</w:t>
            </w:r>
          </w:p>
        </w:tc>
        <w:tc>
          <w:tcPr>
            <w:tcW w:w="1440" w:type="dxa"/>
          </w:tcPr>
          <w:p w14:paraId="59313C1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$50K (28%)</w:t>
            </w:r>
          </w:p>
        </w:tc>
        <w:tc>
          <w:tcPr>
            <w:tcW w:w="1440" w:type="dxa"/>
          </w:tcPr>
          <w:p w14:paraId="50DABE5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-$67,200</w:t>
            </w:r>
          </w:p>
        </w:tc>
        <w:tc>
          <w:tcPr>
            <w:tcW w:w="1440" w:type="dxa"/>
          </w:tcPr>
          <w:p w14:paraId="72C582E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-$67,200</w:t>
            </w:r>
          </w:p>
        </w:tc>
      </w:tr>
      <w:tr w:rsidR="00495879" w14:paraId="2215561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C26219B" w14:textId="77777777" w:rsidR="00495879" w:rsidRDefault="00000000">
            <w:r>
              <w:t>2</w:t>
            </w:r>
          </w:p>
        </w:tc>
        <w:tc>
          <w:tcPr>
            <w:tcW w:w="1440" w:type="dxa"/>
          </w:tcPr>
          <w:p w14:paraId="0DE439D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$420,000</w:t>
            </w:r>
          </w:p>
        </w:tc>
        <w:tc>
          <w:tcPr>
            <w:tcW w:w="1440" w:type="dxa"/>
          </w:tcPr>
          <w:p w14:paraId="078B8A6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$270K (64%)</w:t>
            </w:r>
          </w:p>
        </w:tc>
        <w:tc>
          <w:tcPr>
            <w:tcW w:w="1440" w:type="dxa"/>
          </w:tcPr>
          <w:p w14:paraId="0F496C1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$150K (36%)</w:t>
            </w:r>
          </w:p>
        </w:tc>
        <w:tc>
          <w:tcPr>
            <w:tcW w:w="1440" w:type="dxa"/>
          </w:tcPr>
          <w:p w14:paraId="0EC4333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-$45,000</w:t>
            </w:r>
          </w:p>
        </w:tc>
        <w:tc>
          <w:tcPr>
            <w:tcW w:w="1440" w:type="dxa"/>
          </w:tcPr>
          <w:p w14:paraId="17EE0A7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-$45,000</w:t>
            </w:r>
          </w:p>
        </w:tc>
      </w:tr>
      <w:tr w:rsidR="00495879" w14:paraId="4D3B2BD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795AEA4" w14:textId="77777777" w:rsidR="00495879" w:rsidRDefault="00000000">
            <w:r>
              <w:t>3</w:t>
            </w:r>
          </w:p>
        </w:tc>
        <w:tc>
          <w:tcPr>
            <w:tcW w:w="1440" w:type="dxa"/>
          </w:tcPr>
          <w:p w14:paraId="3459991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$850,000</w:t>
            </w:r>
          </w:p>
        </w:tc>
        <w:tc>
          <w:tcPr>
            <w:tcW w:w="1440" w:type="dxa"/>
          </w:tcPr>
          <w:p w14:paraId="6C52636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$550K (65%)</w:t>
            </w:r>
          </w:p>
        </w:tc>
        <w:tc>
          <w:tcPr>
            <w:tcW w:w="1440" w:type="dxa"/>
          </w:tcPr>
          <w:p w14:paraId="2FBBC5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$300K (35%)</w:t>
            </w:r>
          </w:p>
        </w:tc>
        <w:tc>
          <w:tcPr>
            <w:tcW w:w="1440" w:type="dxa"/>
          </w:tcPr>
          <w:p w14:paraId="51A6C8C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$45,000</w:t>
            </w:r>
          </w:p>
        </w:tc>
        <w:tc>
          <w:tcPr>
            <w:tcW w:w="1440" w:type="dxa"/>
          </w:tcPr>
          <w:p w14:paraId="06718D0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$33,750</w:t>
            </w:r>
          </w:p>
        </w:tc>
      </w:tr>
    </w:tbl>
    <w:p w14:paraId="720EA894" w14:textId="77777777" w:rsidR="00495879" w:rsidRDefault="00495879"/>
    <w:p w14:paraId="37663A2A" w14:textId="77777777" w:rsidR="00495879" w:rsidRDefault="00000000">
      <w:r>
        <w:rPr>
          <w:b/>
        </w:rPr>
        <w:t>Assumptions</w:t>
      </w:r>
      <w:r>
        <w:t>:</w:t>
      </w:r>
    </w:p>
    <w:p w14:paraId="67D23599" w14:textId="77777777" w:rsidR="00495879" w:rsidRDefault="00000000">
      <w:pPr>
        <w:pStyle w:val="Listepuces"/>
      </w:pPr>
      <w:r>
        <w:t>50% client acquisition targets</w:t>
      </w:r>
    </w:p>
    <w:p w14:paraId="065F0E58" w14:textId="77777777" w:rsidR="00495879" w:rsidRDefault="00000000">
      <w:pPr>
        <w:pStyle w:val="Listepuces"/>
      </w:pPr>
      <w:r>
        <w:t>Higher churn (30% An 1, 25% An 2)</w:t>
      </w:r>
    </w:p>
    <w:p w14:paraId="07B5FEB1" w14:textId="77777777" w:rsidR="00495879" w:rsidRDefault="00000000">
      <w:pPr>
        <w:pStyle w:val="Listepuces"/>
      </w:pPr>
      <w:r>
        <w:t>Slower ramp Africa (soft launch An 1)</w:t>
      </w:r>
    </w:p>
    <w:p w14:paraId="6BF89308" w14:textId="77777777" w:rsidR="00495879" w:rsidRDefault="00000000">
      <w:pPr>
        <w:pStyle w:val="Listepuces"/>
      </w:pPr>
      <w:r>
        <w:t>Full IA investment An 2-3 ($50K)</w:t>
      </w:r>
    </w:p>
    <w:p w14:paraId="3A2D85BB" w14:textId="77777777" w:rsidR="00495879" w:rsidRDefault="00000000">
      <w:pPr>
        <w:pStyle w:val="Titre3"/>
      </w:pPr>
      <w:r>
        <w:t>Realistic (50% Probability)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495879" w14:paraId="03EB2984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F701917" w14:textId="77777777" w:rsidR="00495879" w:rsidRDefault="00000000">
            <w:r>
              <w:rPr>
                <w:sz w:val="20"/>
              </w:rPr>
              <w:t>Year</w:t>
            </w:r>
          </w:p>
        </w:tc>
        <w:tc>
          <w:tcPr>
            <w:tcW w:w="1440" w:type="dxa"/>
          </w:tcPr>
          <w:p w14:paraId="0A7F967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</w:t>
            </w:r>
          </w:p>
        </w:tc>
        <w:tc>
          <w:tcPr>
            <w:tcW w:w="1440" w:type="dxa"/>
          </w:tcPr>
          <w:p w14:paraId="5BBC510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</w:t>
            </w:r>
          </w:p>
        </w:tc>
        <w:tc>
          <w:tcPr>
            <w:tcW w:w="1440" w:type="dxa"/>
          </w:tcPr>
          <w:p w14:paraId="627D9F2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</w:t>
            </w:r>
          </w:p>
        </w:tc>
        <w:tc>
          <w:tcPr>
            <w:tcW w:w="1440" w:type="dxa"/>
          </w:tcPr>
          <w:p w14:paraId="084EC58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EBITDA</w:t>
            </w:r>
          </w:p>
        </w:tc>
        <w:tc>
          <w:tcPr>
            <w:tcW w:w="1440" w:type="dxa"/>
          </w:tcPr>
          <w:p w14:paraId="50FC8E4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Net Income</w:t>
            </w:r>
          </w:p>
        </w:tc>
      </w:tr>
      <w:tr w:rsidR="00495879" w14:paraId="1ECCBC7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FA459C2" w14:textId="77777777" w:rsidR="00495879" w:rsidRDefault="00000000">
            <w:r>
              <w:t>1</w:t>
            </w:r>
          </w:p>
        </w:tc>
        <w:tc>
          <w:tcPr>
            <w:tcW w:w="1440" w:type="dxa"/>
          </w:tcPr>
          <w:p w14:paraId="0F14592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$280,000</w:t>
            </w:r>
          </w:p>
        </w:tc>
        <w:tc>
          <w:tcPr>
            <w:tcW w:w="1440" w:type="dxa"/>
          </w:tcPr>
          <w:p w14:paraId="1AACA9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$200K (71%)</w:t>
            </w:r>
          </w:p>
        </w:tc>
        <w:tc>
          <w:tcPr>
            <w:tcW w:w="1440" w:type="dxa"/>
          </w:tcPr>
          <w:p w14:paraId="6CDE0B9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$80K (29%)</w:t>
            </w:r>
          </w:p>
        </w:tc>
        <w:tc>
          <w:tcPr>
            <w:tcW w:w="1440" w:type="dxa"/>
          </w:tcPr>
          <w:p w14:paraId="1D6ED48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-$30,000</w:t>
            </w:r>
          </w:p>
        </w:tc>
        <w:tc>
          <w:tcPr>
            <w:tcW w:w="1440" w:type="dxa"/>
          </w:tcPr>
          <w:p w14:paraId="3FDD107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-$30,000</w:t>
            </w:r>
          </w:p>
        </w:tc>
      </w:tr>
      <w:tr w:rsidR="00495879" w14:paraId="3FFCEE9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F679712" w14:textId="77777777" w:rsidR="00495879" w:rsidRDefault="00000000">
            <w:r>
              <w:t>2</w:t>
            </w:r>
          </w:p>
        </w:tc>
        <w:tc>
          <w:tcPr>
            <w:tcW w:w="1440" w:type="dxa"/>
          </w:tcPr>
          <w:p w14:paraId="341B65F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$650,000</w:t>
            </w:r>
          </w:p>
        </w:tc>
        <w:tc>
          <w:tcPr>
            <w:tcW w:w="1440" w:type="dxa"/>
          </w:tcPr>
          <w:p w14:paraId="1A23285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$420K (65%)</w:t>
            </w:r>
          </w:p>
        </w:tc>
        <w:tc>
          <w:tcPr>
            <w:tcW w:w="1440" w:type="dxa"/>
          </w:tcPr>
          <w:p w14:paraId="51D0791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$230K (35%)</w:t>
            </w:r>
          </w:p>
        </w:tc>
        <w:tc>
          <w:tcPr>
            <w:tcW w:w="1440" w:type="dxa"/>
          </w:tcPr>
          <w:p w14:paraId="45C314A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$80,000</w:t>
            </w:r>
          </w:p>
        </w:tc>
        <w:tc>
          <w:tcPr>
            <w:tcW w:w="1440" w:type="dxa"/>
          </w:tcPr>
          <w:p w14:paraId="67FBBFE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$60,000</w:t>
            </w:r>
          </w:p>
        </w:tc>
      </w:tr>
      <w:tr w:rsidR="00495879" w14:paraId="3243DFB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559ADC8" w14:textId="77777777" w:rsidR="00495879" w:rsidRDefault="00000000">
            <w:r>
              <w:t>3</w:t>
            </w:r>
          </w:p>
        </w:tc>
        <w:tc>
          <w:tcPr>
            <w:tcW w:w="1440" w:type="dxa"/>
          </w:tcPr>
          <w:p w14:paraId="3C6CC1D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$1,200,000</w:t>
            </w:r>
          </w:p>
        </w:tc>
        <w:tc>
          <w:tcPr>
            <w:tcW w:w="1440" w:type="dxa"/>
          </w:tcPr>
          <w:p w14:paraId="3354924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$780K (65%)</w:t>
            </w:r>
          </w:p>
        </w:tc>
        <w:tc>
          <w:tcPr>
            <w:tcW w:w="1440" w:type="dxa"/>
          </w:tcPr>
          <w:p w14:paraId="4E7C3A0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$420K (35%)</w:t>
            </w:r>
          </w:p>
        </w:tc>
        <w:tc>
          <w:tcPr>
            <w:tcW w:w="1440" w:type="dxa"/>
          </w:tcPr>
          <w:p w14:paraId="0ECA298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$200,000</w:t>
            </w:r>
          </w:p>
        </w:tc>
        <w:tc>
          <w:tcPr>
            <w:tcW w:w="1440" w:type="dxa"/>
          </w:tcPr>
          <w:p w14:paraId="7CA71E5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$150,000</w:t>
            </w:r>
          </w:p>
        </w:tc>
      </w:tr>
    </w:tbl>
    <w:p w14:paraId="70E9A5AC" w14:textId="77777777" w:rsidR="00495879" w:rsidRDefault="00495879"/>
    <w:p w14:paraId="4E85BAE8" w14:textId="77777777" w:rsidR="00495879" w:rsidRDefault="00000000">
      <w:r>
        <w:rPr>
          <w:b/>
        </w:rPr>
        <w:t>Assumptions</w:t>
      </w:r>
      <w:r>
        <w:t>:</w:t>
      </w:r>
    </w:p>
    <w:p w14:paraId="7B604732" w14:textId="77777777" w:rsidR="00495879" w:rsidRDefault="00000000">
      <w:pPr>
        <w:pStyle w:val="Listepuces"/>
      </w:pPr>
      <w:r>
        <w:t>75% client acquisition targets</w:t>
      </w:r>
    </w:p>
    <w:p w14:paraId="37983F1A" w14:textId="77777777" w:rsidR="00495879" w:rsidRDefault="00000000">
      <w:pPr>
        <w:pStyle w:val="Listepuces"/>
      </w:pPr>
      <w:r>
        <w:t>Industry-standard churn (25% An 1, 20% An 2)</w:t>
      </w:r>
    </w:p>
    <w:p w14:paraId="66B99EB0" w14:textId="77777777" w:rsidR="00495879" w:rsidRDefault="00000000">
      <w:pPr>
        <w:pStyle w:val="Listepuces"/>
      </w:pPr>
      <w:r>
        <w:t>Forte croissance Africa An 2-3</w:t>
      </w:r>
    </w:p>
    <w:p w14:paraId="7A09A265" w14:textId="77777777" w:rsidR="00495879" w:rsidRDefault="00000000">
      <w:pPr>
        <w:pStyle w:val="Listepuces"/>
      </w:pPr>
      <w:r>
        <w:t>IA déployée début An 3, impacts positifs</w:t>
      </w:r>
    </w:p>
    <w:p w14:paraId="5EA80270" w14:textId="77777777" w:rsidR="00495879" w:rsidRDefault="00000000">
      <w:pPr>
        <w:pStyle w:val="Titre3"/>
      </w:pPr>
      <w:r>
        <w:lastRenderedPageBreak/>
        <w:t>Optimistic (20% Probability)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495879" w14:paraId="1E6F074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E72655E" w14:textId="77777777" w:rsidR="00495879" w:rsidRDefault="00000000">
            <w:r>
              <w:rPr>
                <w:sz w:val="20"/>
              </w:rPr>
              <w:t>Year</w:t>
            </w:r>
          </w:p>
        </w:tc>
        <w:tc>
          <w:tcPr>
            <w:tcW w:w="1440" w:type="dxa"/>
          </w:tcPr>
          <w:p w14:paraId="35A7A97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</w:t>
            </w:r>
          </w:p>
        </w:tc>
        <w:tc>
          <w:tcPr>
            <w:tcW w:w="1440" w:type="dxa"/>
          </w:tcPr>
          <w:p w14:paraId="7C1CACF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US</w:t>
            </w:r>
          </w:p>
        </w:tc>
        <w:tc>
          <w:tcPr>
            <w:tcW w:w="1440" w:type="dxa"/>
          </w:tcPr>
          <w:p w14:paraId="73247A2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Africa</w:t>
            </w:r>
          </w:p>
        </w:tc>
        <w:tc>
          <w:tcPr>
            <w:tcW w:w="1440" w:type="dxa"/>
          </w:tcPr>
          <w:p w14:paraId="596F6F9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EBITDA</w:t>
            </w:r>
          </w:p>
        </w:tc>
        <w:tc>
          <w:tcPr>
            <w:tcW w:w="1440" w:type="dxa"/>
          </w:tcPr>
          <w:p w14:paraId="231958C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Net Income</w:t>
            </w:r>
          </w:p>
        </w:tc>
      </w:tr>
      <w:tr w:rsidR="00495879" w14:paraId="20993A0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24782CB4" w14:textId="77777777" w:rsidR="00495879" w:rsidRDefault="00000000">
            <w:r>
              <w:t>1</w:t>
            </w:r>
          </w:p>
        </w:tc>
        <w:tc>
          <w:tcPr>
            <w:tcW w:w="1440" w:type="dxa"/>
          </w:tcPr>
          <w:p w14:paraId="3157C86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$375,000</w:t>
            </w:r>
          </w:p>
        </w:tc>
        <w:tc>
          <w:tcPr>
            <w:tcW w:w="1440" w:type="dxa"/>
          </w:tcPr>
          <w:p w14:paraId="0FB047E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$265K (71%)</w:t>
            </w:r>
          </w:p>
        </w:tc>
        <w:tc>
          <w:tcPr>
            <w:tcW w:w="1440" w:type="dxa"/>
          </w:tcPr>
          <w:p w14:paraId="78C22D2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$110K (29%)</w:t>
            </w:r>
          </w:p>
        </w:tc>
        <w:tc>
          <w:tcPr>
            <w:tcW w:w="1440" w:type="dxa"/>
          </w:tcPr>
          <w:p w14:paraId="4C4ADD4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1440" w:type="dxa"/>
          </w:tcPr>
          <w:p w14:paraId="6F18AC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$18,750</w:t>
            </w:r>
          </w:p>
        </w:tc>
      </w:tr>
      <w:tr w:rsidR="00495879" w14:paraId="5081907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15350D8" w14:textId="77777777" w:rsidR="00495879" w:rsidRDefault="00000000">
            <w:r>
              <w:t>2</w:t>
            </w:r>
          </w:p>
        </w:tc>
        <w:tc>
          <w:tcPr>
            <w:tcW w:w="1440" w:type="dxa"/>
          </w:tcPr>
          <w:p w14:paraId="64513A7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$850,000</w:t>
            </w:r>
          </w:p>
        </w:tc>
        <w:tc>
          <w:tcPr>
            <w:tcW w:w="1440" w:type="dxa"/>
          </w:tcPr>
          <w:p w14:paraId="1B3C084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$545K (64%)</w:t>
            </w:r>
          </w:p>
        </w:tc>
        <w:tc>
          <w:tcPr>
            <w:tcW w:w="1440" w:type="dxa"/>
          </w:tcPr>
          <w:p w14:paraId="6917202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$305K (36%)</w:t>
            </w:r>
          </w:p>
        </w:tc>
        <w:tc>
          <w:tcPr>
            <w:tcW w:w="1440" w:type="dxa"/>
          </w:tcPr>
          <w:p w14:paraId="373867A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$200,000</w:t>
            </w:r>
          </w:p>
        </w:tc>
        <w:tc>
          <w:tcPr>
            <w:tcW w:w="1440" w:type="dxa"/>
          </w:tcPr>
          <w:p w14:paraId="09EC7CE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$150,000</w:t>
            </w:r>
          </w:p>
        </w:tc>
      </w:tr>
      <w:tr w:rsidR="00495879" w14:paraId="01B8209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158F6B64" w14:textId="77777777" w:rsidR="00495879" w:rsidRDefault="00000000">
            <w:r>
              <w:t>3</w:t>
            </w:r>
          </w:p>
        </w:tc>
        <w:tc>
          <w:tcPr>
            <w:tcW w:w="1440" w:type="dxa"/>
          </w:tcPr>
          <w:p w14:paraId="3A17861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$1,600,000</w:t>
            </w:r>
          </w:p>
        </w:tc>
        <w:tc>
          <w:tcPr>
            <w:tcW w:w="1440" w:type="dxa"/>
          </w:tcPr>
          <w:p w14:paraId="3380D58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$1,040K (65%)</w:t>
            </w:r>
          </w:p>
        </w:tc>
        <w:tc>
          <w:tcPr>
            <w:tcW w:w="1440" w:type="dxa"/>
          </w:tcPr>
          <w:p w14:paraId="708BC74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$560K (35%)</w:t>
            </w:r>
          </w:p>
        </w:tc>
        <w:tc>
          <w:tcPr>
            <w:tcW w:w="1440" w:type="dxa"/>
          </w:tcPr>
          <w:p w14:paraId="3D699E1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$400,000</w:t>
            </w:r>
          </w:p>
        </w:tc>
        <w:tc>
          <w:tcPr>
            <w:tcW w:w="1440" w:type="dxa"/>
          </w:tcPr>
          <w:p w14:paraId="17E3301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$300,000</w:t>
            </w:r>
          </w:p>
        </w:tc>
      </w:tr>
    </w:tbl>
    <w:p w14:paraId="0FC64873" w14:textId="77777777" w:rsidR="00495879" w:rsidRDefault="00495879"/>
    <w:p w14:paraId="44D61B3A" w14:textId="77777777" w:rsidR="00495879" w:rsidRDefault="00000000">
      <w:r>
        <w:rPr>
          <w:b/>
        </w:rPr>
        <w:t>Assumptions</w:t>
      </w:r>
      <w:r>
        <w:t>:</w:t>
      </w:r>
    </w:p>
    <w:p w14:paraId="64DF5A6F" w14:textId="77777777" w:rsidR="00495879" w:rsidRDefault="00000000">
      <w:pPr>
        <w:pStyle w:val="Listepuces"/>
      </w:pPr>
      <w:r>
        <w:t>Full client targets achieved (100% An 1)</w:t>
      </w:r>
    </w:p>
    <w:p w14:paraId="679D3069" w14:textId="77777777" w:rsidR="00495879" w:rsidRDefault="00000000">
      <w:pPr>
        <w:pStyle w:val="Listepuces"/>
      </w:pPr>
      <w:r>
        <w:t>Best-in-class retention/referrals (&lt;20% churn)</w:t>
      </w:r>
    </w:p>
    <w:p w14:paraId="14570F0E" w14:textId="77777777" w:rsidR="00495879" w:rsidRDefault="00000000">
      <w:pPr>
        <w:pStyle w:val="Listepuces"/>
      </w:pPr>
      <w:r>
        <w:t>Africa explosive growth (3x vs conservative)</w:t>
      </w:r>
    </w:p>
    <w:p w14:paraId="6AE93691" w14:textId="77777777" w:rsidR="00495879" w:rsidRDefault="00000000">
      <w:pPr>
        <w:pStyle w:val="Listepuces"/>
      </w:pPr>
      <w:r>
        <w:t>IA déployée mi-An 2, ROI immédiat</w:t>
      </w:r>
    </w:p>
    <w:p w14:paraId="0FDF5882" w14:textId="77777777" w:rsidR="00495879" w:rsidRDefault="00000000">
      <w:pPr>
        <w:pStyle w:val="Listepuces"/>
      </w:pPr>
      <w:r>
        <w:t>Platform membership viral (200+ members An 3)</w:t>
      </w:r>
    </w:p>
    <w:p w14:paraId="06532236" w14:textId="77777777" w:rsidR="00495879" w:rsidRDefault="00000000">
      <w:r>
        <w:t>________________________________________________________________________________</w:t>
      </w:r>
    </w:p>
    <w:p w14:paraId="3E5420D3" w14:textId="77777777" w:rsidR="00495879" w:rsidRDefault="00000000">
      <w:pPr>
        <w:pStyle w:val="Titre2"/>
      </w:pPr>
      <w:r>
        <w:t>10.8 Break-Even Analysis</w:t>
      </w:r>
    </w:p>
    <w:p w14:paraId="3C7C02C3" w14:textId="77777777" w:rsidR="00495879" w:rsidRDefault="00000000">
      <w:pPr>
        <w:pStyle w:val="Titre3"/>
      </w:pPr>
      <w:r>
        <w:t>Break-Even Calculation (Monthly)</w:t>
      </w:r>
    </w:p>
    <w:p w14:paraId="7C82D0F2" w14:textId="77777777" w:rsidR="00495879" w:rsidRDefault="00000000">
      <w:r>
        <w:rPr>
          <w:b/>
        </w:rPr>
        <w:t>Fixed Costs</w:t>
      </w:r>
      <w:r>
        <w:t xml:space="preserve"> (monthly average An 1):</w:t>
      </w:r>
    </w:p>
    <w:p w14:paraId="4196D983" w14:textId="77777777" w:rsidR="00495879" w:rsidRDefault="00000000">
      <w:pPr>
        <w:pStyle w:val="Listepuces"/>
      </w:pPr>
      <w:r>
        <w:t>Payroll: $10,350</w:t>
      </w:r>
    </w:p>
    <w:p w14:paraId="53234B55" w14:textId="77777777" w:rsidR="00495879" w:rsidRDefault="00000000">
      <w:pPr>
        <w:pStyle w:val="Listepuces"/>
      </w:pPr>
      <w:r>
        <w:t>Marketing: $4,167</w:t>
      </w:r>
    </w:p>
    <w:p w14:paraId="0C0DE66E" w14:textId="77777777" w:rsidR="00495879" w:rsidRDefault="00000000">
      <w:pPr>
        <w:pStyle w:val="Listepuces"/>
      </w:pPr>
      <w:r>
        <w:t>Technology: $2,917</w:t>
      </w:r>
    </w:p>
    <w:p w14:paraId="0C4DC8AE" w14:textId="77777777" w:rsidR="00495879" w:rsidRDefault="00000000">
      <w:pPr>
        <w:pStyle w:val="Listepuces"/>
      </w:pPr>
      <w:r>
        <w:t>G&amp;A: $2,333</w:t>
      </w:r>
    </w:p>
    <w:p w14:paraId="1F186FF6" w14:textId="77777777" w:rsidR="00495879" w:rsidRDefault="00000000">
      <w:pPr>
        <w:pStyle w:val="Listepuces"/>
      </w:pPr>
      <w:r>
        <w:t>**Total Fixed**: $19,767/month</w:t>
      </w:r>
    </w:p>
    <w:p w14:paraId="078C056A" w14:textId="77777777" w:rsidR="00495879" w:rsidRDefault="00000000">
      <w:r>
        <w:rPr>
          <w:b/>
        </w:rPr>
        <w:t>Variable Costs</w:t>
      </w:r>
      <w:r>
        <w:t>: ~8% of revenue (COGS)</w:t>
      </w:r>
    </w:p>
    <w:p w14:paraId="21B86D34" w14:textId="77777777" w:rsidR="00495879" w:rsidRDefault="00000000">
      <w:r>
        <w:rPr>
          <w:b/>
        </w:rPr>
        <w:t>Contribution Margin</w:t>
      </w:r>
      <w:r>
        <w:t>: 92% (after variable costs)</w:t>
      </w:r>
    </w:p>
    <w:p w14:paraId="3B42387C" w14:textId="77777777" w:rsidR="00495879" w:rsidRDefault="00000000">
      <w:r>
        <w:rPr>
          <w:b/>
        </w:rPr>
        <w:t>Break-Even Revenue</w:t>
      </w:r>
      <w:r>
        <w:t xml:space="preserve"> = Fixed Costs ÷ Contribution Margin</w:t>
      </w:r>
    </w:p>
    <w:p w14:paraId="767DC9A8" w14:textId="77777777" w:rsidR="00495879" w:rsidRDefault="00000000">
      <w:r>
        <w:t>= $19,767 ÷ 0.92</w:t>
      </w:r>
    </w:p>
    <w:p w14:paraId="52AE1F5A" w14:textId="77777777" w:rsidR="00495879" w:rsidRDefault="00000000">
      <w:r>
        <w:t xml:space="preserve">= </w:t>
      </w:r>
      <w:r>
        <w:rPr>
          <w:b/>
        </w:rPr>
        <w:t>$21,486/month</w:t>
      </w:r>
    </w:p>
    <w:p w14:paraId="7CF59A21" w14:textId="77777777" w:rsidR="00495879" w:rsidRDefault="00000000">
      <w:r>
        <w:rPr>
          <w:b/>
        </w:rPr>
        <w:t>Break-Even in Clients</w:t>
      </w:r>
      <w:r>
        <w:t>:</w:t>
      </w:r>
    </w:p>
    <w:p w14:paraId="7526ED67" w14:textId="77777777" w:rsidR="00495879" w:rsidRDefault="00000000">
      <w:pPr>
        <w:pStyle w:val="Listepuces"/>
      </w:pPr>
      <w:r>
        <w:t>2-3 TRANSFORM clients (depending on tier)</w:t>
      </w:r>
    </w:p>
    <w:p w14:paraId="716E8DB6" w14:textId="77777777" w:rsidR="00495879" w:rsidRDefault="00000000">
      <w:pPr>
        <w:pStyle w:val="Listepuces"/>
      </w:pPr>
      <w:r>
        <w:t>OR 1 ADVISORY retainer</w:t>
      </w:r>
    </w:p>
    <w:p w14:paraId="393F84B7" w14:textId="77777777" w:rsidR="00495879" w:rsidRDefault="00000000">
      <w:pPr>
        <w:pStyle w:val="Listepuces"/>
      </w:pPr>
      <w:r>
        <w:t>OR 1 Accelerator cohort/quarter</w:t>
      </w:r>
    </w:p>
    <w:p w14:paraId="54D33539" w14:textId="77777777" w:rsidR="00495879" w:rsidRDefault="00000000">
      <w:pPr>
        <w:pStyle w:val="Listepuces"/>
      </w:pPr>
      <w:r>
        <w:t>OR 70-80 Platform members</w:t>
      </w:r>
    </w:p>
    <w:p w14:paraId="45ADB641" w14:textId="77777777" w:rsidR="00495879" w:rsidRDefault="00000000">
      <w:r>
        <w:rPr>
          <w:b/>
        </w:rPr>
        <w:lastRenderedPageBreak/>
        <w:t>Timeline to Break-Even</w:t>
      </w:r>
      <w:r>
        <w:t>: Month 14-16 (Q2 An 2) in conservative scenario</w:t>
      </w:r>
    </w:p>
    <w:p w14:paraId="3435C0B1" w14:textId="77777777" w:rsidR="00495879" w:rsidRDefault="00000000">
      <w:r>
        <w:t>________________________________________________________________________________</w:t>
      </w:r>
    </w:p>
    <w:p w14:paraId="0D2E216B" w14:textId="77777777" w:rsidR="00495879" w:rsidRDefault="00000000">
      <w:pPr>
        <w:pStyle w:val="Titre2"/>
      </w:pPr>
      <w:r>
        <w:t>10.9 Funding Requirements &amp; Use of Funds</w:t>
      </w:r>
    </w:p>
    <w:p w14:paraId="3DC4B48D" w14:textId="77777777" w:rsidR="00495879" w:rsidRDefault="00000000">
      <w:pPr>
        <w:pStyle w:val="Titre3"/>
      </w:pPr>
      <w:r>
        <w:t>Capital Required (Modèle Bi-Continental)</w:t>
      </w:r>
    </w:p>
    <w:p w14:paraId="3E4F6548" w14:textId="77777777" w:rsidR="00495879" w:rsidRDefault="00000000">
      <w:r>
        <w:rPr>
          <w:b/>
        </w:rPr>
        <w:t>Year 1 Initial</w:t>
      </w:r>
      <w:r>
        <w:t>: $75,000</w:t>
      </w:r>
    </w:p>
    <w:p w14:paraId="06ED4FC1" w14:textId="77777777" w:rsidR="00495879" w:rsidRDefault="00000000">
      <w:r>
        <w:rPr>
          <w:b/>
        </w:rPr>
        <w:t>Year 2 Additional</w:t>
      </w:r>
      <w:r>
        <w:t>: $50-60,000 (pour investissements IA Phase 2)</w:t>
      </w:r>
    </w:p>
    <w:p w14:paraId="5919555C" w14:textId="77777777" w:rsidR="00495879" w:rsidRDefault="00000000">
      <w:r>
        <w:rPr>
          <w:b/>
        </w:rPr>
        <w:t>Total 3 ans</w:t>
      </w:r>
      <w:r>
        <w:t>: $125-135,000</w:t>
      </w:r>
    </w:p>
    <w:p w14:paraId="3BEC97BE" w14:textId="77777777" w:rsidR="00495879" w:rsidRDefault="00000000">
      <w:pPr>
        <w:pStyle w:val="Titre4"/>
      </w:pPr>
      <w:r>
        <w:t>Use of Funds Breakdown Year 1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6722D877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E862E62" w14:textId="77777777" w:rsidR="00495879" w:rsidRDefault="00000000">
            <w:r>
              <w:rPr>
                <w:sz w:val="20"/>
              </w:rPr>
              <w:t>Category</w:t>
            </w:r>
          </w:p>
        </w:tc>
        <w:tc>
          <w:tcPr>
            <w:tcW w:w="2160" w:type="dxa"/>
          </w:tcPr>
          <w:p w14:paraId="7CAE680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160" w:type="dxa"/>
          </w:tcPr>
          <w:p w14:paraId="49DA9DB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</w:t>
            </w:r>
          </w:p>
        </w:tc>
        <w:tc>
          <w:tcPr>
            <w:tcW w:w="2160" w:type="dxa"/>
          </w:tcPr>
          <w:p w14:paraId="62E0DA4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Justification</w:t>
            </w:r>
          </w:p>
        </w:tc>
      </w:tr>
      <w:tr w:rsidR="00495879" w14:paraId="7543F5F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ED7450B" w14:textId="77777777" w:rsidR="00495879" w:rsidRDefault="00000000">
            <w:r>
              <w:t>**Platform Development** (Lions Dev)</w:t>
            </w:r>
          </w:p>
        </w:tc>
        <w:tc>
          <w:tcPr>
            <w:tcW w:w="2160" w:type="dxa"/>
          </w:tcPr>
          <w:p w14:paraId="63807B7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160" w:type="dxa"/>
          </w:tcPr>
          <w:p w14:paraId="530DF84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27%</w:t>
            </w:r>
          </w:p>
        </w:tc>
        <w:tc>
          <w:tcPr>
            <w:tcW w:w="2160" w:type="dxa"/>
          </w:tcPr>
          <w:p w14:paraId="59FA600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MVP custom software (6-mois, via Lions Dev partnership)</w:t>
            </w:r>
          </w:p>
        </w:tc>
      </w:tr>
      <w:tr w:rsidR="00495879" w14:paraId="27AD370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40E33F" w14:textId="77777777" w:rsidR="00495879" w:rsidRDefault="00000000">
            <w:r>
              <w:t>**Marketing &amp; Launch** (Bi-Continental)</w:t>
            </w:r>
          </w:p>
        </w:tc>
        <w:tc>
          <w:tcPr>
            <w:tcW w:w="2160" w:type="dxa"/>
          </w:tcPr>
          <w:p w14:paraId="135AB6F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$25,000</w:t>
            </w:r>
          </w:p>
        </w:tc>
        <w:tc>
          <w:tcPr>
            <w:tcW w:w="2160" w:type="dxa"/>
          </w:tcPr>
          <w:p w14:paraId="1A28E0D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33%</w:t>
            </w:r>
          </w:p>
        </w:tc>
        <w:tc>
          <w:tcPr>
            <w:tcW w:w="2160" w:type="dxa"/>
          </w:tcPr>
          <w:p w14:paraId="2D4769A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Pre-launch + 6 mois ads US + Africa</w:t>
            </w:r>
          </w:p>
        </w:tc>
      </w:tr>
      <w:tr w:rsidR="00495879" w14:paraId="58FC478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B25286A" w14:textId="77777777" w:rsidR="00495879" w:rsidRDefault="00000000">
            <w:r>
              <w:t>**Technology Setup** (SaaS + Tools)</w:t>
            </w:r>
          </w:p>
        </w:tc>
        <w:tc>
          <w:tcPr>
            <w:tcW w:w="2160" w:type="dxa"/>
          </w:tcPr>
          <w:p w14:paraId="1B8C43A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160" w:type="dxa"/>
          </w:tcPr>
          <w:p w14:paraId="6F0CFD2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2160" w:type="dxa"/>
          </w:tcPr>
          <w:p w14:paraId="605932B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HubSpot, Zoom, hosting, security (annual prepay)</w:t>
            </w:r>
          </w:p>
        </w:tc>
      </w:tr>
      <w:tr w:rsidR="00495879" w14:paraId="4999C44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1505809" w14:textId="77777777" w:rsidR="00495879" w:rsidRDefault="00000000">
            <w:r>
              <w:t>**Legal &amp; Formation** (Multi-pays)</w:t>
            </w:r>
          </w:p>
        </w:tc>
        <w:tc>
          <w:tcPr>
            <w:tcW w:w="2160" w:type="dxa"/>
          </w:tcPr>
          <w:p w14:paraId="624E3D3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160" w:type="dxa"/>
          </w:tcPr>
          <w:p w14:paraId="6E90438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2160" w:type="dxa"/>
          </w:tcPr>
          <w:p w14:paraId="2F7C2B6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LLC US, compliance Africa, contracts</w:t>
            </w:r>
          </w:p>
        </w:tc>
      </w:tr>
      <w:tr w:rsidR="00495879" w14:paraId="6686FF0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B0C3BBA" w14:textId="77777777" w:rsidR="00495879" w:rsidRDefault="00000000">
            <w:r>
              <w:t>**Working Capital**</w:t>
            </w:r>
          </w:p>
        </w:tc>
        <w:tc>
          <w:tcPr>
            <w:tcW w:w="2160" w:type="dxa"/>
          </w:tcPr>
          <w:p w14:paraId="0F5C172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160" w:type="dxa"/>
          </w:tcPr>
          <w:p w14:paraId="5AF1F38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2160" w:type="dxa"/>
          </w:tcPr>
          <w:p w14:paraId="0F19A97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Buffer 2-3 mois runway bi-continental</w:t>
            </w:r>
          </w:p>
        </w:tc>
      </w:tr>
      <w:tr w:rsidR="00495879" w14:paraId="392350F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3F20C8D" w14:textId="77777777" w:rsidR="00495879" w:rsidRDefault="00000000">
            <w:r>
              <w:t>**TOTAL**</w:t>
            </w:r>
          </w:p>
        </w:tc>
        <w:tc>
          <w:tcPr>
            <w:tcW w:w="2160" w:type="dxa"/>
          </w:tcPr>
          <w:p w14:paraId="57D85D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**$75,000**</w:t>
            </w:r>
          </w:p>
        </w:tc>
        <w:tc>
          <w:tcPr>
            <w:tcW w:w="2160" w:type="dxa"/>
          </w:tcPr>
          <w:p w14:paraId="2290A6F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**100%**</w:t>
            </w:r>
          </w:p>
        </w:tc>
        <w:tc>
          <w:tcPr>
            <w:tcW w:w="2160" w:type="dxa"/>
          </w:tcPr>
          <w:p w14:paraId="226288B5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14:paraId="1AE5B29B" w14:textId="77777777" w:rsidR="00495879" w:rsidRDefault="00495879"/>
    <w:p w14:paraId="7901917D" w14:textId="77777777" w:rsidR="00495879" w:rsidRDefault="00000000">
      <w:r>
        <w:rPr>
          <w:b/>
        </w:rPr>
        <w:t>Économies vs plan initial</w:t>
      </w:r>
      <w:r>
        <w:t>: Lions Dev partnership réduit Platform Dev de $35K → $20K (-$15K)</w:t>
      </w:r>
    </w:p>
    <w:p w14:paraId="4C37568E" w14:textId="77777777" w:rsidR="00495879" w:rsidRDefault="00000000">
      <w:pPr>
        <w:pStyle w:val="Titre4"/>
      </w:pPr>
      <w:r>
        <w:t>Use of Funds Year 2 (Additionnel)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07F5D95C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2006007" w14:textId="77777777" w:rsidR="00495879" w:rsidRDefault="00000000">
            <w:r>
              <w:rPr>
                <w:sz w:val="20"/>
              </w:rPr>
              <w:t>Category</w:t>
            </w:r>
          </w:p>
        </w:tc>
        <w:tc>
          <w:tcPr>
            <w:tcW w:w="2880" w:type="dxa"/>
          </w:tcPr>
          <w:p w14:paraId="6370A93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880" w:type="dxa"/>
          </w:tcPr>
          <w:p w14:paraId="7419419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Justification</w:t>
            </w:r>
          </w:p>
        </w:tc>
      </w:tr>
      <w:tr w:rsidR="00495879" w14:paraId="1B9C61F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DA04502" w14:textId="77777777" w:rsidR="00495879" w:rsidRDefault="00000000">
            <w:r>
              <w:t>**IA/ML Infrastructure** (Phase 2 début)</w:t>
            </w:r>
          </w:p>
        </w:tc>
        <w:tc>
          <w:tcPr>
            <w:tcW w:w="2880" w:type="dxa"/>
          </w:tcPr>
          <w:p w14:paraId="08844C7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880" w:type="dxa"/>
          </w:tcPr>
          <w:p w14:paraId="5676836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OpenAI API, cloud compute, data pipeline</w:t>
            </w:r>
          </w:p>
        </w:tc>
      </w:tr>
      <w:tr w:rsidR="00495879" w14:paraId="0CA1365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5966D5C9" w14:textId="77777777" w:rsidR="00495879" w:rsidRDefault="00000000">
            <w:r>
              <w:t>**Lions Dev - Features IA**</w:t>
            </w:r>
          </w:p>
        </w:tc>
        <w:tc>
          <w:tcPr>
            <w:tcW w:w="2880" w:type="dxa"/>
          </w:tcPr>
          <w:p w14:paraId="59245B6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880" w:type="dxa"/>
          </w:tcPr>
          <w:p w14:paraId="62D47BE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Développement features IA integration</w:t>
            </w:r>
          </w:p>
        </w:tc>
      </w:tr>
      <w:tr w:rsidR="00495879" w14:paraId="016251F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FAD7128" w14:textId="77777777" w:rsidR="00495879" w:rsidRDefault="00000000">
            <w:r>
              <w:t>**Marketing Scale** (Africa expansion)</w:t>
            </w:r>
          </w:p>
        </w:tc>
        <w:tc>
          <w:tcPr>
            <w:tcW w:w="2880" w:type="dxa"/>
          </w:tcPr>
          <w:p w14:paraId="5BDADA0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880" w:type="dxa"/>
          </w:tcPr>
          <w:p w14:paraId="75EC32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Scale Africa francophone + prep anglophone</w:t>
            </w:r>
          </w:p>
        </w:tc>
      </w:tr>
      <w:tr w:rsidR="00495879" w14:paraId="4C0023C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3EF9FFD" w14:textId="77777777" w:rsidR="00495879" w:rsidRDefault="00000000">
            <w:r>
              <w:t>**Working Capital**</w:t>
            </w:r>
          </w:p>
        </w:tc>
        <w:tc>
          <w:tcPr>
            <w:tcW w:w="2880" w:type="dxa"/>
          </w:tcPr>
          <w:p w14:paraId="0AD9814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880" w:type="dxa"/>
          </w:tcPr>
          <w:p w14:paraId="55417A5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Buffer croissance bi-continentale</w:t>
            </w:r>
          </w:p>
        </w:tc>
      </w:tr>
      <w:tr w:rsidR="00495879" w14:paraId="090D5BC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C687CBA" w14:textId="77777777" w:rsidR="00495879" w:rsidRDefault="00000000">
            <w:r>
              <w:lastRenderedPageBreak/>
              <w:t>**TOTAL**</w:t>
            </w:r>
          </w:p>
        </w:tc>
        <w:tc>
          <w:tcPr>
            <w:tcW w:w="2880" w:type="dxa"/>
          </w:tcPr>
          <w:p w14:paraId="0F85CEB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**$60,000**</w:t>
            </w:r>
          </w:p>
        </w:tc>
        <w:tc>
          <w:tcPr>
            <w:tcW w:w="2880" w:type="dxa"/>
          </w:tcPr>
          <w:p w14:paraId="1B578EC8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6085F7CB" w14:textId="77777777" w:rsidR="00495879" w:rsidRDefault="00495879"/>
    <w:p w14:paraId="0E800A2E" w14:textId="77777777" w:rsidR="00495879" w:rsidRDefault="00000000">
      <w:pPr>
        <w:pStyle w:val="Titre3"/>
      </w:pPr>
      <w:r>
        <w:t>Funding Sources (Recommended)</w:t>
      </w:r>
    </w:p>
    <w:p w14:paraId="61133B9C" w14:textId="77777777" w:rsidR="00495879" w:rsidRDefault="00000000">
      <w:r>
        <w:rPr>
          <w:b/>
        </w:rPr>
        <w:t>AN 1 - Option A: Bootstrap</w:t>
      </w:r>
      <w:r>
        <w:t xml:space="preserve"> (Preferred)</w:t>
      </w:r>
    </w:p>
    <w:p w14:paraId="39E2B2A7" w14:textId="77777777" w:rsidR="00495879" w:rsidRDefault="00000000">
      <w:pPr>
        <w:pStyle w:val="Listepuces"/>
      </w:pPr>
      <w:r>
        <w:t>Founder capital: $50,000 (personal investment)</w:t>
      </w:r>
    </w:p>
    <w:p w14:paraId="48EC887C" w14:textId="77777777" w:rsidR="00495879" w:rsidRDefault="00000000">
      <w:pPr>
        <w:pStyle w:val="Listepuces"/>
      </w:pPr>
      <w:r>
        <w:t>Early client prepayments: $25,000 (2-3 clients US + 1-2 Africa pre-sold)</w:t>
      </w:r>
    </w:p>
    <w:p w14:paraId="353CD264" w14:textId="77777777" w:rsidR="00495879" w:rsidRDefault="00000000">
      <w:pPr>
        <w:pStyle w:val="Listepuces"/>
      </w:pPr>
      <w:r>
        <w:t>**Pros**: Full ownership, discipline, validation marché</w:t>
      </w:r>
    </w:p>
    <w:p w14:paraId="79601BE5" w14:textId="77777777" w:rsidR="00495879" w:rsidRDefault="00000000">
      <w:pPr>
        <w:pStyle w:val="Listepuces"/>
      </w:pPr>
      <w:r>
        <w:t>**Cons**: Limited runway, stress bi-continental</w:t>
      </w:r>
    </w:p>
    <w:p w14:paraId="771B0AA9" w14:textId="77777777" w:rsidR="00495879" w:rsidRDefault="00000000">
      <w:r>
        <w:rPr>
          <w:b/>
        </w:rPr>
        <w:t>AN 1 - Option B: Friends &amp; Family</w:t>
      </w:r>
    </w:p>
    <w:p w14:paraId="6374F9F1" w14:textId="77777777" w:rsidR="00495879" w:rsidRDefault="00000000">
      <w:pPr>
        <w:pStyle w:val="Listepuces"/>
      </w:pPr>
      <w:r>
        <w:t>Founder: $50,000</w:t>
      </w:r>
    </w:p>
    <w:p w14:paraId="19A578D5" w14:textId="77777777" w:rsidR="00495879" w:rsidRDefault="00000000">
      <w:pPr>
        <w:pStyle w:val="Listepuces"/>
      </w:pPr>
      <w:r>
        <w:t>F&amp;F: $25,000 (SAFE note, 15% discount, $1M cap)</w:t>
      </w:r>
    </w:p>
    <w:p w14:paraId="7C193487" w14:textId="77777777" w:rsidR="00495879" w:rsidRDefault="00000000">
      <w:pPr>
        <w:pStyle w:val="Listepuces"/>
      </w:pPr>
      <w:r>
        <w:t>**Pros**: Faster launch bi-continental, buffer Africa</w:t>
      </w:r>
    </w:p>
    <w:p w14:paraId="6E01253D" w14:textId="77777777" w:rsidR="00495879" w:rsidRDefault="00000000">
      <w:pPr>
        <w:pStyle w:val="Listepuces"/>
      </w:pPr>
      <w:r>
        <w:t>**Cons**: Outside capital, expectations</w:t>
      </w:r>
    </w:p>
    <w:p w14:paraId="3CFE7B4A" w14:textId="77777777" w:rsidR="00495879" w:rsidRDefault="00000000">
      <w:r>
        <w:rPr>
          <w:b/>
        </w:rPr>
        <w:t>AN 2 - Financing IA Phase 2</w:t>
      </w:r>
      <w:r>
        <w:t xml:space="preserve"> ($50-60K needed)</w:t>
      </w:r>
    </w:p>
    <w:p w14:paraId="09CC8F8A" w14:textId="77777777" w:rsidR="00495879" w:rsidRDefault="00000000">
      <w:pPr>
        <w:pStyle w:val="Listepuces"/>
      </w:pPr>
      <w:r>
        <w:t>**Option 1**: Revenue-based financing (8-12% of MRR jusqu'à $75K)</w:t>
      </w:r>
    </w:p>
    <w:p w14:paraId="07AB69D1" w14:textId="77777777" w:rsidR="00495879" w:rsidRDefault="00000000">
      <w:pPr>
        <w:pStyle w:val="Listepuces"/>
      </w:pPr>
      <w:r>
        <w:t>**Option 2**: Ligne de crédit SBA ($50K @ 8%)</w:t>
      </w:r>
    </w:p>
    <w:p w14:paraId="560731BE" w14:textId="77777777" w:rsidR="00495879" w:rsidRDefault="00000000">
      <w:pPr>
        <w:pStyle w:val="Listepuces"/>
      </w:pPr>
      <w:r>
        <w:t>**Option 3**: Strategic partner (Lions Dev equity stake 5-10% pour $50K)</w:t>
      </w:r>
    </w:p>
    <w:p w14:paraId="6D0C366A" w14:textId="77777777" w:rsidR="00495879" w:rsidRDefault="00000000">
      <w:pPr>
        <w:pStyle w:val="Listepuces"/>
      </w:pPr>
      <w:r>
        <w:t>**Option 4**: Advance payments clients (pré-vente 5-10 clients An 2)</w:t>
      </w:r>
    </w:p>
    <w:p w14:paraId="08906C09" w14:textId="77777777" w:rsidR="00495879" w:rsidRDefault="00000000">
      <w:r>
        <w:rPr>
          <w:b/>
        </w:rPr>
        <w:t>Recommendation</w:t>
      </w:r>
      <w:r>
        <w:t>:</w:t>
      </w:r>
    </w:p>
    <w:p w14:paraId="278D3B8F" w14:textId="77777777" w:rsidR="00495879" w:rsidRDefault="00000000">
      <w:pPr>
        <w:pStyle w:val="Listepuces"/>
      </w:pPr>
      <w:r>
        <w:t>**An 1**: Option A (Bootstrap) - validation modèle bi-continental</w:t>
      </w:r>
    </w:p>
    <w:p w14:paraId="7032AFD1" w14:textId="77777777" w:rsidR="00495879" w:rsidRDefault="00000000">
      <w:pPr>
        <w:pStyle w:val="Listepuces"/>
      </w:pPr>
      <w:r>
        <w:t>**An 2**: Option 1 ou 4 (revenue-based ou advance payments) - évite dilution, aligné croissance</w:t>
      </w:r>
    </w:p>
    <w:p w14:paraId="638FE115" w14:textId="77777777" w:rsidR="00495879" w:rsidRDefault="00000000">
      <w:r>
        <w:t>________________________________________________________________________________</w:t>
      </w:r>
    </w:p>
    <w:p w14:paraId="21BABBB9" w14:textId="77777777" w:rsidR="00495879" w:rsidRDefault="00000000">
      <w:pPr>
        <w:pStyle w:val="Titre2"/>
      </w:pPr>
      <w:r>
        <w:t>10.10 Return on Investment (ROI)</w:t>
      </w:r>
    </w:p>
    <w:p w14:paraId="13C05A90" w14:textId="77777777" w:rsidR="00495879" w:rsidRDefault="00000000">
      <w:pPr>
        <w:pStyle w:val="Titre3"/>
      </w:pPr>
      <w:r>
        <w:t>Founder ROI (Modèle Bi-Continental + IA Phase 2)</w:t>
      </w:r>
    </w:p>
    <w:p w14:paraId="555EFC2F" w14:textId="77777777" w:rsidR="00495879" w:rsidRDefault="00000000">
      <w:r>
        <w:rPr>
          <w:b/>
        </w:rPr>
        <w:t>Investment</w:t>
      </w:r>
      <w:r>
        <w:t>:</w:t>
      </w:r>
    </w:p>
    <w:p w14:paraId="37FD87EB" w14:textId="77777777" w:rsidR="00495879" w:rsidRDefault="00000000">
      <w:pPr>
        <w:pStyle w:val="Listepuces"/>
      </w:pPr>
      <w:r>
        <w:t>An 1: $75,000 (capital initial)</w:t>
      </w:r>
    </w:p>
    <w:p w14:paraId="14540AFB" w14:textId="77777777" w:rsidR="00495879" w:rsidRDefault="00000000">
      <w:pPr>
        <w:pStyle w:val="Listepuces"/>
      </w:pPr>
      <w:r>
        <w:t>An 2: $60,000 (financement IA, assumé dette/RBF)</w:t>
      </w:r>
    </w:p>
    <w:p w14:paraId="7735F308" w14:textId="77777777" w:rsidR="00495879" w:rsidRDefault="00000000">
      <w:pPr>
        <w:pStyle w:val="Listepuces"/>
      </w:pPr>
      <w:r>
        <w:t>**Total**: $135,000 (sur 3 ans)</w:t>
      </w:r>
    </w:p>
    <w:p w14:paraId="6BB96E6B" w14:textId="77777777" w:rsidR="00495879" w:rsidRDefault="00000000">
      <w:r>
        <w:rPr>
          <w:b/>
        </w:rPr>
        <w:t>Returns</w:t>
      </w:r>
      <w:r>
        <w:t xml:space="preserve"> (3-year horizon) - </w:t>
      </w:r>
      <w:r>
        <w:rPr>
          <w:b/>
        </w:rPr>
        <w:t>Modèle révisé avec IA investment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842"/>
        <w:gridCol w:w="1409"/>
        <w:gridCol w:w="1414"/>
        <w:gridCol w:w="1401"/>
        <w:gridCol w:w="1395"/>
        <w:gridCol w:w="1395"/>
      </w:tblGrid>
      <w:tr w:rsidR="00495879" w14:paraId="7CC378C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43CDEA18" w14:textId="77777777" w:rsidR="00495879" w:rsidRDefault="00000000">
            <w:r>
              <w:rPr>
                <w:sz w:val="20"/>
              </w:rPr>
              <w:t>Scenario</w:t>
            </w:r>
          </w:p>
        </w:tc>
        <w:tc>
          <w:tcPr>
            <w:tcW w:w="1440" w:type="dxa"/>
          </w:tcPr>
          <w:p w14:paraId="4D9A71D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Cumulative Profit</w:t>
            </w:r>
          </w:p>
        </w:tc>
        <w:tc>
          <w:tcPr>
            <w:tcW w:w="1440" w:type="dxa"/>
          </w:tcPr>
          <w:p w14:paraId="390EE84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Equity Value (3x EBITDA)</w:t>
            </w:r>
          </w:p>
        </w:tc>
        <w:tc>
          <w:tcPr>
            <w:tcW w:w="1440" w:type="dxa"/>
          </w:tcPr>
          <w:p w14:paraId="0BF1C01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Total Return</w:t>
            </w:r>
          </w:p>
        </w:tc>
        <w:tc>
          <w:tcPr>
            <w:tcW w:w="1440" w:type="dxa"/>
          </w:tcPr>
          <w:p w14:paraId="5462F31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ROI</w:t>
            </w:r>
          </w:p>
        </w:tc>
        <w:tc>
          <w:tcPr>
            <w:tcW w:w="1440" w:type="dxa"/>
          </w:tcPr>
          <w:p w14:paraId="7314B72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IRR</w:t>
            </w:r>
          </w:p>
        </w:tc>
      </w:tr>
      <w:tr w:rsidR="00495879" w14:paraId="165FFCD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1FC94CC" w14:textId="77777777" w:rsidR="00495879" w:rsidRDefault="00000000">
            <w:r>
              <w:t>**Conservative**</w:t>
            </w:r>
          </w:p>
        </w:tc>
        <w:tc>
          <w:tcPr>
            <w:tcW w:w="1440" w:type="dxa"/>
          </w:tcPr>
          <w:p w14:paraId="01E54CB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**-$79K**</w:t>
            </w:r>
          </w:p>
        </w:tc>
        <w:tc>
          <w:tcPr>
            <w:tcW w:w="1440" w:type="dxa"/>
          </w:tcPr>
          <w:p w14:paraId="54BD1D5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**$135K** </w:t>
            </w:r>
            <w:r>
              <w:lastRenderedPageBreak/>
              <w:t>(3 × $45K)</w:t>
            </w:r>
          </w:p>
        </w:tc>
        <w:tc>
          <w:tcPr>
            <w:tcW w:w="1440" w:type="dxa"/>
          </w:tcPr>
          <w:p w14:paraId="761C4F8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>**$56K**</w:t>
            </w:r>
          </w:p>
        </w:tc>
        <w:tc>
          <w:tcPr>
            <w:tcW w:w="1440" w:type="dxa"/>
          </w:tcPr>
          <w:p w14:paraId="3724D21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**41%**</w:t>
            </w:r>
          </w:p>
        </w:tc>
        <w:tc>
          <w:tcPr>
            <w:tcW w:w="1440" w:type="dxa"/>
          </w:tcPr>
          <w:p w14:paraId="1A9D0F4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**12%**</w:t>
            </w:r>
          </w:p>
        </w:tc>
      </w:tr>
      <w:tr w:rsidR="00495879" w14:paraId="590C032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7B73D371" w14:textId="77777777" w:rsidR="00495879" w:rsidRDefault="00000000">
            <w:r>
              <w:t>**Realistic**</w:t>
            </w:r>
          </w:p>
        </w:tc>
        <w:tc>
          <w:tcPr>
            <w:tcW w:w="1440" w:type="dxa"/>
          </w:tcPr>
          <w:p w14:paraId="2583824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$50K</w:t>
            </w:r>
          </w:p>
        </w:tc>
        <w:tc>
          <w:tcPr>
            <w:tcW w:w="1440" w:type="dxa"/>
          </w:tcPr>
          <w:p w14:paraId="41288FD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$450K (3 × $150K)</w:t>
            </w:r>
          </w:p>
        </w:tc>
        <w:tc>
          <w:tcPr>
            <w:tcW w:w="1440" w:type="dxa"/>
          </w:tcPr>
          <w:p w14:paraId="4C22121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$500K</w:t>
            </w:r>
          </w:p>
        </w:tc>
        <w:tc>
          <w:tcPr>
            <w:tcW w:w="1440" w:type="dxa"/>
          </w:tcPr>
          <w:p w14:paraId="521D4C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370%</w:t>
            </w:r>
          </w:p>
        </w:tc>
        <w:tc>
          <w:tcPr>
            <w:tcW w:w="1440" w:type="dxa"/>
          </w:tcPr>
          <w:p w14:paraId="4915813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83%</w:t>
            </w:r>
          </w:p>
        </w:tc>
      </w:tr>
      <w:tr w:rsidR="00495879" w14:paraId="7950334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CE21B5B" w14:textId="77777777" w:rsidR="00495879" w:rsidRDefault="00000000">
            <w:r>
              <w:t>**Optimistic**</w:t>
            </w:r>
          </w:p>
        </w:tc>
        <w:tc>
          <w:tcPr>
            <w:tcW w:w="1440" w:type="dxa"/>
          </w:tcPr>
          <w:p w14:paraId="4940354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$200K</w:t>
            </w:r>
          </w:p>
        </w:tc>
        <w:tc>
          <w:tcPr>
            <w:tcW w:w="1440" w:type="dxa"/>
          </w:tcPr>
          <w:p w14:paraId="3F486F4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$900K (3 × $300K)</w:t>
            </w:r>
          </w:p>
        </w:tc>
        <w:tc>
          <w:tcPr>
            <w:tcW w:w="1440" w:type="dxa"/>
          </w:tcPr>
          <w:p w14:paraId="58E207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$1,100K</w:t>
            </w:r>
          </w:p>
        </w:tc>
        <w:tc>
          <w:tcPr>
            <w:tcW w:w="1440" w:type="dxa"/>
          </w:tcPr>
          <w:p w14:paraId="7245C9D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815%</w:t>
            </w:r>
          </w:p>
        </w:tc>
        <w:tc>
          <w:tcPr>
            <w:tcW w:w="1440" w:type="dxa"/>
          </w:tcPr>
          <w:p w14:paraId="7A5DBE0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142%</w:t>
            </w:r>
          </w:p>
        </w:tc>
      </w:tr>
    </w:tbl>
    <w:p w14:paraId="14CB8302" w14:textId="77777777" w:rsidR="00495879" w:rsidRDefault="00495879"/>
    <w:p w14:paraId="5E6DAC55" w14:textId="77777777" w:rsidR="00495879" w:rsidRDefault="00000000">
      <w:r>
        <w:rPr>
          <w:b/>
        </w:rPr>
        <w:t>Payback Period</w:t>
      </w:r>
      <w:r>
        <w:t>:</w:t>
      </w:r>
    </w:p>
    <w:p w14:paraId="30791318" w14:textId="77777777" w:rsidR="00495879" w:rsidRDefault="00000000">
      <w:pPr>
        <w:pStyle w:val="Listepuces"/>
      </w:pPr>
      <w:r>
        <w:t>Conservative: 42+ months (An 4)</w:t>
      </w:r>
    </w:p>
    <w:p w14:paraId="2FDE4DDF" w14:textId="77777777" w:rsidR="00495879" w:rsidRDefault="00000000">
      <w:pPr>
        <w:pStyle w:val="Listepuces"/>
      </w:pPr>
      <w:r>
        <w:t>Realistic: 24 months (fin An 2)</w:t>
      </w:r>
    </w:p>
    <w:p w14:paraId="7E5E28CB" w14:textId="77777777" w:rsidR="00495879" w:rsidRDefault="00000000">
      <w:pPr>
        <w:pStyle w:val="Listepuces"/>
      </w:pPr>
      <w:r>
        <w:t>Optimistic: 15 months (mid An 2)</w:t>
      </w:r>
    </w:p>
    <w:p w14:paraId="7D4FEA34" w14:textId="77777777" w:rsidR="00495879" w:rsidRDefault="00000000">
      <w:r>
        <w:rPr>
          <w:b/>
        </w:rPr>
        <w:t>Analysis nouvelle stratégie</w:t>
      </w:r>
      <w:r>
        <w:t>:</w:t>
      </w:r>
    </w:p>
    <w:p w14:paraId="7DD8D3D5" w14:textId="77777777" w:rsidR="00495879" w:rsidRDefault="00000000">
      <w:pPr>
        <w:pStyle w:val="Listepuces"/>
      </w:pPr>
      <w:r>
        <w:t>**Conservative scenario moins attractif** court terme (41% ROI vs 427% initial)</w:t>
      </w:r>
    </w:p>
    <w:p w14:paraId="024397D5" w14:textId="77777777" w:rsidR="00495879" w:rsidRDefault="00000000">
      <w:pPr>
        <w:pStyle w:val="Listepuces"/>
      </w:pPr>
      <w:r>
        <w:t>**MAIS**: Investissement IA = **pari sur An 4-5** (automation, scale, margins 15-20%)</w:t>
      </w:r>
    </w:p>
    <w:p w14:paraId="762466D2" w14:textId="77777777" w:rsidR="00495879" w:rsidRDefault="00000000">
      <w:pPr>
        <w:pStyle w:val="Listepuces"/>
      </w:pPr>
      <w:r>
        <w:t>**Realistic/Optimistic** scenarios restent très attractifs (370-815% ROI)</w:t>
      </w:r>
    </w:p>
    <w:p w14:paraId="6D897914" w14:textId="77777777" w:rsidR="00495879" w:rsidRDefault="00000000">
      <w:pPr>
        <w:pStyle w:val="Listepuces"/>
      </w:pPr>
      <w:r>
        <w:t>**Trade-off**: Court terme moins profitable, mais **long terme exponential**</w:t>
      </w:r>
    </w:p>
    <w:p w14:paraId="4DF6EFAC" w14:textId="77777777" w:rsidR="00495879" w:rsidRDefault="00000000">
      <w:pPr>
        <w:pStyle w:val="Listepuces"/>
      </w:pPr>
      <w:r>
        <w:t>**An 4 projection** (non montré): $1.5M revenue, 18% EBITDA = $270K, ROI devient &gt;500%</w:t>
      </w:r>
    </w:p>
    <w:p w14:paraId="1555799F" w14:textId="77777777" w:rsidR="00495879" w:rsidRDefault="00000000">
      <w:r>
        <w:rPr>
          <w:b/>
        </w:rPr>
        <w:t>Comparaison modèles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1520A0FD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B277DF7" w14:textId="77777777" w:rsidR="00495879" w:rsidRDefault="00000000">
            <w:r>
              <w:rPr>
                <w:sz w:val="20"/>
              </w:rPr>
              <w:t>Métrique</w:t>
            </w:r>
          </w:p>
        </w:tc>
        <w:tc>
          <w:tcPr>
            <w:tcW w:w="2160" w:type="dxa"/>
          </w:tcPr>
          <w:p w14:paraId="05181ED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Plan Initial (sans IA)</w:t>
            </w:r>
          </w:p>
        </w:tc>
        <w:tc>
          <w:tcPr>
            <w:tcW w:w="2160" w:type="dxa"/>
          </w:tcPr>
          <w:p w14:paraId="0964A54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Nouveau Plan (IA Phase 2)</w:t>
            </w:r>
          </w:p>
        </w:tc>
        <w:tc>
          <w:tcPr>
            <w:tcW w:w="2160" w:type="dxa"/>
          </w:tcPr>
          <w:p w14:paraId="7524857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Différence</w:t>
            </w:r>
          </w:p>
        </w:tc>
      </w:tr>
      <w:tr w:rsidR="00495879" w14:paraId="718A442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FCCC87A" w14:textId="77777777" w:rsidR="00495879" w:rsidRDefault="00000000">
            <w:r>
              <w:t>Investment total</w:t>
            </w:r>
          </w:p>
        </w:tc>
        <w:tc>
          <w:tcPr>
            <w:tcW w:w="2160" w:type="dxa"/>
          </w:tcPr>
          <w:p w14:paraId="0E33BD8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$75K</w:t>
            </w:r>
          </w:p>
        </w:tc>
        <w:tc>
          <w:tcPr>
            <w:tcW w:w="2160" w:type="dxa"/>
          </w:tcPr>
          <w:p w14:paraId="71F98E6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$135K</w:t>
            </w:r>
          </w:p>
        </w:tc>
        <w:tc>
          <w:tcPr>
            <w:tcW w:w="2160" w:type="dxa"/>
          </w:tcPr>
          <w:p w14:paraId="0DD9A48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+$60K</w:t>
            </w:r>
          </w:p>
        </w:tc>
      </w:tr>
      <w:tr w:rsidR="00495879" w14:paraId="3FB56CC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064ABCF" w14:textId="77777777" w:rsidR="00495879" w:rsidRDefault="00000000">
            <w:r>
              <w:t>An 3 EBITDA (conservative)</w:t>
            </w:r>
          </w:p>
        </w:tc>
        <w:tc>
          <w:tcPr>
            <w:tcW w:w="2160" w:type="dxa"/>
          </w:tcPr>
          <w:p w14:paraId="11200DE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$110K</w:t>
            </w:r>
          </w:p>
        </w:tc>
        <w:tc>
          <w:tcPr>
            <w:tcW w:w="2160" w:type="dxa"/>
          </w:tcPr>
          <w:p w14:paraId="15C2FB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$45K</w:t>
            </w:r>
          </w:p>
        </w:tc>
        <w:tc>
          <w:tcPr>
            <w:tcW w:w="2160" w:type="dxa"/>
          </w:tcPr>
          <w:p w14:paraId="7446158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-$65K</w:t>
            </w:r>
          </w:p>
        </w:tc>
      </w:tr>
      <w:tr w:rsidR="00495879" w14:paraId="65EA45D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E1B1517" w14:textId="77777777" w:rsidR="00495879" w:rsidRDefault="00000000">
            <w:r>
              <w:t>An 3 Net Income</w:t>
            </w:r>
          </w:p>
        </w:tc>
        <w:tc>
          <w:tcPr>
            <w:tcW w:w="2160" w:type="dxa"/>
          </w:tcPr>
          <w:p w14:paraId="6004E46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$82.5K</w:t>
            </w:r>
          </w:p>
        </w:tc>
        <w:tc>
          <w:tcPr>
            <w:tcW w:w="2160" w:type="dxa"/>
          </w:tcPr>
          <w:p w14:paraId="36BC17F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$33.7K</w:t>
            </w:r>
          </w:p>
        </w:tc>
        <w:tc>
          <w:tcPr>
            <w:tcW w:w="2160" w:type="dxa"/>
          </w:tcPr>
          <w:p w14:paraId="68F04DE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-$48.8K</w:t>
            </w:r>
          </w:p>
        </w:tc>
      </w:tr>
      <w:tr w:rsidR="00495879" w14:paraId="5B331A8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786A458" w14:textId="77777777" w:rsidR="00495879" w:rsidRDefault="00000000">
            <w:r>
              <w:t>ROI 3 ans</w:t>
            </w:r>
          </w:p>
        </w:tc>
        <w:tc>
          <w:tcPr>
            <w:tcW w:w="2160" w:type="dxa"/>
          </w:tcPr>
          <w:p w14:paraId="335BB03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427%</w:t>
            </w:r>
          </w:p>
        </w:tc>
        <w:tc>
          <w:tcPr>
            <w:tcW w:w="2160" w:type="dxa"/>
          </w:tcPr>
          <w:p w14:paraId="5F85000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41%</w:t>
            </w:r>
          </w:p>
        </w:tc>
        <w:tc>
          <w:tcPr>
            <w:tcW w:w="2160" w:type="dxa"/>
          </w:tcPr>
          <w:p w14:paraId="0C60088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-386%</w:t>
            </w:r>
          </w:p>
        </w:tc>
      </w:tr>
      <w:tr w:rsidR="00495879" w14:paraId="5F0B7DD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28D6277" w14:textId="77777777" w:rsidR="00495879" w:rsidRDefault="00000000">
            <w:r>
              <w:t>**An 5 EBITDA (projected)**</w:t>
            </w:r>
          </w:p>
        </w:tc>
        <w:tc>
          <w:tcPr>
            <w:tcW w:w="2160" w:type="dxa"/>
          </w:tcPr>
          <w:p w14:paraId="15075CA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**$250K**</w:t>
            </w:r>
          </w:p>
        </w:tc>
        <w:tc>
          <w:tcPr>
            <w:tcW w:w="2160" w:type="dxa"/>
          </w:tcPr>
          <w:p w14:paraId="5679477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**$450K**</w:t>
            </w:r>
          </w:p>
        </w:tc>
        <w:tc>
          <w:tcPr>
            <w:tcW w:w="2160" w:type="dxa"/>
          </w:tcPr>
          <w:p w14:paraId="05B72B7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**+$200K**</w:t>
            </w:r>
          </w:p>
        </w:tc>
      </w:tr>
      <w:tr w:rsidR="00495879" w14:paraId="393F320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6E8C7B3" w14:textId="77777777" w:rsidR="00495879" w:rsidRDefault="00000000">
            <w:r>
              <w:t>**An 5 ROI (projected)**</w:t>
            </w:r>
          </w:p>
        </w:tc>
        <w:tc>
          <w:tcPr>
            <w:tcW w:w="2160" w:type="dxa"/>
          </w:tcPr>
          <w:p w14:paraId="3B42094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**700%**</w:t>
            </w:r>
          </w:p>
        </w:tc>
        <w:tc>
          <w:tcPr>
            <w:tcW w:w="2160" w:type="dxa"/>
          </w:tcPr>
          <w:p w14:paraId="6F69B35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**1,200%**</w:t>
            </w:r>
          </w:p>
        </w:tc>
        <w:tc>
          <w:tcPr>
            <w:tcW w:w="2160" w:type="dxa"/>
          </w:tcPr>
          <w:p w14:paraId="451106D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**+500%**</w:t>
            </w:r>
          </w:p>
        </w:tc>
      </w:tr>
    </w:tbl>
    <w:p w14:paraId="48700A6B" w14:textId="77777777" w:rsidR="00495879" w:rsidRDefault="00495879"/>
    <w:p w14:paraId="0D4C81B7" w14:textId="77777777" w:rsidR="00495879" w:rsidRDefault="00000000">
      <w:r>
        <w:rPr>
          <w:b/>
        </w:rPr>
        <w:t>Conclusion ROI</w:t>
      </w:r>
      <w:r>
        <w:t>:</w:t>
      </w:r>
    </w:p>
    <w:p w14:paraId="4B1910F6" w14:textId="77777777" w:rsidR="00495879" w:rsidRDefault="00000000">
      <w:pPr>
        <w:pStyle w:val="Listepuces"/>
      </w:pPr>
      <w:r>
        <w:t>**Si objectif = profitabilité rapide An 3**: Plan initial meilleur</w:t>
      </w:r>
    </w:p>
    <w:p w14:paraId="1BAC9226" w14:textId="77777777" w:rsidR="00495879" w:rsidRDefault="00000000">
      <w:pPr>
        <w:pStyle w:val="Listepuces"/>
      </w:pPr>
      <w:r>
        <w:t>**Si objectif = scale massif An 4-5 avec IA**: Nouveau plan meilleur</w:t>
      </w:r>
    </w:p>
    <w:p w14:paraId="466F7B0B" w14:textId="77777777" w:rsidR="00495879" w:rsidRDefault="00000000">
      <w:pPr>
        <w:pStyle w:val="Listepuces"/>
      </w:pPr>
      <w:r>
        <w:t>**Nouveau plan = pari sur technologie** pour unlock croissance exponentielle</w:t>
      </w:r>
    </w:p>
    <w:p w14:paraId="3DD03A86" w14:textId="77777777" w:rsidR="00495879" w:rsidRDefault="00000000">
      <w:pPr>
        <w:pStyle w:val="Listepuces"/>
      </w:pPr>
      <w:r>
        <w:t>**Bi-continental + IA** = moat plus fort, mais capital-intensive</w:t>
      </w:r>
    </w:p>
    <w:p w14:paraId="7862053C" w14:textId="77777777" w:rsidR="00495879" w:rsidRDefault="00000000">
      <w:r>
        <w:t>________________________________________________________________________________</w:t>
      </w:r>
    </w:p>
    <w:p w14:paraId="636FD7D7" w14:textId="77777777" w:rsidR="00495879" w:rsidRDefault="00000000">
      <w:pPr>
        <w:pStyle w:val="Titre2"/>
      </w:pPr>
      <w:r>
        <w:lastRenderedPageBreak/>
        <w:t>10.11 Sensitivity Analysis</w:t>
      </w:r>
    </w:p>
    <w:p w14:paraId="54B8357C" w14:textId="77777777" w:rsidR="00495879" w:rsidRDefault="00000000">
      <w:pPr>
        <w:pStyle w:val="Titre3"/>
      </w:pPr>
      <w:r>
        <w:t>Key Variables Impact on Year 3 EBITDA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440"/>
        <w:gridCol w:w="1440"/>
        <w:gridCol w:w="1440"/>
        <w:gridCol w:w="1440"/>
        <w:gridCol w:w="1440"/>
        <w:gridCol w:w="1440"/>
      </w:tblGrid>
      <w:tr w:rsidR="00495879" w14:paraId="4AE58C7E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9E8C2D8" w14:textId="77777777" w:rsidR="00495879" w:rsidRDefault="00000000">
            <w:r>
              <w:rPr>
                <w:sz w:val="20"/>
              </w:rPr>
              <w:t>Variable</w:t>
            </w:r>
          </w:p>
        </w:tc>
        <w:tc>
          <w:tcPr>
            <w:tcW w:w="1440" w:type="dxa"/>
          </w:tcPr>
          <w:p w14:paraId="3187A86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-20%</w:t>
            </w:r>
          </w:p>
        </w:tc>
        <w:tc>
          <w:tcPr>
            <w:tcW w:w="1440" w:type="dxa"/>
          </w:tcPr>
          <w:p w14:paraId="3C54E37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-10%</w:t>
            </w:r>
          </w:p>
        </w:tc>
        <w:tc>
          <w:tcPr>
            <w:tcW w:w="1440" w:type="dxa"/>
          </w:tcPr>
          <w:p w14:paraId="1FA6465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Base</w:t>
            </w:r>
          </w:p>
        </w:tc>
        <w:tc>
          <w:tcPr>
            <w:tcW w:w="1440" w:type="dxa"/>
          </w:tcPr>
          <w:p w14:paraId="48E5146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+10%</w:t>
            </w:r>
          </w:p>
        </w:tc>
        <w:tc>
          <w:tcPr>
            <w:tcW w:w="1440" w:type="dxa"/>
          </w:tcPr>
          <w:p w14:paraId="174B9D7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+20%</w:t>
            </w:r>
          </w:p>
        </w:tc>
      </w:tr>
      <w:tr w:rsidR="00495879" w14:paraId="3D1BB1C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34B8D92" w14:textId="77777777" w:rsidR="00495879" w:rsidRDefault="00000000">
            <w:r>
              <w:t>**Clients Acquired**</w:t>
            </w:r>
          </w:p>
        </w:tc>
        <w:tc>
          <w:tcPr>
            <w:tcW w:w="1440" w:type="dxa"/>
          </w:tcPr>
          <w:p w14:paraId="6483050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-$50K</w:t>
            </w:r>
          </w:p>
        </w:tc>
        <w:tc>
          <w:tcPr>
            <w:tcW w:w="1440" w:type="dxa"/>
          </w:tcPr>
          <w:p w14:paraId="116512C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$30K</w:t>
            </w:r>
          </w:p>
        </w:tc>
        <w:tc>
          <w:tcPr>
            <w:tcW w:w="1440" w:type="dxa"/>
          </w:tcPr>
          <w:p w14:paraId="6D8EDE7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$110K</w:t>
            </w:r>
          </w:p>
        </w:tc>
        <w:tc>
          <w:tcPr>
            <w:tcW w:w="1440" w:type="dxa"/>
          </w:tcPr>
          <w:p w14:paraId="1CFA856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$190K</w:t>
            </w:r>
          </w:p>
        </w:tc>
        <w:tc>
          <w:tcPr>
            <w:tcW w:w="1440" w:type="dxa"/>
          </w:tcPr>
          <w:p w14:paraId="51DD97F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$270K</w:t>
            </w:r>
          </w:p>
        </w:tc>
      </w:tr>
      <w:tr w:rsidR="00495879" w14:paraId="6798E76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A7EF67A" w14:textId="77777777" w:rsidR="00495879" w:rsidRDefault="00000000">
            <w:r>
              <w:t>**Avg Price**</w:t>
            </w:r>
          </w:p>
        </w:tc>
        <w:tc>
          <w:tcPr>
            <w:tcW w:w="1440" w:type="dxa"/>
          </w:tcPr>
          <w:p w14:paraId="23C29D7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$10K</w:t>
            </w:r>
          </w:p>
        </w:tc>
        <w:tc>
          <w:tcPr>
            <w:tcW w:w="1440" w:type="dxa"/>
          </w:tcPr>
          <w:p w14:paraId="7C1F63F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$60K</w:t>
            </w:r>
          </w:p>
        </w:tc>
        <w:tc>
          <w:tcPr>
            <w:tcW w:w="1440" w:type="dxa"/>
          </w:tcPr>
          <w:p w14:paraId="5B4C2D5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$110K</w:t>
            </w:r>
          </w:p>
        </w:tc>
        <w:tc>
          <w:tcPr>
            <w:tcW w:w="1440" w:type="dxa"/>
          </w:tcPr>
          <w:p w14:paraId="147343B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$160K</w:t>
            </w:r>
          </w:p>
        </w:tc>
        <w:tc>
          <w:tcPr>
            <w:tcW w:w="1440" w:type="dxa"/>
          </w:tcPr>
          <w:p w14:paraId="24F8607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$210K</w:t>
            </w:r>
          </w:p>
        </w:tc>
      </w:tr>
      <w:tr w:rsidR="00495879" w14:paraId="7B46955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6FF158A4" w14:textId="77777777" w:rsidR="00495879" w:rsidRDefault="00000000">
            <w:r>
              <w:t>**Retention Rate**</w:t>
            </w:r>
          </w:p>
        </w:tc>
        <w:tc>
          <w:tcPr>
            <w:tcW w:w="1440" w:type="dxa"/>
          </w:tcPr>
          <w:p w14:paraId="18E274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$45K</w:t>
            </w:r>
          </w:p>
        </w:tc>
        <w:tc>
          <w:tcPr>
            <w:tcW w:w="1440" w:type="dxa"/>
          </w:tcPr>
          <w:p w14:paraId="42A3F13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$77K</w:t>
            </w:r>
          </w:p>
        </w:tc>
        <w:tc>
          <w:tcPr>
            <w:tcW w:w="1440" w:type="dxa"/>
          </w:tcPr>
          <w:p w14:paraId="266A6E7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$110K</w:t>
            </w:r>
          </w:p>
        </w:tc>
        <w:tc>
          <w:tcPr>
            <w:tcW w:w="1440" w:type="dxa"/>
          </w:tcPr>
          <w:p w14:paraId="5C1C21F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$142K</w:t>
            </w:r>
          </w:p>
        </w:tc>
        <w:tc>
          <w:tcPr>
            <w:tcW w:w="1440" w:type="dxa"/>
          </w:tcPr>
          <w:p w14:paraId="3E4F178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$175K</w:t>
            </w:r>
          </w:p>
        </w:tc>
      </w:tr>
      <w:tr w:rsidR="00495879" w14:paraId="01A85C5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5DDC421C" w14:textId="77777777" w:rsidR="00495879" w:rsidRDefault="00000000">
            <w:r>
              <w:t>**CAC**</w:t>
            </w:r>
          </w:p>
        </w:tc>
        <w:tc>
          <w:tcPr>
            <w:tcW w:w="1440" w:type="dxa"/>
          </w:tcPr>
          <w:p w14:paraId="65E110C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$135K</w:t>
            </w:r>
          </w:p>
        </w:tc>
        <w:tc>
          <w:tcPr>
            <w:tcW w:w="1440" w:type="dxa"/>
          </w:tcPr>
          <w:p w14:paraId="064E60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$122K</w:t>
            </w:r>
          </w:p>
        </w:tc>
        <w:tc>
          <w:tcPr>
            <w:tcW w:w="1440" w:type="dxa"/>
          </w:tcPr>
          <w:p w14:paraId="07CB0C7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$110K</w:t>
            </w:r>
          </w:p>
        </w:tc>
        <w:tc>
          <w:tcPr>
            <w:tcW w:w="1440" w:type="dxa"/>
          </w:tcPr>
          <w:p w14:paraId="13AACED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$97K</w:t>
            </w:r>
          </w:p>
        </w:tc>
        <w:tc>
          <w:tcPr>
            <w:tcW w:w="1440" w:type="dxa"/>
          </w:tcPr>
          <w:p w14:paraId="1ACE914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$85K</w:t>
            </w:r>
          </w:p>
        </w:tc>
      </w:tr>
      <w:tr w:rsidR="00495879" w14:paraId="4593CDF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0" w:type="dxa"/>
          </w:tcPr>
          <w:p w14:paraId="32EA24C8" w14:textId="77777777" w:rsidR="00495879" w:rsidRDefault="00000000">
            <w:r>
              <w:t>**Payroll**</w:t>
            </w:r>
          </w:p>
        </w:tc>
        <w:tc>
          <w:tcPr>
            <w:tcW w:w="1440" w:type="dxa"/>
          </w:tcPr>
          <w:p w14:paraId="5B91DD9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$225K</w:t>
            </w:r>
          </w:p>
        </w:tc>
        <w:tc>
          <w:tcPr>
            <w:tcW w:w="1440" w:type="dxa"/>
          </w:tcPr>
          <w:p w14:paraId="05EE62B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$167K</w:t>
            </w:r>
          </w:p>
        </w:tc>
        <w:tc>
          <w:tcPr>
            <w:tcW w:w="1440" w:type="dxa"/>
          </w:tcPr>
          <w:p w14:paraId="254D4CC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$110K</w:t>
            </w:r>
          </w:p>
        </w:tc>
        <w:tc>
          <w:tcPr>
            <w:tcW w:w="1440" w:type="dxa"/>
          </w:tcPr>
          <w:p w14:paraId="21879A1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$52K</w:t>
            </w:r>
          </w:p>
        </w:tc>
        <w:tc>
          <w:tcPr>
            <w:tcW w:w="1440" w:type="dxa"/>
          </w:tcPr>
          <w:p w14:paraId="6A2FC48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-$5K</w:t>
            </w:r>
          </w:p>
        </w:tc>
      </w:tr>
    </w:tbl>
    <w:p w14:paraId="5250F217" w14:textId="77777777" w:rsidR="00495879" w:rsidRDefault="00495879"/>
    <w:p w14:paraId="06643E24" w14:textId="77777777" w:rsidR="00495879" w:rsidRDefault="00000000">
      <w:r>
        <w:rPr>
          <w:b/>
        </w:rPr>
        <w:t>Most Sensitive to</w:t>
      </w:r>
      <w:r>
        <w:t>:</w:t>
      </w:r>
    </w:p>
    <w:p w14:paraId="4EB0A020" w14:textId="77777777" w:rsidR="00495879" w:rsidRDefault="00000000">
      <w:pPr>
        <w:pStyle w:val="Listenumros"/>
      </w:pPr>
      <w:r>
        <w:t>Client Acquisition (#1 priority - marketing, sales)</w:t>
      </w:r>
    </w:p>
    <w:p w14:paraId="68FBDC8A" w14:textId="77777777" w:rsidR="00495879" w:rsidRDefault="00000000">
      <w:pPr>
        <w:pStyle w:val="Listenumros"/>
      </w:pPr>
      <w:r>
        <w:t>Pricing (justify value, upsell higher tiers)</w:t>
      </w:r>
    </w:p>
    <w:p w14:paraId="21489012" w14:textId="77777777" w:rsidR="00495879" w:rsidRDefault="00000000">
      <w:pPr>
        <w:pStyle w:val="Listenumros"/>
      </w:pPr>
      <w:r>
        <w:t>Payroll efficiency (hire smart, productivity)</w:t>
      </w:r>
    </w:p>
    <w:p w14:paraId="77CBD8A1" w14:textId="77777777" w:rsidR="00495879" w:rsidRDefault="00000000">
      <w:r>
        <w:rPr>
          <w:b/>
        </w:rPr>
        <w:t>Least Sensitive to</w:t>
      </w:r>
      <w:r>
        <w:t>:</w:t>
      </w:r>
    </w:p>
    <w:p w14:paraId="62428D60" w14:textId="77777777" w:rsidR="00495879" w:rsidRDefault="00000000">
      <w:pPr>
        <w:pStyle w:val="Listepuces"/>
      </w:pPr>
      <w:r>
        <w:t>CAC (within reasonable range $1K-$4K, manageable)</w:t>
      </w:r>
    </w:p>
    <w:p w14:paraId="2E368381" w14:textId="77777777" w:rsidR="00495879" w:rsidRDefault="00000000">
      <w:pPr>
        <w:pStyle w:val="Listepuces"/>
      </w:pPr>
      <w:r>
        <w:t>Retention (strong even at -20%, but optimize for upside)</w:t>
      </w:r>
    </w:p>
    <w:p w14:paraId="7C5FA75A" w14:textId="77777777" w:rsidR="00495879" w:rsidRDefault="00000000">
      <w:r>
        <w:t>________________________________________________________________________________</w:t>
      </w:r>
    </w:p>
    <w:p w14:paraId="7CA43070" w14:textId="77777777" w:rsidR="00495879" w:rsidRDefault="00000000">
      <w:pPr>
        <w:pStyle w:val="Titre2"/>
      </w:pPr>
      <w:r>
        <w:t>10.12 Summary &amp; Financial Health Indicators</w:t>
      </w:r>
    </w:p>
    <w:p w14:paraId="41E3258F" w14:textId="77777777" w:rsidR="00495879" w:rsidRDefault="00000000">
      <w:pPr>
        <w:pStyle w:val="Titre3"/>
      </w:pPr>
      <w:r>
        <w:t>Financial Strength (Year 3) - Modèle Bi-Continental + IA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37"/>
        <w:gridCol w:w="1728"/>
        <w:gridCol w:w="1728"/>
        <w:gridCol w:w="1728"/>
        <w:gridCol w:w="1728"/>
      </w:tblGrid>
      <w:tr w:rsidR="00495879" w14:paraId="352D719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224B5F1" w14:textId="77777777" w:rsidR="00495879" w:rsidRDefault="00000000">
            <w:r>
              <w:rPr>
                <w:sz w:val="20"/>
              </w:rPr>
              <w:t>Indicator</w:t>
            </w:r>
          </w:p>
        </w:tc>
        <w:tc>
          <w:tcPr>
            <w:tcW w:w="1728" w:type="dxa"/>
          </w:tcPr>
          <w:p w14:paraId="1564B3F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Value (Nouveau)</w:t>
            </w:r>
          </w:p>
        </w:tc>
        <w:tc>
          <w:tcPr>
            <w:tcW w:w="1728" w:type="dxa"/>
          </w:tcPr>
          <w:p w14:paraId="53590DA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Value (Initial)</w:t>
            </w:r>
          </w:p>
        </w:tc>
        <w:tc>
          <w:tcPr>
            <w:tcW w:w="1728" w:type="dxa"/>
          </w:tcPr>
          <w:p w14:paraId="1A6CBFD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Benchmark</w:t>
            </w:r>
          </w:p>
        </w:tc>
        <w:tc>
          <w:tcPr>
            <w:tcW w:w="1728" w:type="dxa"/>
          </w:tcPr>
          <w:p w14:paraId="5908799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Status</w:t>
            </w:r>
          </w:p>
        </w:tc>
      </w:tr>
      <w:tr w:rsidR="00495879" w14:paraId="2C84549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B6AAE1B" w14:textId="77777777" w:rsidR="00495879" w:rsidRDefault="00000000">
            <w:r>
              <w:t>**Liquidity**</w:t>
            </w:r>
          </w:p>
        </w:tc>
        <w:tc>
          <w:tcPr>
            <w:tcW w:w="1728" w:type="dxa"/>
          </w:tcPr>
          <w:p w14:paraId="36A600E6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197D4F26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7752253D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256B9D75" w14:textId="77777777" w:rsidR="00495879" w:rsidRDefault="004958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5879" w14:paraId="5B59251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BAD07F4" w14:textId="77777777" w:rsidR="00495879" w:rsidRDefault="00000000">
            <w:r>
              <w:t>Cash Balance</w:t>
            </w:r>
          </w:p>
        </w:tc>
        <w:tc>
          <w:tcPr>
            <w:tcW w:w="1728" w:type="dxa"/>
          </w:tcPr>
          <w:p w14:paraId="68170E3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-$43K (négatif)</w:t>
            </w:r>
          </w:p>
        </w:tc>
        <w:tc>
          <w:tcPr>
            <w:tcW w:w="1728" w:type="dxa"/>
          </w:tcPr>
          <w:p w14:paraId="5788D6C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$120K</w:t>
            </w:r>
          </w:p>
        </w:tc>
        <w:tc>
          <w:tcPr>
            <w:tcW w:w="1728" w:type="dxa"/>
          </w:tcPr>
          <w:p w14:paraId="37A3793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&gt;3 months opex</w:t>
            </w:r>
          </w:p>
        </w:tc>
        <w:tc>
          <w:tcPr>
            <w:tcW w:w="1728" w:type="dxa"/>
          </w:tcPr>
          <w:p w14:paraId="156EEBC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⚠️ Attention</w:t>
            </w:r>
          </w:p>
        </w:tc>
      </w:tr>
      <w:tr w:rsidR="00495879" w14:paraId="216CADA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5F0A260" w14:textId="77777777" w:rsidR="00495879" w:rsidRDefault="00000000">
            <w:r>
              <w:t>Current Ratio</w:t>
            </w:r>
          </w:p>
        </w:tc>
        <w:tc>
          <w:tcPr>
            <w:tcW w:w="1728" w:type="dxa"/>
          </w:tcPr>
          <w:p w14:paraId="7B91E72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1.8</w:t>
            </w:r>
          </w:p>
        </w:tc>
        <w:tc>
          <w:tcPr>
            <w:tcW w:w="1728" w:type="dxa"/>
          </w:tcPr>
          <w:p w14:paraId="275CEE4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3.5</w:t>
            </w:r>
          </w:p>
        </w:tc>
        <w:tc>
          <w:tcPr>
            <w:tcW w:w="1728" w:type="dxa"/>
          </w:tcPr>
          <w:p w14:paraId="332DD51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&gt;1.5</w:t>
            </w:r>
          </w:p>
        </w:tc>
        <w:tc>
          <w:tcPr>
            <w:tcW w:w="1728" w:type="dxa"/>
          </w:tcPr>
          <w:p w14:paraId="0053944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✅ Acceptable</w:t>
            </w:r>
          </w:p>
        </w:tc>
      </w:tr>
      <w:tr w:rsidR="00495879" w14:paraId="5966F6A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14FBB09" w14:textId="77777777" w:rsidR="00495879" w:rsidRDefault="00000000">
            <w:r>
              <w:t>**Profitability**</w:t>
            </w:r>
          </w:p>
        </w:tc>
        <w:tc>
          <w:tcPr>
            <w:tcW w:w="1728" w:type="dxa"/>
          </w:tcPr>
          <w:p w14:paraId="4AC733CB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571ABF52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382A9F0E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5624B600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75A6E9C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E10C6D8" w14:textId="77777777" w:rsidR="00495879" w:rsidRDefault="00000000">
            <w:r>
              <w:t>Gross Margin</w:t>
            </w:r>
          </w:p>
        </w:tc>
        <w:tc>
          <w:tcPr>
            <w:tcW w:w="1728" w:type="dxa"/>
          </w:tcPr>
          <w:p w14:paraId="44A9416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91.8%</w:t>
            </w:r>
          </w:p>
        </w:tc>
        <w:tc>
          <w:tcPr>
            <w:tcW w:w="1728" w:type="dxa"/>
          </w:tcPr>
          <w:p w14:paraId="2C40078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91.8%</w:t>
            </w:r>
          </w:p>
        </w:tc>
        <w:tc>
          <w:tcPr>
            <w:tcW w:w="1728" w:type="dxa"/>
          </w:tcPr>
          <w:p w14:paraId="2F6EB05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&gt;80%</w:t>
            </w:r>
          </w:p>
        </w:tc>
        <w:tc>
          <w:tcPr>
            <w:tcW w:w="1728" w:type="dxa"/>
          </w:tcPr>
          <w:p w14:paraId="446F1C8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✅ Excellent</w:t>
            </w:r>
          </w:p>
        </w:tc>
      </w:tr>
      <w:tr w:rsidR="00495879" w14:paraId="3BE4DA7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F630C46" w14:textId="77777777" w:rsidR="00495879" w:rsidRDefault="00000000">
            <w:r>
              <w:t>EBITDA Margin</w:t>
            </w:r>
          </w:p>
        </w:tc>
        <w:tc>
          <w:tcPr>
            <w:tcW w:w="1728" w:type="dxa"/>
          </w:tcPr>
          <w:p w14:paraId="35DAADE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5.3%</w:t>
            </w:r>
          </w:p>
        </w:tc>
        <w:tc>
          <w:tcPr>
            <w:tcW w:w="1728" w:type="dxa"/>
          </w:tcPr>
          <w:p w14:paraId="214D390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12.9%</w:t>
            </w:r>
          </w:p>
        </w:tc>
        <w:tc>
          <w:tcPr>
            <w:tcW w:w="1728" w:type="dxa"/>
          </w:tcPr>
          <w:p w14:paraId="2A9276E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&gt;10%</w:t>
            </w:r>
          </w:p>
        </w:tc>
        <w:tc>
          <w:tcPr>
            <w:tcW w:w="1728" w:type="dxa"/>
          </w:tcPr>
          <w:p w14:paraId="4FE9155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⚠️ Below target</w:t>
            </w:r>
          </w:p>
        </w:tc>
      </w:tr>
      <w:tr w:rsidR="00495879" w14:paraId="490848B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59DC69E" w14:textId="77777777" w:rsidR="00495879" w:rsidRDefault="00000000">
            <w:r>
              <w:t>Net Margin</w:t>
            </w:r>
          </w:p>
        </w:tc>
        <w:tc>
          <w:tcPr>
            <w:tcW w:w="1728" w:type="dxa"/>
          </w:tcPr>
          <w:p w14:paraId="20D98ED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4.0%</w:t>
            </w:r>
          </w:p>
        </w:tc>
        <w:tc>
          <w:tcPr>
            <w:tcW w:w="1728" w:type="dxa"/>
          </w:tcPr>
          <w:p w14:paraId="554A8A9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9.7%</w:t>
            </w:r>
          </w:p>
        </w:tc>
        <w:tc>
          <w:tcPr>
            <w:tcW w:w="1728" w:type="dxa"/>
          </w:tcPr>
          <w:p w14:paraId="27B4196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&gt;8%</w:t>
            </w:r>
          </w:p>
        </w:tc>
        <w:tc>
          <w:tcPr>
            <w:tcW w:w="1728" w:type="dxa"/>
          </w:tcPr>
          <w:p w14:paraId="433E532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⚠️ Below target</w:t>
            </w:r>
          </w:p>
        </w:tc>
      </w:tr>
      <w:tr w:rsidR="00495879" w14:paraId="5960A84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DD9AC7B" w14:textId="77777777" w:rsidR="00495879" w:rsidRDefault="00000000">
            <w:r>
              <w:t>**Efficiency**</w:t>
            </w:r>
          </w:p>
        </w:tc>
        <w:tc>
          <w:tcPr>
            <w:tcW w:w="1728" w:type="dxa"/>
          </w:tcPr>
          <w:p w14:paraId="02BAC008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5165A21C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4308F6A6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49EB0D0E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111C9AD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C239B1B" w14:textId="77777777" w:rsidR="00495879" w:rsidRDefault="00000000">
            <w:r>
              <w:t>Revenue per Employee</w:t>
            </w:r>
          </w:p>
        </w:tc>
        <w:tc>
          <w:tcPr>
            <w:tcW w:w="1728" w:type="dxa"/>
          </w:tcPr>
          <w:p w14:paraId="2D023E5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$106K</w:t>
            </w:r>
          </w:p>
        </w:tc>
        <w:tc>
          <w:tcPr>
            <w:tcW w:w="1728" w:type="dxa"/>
          </w:tcPr>
          <w:p w14:paraId="4A1D654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$106K</w:t>
            </w:r>
          </w:p>
        </w:tc>
        <w:tc>
          <w:tcPr>
            <w:tcW w:w="1728" w:type="dxa"/>
          </w:tcPr>
          <w:p w14:paraId="64C3CD1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&gt;$100K</w:t>
            </w:r>
          </w:p>
        </w:tc>
        <w:tc>
          <w:tcPr>
            <w:tcW w:w="1728" w:type="dxa"/>
          </w:tcPr>
          <w:p w14:paraId="46A05D0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✅ Strong</w:t>
            </w:r>
          </w:p>
        </w:tc>
      </w:tr>
      <w:tr w:rsidR="00495879" w14:paraId="17F44EB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16C519E" w14:textId="77777777" w:rsidR="00495879" w:rsidRDefault="00000000">
            <w:r>
              <w:t>LTV:CAC (blended US+Africa)</w:t>
            </w:r>
          </w:p>
        </w:tc>
        <w:tc>
          <w:tcPr>
            <w:tcW w:w="1728" w:type="dxa"/>
          </w:tcPr>
          <w:p w14:paraId="0383E06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8-12:1</w:t>
            </w:r>
          </w:p>
        </w:tc>
        <w:tc>
          <w:tcPr>
            <w:tcW w:w="1728" w:type="dxa"/>
          </w:tcPr>
          <w:p w14:paraId="7543DC1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10-15:1</w:t>
            </w:r>
          </w:p>
        </w:tc>
        <w:tc>
          <w:tcPr>
            <w:tcW w:w="1728" w:type="dxa"/>
          </w:tcPr>
          <w:p w14:paraId="475FBCB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&gt;3:1</w:t>
            </w:r>
          </w:p>
        </w:tc>
        <w:tc>
          <w:tcPr>
            <w:tcW w:w="1728" w:type="dxa"/>
          </w:tcPr>
          <w:p w14:paraId="3ED8A30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✅ Outstanding</w:t>
            </w:r>
          </w:p>
        </w:tc>
      </w:tr>
      <w:tr w:rsidR="00495879" w14:paraId="19A93C3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27C9B46" w14:textId="77777777" w:rsidR="00495879" w:rsidRDefault="00000000">
            <w:r>
              <w:lastRenderedPageBreak/>
              <w:t>CAC Payback</w:t>
            </w:r>
          </w:p>
        </w:tc>
        <w:tc>
          <w:tcPr>
            <w:tcW w:w="1728" w:type="dxa"/>
          </w:tcPr>
          <w:p w14:paraId="515D894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 months</w:t>
            </w:r>
          </w:p>
        </w:tc>
        <w:tc>
          <w:tcPr>
            <w:tcW w:w="1728" w:type="dxa"/>
          </w:tcPr>
          <w:p w14:paraId="0C6808C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month</w:t>
            </w:r>
          </w:p>
        </w:tc>
        <w:tc>
          <w:tcPr>
            <w:tcW w:w="1728" w:type="dxa"/>
          </w:tcPr>
          <w:p w14:paraId="0E25F65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&lt;6 months</w:t>
            </w:r>
          </w:p>
        </w:tc>
        <w:tc>
          <w:tcPr>
            <w:tcW w:w="1728" w:type="dxa"/>
          </w:tcPr>
          <w:p w14:paraId="616924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✅ Excellent</w:t>
            </w:r>
          </w:p>
        </w:tc>
      </w:tr>
      <w:tr w:rsidR="00495879" w14:paraId="6DAAE73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C786A18" w14:textId="77777777" w:rsidR="00495879" w:rsidRDefault="00000000">
            <w:r>
              <w:t>**Growth**</w:t>
            </w:r>
          </w:p>
        </w:tc>
        <w:tc>
          <w:tcPr>
            <w:tcW w:w="1728" w:type="dxa"/>
          </w:tcPr>
          <w:p w14:paraId="028AD937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23BBB2D4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72C82A0F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28" w:type="dxa"/>
          </w:tcPr>
          <w:p w14:paraId="04027764" w14:textId="77777777" w:rsidR="00495879" w:rsidRDefault="0049587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495879" w14:paraId="5EAEFDA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074B8B7" w14:textId="77777777" w:rsidR="00495879" w:rsidRDefault="00000000">
            <w:r>
              <w:t>YoY Revenue Growth</w:t>
            </w:r>
          </w:p>
        </w:tc>
        <w:tc>
          <w:tcPr>
            <w:tcW w:w="1728" w:type="dxa"/>
          </w:tcPr>
          <w:p w14:paraId="28DF240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102% (Y2→Y3)</w:t>
            </w:r>
          </w:p>
        </w:tc>
        <w:tc>
          <w:tcPr>
            <w:tcW w:w="1728" w:type="dxa"/>
          </w:tcPr>
          <w:p w14:paraId="137577A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102%</w:t>
            </w:r>
          </w:p>
        </w:tc>
        <w:tc>
          <w:tcPr>
            <w:tcW w:w="1728" w:type="dxa"/>
          </w:tcPr>
          <w:p w14:paraId="1C7B54F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&gt;30%</w:t>
            </w:r>
          </w:p>
        </w:tc>
        <w:tc>
          <w:tcPr>
            <w:tcW w:w="1728" w:type="dxa"/>
          </w:tcPr>
          <w:p w14:paraId="4276B29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✅ Exceptional</w:t>
            </w:r>
          </w:p>
        </w:tc>
      </w:tr>
      <w:tr w:rsidR="00495879" w14:paraId="2F294D2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A471BCE" w14:textId="77777777" w:rsidR="00495879" w:rsidRDefault="00000000">
            <w:r>
              <w:t>Customer Growth (global)</w:t>
            </w:r>
          </w:p>
        </w:tc>
        <w:tc>
          <w:tcPr>
            <w:tcW w:w="1728" w:type="dxa"/>
          </w:tcPr>
          <w:p w14:paraId="1502A9F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89%</w:t>
            </w:r>
          </w:p>
        </w:tc>
        <w:tc>
          <w:tcPr>
            <w:tcW w:w="1728" w:type="dxa"/>
          </w:tcPr>
          <w:p w14:paraId="22404E5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89%</w:t>
            </w:r>
          </w:p>
        </w:tc>
        <w:tc>
          <w:tcPr>
            <w:tcW w:w="1728" w:type="dxa"/>
          </w:tcPr>
          <w:p w14:paraId="180B1E8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&gt;25%</w:t>
            </w:r>
          </w:p>
        </w:tc>
        <w:tc>
          <w:tcPr>
            <w:tcW w:w="1728" w:type="dxa"/>
          </w:tcPr>
          <w:p w14:paraId="7D9DF0B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✅ Strong</w:t>
            </w:r>
          </w:p>
        </w:tc>
      </w:tr>
      <w:tr w:rsidR="00495879" w14:paraId="71B3B6E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E8126D5" w14:textId="77777777" w:rsidR="00495879" w:rsidRDefault="00000000">
            <w:r>
              <w:t>Geographic Diversification</w:t>
            </w:r>
          </w:p>
        </w:tc>
        <w:tc>
          <w:tcPr>
            <w:tcW w:w="1728" w:type="dxa"/>
          </w:tcPr>
          <w:p w14:paraId="1BBBA18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65/35 US/Africa</w:t>
            </w:r>
          </w:p>
        </w:tc>
        <w:tc>
          <w:tcPr>
            <w:tcW w:w="1728" w:type="dxa"/>
          </w:tcPr>
          <w:p w14:paraId="0830A45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100% US</w:t>
            </w:r>
          </w:p>
        </w:tc>
        <w:tc>
          <w:tcPr>
            <w:tcW w:w="1728" w:type="dxa"/>
          </w:tcPr>
          <w:p w14:paraId="4D1C7CF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Diverse</w:t>
            </w:r>
          </w:p>
        </w:tc>
        <w:tc>
          <w:tcPr>
            <w:tcW w:w="1728" w:type="dxa"/>
          </w:tcPr>
          <w:p w14:paraId="58F2B26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✅ Strong</w:t>
            </w:r>
          </w:p>
        </w:tc>
      </w:tr>
    </w:tbl>
    <w:p w14:paraId="167C4AFB" w14:textId="77777777" w:rsidR="00495879" w:rsidRDefault="00495879"/>
    <w:p w14:paraId="3955464B" w14:textId="77777777" w:rsidR="00495879" w:rsidRDefault="00000000">
      <w:r>
        <w:rPr>
          <w:b/>
        </w:rPr>
        <w:t>Overall Financial Health</w:t>
      </w:r>
      <w:r>
        <w:t xml:space="preserve">: </w:t>
      </w:r>
      <w:r>
        <w:rPr>
          <w:b/>
        </w:rPr>
        <w:t>MODERATE</w:t>
      </w:r>
      <w:r>
        <w:t xml:space="preserve"> ⚠️</w:t>
      </w:r>
    </w:p>
    <w:p w14:paraId="17766D30" w14:textId="77777777" w:rsidR="00495879" w:rsidRDefault="00000000">
      <w:r>
        <w:rPr>
          <w:b/>
        </w:rPr>
        <w:t>Trade-offs du nouveau modèle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72F670F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54777EC" w14:textId="77777777" w:rsidR="00495879" w:rsidRDefault="00000000">
            <w:r>
              <w:rPr>
                <w:sz w:val="20"/>
              </w:rPr>
              <w:t>Aspect</w:t>
            </w:r>
          </w:p>
        </w:tc>
        <w:tc>
          <w:tcPr>
            <w:tcW w:w="2880" w:type="dxa"/>
          </w:tcPr>
          <w:p w14:paraId="11D0560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➕ Positif</w:t>
            </w:r>
          </w:p>
        </w:tc>
        <w:tc>
          <w:tcPr>
            <w:tcW w:w="2880" w:type="dxa"/>
          </w:tcPr>
          <w:p w14:paraId="0081145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➖ Négatif</w:t>
            </w:r>
          </w:p>
        </w:tc>
      </w:tr>
      <w:tr w:rsidR="00495879" w14:paraId="0767AAA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357F337" w14:textId="77777777" w:rsidR="00495879" w:rsidRDefault="00000000">
            <w:r>
              <w:t>**Revenus**</w:t>
            </w:r>
          </w:p>
        </w:tc>
        <w:tc>
          <w:tcPr>
            <w:tcW w:w="2880" w:type="dxa"/>
          </w:tcPr>
          <w:p w14:paraId="101A81B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Diversification géographique, TAM plus large</w:t>
            </w:r>
          </w:p>
        </w:tc>
        <w:tc>
          <w:tcPr>
            <w:tcW w:w="2880" w:type="dxa"/>
          </w:tcPr>
          <w:p w14:paraId="63EFF3C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Prix Africa -50%, complexity</w:t>
            </w:r>
          </w:p>
        </w:tc>
      </w:tr>
      <w:tr w:rsidR="00495879" w14:paraId="1AB6F5A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F0B8E15" w14:textId="77777777" w:rsidR="00495879" w:rsidRDefault="00000000">
            <w:r>
              <w:t>**Profitabilité**</w:t>
            </w:r>
          </w:p>
        </w:tc>
        <w:tc>
          <w:tcPr>
            <w:tcW w:w="2880" w:type="dxa"/>
          </w:tcPr>
          <w:p w14:paraId="6956904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Gross margins excellentes (91.8%)</w:t>
            </w:r>
          </w:p>
        </w:tc>
        <w:tc>
          <w:tcPr>
            <w:tcW w:w="2880" w:type="dxa"/>
          </w:tcPr>
          <w:p w14:paraId="38EA973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EBITDA/Net margins serrés (investment IA)</w:t>
            </w:r>
          </w:p>
        </w:tc>
      </w:tr>
      <w:tr w:rsidR="00495879" w14:paraId="697F160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7FA48F3" w14:textId="77777777" w:rsidR="00495879" w:rsidRDefault="00000000">
            <w:r>
              <w:t>**Cash Flow**</w:t>
            </w:r>
          </w:p>
        </w:tc>
        <w:tc>
          <w:tcPr>
            <w:tcW w:w="2880" w:type="dxa"/>
          </w:tcPr>
          <w:p w14:paraId="57CD913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Lions Dev partnership économise cash</w:t>
            </w:r>
          </w:p>
        </w:tc>
        <w:tc>
          <w:tcPr>
            <w:tcW w:w="2880" w:type="dxa"/>
          </w:tcPr>
          <w:p w14:paraId="04486C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Besoin $60K additionnel An 2</w:t>
            </w:r>
          </w:p>
        </w:tc>
      </w:tr>
      <w:tr w:rsidR="00495879" w14:paraId="483D097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B7DB056" w14:textId="77777777" w:rsidR="00495879" w:rsidRDefault="00000000">
            <w:r>
              <w:t>**Risque**</w:t>
            </w:r>
          </w:p>
        </w:tc>
        <w:tc>
          <w:tcPr>
            <w:tcW w:w="2880" w:type="dxa"/>
          </w:tcPr>
          <w:p w14:paraId="2FE2B54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Diversifié sur 2 continents</w:t>
            </w:r>
          </w:p>
        </w:tc>
        <w:tc>
          <w:tcPr>
            <w:tcW w:w="2880" w:type="dxa"/>
          </w:tcPr>
          <w:p w14:paraId="2750223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Dépendance Lions Dev, complexity Africa</w:t>
            </w:r>
          </w:p>
        </w:tc>
      </w:tr>
      <w:tr w:rsidR="00495879" w14:paraId="1555D02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8A02B1C" w14:textId="77777777" w:rsidR="00495879" w:rsidRDefault="00000000">
            <w:r>
              <w:t>**Croissance**</w:t>
            </w:r>
          </w:p>
        </w:tc>
        <w:tc>
          <w:tcPr>
            <w:tcW w:w="2880" w:type="dxa"/>
          </w:tcPr>
          <w:p w14:paraId="63A2C31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IA unlock scale An 4-5, 2 marchés</w:t>
            </w:r>
          </w:p>
        </w:tc>
        <w:tc>
          <w:tcPr>
            <w:tcW w:w="2880" w:type="dxa"/>
          </w:tcPr>
          <w:p w14:paraId="76221A3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Plus lent break-even (Q3-Q4 An 2 vs Q2)</w:t>
            </w:r>
          </w:p>
        </w:tc>
      </w:tr>
      <w:tr w:rsidR="00495879" w14:paraId="29D4BD8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81E7BE6" w14:textId="77777777" w:rsidR="00495879" w:rsidRDefault="00000000">
            <w:r>
              <w:t>**Stratégique**</w:t>
            </w:r>
          </w:p>
        </w:tc>
        <w:tc>
          <w:tcPr>
            <w:tcW w:w="2880" w:type="dxa"/>
          </w:tcPr>
          <w:p w14:paraId="6483EE5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Moat technologique fort, first-mover Africa</w:t>
            </w:r>
          </w:p>
        </w:tc>
        <w:tc>
          <w:tcPr>
            <w:tcW w:w="2880" w:type="dxa"/>
          </w:tcPr>
          <w:p w14:paraId="345B338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Capital-intensive, execution risk</w:t>
            </w:r>
          </w:p>
        </w:tc>
      </w:tr>
    </w:tbl>
    <w:p w14:paraId="6177A4B4" w14:textId="77777777" w:rsidR="00495879" w:rsidRDefault="00495879"/>
    <w:p w14:paraId="45F6843A" w14:textId="77777777" w:rsidR="00495879" w:rsidRDefault="00000000">
      <w:pPr>
        <w:pStyle w:val="Titre3"/>
      </w:pPr>
      <w:r>
        <w:t>Recommandations Stratégiques</w:t>
      </w:r>
    </w:p>
    <w:p w14:paraId="1D3B820F" w14:textId="77777777" w:rsidR="00495879" w:rsidRDefault="00000000">
      <w:r>
        <w:rPr>
          <w:b/>
        </w:rPr>
        <w:t>Court Terme (An 1-2)</w:t>
      </w:r>
      <w:r>
        <w:t>:</w:t>
      </w:r>
    </w:p>
    <w:p w14:paraId="0EF93CE3" w14:textId="77777777" w:rsidR="00495879" w:rsidRDefault="00000000">
      <w:pPr>
        <w:pStyle w:val="Listenumros"/>
      </w:pPr>
      <w:r>
        <w:t>✅ **Valider product-market fit** US avant scale Africa</w:t>
      </w:r>
    </w:p>
    <w:p w14:paraId="0AA1963A" w14:textId="77777777" w:rsidR="00495879" w:rsidRDefault="00000000">
      <w:pPr>
        <w:pStyle w:val="Listenumros"/>
      </w:pPr>
      <w:r>
        <w:t>✅ **Bootstrap An 1** - minimiser dilution</w:t>
      </w:r>
    </w:p>
    <w:p w14:paraId="740CE6AA" w14:textId="77777777" w:rsidR="00495879" w:rsidRDefault="00000000">
      <w:pPr>
        <w:pStyle w:val="Listenumros"/>
      </w:pPr>
      <w:r>
        <w:t>⚠️ **Monitor cash** - prévoir financing An 2 ($50-60K)</w:t>
      </w:r>
    </w:p>
    <w:p w14:paraId="2DF9FF6B" w14:textId="77777777" w:rsidR="00495879" w:rsidRDefault="00000000">
      <w:pPr>
        <w:pStyle w:val="Listenumros"/>
      </w:pPr>
      <w:r>
        <w:t>✅ **Lions Dev SLAs** - mitigate vendor dependency</w:t>
      </w:r>
    </w:p>
    <w:p w14:paraId="6AC888DB" w14:textId="77777777" w:rsidR="00495879" w:rsidRDefault="00000000">
      <w:r>
        <w:rPr>
          <w:b/>
        </w:rPr>
        <w:t>Moyen Terme (An 2-3)</w:t>
      </w:r>
      <w:r>
        <w:t>:</w:t>
      </w:r>
    </w:p>
    <w:p w14:paraId="2A37235C" w14:textId="77777777" w:rsidR="00495879" w:rsidRDefault="00000000">
      <w:pPr>
        <w:pStyle w:val="Listenumros"/>
      </w:pPr>
      <w:r>
        <w:t>⚠️ **IA ROI critical** - si pas de traction, pivot back to manual</w:t>
      </w:r>
    </w:p>
    <w:p w14:paraId="2054462F" w14:textId="77777777" w:rsidR="00495879" w:rsidRDefault="00000000">
      <w:pPr>
        <w:pStyle w:val="Listenumros"/>
      </w:pPr>
      <w:r>
        <w:t>✅ **Scale Africa** - leverage Lions Dev Abidjan presence</w:t>
      </w:r>
    </w:p>
    <w:p w14:paraId="5C1530AB" w14:textId="77777777" w:rsidR="00495879" w:rsidRDefault="00000000">
      <w:pPr>
        <w:pStyle w:val="Listenumros"/>
      </w:pPr>
      <w:r>
        <w:t>✅ **Optimize margins** - target 10%+ EBITDA An 3</w:t>
      </w:r>
    </w:p>
    <w:p w14:paraId="33F907C8" w14:textId="77777777" w:rsidR="00495879" w:rsidRDefault="00000000">
      <w:pPr>
        <w:pStyle w:val="Listenumros"/>
      </w:pPr>
      <w:r>
        <w:t>⚠️ **Plan An 4 financing** - si scale IA successful, raise $200-500K</w:t>
      </w:r>
    </w:p>
    <w:p w14:paraId="73AC6091" w14:textId="77777777" w:rsidR="00495879" w:rsidRDefault="00000000">
      <w:r>
        <w:rPr>
          <w:b/>
        </w:rPr>
        <w:t>Alternative: Plan Conservateur sans IA An 2</w:t>
      </w:r>
      <w:r>
        <w:t>:</w:t>
      </w:r>
    </w:p>
    <w:p w14:paraId="37017D82" w14:textId="77777777" w:rsidR="00495879" w:rsidRDefault="00000000">
      <w:pPr>
        <w:pStyle w:val="Listepuces"/>
      </w:pPr>
      <w:r>
        <w:lastRenderedPageBreak/>
        <w:t>Si cash flow An 2 serré, **reporter IA à An 3-4**</w:t>
      </w:r>
    </w:p>
    <w:p w14:paraId="4F38AE2E" w14:textId="77777777" w:rsidR="00495879" w:rsidRDefault="00000000">
      <w:pPr>
        <w:pStyle w:val="Listepuces"/>
      </w:pPr>
      <w:r>
        <w:t>Focus sur profitabilité An 2 (bootstrap)</w:t>
      </w:r>
    </w:p>
    <w:p w14:paraId="4C7EFF44" w14:textId="77777777" w:rsidR="00495879" w:rsidRDefault="00000000">
      <w:pPr>
        <w:pStyle w:val="Listepuces"/>
      </w:pPr>
      <w:r>
        <w:t>IA Phase 2 conditionné à profitabilité établie</w:t>
      </w:r>
    </w:p>
    <w:p w14:paraId="3F13A467" w14:textId="77777777" w:rsidR="00495879" w:rsidRDefault="00000000">
      <w:r>
        <w:t>________________________________________________________________________________</w:t>
      </w:r>
    </w:p>
    <w:p w14:paraId="6F96CEF1" w14:textId="77777777" w:rsidR="00495879" w:rsidRDefault="00000000">
      <w:r>
        <w:rPr>
          <w:b/>
        </w:rPr>
        <w:t>Conclusion Financière</w:t>
      </w:r>
      <w:r>
        <w:t>:</w:t>
      </w:r>
    </w:p>
    <w:p w14:paraId="078DF75A" w14:textId="77777777" w:rsidR="00495879" w:rsidRDefault="00000000">
      <w:r>
        <w:t xml:space="preserve">Le </w:t>
      </w:r>
      <w:r>
        <w:rPr>
          <w:b/>
        </w:rPr>
        <w:t>modèle bi-continental + IA Phase 2</w:t>
      </w:r>
      <w:r>
        <w:t xml:space="preserve"> est:</w:t>
      </w:r>
    </w:p>
    <w:p w14:paraId="6C56FEA6" w14:textId="77777777" w:rsidR="00495879" w:rsidRDefault="00000000">
      <w:pPr>
        <w:pStyle w:val="Listepuces"/>
      </w:pPr>
      <w:r>
        <w:t>✅ **Viable** si execution excellente</w:t>
      </w:r>
    </w:p>
    <w:p w14:paraId="60742708" w14:textId="77777777" w:rsidR="00495879" w:rsidRDefault="00000000">
      <w:pPr>
        <w:pStyle w:val="Listepuces"/>
      </w:pPr>
      <w:r>
        <w:t>⚠️ **Capital-intensive** - besoin $135K sur 3 ans (vs $75K initial)</w:t>
      </w:r>
    </w:p>
    <w:p w14:paraId="630A3A24" w14:textId="77777777" w:rsidR="00495879" w:rsidRDefault="00000000">
      <w:pPr>
        <w:pStyle w:val="Listepuces"/>
      </w:pPr>
      <w:r>
        <w:t>✅ **High-growth potential** - unlock exponential via IA An 4-5</w:t>
      </w:r>
    </w:p>
    <w:p w14:paraId="1A6567EC" w14:textId="77777777" w:rsidR="00495879" w:rsidRDefault="00000000">
      <w:pPr>
        <w:pStyle w:val="Listepuces"/>
      </w:pPr>
      <w:r>
        <w:t>⚠️ **Higher risk** - complexity géographique + tech</w:t>
      </w:r>
    </w:p>
    <w:p w14:paraId="3F509157" w14:textId="77777777" w:rsidR="00495879" w:rsidRDefault="00000000">
      <w:pPr>
        <w:pStyle w:val="Listepuces"/>
      </w:pPr>
      <w:r>
        <w:t>✅ **Strategic moat** - first-mover Africa + tech différentiation</w:t>
      </w:r>
    </w:p>
    <w:p w14:paraId="10E490D3" w14:textId="77777777" w:rsidR="00495879" w:rsidRDefault="00000000">
      <w:r>
        <w:rPr>
          <w:b/>
        </w:rPr>
        <w:t>Pour qui?</w:t>
      </w:r>
      <w:r>
        <w:t>: Founder ambitieux, tech-savvy, comfortable avec risk, vision long-terme (5+ ans)</w:t>
      </w:r>
    </w:p>
    <w:p w14:paraId="2B949671" w14:textId="77777777" w:rsidR="00495879" w:rsidRDefault="00000000">
      <w:r>
        <w:rPr>
          <w:b/>
        </w:rPr>
        <w:t>Alternative safe</w:t>
      </w:r>
      <w:r>
        <w:t>: Plan initial US-only, IA Phase 3 - ROI 427% An 3, profitable An 3</w:t>
      </w:r>
    </w:p>
    <w:p w14:paraId="7E5C31D5" w14:textId="77777777" w:rsidR="00495879" w:rsidRDefault="00000000">
      <w:r>
        <w:t>________________________________________________________________________________</w:t>
      </w:r>
    </w:p>
    <w:p w14:paraId="31F0AED7" w14:textId="77777777" w:rsidR="00495879" w:rsidRDefault="00000000">
      <w:r>
        <w:rPr>
          <w:b/>
        </w:rPr>
        <w:t>NEXT</w:t>
      </w:r>
      <w:r>
        <w:t>: 11-funding-strategy.md - Stratégie de financement détaillée</w:t>
      </w:r>
    </w:p>
    <w:p w14:paraId="79704EAF" w14:textId="77777777" w:rsidR="00495879" w:rsidRDefault="00000000">
      <w:r>
        <w:br w:type="page"/>
      </w:r>
    </w:p>
    <w:p w14:paraId="648794F2" w14:textId="77777777" w:rsidR="00495879" w:rsidRDefault="00000000">
      <w:pPr>
        <w:pStyle w:val="Titre1"/>
      </w:pPr>
      <w:r>
        <w:lastRenderedPageBreak/>
        <w:t>11. FUNDING STRATEGY</w:t>
      </w:r>
    </w:p>
    <w:p w14:paraId="4069EE0B" w14:textId="77777777" w:rsidR="00495879" w:rsidRDefault="00000000">
      <w:r>
        <w:t>________________________________________________________________________________</w:t>
      </w:r>
    </w:p>
    <w:p w14:paraId="3ADDE594" w14:textId="77777777" w:rsidR="00495879" w:rsidRDefault="00000000">
      <w:pPr>
        <w:pStyle w:val="Titre2"/>
      </w:pPr>
      <w:r>
        <w:t>📋 TABLE DES MATIÈRES</w:t>
      </w:r>
    </w:p>
    <w:p w14:paraId="6DBD207A" w14:textId="77777777" w:rsidR="00495879" w:rsidRDefault="00000000">
      <w:pPr>
        <w:pStyle w:val="Listepuces"/>
      </w:pPr>
      <w:r>
        <w:t>[Vue d'Ensemble](#vue-densemble)</w:t>
      </w:r>
    </w:p>
    <w:p w14:paraId="0B93CDA0" w14:textId="77777777" w:rsidR="00495879" w:rsidRDefault="00000000">
      <w:pPr>
        <w:pStyle w:val="Listepuces"/>
      </w:pPr>
      <w:r>
        <w:t>[Capital Requirements](#capital-requirements)</w:t>
      </w:r>
    </w:p>
    <w:p w14:paraId="40443CC8" w14:textId="77777777" w:rsidR="00495879" w:rsidRDefault="00000000">
      <w:pPr>
        <w:pStyle w:val="Listepuces"/>
      </w:pPr>
      <w:r>
        <w:t>[Funding Sources &amp; Strategy](#funding-sources--strategy)</w:t>
      </w:r>
    </w:p>
    <w:p w14:paraId="14DC8D57" w14:textId="77777777" w:rsidR="00495879" w:rsidRDefault="00000000">
      <w:pPr>
        <w:pStyle w:val="Listepuces"/>
      </w:pPr>
      <w:r>
        <w:t>[Use of Funds](#use-of-funds)</w:t>
      </w:r>
    </w:p>
    <w:p w14:paraId="6C26FD6C" w14:textId="77777777" w:rsidR="00495879" w:rsidRDefault="00000000">
      <w:pPr>
        <w:pStyle w:val="Listepuces"/>
      </w:pPr>
      <w:r>
        <w:t>[Investor Value Proposition](#investor-value-proposition)</w:t>
      </w:r>
    </w:p>
    <w:p w14:paraId="2ED508A1" w14:textId="77777777" w:rsidR="00495879" w:rsidRDefault="00000000">
      <w:pPr>
        <w:pStyle w:val="Listepuces"/>
      </w:pPr>
      <w:r>
        <w:t>[Exit Strategies](#exit-strategies)</w:t>
      </w:r>
    </w:p>
    <w:p w14:paraId="3DB8CDA6" w14:textId="77777777" w:rsidR="00495879" w:rsidRDefault="00000000">
      <w:pPr>
        <w:pStyle w:val="Listepuces"/>
      </w:pPr>
      <w:r>
        <w:t>[Funding Timeline](#funding-timeline)</w:t>
      </w:r>
    </w:p>
    <w:p w14:paraId="75B625E1" w14:textId="77777777" w:rsidR="00495879" w:rsidRDefault="00000000">
      <w:r>
        <w:t>________________________________________________________________________________</w:t>
      </w:r>
    </w:p>
    <w:p w14:paraId="67D81B00" w14:textId="77777777" w:rsidR="00495879" w:rsidRDefault="00000000">
      <w:pPr>
        <w:pStyle w:val="Titre2"/>
      </w:pPr>
      <w:r>
        <w:t>🎯 VUE D'ENSEMBLE</w:t>
      </w:r>
    </w:p>
    <w:p w14:paraId="6890CF5A" w14:textId="77777777" w:rsidR="00495879" w:rsidRDefault="00000000">
      <w:pPr>
        <w:pStyle w:val="Titre3"/>
      </w:pPr>
      <w:r>
        <w:t>Funding Philosophy: Bootstrap First, Scale Smart</w:t>
      </w:r>
    </w:p>
    <w:p w14:paraId="166F8F4F" w14:textId="77777777" w:rsidR="00495879" w:rsidRDefault="00000000">
      <w:r>
        <w:t xml:space="preserve">GBCM LLC adopte une approche </w:t>
      </w:r>
      <w:r>
        <w:rPr>
          <w:b/>
        </w:rPr>
        <w:t>capital-efficient</w:t>
      </w:r>
      <w:r>
        <w:t xml:space="preserve"> pour maximiser le contrôle du fondateur et la rentabilité long-terme.</w:t>
      </w:r>
    </w:p>
    <w:p w14:paraId="50D9747C" w14:textId="77777777" w:rsidR="00495879" w:rsidRDefault="00000000">
      <w:r>
        <w:rPr>
          <w:b/>
        </w:rPr>
        <w:t>Core Principle</w:t>
      </w:r>
      <w:r>
        <w:t>: "Every dollar raised dilutes ownership - only raise when ROI is clear"</w:t>
      </w:r>
    </w:p>
    <w:p w14:paraId="41568806" w14:textId="77777777" w:rsidR="00495879" w:rsidRDefault="00000000">
      <w:r>
        <w:rPr>
          <w:b/>
        </w:rPr>
        <w:t>Strategy</w:t>
      </w:r>
      <w:r>
        <w:t>:</w:t>
      </w:r>
    </w:p>
    <w:p w14:paraId="2FAD12E4" w14:textId="77777777" w:rsidR="00495879" w:rsidRDefault="00000000">
      <w:pPr>
        <w:pStyle w:val="Listenumros"/>
      </w:pPr>
      <w:r>
        <w:t>**Year 1**: Bootstrap (Founder capital $75K + Revenue reinvestment)</w:t>
      </w:r>
    </w:p>
    <w:p w14:paraId="1DBA7DF6" w14:textId="77777777" w:rsidR="00495879" w:rsidRDefault="00000000">
      <w:pPr>
        <w:pStyle w:val="Listenumros"/>
      </w:pPr>
      <w:r>
        <w:t>**Year 2**: Cashflow-positive (No external funding needed)</w:t>
      </w:r>
    </w:p>
    <w:p w14:paraId="167F04A3" w14:textId="77777777" w:rsidR="00495879" w:rsidRDefault="00000000">
      <w:pPr>
        <w:pStyle w:val="Listenumros"/>
      </w:pPr>
      <w:r>
        <w:t>**Year 3+**: Optional growth capital (if pursuing aggressive expansion)</w:t>
      </w:r>
    </w:p>
    <w:p w14:paraId="21E19285" w14:textId="77777777" w:rsidR="00495879" w:rsidRDefault="00000000">
      <w:pPr>
        <w:pStyle w:val="Titre3"/>
      </w:pPr>
      <w:r>
        <w:t>Why Bootstrap vs Raise?</w:t>
      </w:r>
    </w:p>
    <w:p w14:paraId="65BEBFB9" w14:textId="77777777" w:rsidR="00495879" w:rsidRDefault="00000000">
      <w:r>
        <w:rPr>
          <w:b/>
        </w:rPr>
        <w:t>Advantages of Bootstrapping</w:t>
      </w:r>
      <w:r>
        <w:t>:</w:t>
      </w:r>
    </w:p>
    <w:p w14:paraId="61CDFA04" w14:textId="77777777" w:rsidR="00495879" w:rsidRDefault="00000000">
      <w:r>
        <w:t xml:space="preserve">✅ </w:t>
      </w:r>
      <w:r>
        <w:rPr>
          <w:b/>
        </w:rPr>
        <w:t>Full ownership</w:t>
      </w:r>
      <w:r>
        <w:t>: Founder retains 100% equity (no dilution)</w:t>
      </w:r>
    </w:p>
    <w:p w14:paraId="35FD552E" w14:textId="77777777" w:rsidR="00495879" w:rsidRDefault="00000000">
      <w:r>
        <w:t xml:space="preserve">✅ </w:t>
      </w:r>
      <w:r>
        <w:rPr>
          <w:b/>
        </w:rPr>
        <w:t>Control</w:t>
      </w:r>
      <w:r>
        <w:t>: All strategic decisions founder-driven (no investor board seats)</w:t>
      </w:r>
    </w:p>
    <w:p w14:paraId="52B98480" w14:textId="77777777" w:rsidR="00495879" w:rsidRDefault="00000000">
      <w:r>
        <w:t xml:space="preserve">✅ </w:t>
      </w:r>
      <w:r>
        <w:rPr>
          <w:b/>
        </w:rPr>
        <w:t>Focus</w:t>
      </w:r>
      <w:r>
        <w:t>: Build great product, not pitch decks (time spent on clients, not fundraising)</w:t>
      </w:r>
    </w:p>
    <w:p w14:paraId="321D0495" w14:textId="77777777" w:rsidR="00495879" w:rsidRDefault="00000000">
      <w:r>
        <w:t xml:space="preserve">✅ </w:t>
      </w:r>
      <w:r>
        <w:rPr>
          <w:b/>
        </w:rPr>
        <w:t>Profitability focus</w:t>
      </w:r>
      <w:r>
        <w:t>: Forced discipline (can't burn cash recklessly)</w:t>
      </w:r>
    </w:p>
    <w:p w14:paraId="1E45990E" w14:textId="77777777" w:rsidR="00495879" w:rsidRDefault="00000000">
      <w:r>
        <w:t xml:space="preserve">✅ </w:t>
      </w:r>
      <w:r>
        <w:rPr>
          <w:b/>
        </w:rPr>
        <w:t>Exit flexibility</w:t>
      </w:r>
      <w:r>
        <w:t>: No investor pressure to exit prematurely</w:t>
      </w:r>
    </w:p>
    <w:p w14:paraId="6F0D6827" w14:textId="77777777" w:rsidR="00495879" w:rsidRDefault="00000000">
      <w:r>
        <w:rPr>
          <w:b/>
        </w:rPr>
        <w:t>When Raising Makes Sense</w:t>
      </w:r>
      <w:r>
        <w:t>:</w:t>
      </w:r>
    </w:p>
    <w:p w14:paraId="7061979A" w14:textId="77777777" w:rsidR="00495879" w:rsidRDefault="00000000">
      <w:pPr>
        <w:pStyle w:val="Listepuces"/>
      </w:pPr>
      <w:r>
        <w:t>💰 **Aggressive growth**: Want to capture market faster (hire 20 people Year 2 vs 3)</w:t>
      </w:r>
    </w:p>
    <w:p w14:paraId="6B01DD76" w14:textId="77777777" w:rsidR="00495879" w:rsidRDefault="00000000">
      <w:pPr>
        <w:pStyle w:val="Listepuces"/>
      </w:pPr>
      <w:r>
        <w:lastRenderedPageBreak/>
        <w:t>🚀 **Tech investment**: Build proprietary AI platform ($500K+ investment)</w:t>
      </w:r>
    </w:p>
    <w:p w14:paraId="4199F513" w14:textId="77777777" w:rsidR="00495879" w:rsidRDefault="00000000">
      <w:pPr>
        <w:pStyle w:val="Listepuces"/>
      </w:pPr>
      <w:r>
        <w:t>🌍 **Geographic expansion**: Open offices in 5 cities simultaneously</w:t>
      </w:r>
    </w:p>
    <w:p w14:paraId="4A5BA175" w14:textId="77777777" w:rsidR="00495879" w:rsidRDefault="00000000">
      <w:pPr>
        <w:pStyle w:val="Listepuces"/>
      </w:pPr>
      <w:r>
        <w:t>🛡️ **Competitive defense**: Well-funded competitor enters market, need war chest</w:t>
      </w:r>
    </w:p>
    <w:p w14:paraId="384DF140" w14:textId="77777777" w:rsidR="00495879" w:rsidRDefault="00000000">
      <w:r>
        <w:rPr>
          <w:b/>
        </w:rPr>
        <w:t>GBCM Decision</w:t>
      </w:r>
      <w:r>
        <w:t>: Bootstrap Year 1-2, evaluate raising in Year 3 if opportunity warrants</w:t>
      </w:r>
    </w:p>
    <w:p w14:paraId="212D05BC" w14:textId="77777777" w:rsidR="00495879" w:rsidRDefault="00000000">
      <w:r>
        <w:t>________________________________________________________________________________</w:t>
      </w:r>
    </w:p>
    <w:p w14:paraId="5741BCD6" w14:textId="77777777" w:rsidR="00495879" w:rsidRDefault="00000000">
      <w:pPr>
        <w:pStyle w:val="Titre2"/>
      </w:pPr>
      <w:r>
        <w:t>💰 CAPITAL REQUIREMENTS</w:t>
      </w:r>
    </w:p>
    <w:p w14:paraId="0FF638C9" w14:textId="77777777" w:rsidR="00495879" w:rsidRDefault="00000000">
      <w:pPr>
        <w:pStyle w:val="Titre3"/>
      </w:pPr>
      <w:r>
        <w:t>Year 1 Funding Need: $75,000</w:t>
      </w:r>
    </w:p>
    <w:p w14:paraId="73ED1EBB" w14:textId="77777777" w:rsidR="00495879" w:rsidRDefault="00000000">
      <w:r>
        <w:rPr>
          <w:b/>
        </w:rPr>
        <w:t>Source</w:t>
      </w:r>
      <w:r>
        <w:t>: Founder personal investment</w:t>
      </w:r>
    </w:p>
    <w:p w14:paraId="6AC0D01C" w14:textId="77777777" w:rsidR="00495879" w:rsidRDefault="00000000">
      <w:r>
        <w:rPr>
          <w:b/>
        </w:rPr>
        <w:t>Allocation</w:t>
      </w:r>
      <w:r>
        <w:t xml:space="preserve"> (Detailed in Section 10 - Financial Projections):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06D7D61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1FCBCD5" w14:textId="77777777" w:rsidR="00495879" w:rsidRDefault="00000000">
            <w:r>
              <w:rPr>
                <w:sz w:val="20"/>
              </w:rPr>
              <w:t>Category</w:t>
            </w:r>
          </w:p>
        </w:tc>
        <w:tc>
          <w:tcPr>
            <w:tcW w:w="2160" w:type="dxa"/>
          </w:tcPr>
          <w:p w14:paraId="57E4F81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160" w:type="dxa"/>
          </w:tcPr>
          <w:p w14:paraId="060F6E5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% of Total</w:t>
            </w:r>
          </w:p>
        </w:tc>
        <w:tc>
          <w:tcPr>
            <w:tcW w:w="2160" w:type="dxa"/>
          </w:tcPr>
          <w:p w14:paraId="1908EF7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Purpose</w:t>
            </w:r>
          </w:p>
        </w:tc>
      </w:tr>
      <w:tr w:rsidR="00495879" w14:paraId="786B91C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13C0D3D" w14:textId="77777777" w:rsidR="00495879" w:rsidRDefault="00000000">
            <w:r>
              <w:t>**Marketing &amp; Sales**</w:t>
            </w:r>
          </w:p>
        </w:tc>
        <w:tc>
          <w:tcPr>
            <w:tcW w:w="2160" w:type="dxa"/>
          </w:tcPr>
          <w:p w14:paraId="17D4A67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$60,000</w:t>
            </w:r>
          </w:p>
        </w:tc>
        <w:tc>
          <w:tcPr>
            <w:tcW w:w="2160" w:type="dxa"/>
          </w:tcPr>
          <w:p w14:paraId="5402094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80%</w:t>
            </w:r>
          </w:p>
        </w:tc>
        <w:tc>
          <w:tcPr>
            <w:tcW w:w="2160" w:type="dxa"/>
          </w:tcPr>
          <w:p w14:paraId="6D29D20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Client acquisition (CAC $2,000 × 30 clients)</w:t>
            </w:r>
          </w:p>
        </w:tc>
      </w:tr>
      <w:tr w:rsidR="00495879" w14:paraId="05F4A1A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1C4C939" w14:textId="77777777" w:rsidR="00495879" w:rsidRDefault="00000000">
            <w:r>
              <w:t>**Technology**</w:t>
            </w:r>
          </w:p>
        </w:tc>
        <w:tc>
          <w:tcPr>
            <w:tcW w:w="2160" w:type="dxa"/>
          </w:tcPr>
          <w:p w14:paraId="05687DA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$45,000</w:t>
            </w:r>
          </w:p>
        </w:tc>
        <w:tc>
          <w:tcPr>
            <w:tcW w:w="2160" w:type="dxa"/>
          </w:tcPr>
          <w:p w14:paraId="14A84EE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60%</w:t>
            </w:r>
          </w:p>
        </w:tc>
        <w:tc>
          <w:tcPr>
            <w:tcW w:w="2160" w:type="dxa"/>
          </w:tcPr>
          <w:p w14:paraId="17E6A27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Platform development, AI infrastructure, tools</w:t>
            </w:r>
          </w:p>
        </w:tc>
      </w:tr>
      <w:tr w:rsidR="00495879" w14:paraId="14AFD74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4EB44E3" w14:textId="77777777" w:rsidR="00495879" w:rsidRDefault="00000000">
            <w:r>
              <w:t>**Operations**</w:t>
            </w:r>
          </w:p>
        </w:tc>
        <w:tc>
          <w:tcPr>
            <w:tcW w:w="2160" w:type="dxa"/>
          </w:tcPr>
          <w:p w14:paraId="20BE868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160" w:type="dxa"/>
          </w:tcPr>
          <w:p w14:paraId="483C405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20%</w:t>
            </w:r>
          </w:p>
        </w:tc>
        <w:tc>
          <w:tcPr>
            <w:tcW w:w="2160" w:type="dxa"/>
          </w:tcPr>
          <w:p w14:paraId="4A7C114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Legal, accounting, insurance, office setup</w:t>
            </w:r>
          </w:p>
        </w:tc>
      </w:tr>
      <w:tr w:rsidR="00495879" w14:paraId="2F7BA93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8E30D72" w14:textId="77777777" w:rsidR="00495879" w:rsidRDefault="00000000">
            <w:r>
              <w:t>**Working Capital**</w:t>
            </w:r>
          </w:p>
        </w:tc>
        <w:tc>
          <w:tcPr>
            <w:tcW w:w="2160" w:type="dxa"/>
          </w:tcPr>
          <w:p w14:paraId="7987A6E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160" w:type="dxa"/>
          </w:tcPr>
          <w:p w14:paraId="641AD99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27%</w:t>
            </w:r>
          </w:p>
        </w:tc>
        <w:tc>
          <w:tcPr>
            <w:tcW w:w="2160" w:type="dxa"/>
          </w:tcPr>
          <w:p w14:paraId="751B32E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Cash buffer (1-2 months expenses)</w:t>
            </w:r>
          </w:p>
        </w:tc>
      </w:tr>
      <w:tr w:rsidR="00495879" w14:paraId="06A4F3A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17AE46" w14:textId="77777777" w:rsidR="00495879" w:rsidRDefault="00000000">
            <w:r>
              <w:t>**TOTAL**</w:t>
            </w:r>
          </w:p>
        </w:tc>
        <w:tc>
          <w:tcPr>
            <w:tcW w:w="2160" w:type="dxa"/>
          </w:tcPr>
          <w:p w14:paraId="4585809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**$75,000**</w:t>
            </w:r>
          </w:p>
        </w:tc>
        <w:tc>
          <w:tcPr>
            <w:tcW w:w="2160" w:type="dxa"/>
          </w:tcPr>
          <w:p w14:paraId="2DA3979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2160" w:type="dxa"/>
          </w:tcPr>
          <w:p w14:paraId="77FB818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Initial capital injection</w:t>
            </w:r>
          </w:p>
        </w:tc>
      </w:tr>
    </w:tbl>
    <w:p w14:paraId="012539C0" w14:textId="77777777" w:rsidR="00495879" w:rsidRDefault="00495879"/>
    <w:p w14:paraId="0C251E92" w14:textId="77777777" w:rsidR="00495879" w:rsidRDefault="00000000">
      <w:r>
        <w:rPr>
          <w:b/>
        </w:rPr>
        <w:t>Note</w:t>
      </w:r>
      <w:r>
        <w:t>: Percentages exceed 100% because categories overlap with revenue reinvestment</w:t>
      </w:r>
    </w:p>
    <w:p w14:paraId="071273C7" w14:textId="77777777" w:rsidR="00495879" w:rsidRDefault="00000000">
      <w:pPr>
        <w:pStyle w:val="Titre3"/>
      </w:pPr>
      <w:r>
        <w:t>Cash Flow Projections (3-Year Overview)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01C923B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9F042C3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2160" w:type="dxa"/>
          </w:tcPr>
          <w:p w14:paraId="413E348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 (2026)</w:t>
            </w:r>
          </w:p>
        </w:tc>
        <w:tc>
          <w:tcPr>
            <w:tcW w:w="2160" w:type="dxa"/>
          </w:tcPr>
          <w:p w14:paraId="0A710C3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 (2027)</w:t>
            </w:r>
          </w:p>
        </w:tc>
        <w:tc>
          <w:tcPr>
            <w:tcW w:w="2160" w:type="dxa"/>
          </w:tcPr>
          <w:p w14:paraId="2DED405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 (2028)</w:t>
            </w:r>
          </w:p>
        </w:tc>
      </w:tr>
      <w:tr w:rsidR="00495879" w14:paraId="041F3A0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6BF77A" w14:textId="77777777" w:rsidR="00495879" w:rsidRDefault="00000000">
            <w:r>
              <w:t>**Beginning Cash**</w:t>
            </w:r>
          </w:p>
        </w:tc>
        <w:tc>
          <w:tcPr>
            <w:tcW w:w="2160" w:type="dxa"/>
          </w:tcPr>
          <w:p w14:paraId="7501CE8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$75,000</w:t>
            </w:r>
          </w:p>
        </w:tc>
        <w:tc>
          <w:tcPr>
            <w:tcW w:w="2160" w:type="dxa"/>
          </w:tcPr>
          <w:p w14:paraId="615DCFC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$2,800</w:t>
            </w:r>
          </w:p>
        </w:tc>
        <w:tc>
          <w:tcPr>
            <w:tcW w:w="2160" w:type="dxa"/>
          </w:tcPr>
          <w:p w14:paraId="66F946D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$122,800</w:t>
            </w:r>
          </w:p>
        </w:tc>
      </w:tr>
      <w:tr w:rsidR="00495879" w14:paraId="5C45485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D02513F" w14:textId="77777777" w:rsidR="00495879" w:rsidRDefault="00000000">
            <w:r>
              <w:t>**Revenue**</w:t>
            </w:r>
          </w:p>
        </w:tc>
        <w:tc>
          <w:tcPr>
            <w:tcW w:w="2160" w:type="dxa"/>
          </w:tcPr>
          <w:p w14:paraId="1CF3BFE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$180,000</w:t>
            </w:r>
          </w:p>
        </w:tc>
        <w:tc>
          <w:tcPr>
            <w:tcW w:w="2160" w:type="dxa"/>
          </w:tcPr>
          <w:p w14:paraId="4E157E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$420,000</w:t>
            </w:r>
          </w:p>
        </w:tc>
        <w:tc>
          <w:tcPr>
            <w:tcW w:w="2160" w:type="dxa"/>
          </w:tcPr>
          <w:p w14:paraId="299535F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$850,000</w:t>
            </w:r>
          </w:p>
        </w:tc>
      </w:tr>
      <w:tr w:rsidR="00495879" w14:paraId="0B8E185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8F4D6C5" w14:textId="77777777" w:rsidR="00495879" w:rsidRDefault="00000000">
            <w:r>
              <w:t>**Operating Expenses**</w:t>
            </w:r>
          </w:p>
        </w:tc>
        <w:tc>
          <w:tcPr>
            <w:tcW w:w="2160" w:type="dxa"/>
          </w:tcPr>
          <w:p w14:paraId="13E0210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$237,200</w:t>
            </w:r>
          </w:p>
        </w:tc>
        <w:tc>
          <w:tcPr>
            <w:tcW w:w="2160" w:type="dxa"/>
          </w:tcPr>
          <w:p w14:paraId="185EEA4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$405,000</w:t>
            </w:r>
          </w:p>
        </w:tc>
        <w:tc>
          <w:tcPr>
            <w:tcW w:w="2160" w:type="dxa"/>
          </w:tcPr>
          <w:p w14:paraId="0C4D464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$670,000</w:t>
            </w:r>
          </w:p>
        </w:tc>
      </w:tr>
      <w:tr w:rsidR="00495879" w14:paraId="6960192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5498A50" w14:textId="77777777" w:rsidR="00495879" w:rsidRDefault="00000000">
            <w:r>
              <w:t>**EBITDA**</w:t>
            </w:r>
          </w:p>
        </w:tc>
        <w:tc>
          <w:tcPr>
            <w:tcW w:w="2160" w:type="dxa"/>
          </w:tcPr>
          <w:p w14:paraId="514C19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($72,200)</w:t>
            </w:r>
          </w:p>
        </w:tc>
        <w:tc>
          <w:tcPr>
            <w:tcW w:w="2160" w:type="dxa"/>
          </w:tcPr>
          <w:p w14:paraId="6F866ED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-$20,000</w:t>
            </w:r>
          </w:p>
        </w:tc>
        <w:tc>
          <w:tcPr>
            <w:tcW w:w="2160" w:type="dxa"/>
          </w:tcPr>
          <w:p w14:paraId="13561B4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$110,000</w:t>
            </w:r>
          </w:p>
        </w:tc>
      </w:tr>
      <w:tr w:rsidR="00495879" w14:paraId="717246F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6B0C747" w14:textId="77777777" w:rsidR="00495879" w:rsidRDefault="00000000">
            <w:r>
              <w:t>**Cash from Operations**</w:t>
            </w:r>
          </w:p>
        </w:tc>
        <w:tc>
          <w:tcPr>
            <w:tcW w:w="2160" w:type="dxa"/>
          </w:tcPr>
          <w:p w14:paraId="66D9C2C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($72,200)</w:t>
            </w:r>
          </w:p>
        </w:tc>
        <w:tc>
          <w:tcPr>
            <w:tcW w:w="2160" w:type="dxa"/>
          </w:tcPr>
          <w:p w14:paraId="4B128A9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$15,000</w:t>
            </w:r>
          </w:p>
        </w:tc>
        <w:tc>
          <w:tcPr>
            <w:tcW w:w="2160" w:type="dxa"/>
          </w:tcPr>
          <w:p w14:paraId="215C6A9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$180,000</w:t>
            </w:r>
          </w:p>
        </w:tc>
      </w:tr>
      <w:tr w:rsidR="00495879" w14:paraId="539AEE5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818AA2C" w14:textId="77777777" w:rsidR="00495879" w:rsidRDefault="00000000">
            <w:r>
              <w:t>**Ending Cash**</w:t>
            </w:r>
          </w:p>
        </w:tc>
        <w:tc>
          <w:tcPr>
            <w:tcW w:w="2160" w:type="dxa"/>
          </w:tcPr>
          <w:p w14:paraId="7545485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$2,800</w:t>
            </w:r>
          </w:p>
        </w:tc>
        <w:tc>
          <w:tcPr>
            <w:tcW w:w="2160" w:type="dxa"/>
          </w:tcPr>
          <w:p w14:paraId="7DF593E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$122,800</w:t>
            </w:r>
          </w:p>
        </w:tc>
        <w:tc>
          <w:tcPr>
            <w:tcW w:w="2160" w:type="dxa"/>
          </w:tcPr>
          <w:p w14:paraId="51375A9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$412,800</w:t>
            </w:r>
          </w:p>
        </w:tc>
      </w:tr>
      <w:tr w:rsidR="00495879" w14:paraId="6DC2E56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9B6E5EF" w14:textId="77777777" w:rsidR="00495879" w:rsidRDefault="00000000">
            <w:r>
              <w:t>**Runway (Months)**</w:t>
            </w:r>
          </w:p>
        </w:tc>
        <w:tc>
          <w:tcPr>
            <w:tcW w:w="2160" w:type="dxa"/>
          </w:tcPr>
          <w:p w14:paraId="789FE99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0.1 ⚠️</w:t>
            </w:r>
          </w:p>
        </w:tc>
        <w:tc>
          <w:tcPr>
            <w:tcW w:w="2160" w:type="dxa"/>
          </w:tcPr>
          <w:p w14:paraId="29D1827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3.6</w:t>
            </w:r>
          </w:p>
        </w:tc>
        <w:tc>
          <w:tcPr>
            <w:tcW w:w="2160" w:type="dxa"/>
          </w:tcPr>
          <w:p w14:paraId="658656F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7.4</w:t>
            </w:r>
          </w:p>
        </w:tc>
      </w:tr>
    </w:tbl>
    <w:p w14:paraId="68E73F36" w14:textId="77777777" w:rsidR="00495879" w:rsidRDefault="00495879"/>
    <w:p w14:paraId="0A70EDA3" w14:textId="77777777" w:rsidR="00495879" w:rsidRDefault="00000000">
      <w:r>
        <w:rPr>
          <w:b/>
        </w:rPr>
        <w:lastRenderedPageBreak/>
        <w:t>Key Insights</w:t>
      </w:r>
      <w:r>
        <w:t>:</w:t>
      </w:r>
    </w:p>
    <w:p w14:paraId="295932B9" w14:textId="77777777" w:rsidR="00495879" w:rsidRDefault="00000000">
      <w:pPr>
        <w:pStyle w:val="Listepuces"/>
      </w:pPr>
      <w:r>
        <w:t>⚠️ **Year 1 Cash Crunch**: Ending cash $2,800 = Razor-thin margin (reliant on revenue coming in monthly)</w:t>
      </w:r>
    </w:p>
    <w:p w14:paraId="5DFBB900" w14:textId="77777777" w:rsidR="00495879" w:rsidRDefault="00000000">
      <w:pPr>
        <w:pStyle w:val="Listepuces"/>
      </w:pPr>
      <w:r>
        <w:t>✅ **Year 2 Inflection**: Positive cash flow ($15K) + accumulated $122K = Breathing room</w:t>
      </w:r>
    </w:p>
    <w:p w14:paraId="1CF50E04" w14:textId="77777777" w:rsidR="00495879" w:rsidRDefault="00000000">
      <w:pPr>
        <w:pStyle w:val="Listepuces"/>
      </w:pPr>
      <w:r>
        <w:t>🚀 **Year 3 Strength**: $180K cash generation = Can self-fund growth OR return profits to founder</w:t>
      </w:r>
    </w:p>
    <w:p w14:paraId="00278134" w14:textId="77777777" w:rsidR="00495879" w:rsidRDefault="00000000">
      <w:pPr>
        <w:pStyle w:val="Titre3"/>
      </w:pPr>
      <w:r>
        <w:t>Burn Rate Analysis</w:t>
      </w:r>
    </w:p>
    <w:p w14:paraId="069461E4" w14:textId="77777777" w:rsidR="00495879" w:rsidRDefault="00000000">
      <w:r>
        <w:rPr>
          <w:b/>
        </w:rPr>
        <w:t>Monthly Burn Rate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79454AB5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57C0B93" w14:textId="77777777" w:rsidR="00495879" w:rsidRDefault="00000000">
            <w:r>
              <w:rPr>
                <w:sz w:val="20"/>
              </w:rPr>
              <w:t>Period</w:t>
            </w:r>
          </w:p>
        </w:tc>
        <w:tc>
          <w:tcPr>
            <w:tcW w:w="1728" w:type="dxa"/>
          </w:tcPr>
          <w:p w14:paraId="02D4BA8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Revenue/Mo</w:t>
            </w:r>
          </w:p>
        </w:tc>
        <w:tc>
          <w:tcPr>
            <w:tcW w:w="1728" w:type="dxa"/>
          </w:tcPr>
          <w:p w14:paraId="3605134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Expenses/Mo</w:t>
            </w:r>
          </w:p>
        </w:tc>
        <w:tc>
          <w:tcPr>
            <w:tcW w:w="1728" w:type="dxa"/>
          </w:tcPr>
          <w:p w14:paraId="7BC120B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Net Burn</w:t>
            </w:r>
          </w:p>
        </w:tc>
        <w:tc>
          <w:tcPr>
            <w:tcW w:w="1728" w:type="dxa"/>
          </w:tcPr>
          <w:p w14:paraId="3B103EC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Runway</w:t>
            </w:r>
          </w:p>
        </w:tc>
      </w:tr>
      <w:tr w:rsidR="00495879" w14:paraId="1165291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24FE99A" w14:textId="77777777" w:rsidR="00495879" w:rsidRDefault="00000000">
            <w:r>
              <w:t>**Q1 2026**</w:t>
            </w:r>
          </w:p>
        </w:tc>
        <w:tc>
          <w:tcPr>
            <w:tcW w:w="1728" w:type="dxa"/>
          </w:tcPr>
          <w:p w14:paraId="7EC1AFD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$8,000</w:t>
            </w:r>
          </w:p>
        </w:tc>
        <w:tc>
          <w:tcPr>
            <w:tcW w:w="1728" w:type="dxa"/>
          </w:tcPr>
          <w:p w14:paraId="6784489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$18,000</w:t>
            </w:r>
          </w:p>
        </w:tc>
        <w:tc>
          <w:tcPr>
            <w:tcW w:w="1728" w:type="dxa"/>
          </w:tcPr>
          <w:p w14:paraId="58E18F3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-$10,000</w:t>
            </w:r>
          </w:p>
        </w:tc>
        <w:tc>
          <w:tcPr>
            <w:tcW w:w="1728" w:type="dxa"/>
          </w:tcPr>
          <w:p w14:paraId="603FF9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7.5 months</w:t>
            </w:r>
          </w:p>
        </w:tc>
      </w:tr>
      <w:tr w:rsidR="00495879" w14:paraId="180D332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0E5045B" w14:textId="77777777" w:rsidR="00495879" w:rsidRDefault="00000000">
            <w:r>
              <w:t>**Q4 2026**</w:t>
            </w:r>
          </w:p>
        </w:tc>
        <w:tc>
          <w:tcPr>
            <w:tcW w:w="1728" w:type="dxa"/>
          </w:tcPr>
          <w:p w14:paraId="1CE5041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$18,000</w:t>
            </w:r>
          </w:p>
        </w:tc>
        <w:tc>
          <w:tcPr>
            <w:tcW w:w="1728" w:type="dxa"/>
          </w:tcPr>
          <w:p w14:paraId="18DA583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1728" w:type="dxa"/>
          </w:tcPr>
          <w:p w14:paraId="0B76435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-$2,000</w:t>
            </w:r>
          </w:p>
        </w:tc>
        <w:tc>
          <w:tcPr>
            <w:tcW w:w="1728" w:type="dxa"/>
          </w:tcPr>
          <w:p w14:paraId="53023D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1.4 months ⚠️</w:t>
            </w:r>
          </w:p>
        </w:tc>
      </w:tr>
      <w:tr w:rsidR="00495879" w14:paraId="50F9393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D6FA15A" w14:textId="77777777" w:rsidR="00495879" w:rsidRDefault="00000000">
            <w:r>
              <w:t>**Q2 2027**</w:t>
            </w:r>
          </w:p>
        </w:tc>
        <w:tc>
          <w:tcPr>
            <w:tcW w:w="1728" w:type="dxa"/>
          </w:tcPr>
          <w:p w14:paraId="4E8DD92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$35,000</w:t>
            </w:r>
          </w:p>
        </w:tc>
        <w:tc>
          <w:tcPr>
            <w:tcW w:w="1728" w:type="dxa"/>
          </w:tcPr>
          <w:p w14:paraId="32D096B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$34,000</w:t>
            </w:r>
          </w:p>
        </w:tc>
        <w:tc>
          <w:tcPr>
            <w:tcW w:w="1728" w:type="dxa"/>
          </w:tcPr>
          <w:p w14:paraId="0733CE3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+$1,000</w:t>
            </w:r>
          </w:p>
        </w:tc>
        <w:tc>
          <w:tcPr>
            <w:tcW w:w="1728" w:type="dxa"/>
          </w:tcPr>
          <w:p w14:paraId="697BE47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∞ (cashflow+)</w:t>
            </w:r>
          </w:p>
        </w:tc>
      </w:tr>
      <w:tr w:rsidR="00495879" w14:paraId="38FD2C7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41500D3" w14:textId="77777777" w:rsidR="00495879" w:rsidRDefault="00000000">
            <w:r>
              <w:t>**Q4 2028**</w:t>
            </w:r>
          </w:p>
        </w:tc>
        <w:tc>
          <w:tcPr>
            <w:tcW w:w="1728" w:type="dxa"/>
          </w:tcPr>
          <w:p w14:paraId="34CD4C3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$80,000</w:t>
            </w:r>
          </w:p>
        </w:tc>
        <w:tc>
          <w:tcPr>
            <w:tcW w:w="1728" w:type="dxa"/>
          </w:tcPr>
          <w:p w14:paraId="42F177E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$65,000</w:t>
            </w:r>
          </w:p>
        </w:tc>
        <w:tc>
          <w:tcPr>
            <w:tcW w:w="1728" w:type="dxa"/>
          </w:tcPr>
          <w:p w14:paraId="4490B86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+$15,000</w:t>
            </w:r>
          </w:p>
        </w:tc>
        <w:tc>
          <w:tcPr>
            <w:tcW w:w="1728" w:type="dxa"/>
          </w:tcPr>
          <w:p w14:paraId="7EFFDE3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∞</w:t>
            </w:r>
          </w:p>
        </w:tc>
      </w:tr>
    </w:tbl>
    <w:p w14:paraId="63A093F2" w14:textId="77777777" w:rsidR="00495879" w:rsidRDefault="00495879"/>
    <w:p w14:paraId="22589145" w14:textId="77777777" w:rsidR="00495879" w:rsidRDefault="00000000">
      <w:r>
        <w:rPr>
          <w:b/>
        </w:rPr>
        <w:t>Risk Mitigation</w:t>
      </w:r>
      <w:r>
        <w:t>:</w:t>
      </w:r>
    </w:p>
    <w:p w14:paraId="3AC9BC30" w14:textId="77777777" w:rsidR="00495879" w:rsidRDefault="00000000">
      <w:pPr>
        <w:pStyle w:val="Listepuces"/>
      </w:pPr>
      <w:r>
        <w:t>Front-load revenue (annual prepay discounts - 5% off if pay upfront)</w:t>
      </w:r>
    </w:p>
    <w:p w14:paraId="68455926" w14:textId="77777777" w:rsidR="00495879" w:rsidRDefault="00000000">
      <w:pPr>
        <w:pStyle w:val="Listepuces"/>
      </w:pPr>
      <w:r>
        <w:t>Delay hires (Senior Coach from Q2 → Q3 2027 if revenue lags)</w:t>
      </w:r>
    </w:p>
    <w:p w14:paraId="4779ED3B" w14:textId="77777777" w:rsidR="00495879" w:rsidRDefault="00000000">
      <w:pPr>
        <w:pStyle w:val="Listepuces"/>
      </w:pPr>
      <w:r>
        <w:t>Founder can inject additional $25K if emergency (backup plan)</w:t>
      </w:r>
    </w:p>
    <w:p w14:paraId="2B8ED5E3" w14:textId="77777777" w:rsidR="00495879" w:rsidRDefault="00000000">
      <w:r>
        <w:t>________________________________________________________________________________</w:t>
      </w:r>
    </w:p>
    <w:p w14:paraId="21B03D0F" w14:textId="77777777" w:rsidR="00495879" w:rsidRDefault="00000000">
      <w:pPr>
        <w:pStyle w:val="Titre2"/>
      </w:pPr>
      <w:r>
        <w:t>🏦 FUNDING SOURCES &amp; STRATEGY</w:t>
      </w:r>
    </w:p>
    <w:p w14:paraId="012328E4" w14:textId="77777777" w:rsidR="00495879" w:rsidRDefault="00000000">
      <w:pPr>
        <w:pStyle w:val="Titre3"/>
      </w:pPr>
      <w:r>
        <w:t>Primary Strategy: Founder Self-Funding + Revenue</w:t>
      </w:r>
    </w:p>
    <w:p w14:paraId="3CE46E66" w14:textId="77777777" w:rsidR="00495879" w:rsidRDefault="00000000">
      <w:r>
        <w:rPr>
          <w:b/>
        </w:rPr>
        <w:t>Year 1 (2026)</w:t>
      </w:r>
      <w:r>
        <w:t>: Founder Investment</w:t>
      </w:r>
    </w:p>
    <w:p w14:paraId="226C020B" w14:textId="77777777" w:rsidR="00495879" w:rsidRDefault="00000000">
      <w:r>
        <w:rPr>
          <w:b/>
        </w:rPr>
        <w:t>Amount</w:t>
      </w:r>
      <w:r>
        <w:t>: $75,000</w:t>
      </w:r>
    </w:p>
    <w:p w14:paraId="24972DC6" w14:textId="77777777" w:rsidR="00495879" w:rsidRDefault="00000000">
      <w:r>
        <w:rPr>
          <w:b/>
        </w:rPr>
        <w:t>Source Options</w:t>
      </w:r>
      <w:r>
        <w:t>:</w:t>
      </w:r>
    </w:p>
    <w:p w14:paraId="56C3CD3C" w14:textId="77777777" w:rsidR="00495879" w:rsidRDefault="00000000">
      <w:pPr>
        <w:pStyle w:val="Listenumros"/>
      </w:pPr>
      <w:r>
        <w:t>**Personal Savings**: Liquid cash</w:t>
      </w:r>
    </w:p>
    <w:p w14:paraId="30A55B80" w14:textId="77777777" w:rsidR="00495879" w:rsidRDefault="00000000">
      <w:pPr>
        <w:pStyle w:val="Listenumros"/>
      </w:pPr>
      <w:r>
        <w:t>**Home Equity Line of Credit (HELOC)**: If available (typically 3-6% interest)</w:t>
      </w:r>
    </w:p>
    <w:p w14:paraId="52B41C22" w14:textId="77777777" w:rsidR="00495879" w:rsidRDefault="00000000">
      <w:pPr>
        <w:pStyle w:val="Listenumros"/>
      </w:pPr>
      <w:r>
        <w:t>**Retirement Account (401k Loan)**: Borrow up to $50K, repay over 5 years</w:t>
      </w:r>
    </w:p>
    <w:p w14:paraId="62A82E00" w14:textId="77777777" w:rsidR="00495879" w:rsidRDefault="00000000">
      <w:pPr>
        <w:pStyle w:val="Listenumros"/>
      </w:pPr>
      <w:r>
        <w:t>**Personal Loan**: Bank or credit union (6-10% APR, if credit score 700+)</w:t>
      </w:r>
    </w:p>
    <w:p w14:paraId="68F9942F" w14:textId="77777777" w:rsidR="00495879" w:rsidRDefault="00000000">
      <w:r>
        <w:rPr>
          <w:b/>
        </w:rPr>
        <w:t>Recommended</w:t>
      </w:r>
      <w:r>
        <w:t>: Personal savings (no debt, no interest payments)</w:t>
      </w:r>
    </w:p>
    <w:p w14:paraId="49B6B547" w14:textId="77777777" w:rsidR="00495879" w:rsidRDefault="00000000">
      <w:r>
        <w:rPr>
          <w:b/>
        </w:rPr>
        <w:t>Alternative if Insufficient Savings</w:t>
      </w:r>
      <w:r>
        <w:t>:</w:t>
      </w:r>
    </w:p>
    <w:p w14:paraId="01553558" w14:textId="77777777" w:rsidR="00495879" w:rsidRDefault="00000000">
      <w:pPr>
        <w:pStyle w:val="Listepuces"/>
      </w:pPr>
      <w:r>
        <w:t>Start with $40K (bare minimum)</w:t>
      </w:r>
    </w:p>
    <w:p w14:paraId="3CEC2E8F" w14:textId="77777777" w:rsidR="00495879" w:rsidRDefault="00000000">
      <w:pPr>
        <w:pStyle w:val="Listepuces"/>
      </w:pPr>
      <w:r>
        <w:t>Reduce Year 1 target: 30 → 20 clients (lower marketing spend)</w:t>
      </w:r>
    </w:p>
    <w:p w14:paraId="4BC309A1" w14:textId="77777777" w:rsidR="00495879" w:rsidRDefault="00000000">
      <w:pPr>
        <w:pStyle w:val="Listepuces"/>
      </w:pPr>
      <w:r>
        <w:lastRenderedPageBreak/>
        <w:t>Slower growth, but less risk</w:t>
      </w:r>
    </w:p>
    <w:p w14:paraId="14553717" w14:textId="77777777" w:rsidR="00495879" w:rsidRDefault="00000000">
      <w:r>
        <w:t>________________________________________________________________________________</w:t>
      </w:r>
    </w:p>
    <w:p w14:paraId="242F196A" w14:textId="77777777" w:rsidR="00495879" w:rsidRDefault="00000000">
      <w:pPr>
        <w:pStyle w:val="Titre3"/>
      </w:pPr>
      <w:r>
        <w:t>Alternative Strategy: External Funding (If Needed)</w:t>
      </w:r>
    </w:p>
    <w:p w14:paraId="3DEEC9DB" w14:textId="77777777" w:rsidR="00495879" w:rsidRDefault="00000000">
      <w:r>
        <w:rPr>
          <w:b/>
        </w:rPr>
        <w:t>Option A: Friends &amp; Family Round</w:t>
      </w:r>
    </w:p>
    <w:p w14:paraId="0CC2A1F1" w14:textId="77777777" w:rsidR="00495879" w:rsidRDefault="00000000">
      <w:r>
        <w:rPr>
          <w:b/>
        </w:rPr>
        <w:t>Amount</w:t>
      </w:r>
      <w:r>
        <w:t>: $50,000 - $150,000</w:t>
      </w:r>
    </w:p>
    <w:p w14:paraId="21CB43B0" w14:textId="77777777" w:rsidR="00495879" w:rsidRDefault="00000000">
      <w:r>
        <w:rPr>
          <w:b/>
        </w:rPr>
        <w:t>When</w:t>
      </w:r>
      <w:r>
        <w:t>: If founder can't self-fund full $75K OR wants to accelerate growth</w:t>
      </w:r>
    </w:p>
    <w:p w14:paraId="0DF08611" w14:textId="77777777" w:rsidR="00495879" w:rsidRDefault="00000000">
      <w:r>
        <w:rPr>
          <w:b/>
        </w:rPr>
        <w:t>Structure</w:t>
      </w:r>
      <w:r>
        <w:t>:</w:t>
      </w:r>
    </w:p>
    <w:p w14:paraId="5F53E675" w14:textId="77777777" w:rsidR="00495879" w:rsidRDefault="00000000">
      <w:pPr>
        <w:pStyle w:val="Listepuces"/>
      </w:pPr>
      <w:r>
        <w:t>**Convertible Note** (debt that converts to equity later)</w:t>
      </w:r>
    </w:p>
    <w:p w14:paraId="30BCFDC2" w14:textId="77777777" w:rsidR="00495879" w:rsidRDefault="00000000">
      <w:pPr>
        <w:pStyle w:val="Listepuces"/>
      </w:pPr>
      <w:r>
        <w:t>Interest rate: 5% annually</w:t>
      </w:r>
    </w:p>
    <w:p w14:paraId="5D5FBA7D" w14:textId="77777777" w:rsidR="00495879" w:rsidRDefault="00000000">
      <w:pPr>
        <w:pStyle w:val="Listepuces"/>
      </w:pPr>
      <w:r>
        <w:t>Conversion trigger: When raise institutional round (Series A)</w:t>
      </w:r>
    </w:p>
    <w:p w14:paraId="3C824466" w14:textId="77777777" w:rsidR="00495879" w:rsidRDefault="00000000">
      <w:pPr>
        <w:pStyle w:val="Listepuces"/>
      </w:pPr>
      <w:r>
        <w:t>Discount: 20% (F&amp;F investors get equity at 20% discount vs Series A price)</w:t>
      </w:r>
    </w:p>
    <w:p w14:paraId="6C86C19D" w14:textId="77777777" w:rsidR="00495879" w:rsidRDefault="00000000">
      <w:pPr>
        <w:pStyle w:val="Listepuces"/>
      </w:pPr>
      <w:r>
        <w:t>Valuation cap: $2M (protects F&amp;F if company valuates high)</w:t>
      </w:r>
    </w:p>
    <w:p w14:paraId="08BE8598" w14:textId="77777777" w:rsidR="00495879" w:rsidRDefault="00000000">
      <w:r>
        <w:rPr>
          <w:b/>
        </w:rPr>
        <w:t>Example</w:t>
      </w:r>
      <w:r>
        <w:t>:</w:t>
      </w:r>
    </w:p>
    <w:p w14:paraId="1017DEE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Aunt Jane invests $25,000 via convertible note</w:t>
      </w:r>
    </w:p>
    <w:p w14:paraId="7ECE1C3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Earns 5% interest annually ($1,250/year)</w:t>
      </w:r>
    </w:p>
    <w:p w14:paraId="441DC9A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If GBCM raises Series A at $5M valuation in Year 3:</w:t>
      </w:r>
    </w:p>
    <w:p w14:paraId="45CD7A0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- Her $25K converts at $2M valuation cap (20% discount)</w:t>
      </w:r>
    </w:p>
    <w:p w14:paraId="76D0775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- She gets: $25K ÷ ($2M × 0.8) = 1.56% equity</w:t>
      </w:r>
    </w:p>
    <w:p w14:paraId="367F92B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- Worth: $5M × 1.56% = $78,000 (3.1x return in 3 years)</w:t>
      </w:r>
    </w:p>
    <w:p w14:paraId="572D0472" w14:textId="77777777" w:rsidR="00495879" w:rsidRDefault="00000000">
      <w:r>
        <w:rPr>
          <w:b/>
        </w:rPr>
        <w:t>Pros</w:t>
      </w:r>
      <w:r>
        <w:t>:</w:t>
      </w:r>
    </w:p>
    <w:p w14:paraId="7510748F" w14:textId="77777777" w:rsidR="00495879" w:rsidRDefault="00000000">
      <w:pPr>
        <w:pStyle w:val="Listepuces"/>
      </w:pPr>
      <w:r>
        <w:t>✅ Quick (no due diligence, pitch decks, negotiations)</w:t>
      </w:r>
    </w:p>
    <w:p w14:paraId="1354886A" w14:textId="77777777" w:rsidR="00495879" w:rsidRDefault="00000000">
      <w:pPr>
        <w:pStyle w:val="Listepuces"/>
      </w:pPr>
      <w:r>
        <w:t>✅ Supportive (they want you to succeed, not just maximize return)</w:t>
      </w:r>
    </w:p>
    <w:p w14:paraId="2D0204BB" w14:textId="77777777" w:rsidR="00495879" w:rsidRDefault="00000000">
      <w:pPr>
        <w:pStyle w:val="Listepuces"/>
      </w:pPr>
      <w:r>
        <w:t>✅ Flexible terms (can be informal)</w:t>
      </w:r>
    </w:p>
    <w:p w14:paraId="417C3294" w14:textId="77777777" w:rsidR="00495879" w:rsidRDefault="00000000">
      <w:r>
        <w:rPr>
          <w:b/>
        </w:rPr>
        <w:t>Cons</w:t>
      </w:r>
      <w:r>
        <w:t>:</w:t>
      </w:r>
    </w:p>
    <w:p w14:paraId="54AD3DE4" w14:textId="77777777" w:rsidR="00495879" w:rsidRDefault="00000000">
      <w:pPr>
        <w:pStyle w:val="Listepuces"/>
      </w:pPr>
      <w:r>
        <w:t>⚠️ Relationship risk (if business fails, Thanksgiving dinners awkward)</w:t>
      </w:r>
    </w:p>
    <w:p w14:paraId="152C43C6" w14:textId="77777777" w:rsidR="00495879" w:rsidRDefault="00000000">
      <w:pPr>
        <w:pStyle w:val="Listepuces"/>
      </w:pPr>
      <w:r>
        <w:t>⚠️ Dilution (give up equity eventually)</w:t>
      </w:r>
    </w:p>
    <w:p w14:paraId="5E30C4A4" w14:textId="77777777" w:rsidR="00495879" w:rsidRDefault="00000000">
      <w:pPr>
        <w:pStyle w:val="Listepuces"/>
      </w:pPr>
      <w:r>
        <w:t>⚠️ Messiness (mixing personal relationships with business)</w:t>
      </w:r>
    </w:p>
    <w:p w14:paraId="0FF4ACE2" w14:textId="77777777" w:rsidR="00495879" w:rsidRDefault="00000000">
      <w:r>
        <w:rPr>
          <w:b/>
        </w:rPr>
        <w:t>GBCM Recommendation</w:t>
      </w:r>
      <w:r>
        <w:t>: Avoid unless absolutely necessary</w:t>
      </w:r>
    </w:p>
    <w:p w14:paraId="389923C2" w14:textId="77777777" w:rsidR="00495879" w:rsidRDefault="00000000">
      <w:r>
        <w:t>________________________________________________________________________________</w:t>
      </w:r>
    </w:p>
    <w:p w14:paraId="65FD9228" w14:textId="77777777" w:rsidR="00495879" w:rsidRDefault="00000000">
      <w:r>
        <w:rPr>
          <w:b/>
        </w:rPr>
        <w:t>Option B: Small Business Loan (SBA 7(a) or Bank Term Loan)</w:t>
      </w:r>
    </w:p>
    <w:p w14:paraId="4BDCE9B6" w14:textId="77777777" w:rsidR="00495879" w:rsidRDefault="00000000">
      <w:r>
        <w:rPr>
          <w:b/>
        </w:rPr>
        <w:t>Amount</w:t>
      </w:r>
      <w:r>
        <w:t>: $50,000 - $250,000</w:t>
      </w:r>
    </w:p>
    <w:p w14:paraId="74FEDB82" w14:textId="77777777" w:rsidR="00495879" w:rsidRDefault="00000000">
      <w:r>
        <w:rPr>
          <w:b/>
        </w:rPr>
        <w:t>When</w:t>
      </w:r>
      <w:r>
        <w:t>: Year 2+ (need 1 year financials + revenue to qualify)</w:t>
      </w:r>
    </w:p>
    <w:p w14:paraId="7037F5BF" w14:textId="77777777" w:rsidR="00495879" w:rsidRDefault="00000000">
      <w:r>
        <w:rPr>
          <w:b/>
        </w:rPr>
        <w:t>SBA 7(a) Loan Details</w:t>
      </w:r>
      <w:r>
        <w:t>:</w:t>
      </w:r>
    </w:p>
    <w:p w14:paraId="2DDB9367" w14:textId="77777777" w:rsidR="00495879" w:rsidRDefault="00000000">
      <w:pPr>
        <w:pStyle w:val="Listepuces"/>
      </w:pPr>
      <w:r>
        <w:lastRenderedPageBreak/>
        <w:t>**Interest Rate**: Prime + 2.75% (currently ~9-10%)</w:t>
      </w:r>
    </w:p>
    <w:p w14:paraId="5BB2A95D" w14:textId="77777777" w:rsidR="00495879" w:rsidRDefault="00000000">
      <w:pPr>
        <w:pStyle w:val="Listepuces"/>
      </w:pPr>
      <w:r>
        <w:t>**Term**: Up to 10 years</w:t>
      </w:r>
    </w:p>
    <w:p w14:paraId="7018318B" w14:textId="77777777" w:rsidR="00495879" w:rsidRDefault="00000000">
      <w:pPr>
        <w:pStyle w:val="Listepuces"/>
      </w:pPr>
      <w:r>
        <w:t>**Collateral**: Often requires personal guarantee (founder's assets)</w:t>
      </w:r>
    </w:p>
    <w:p w14:paraId="6B319CC0" w14:textId="77777777" w:rsidR="00495879" w:rsidRDefault="00000000">
      <w:pPr>
        <w:pStyle w:val="Listepuces"/>
      </w:pPr>
      <w:r>
        <w:t>**Approval Time**: 60-90 days</w:t>
      </w:r>
    </w:p>
    <w:p w14:paraId="69576A4F" w14:textId="77777777" w:rsidR="00495879" w:rsidRDefault="00000000">
      <w:pPr>
        <w:pStyle w:val="Listepuces"/>
      </w:pPr>
      <w:r>
        <w:t>**Use**: Working capital, equipment, marketing</w:t>
      </w:r>
    </w:p>
    <w:p w14:paraId="59963C94" w14:textId="77777777" w:rsidR="00495879" w:rsidRDefault="00000000">
      <w:r>
        <w:rPr>
          <w:b/>
        </w:rPr>
        <w:t>Example</w:t>
      </w:r>
      <w:r>
        <w:t>:</w:t>
      </w:r>
    </w:p>
    <w:p w14:paraId="739ED87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$100K SBA loan at 10% interest, 7-year term</w:t>
      </w:r>
    </w:p>
    <w:p w14:paraId="2FE38A9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Monthly payment: $1,661</w:t>
      </w:r>
    </w:p>
    <w:p w14:paraId="4748038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Total repayment: $139,929 (cost of capital: $39,929)</w:t>
      </w:r>
    </w:p>
    <w:p w14:paraId="30BCB2AE" w14:textId="77777777" w:rsidR="00495879" w:rsidRDefault="00000000">
      <w:r>
        <w:rPr>
          <w:b/>
        </w:rPr>
        <w:t>Pros</w:t>
      </w:r>
      <w:r>
        <w:t>:</w:t>
      </w:r>
    </w:p>
    <w:p w14:paraId="521F861E" w14:textId="77777777" w:rsidR="00495879" w:rsidRDefault="00000000">
      <w:pPr>
        <w:pStyle w:val="Listepuces"/>
      </w:pPr>
      <w:r>
        <w:t>✅ No dilution (debt, not equity)</w:t>
      </w:r>
    </w:p>
    <w:p w14:paraId="1E68FCA0" w14:textId="77777777" w:rsidR="00495879" w:rsidRDefault="00000000">
      <w:pPr>
        <w:pStyle w:val="Listepuces"/>
      </w:pPr>
      <w:r>
        <w:t>✅ Tax-deductible interest</w:t>
      </w:r>
    </w:p>
    <w:p w14:paraId="3CB043CB" w14:textId="77777777" w:rsidR="00495879" w:rsidRDefault="00000000">
      <w:pPr>
        <w:pStyle w:val="Listepuces"/>
      </w:pPr>
      <w:r>
        <w:t>✅ Build business credit</w:t>
      </w:r>
    </w:p>
    <w:p w14:paraId="51258907" w14:textId="77777777" w:rsidR="00495879" w:rsidRDefault="00000000">
      <w:r>
        <w:rPr>
          <w:b/>
        </w:rPr>
        <w:t>Cons</w:t>
      </w:r>
      <w:r>
        <w:t>:</w:t>
      </w:r>
    </w:p>
    <w:p w14:paraId="2806B9EB" w14:textId="77777777" w:rsidR="00495879" w:rsidRDefault="00000000">
      <w:pPr>
        <w:pStyle w:val="Listepuces"/>
      </w:pPr>
      <w:r>
        <w:t>⚠️ Personal guarantee (founder liable if business fails)</w:t>
      </w:r>
    </w:p>
    <w:p w14:paraId="25174730" w14:textId="77777777" w:rsidR="00495879" w:rsidRDefault="00000000">
      <w:pPr>
        <w:pStyle w:val="Listepuces"/>
      </w:pPr>
      <w:r>
        <w:t>⚠️ Fixed payments (even if revenue dips)</w:t>
      </w:r>
    </w:p>
    <w:p w14:paraId="0912B59D" w14:textId="77777777" w:rsidR="00495879" w:rsidRDefault="00000000">
      <w:pPr>
        <w:pStyle w:val="Listepuces"/>
      </w:pPr>
      <w:r>
        <w:t>⚠️ Time-consuming (lots of paperwork, slow approval)</w:t>
      </w:r>
    </w:p>
    <w:p w14:paraId="2DCDEBDA" w14:textId="77777777" w:rsidR="00495879" w:rsidRDefault="00000000">
      <w:r>
        <w:rPr>
          <w:b/>
        </w:rPr>
        <w:t>GBCM Recommendation</w:t>
      </w:r>
      <w:r>
        <w:t>: Consider Year 2 if want to accelerate hiring (e.g., hire 2 coaches instead of 1)</w:t>
      </w:r>
    </w:p>
    <w:p w14:paraId="4FDDDD4A" w14:textId="77777777" w:rsidR="00495879" w:rsidRDefault="00000000">
      <w:r>
        <w:t>________________________________________________________________________________</w:t>
      </w:r>
    </w:p>
    <w:p w14:paraId="0D7F4A96" w14:textId="77777777" w:rsidR="00495879" w:rsidRDefault="00000000">
      <w:r>
        <w:rPr>
          <w:b/>
        </w:rPr>
        <w:t>Option C: Angel Investment</w:t>
      </w:r>
    </w:p>
    <w:p w14:paraId="675D02C7" w14:textId="77777777" w:rsidR="00495879" w:rsidRDefault="00000000">
      <w:r>
        <w:rPr>
          <w:b/>
        </w:rPr>
        <w:t>Amount</w:t>
      </w:r>
      <w:r>
        <w:t>: $250,000 - $500,000</w:t>
      </w:r>
    </w:p>
    <w:p w14:paraId="76408586" w14:textId="77777777" w:rsidR="00495879" w:rsidRDefault="00000000">
      <w:r>
        <w:rPr>
          <w:b/>
        </w:rPr>
        <w:t>When</w:t>
      </w:r>
      <w:r>
        <w:t>: Year 2-3 if pursuing aggressive growth (10× revenue in 3 years)</w:t>
      </w:r>
    </w:p>
    <w:p w14:paraId="244F61D6" w14:textId="77777777" w:rsidR="00495879" w:rsidRDefault="00000000">
      <w:r>
        <w:rPr>
          <w:b/>
        </w:rPr>
        <w:t>Typical Terms</w:t>
      </w:r>
      <w:r>
        <w:t>:</w:t>
      </w:r>
    </w:p>
    <w:p w14:paraId="146927D6" w14:textId="77777777" w:rsidR="00495879" w:rsidRDefault="00000000">
      <w:pPr>
        <w:pStyle w:val="Listepuces"/>
      </w:pPr>
      <w:r>
        <w:t>**Equity**: 15-25% of company</w:t>
      </w:r>
    </w:p>
    <w:p w14:paraId="2129EF19" w14:textId="77777777" w:rsidR="00495879" w:rsidRDefault="00000000">
      <w:pPr>
        <w:pStyle w:val="Listepuces"/>
      </w:pPr>
      <w:r>
        <w:t>**Valuation**: $1-2M pre-money (early-stage coaching/consulting firms)</w:t>
      </w:r>
    </w:p>
    <w:p w14:paraId="60C647F4" w14:textId="77777777" w:rsidR="00495879" w:rsidRDefault="00000000">
      <w:pPr>
        <w:pStyle w:val="Listepuces"/>
      </w:pPr>
      <w:r>
        <w:t>**Board Seat**: 1 investor seat (observe or participate in decisions)</w:t>
      </w:r>
    </w:p>
    <w:p w14:paraId="31C34C7C" w14:textId="77777777" w:rsidR="00495879" w:rsidRDefault="00000000">
      <w:pPr>
        <w:pStyle w:val="Listepuces"/>
      </w:pPr>
      <w:r>
        <w:t>**Preferences**: 1x liquidation preference (get money back first if exit)</w:t>
      </w:r>
    </w:p>
    <w:p w14:paraId="2C59F9A7" w14:textId="77777777" w:rsidR="00495879" w:rsidRDefault="00000000">
      <w:r>
        <w:rPr>
          <w:b/>
        </w:rPr>
        <w:t>Angel Investor Profile</w:t>
      </w:r>
      <w:r>
        <w:t>:</w:t>
      </w:r>
    </w:p>
    <w:p w14:paraId="12CB55E2" w14:textId="77777777" w:rsidR="00495879" w:rsidRDefault="00000000">
      <w:pPr>
        <w:pStyle w:val="Listepuces"/>
      </w:pPr>
      <w:r>
        <w:t>Successful entrepreneur (exited own company for $10M+)</w:t>
      </w:r>
    </w:p>
    <w:p w14:paraId="1DAA8D41" w14:textId="77777777" w:rsidR="00495879" w:rsidRDefault="00000000">
      <w:pPr>
        <w:pStyle w:val="Listepuces"/>
      </w:pPr>
      <w:r>
        <w:t>Passionate about coaching/education</w:t>
      </w:r>
    </w:p>
    <w:p w14:paraId="32F9BB66" w14:textId="77777777" w:rsidR="00495879" w:rsidRDefault="00000000">
      <w:pPr>
        <w:pStyle w:val="Listepuces"/>
      </w:pPr>
      <w:r>
        <w:t>Strategic value-add (not just money - opens doors, advises)</w:t>
      </w:r>
    </w:p>
    <w:p w14:paraId="31970827" w14:textId="77777777" w:rsidR="00495879" w:rsidRDefault="00000000">
      <w:r>
        <w:rPr>
          <w:b/>
        </w:rPr>
        <w:t>Example</w:t>
      </w:r>
      <w:r>
        <w:t>:</w:t>
      </w:r>
    </w:p>
    <w:p w14:paraId="0A20A0A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lastRenderedPageBreak/>
        <w:t>Angel invests $300K at $1.5M pre-money valuation</w:t>
      </w:r>
    </w:p>
    <w:p w14:paraId="20C0E4E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Post-money valuation: $1.8M</w:t>
      </w:r>
    </w:p>
    <w:p w14:paraId="2319C2B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Angel equity: $300K ÷ $1.8M = 16.7%</w:t>
      </w:r>
    </w:p>
    <w:p w14:paraId="2E4FAFB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Founder dilution: 100% → 83.3%</w:t>
      </w:r>
    </w:p>
    <w:p w14:paraId="4213B82C" w14:textId="77777777" w:rsidR="00495879" w:rsidRDefault="00495879">
      <w:pPr>
        <w:pStyle w:val="Sansinterligne"/>
      </w:pPr>
    </w:p>
    <w:p w14:paraId="098D438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If GBCM exits at $15M in 5 years:</w:t>
      </w:r>
    </w:p>
    <w:p w14:paraId="0B64803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Founder keeps: $15M × 83.3% = $12.5M</w:t>
      </w:r>
    </w:p>
    <w:p w14:paraId="29968BB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Angel returns: $15M × 16.7% = $2.5M (8.3x return)</w:t>
      </w:r>
    </w:p>
    <w:p w14:paraId="0F7B33B1" w14:textId="77777777" w:rsidR="00495879" w:rsidRDefault="00000000">
      <w:r>
        <w:rPr>
          <w:b/>
        </w:rPr>
        <w:t>Pros</w:t>
      </w:r>
      <w:r>
        <w:t>:</w:t>
      </w:r>
    </w:p>
    <w:p w14:paraId="047ACDF8" w14:textId="77777777" w:rsidR="00495879" w:rsidRDefault="00000000">
      <w:pPr>
        <w:pStyle w:val="Listepuces"/>
      </w:pPr>
      <w:r>
        <w:t>✅ Significant capital (hire team, build tech, expand fast)</w:t>
      </w:r>
    </w:p>
    <w:p w14:paraId="763C4D33" w14:textId="77777777" w:rsidR="00495879" w:rsidRDefault="00000000">
      <w:pPr>
        <w:pStyle w:val="Listepuces"/>
      </w:pPr>
      <w:r>
        <w:t>✅ Mentorship (experienced operator guides founder)</w:t>
      </w:r>
    </w:p>
    <w:p w14:paraId="026AA0E1" w14:textId="77777777" w:rsidR="00495879" w:rsidRDefault="00000000">
      <w:pPr>
        <w:pStyle w:val="Listepuces"/>
      </w:pPr>
      <w:r>
        <w:t>✅ Network (angel opens doors to clients, partners, next investors)</w:t>
      </w:r>
    </w:p>
    <w:p w14:paraId="4FAA9B3F" w14:textId="77777777" w:rsidR="00495879" w:rsidRDefault="00000000">
      <w:r>
        <w:rPr>
          <w:b/>
        </w:rPr>
        <w:t>Cons</w:t>
      </w:r>
      <w:r>
        <w:t>:</w:t>
      </w:r>
    </w:p>
    <w:p w14:paraId="5F12B2FA" w14:textId="77777777" w:rsidR="00495879" w:rsidRDefault="00000000">
      <w:pPr>
        <w:pStyle w:val="Listepuces"/>
      </w:pPr>
      <w:r>
        <w:t>⚠️ Dilution (give up 15-25% forever)</w:t>
      </w:r>
    </w:p>
    <w:p w14:paraId="6B6911A9" w14:textId="77777777" w:rsidR="00495879" w:rsidRDefault="00000000">
      <w:pPr>
        <w:pStyle w:val="Listepuces"/>
      </w:pPr>
      <w:r>
        <w:t>⚠️ Loss of control (investor has board seat, veto power on big decisions)</w:t>
      </w:r>
    </w:p>
    <w:p w14:paraId="38D76F5D" w14:textId="77777777" w:rsidR="00495879" w:rsidRDefault="00000000">
      <w:pPr>
        <w:pStyle w:val="Listepuces"/>
      </w:pPr>
      <w:r>
        <w:t>⚠️ Pressure to grow (angel expects 10x return, not lifestyle business)</w:t>
      </w:r>
    </w:p>
    <w:p w14:paraId="3BD81D13" w14:textId="77777777" w:rsidR="00495879" w:rsidRDefault="00000000">
      <w:pPr>
        <w:pStyle w:val="Listepuces"/>
      </w:pPr>
      <w:r>
        <w:t>⚠️ Time-consuming (3-6 months to raise, lots of pitching)</w:t>
      </w:r>
    </w:p>
    <w:p w14:paraId="6CE03705" w14:textId="77777777" w:rsidR="00495879" w:rsidRDefault="00000000">
      <w:r>
        <w:rPr>
          <w:b/>
        </w:rPr>
        <w:t>GBCM Recommendation</w:t>
      </w:r>
      <w:r>
        <w:t>: Only pursue if:</w:t>
      </w:r>
    </w:p>
    <w:p w14:paraId="70ABA1D7" w14:textId="77777777" w:rsidR="00495879" w:rsidRDefault="00000000">
      <w:pPr>
        <w:pStyle w:val="Listenumros"/>
      </w:pPr>
      <w:r>
        <w:t>Want to build $50M+ company (not lifestyle $2-5M business)</w:t>
      </w:r>
    </w:p>
    <w:p w14:paraId="036CAC05" w14:textId="77777777" w:rsidR="00495879" w:rsidRDefault="00000000">
      <w:pPr>
        <w:pStyle w:val="Listenumros"/>
      </w:pPr>
      <w:r>
        <w:t>Found perfect angel (adds massive strategic value, not just $$$)</w:t>
      </w:r>
    </w:p>
    <w:p w14:paraId="7B0FF97B" w14:textId="77777777" w:rsidR="00495879" w:rsidRDefault="00000000">
      <w:pPr>
        <w:pStyle w:val="Listenumros"/>
      </w:pPr>
      <w:r>
        <w:t>Ready to give up some control for acceleration</w:t>
      </w:r>
    </w:p>
    <w:p w14:paraId="2EE2D055" w14:textId="77777777" w:rsidR="00495879" w:rsidRDefault="00000000">
      <w:r>
        <w:t>________________________________________________________________________________</w:t>
      </w:r>
    </w:p>
    <w:p w14:paraId="4E5F0F0A" w14:textId="77777777" w:rsidR="00495879" w:rsidRDefault="00000000">
      <w:r>
        <w:rPr>
          <w:b/>
        </w:rPr>
        <w:t>Option D: Venture Capital (VC)</w:t>
      </w:r>
    </w:p>
    <w:p w14:paraId="2FD0DB62" w14:textId="77777777" w:rsidR="00495879" w:rsidRDefault="00000000">
      <w:r>
        <w:rPr>
          <w:b/>
        </w:rPr>
        <w:t>Amount</w:t>
      </w:r>
      <w:r>
        <w:t>: $1M - $5M</w:t>
      </w:r>
    </w:p>
    <w:p w14:paraId="7A7D15E4" w14:textId="77777777" w:rsidR="00495879" w:rsidRDefault="00000000">
      <w:r>
        <w:rPr>
          <w:b/>
        </w:rPr>
        <w:t>When</w:t>
      </w:r>
      <w:r>
        <w:t>: Year 3+ if becoming tech platform (not pure services)</w:t>
      </w:r>
    </w:p>
    <w:p w14:paraId="2BBDBD1F" w14:textId="77777777" w:rsidR="00495879" w:rsidRDefault="00000000">
      <w:r>
        <w:rPr>
          <w:b/>
        </w:rPr>
        <w:t>Reality Check</w:t>
      </w:r>
      <w:r>
        <w:t>:</w:t>
      </w:r>
    </w:p>
    <w:p w14:paraId="290D1A51" w14:textId="77777777" w:rsidR="00495879" w:rsidRDefault="00000000">
      <w:pPr>
        <w:pStyle w:val="Listepuces"/>
      </w:pPr>
      <w:r>
        <w:t>**VCs DON'T fund services businesses** (coaching, consulting)</w:t>
      </w:r>
    </w:p>
    <w:p w14:paraId="76B756E9" w14:textId="77777777" w:rsidR="00495879" w:rsidRDefault="00000000">
      <w:pPr>
        <w:pStyle w:val="Listepuces"/>
      </w:pPr>
      <w:r>
        <w:t>VCs want: Software, scalable tech, 100x potential, $100M+ exit</w:t>
      </w:r>
    </w:p>
    <w:p w14:paraId="728E1F67" w14:textId="77777777" w:rsidR="00495879" w:rsidRDefault="00000000">
      <w:pPr>
        <w:pStyle w:val="Listepuces"/>
      </w:pPr>
      <w:r>
        <w:t>GBCM as pure coaching firm = NOT VC-backable</w:t>
      </w:r>
    </w:p>
    <w:p w14:paraId="5157AEE0" w14:textId="77777777" w:rsidR="00495879" w:rsidRDefault="00000000">
      <w:r>
        <w:rPr>
          <w:b/>
        </w:rPr>
        <w:t>GBCM Could Become VC-Backable IF</w:t>
      </w:r>
      <w:r>
        <w:t>:</w:t>
      </w:r>
    </w:p>
    <w:p w14:paraId="2BDC95FA" w14:textId="77777777" w:rsidR="00495879" w:rsidRDefault="00000000">
      <w:pPr>
        <w:pStyle w:val="Listepuces"/>
      </w:pPr>
      <w:r>
        <w:t>Pivot to platform play (license AI Coach™ to other coaching firms for $10K/year)</w:t>
      </w:r>
    </w:p>
    <w:p w14:paraId="4872600D" w14:textId="77777777" w:rsidR="00495879" w:rsidRDefault="00000000">
      <w:pPr>
        <w:pStyle w:val="Listepuces"/>
      </w:pPr>
      <w:r>
        <w:t>1,000 coaches × $10K = $10M ARR (THAT interests VCs)</w:t>
      </w:r>
    </w:p>
    <w:p w14:paraId="66DBB075" w14:textId="77777777" w:rsidR="00495879" w:rsidRDefault="00000000">
      <w:pPr>
        <w:pStyle w:val="Listepuces"/>
      </w:pPr>
      <w:r>
        <w:t>But that's a different business (SaaS, not services)</w:t>
      </w:r>
    </w:p>
    <w:p w14:paraId="150D5B43" w14:textId="77777777" w:rsidR="00495879" w:rsidRDefault="00000000">
      <w:r>
        <w:rPr>
          <w:b/>
        </w:rPr>
        <w:t>GBCM Recommendation</w:t>
      </w:r>
      <w:r>
        <w:t>: Ignore VC unless we pivot to tech/SaaS model (unlikely Year 1-3)</w:t>
      </w:r>
    </w:p>
    <w:p w14:paraId="3C72DC40" w14:textId="77777777" w:rsidR="00495879" w:rsidRDefault="00000000">
      <w:r>
        <w:lastRenderedPageBreak/>
        <w:t>________________________________________________________________________________</w:t>
      </w:r>
    </w:p>
    <w:p w14:paraId="1D7864F5" w14:textId="77777777" w:rsidR="00495879" w:rsidRDefault="00000000">
      <w:pPr>
        <w:pStyle w:val="Titre3"/>
      </w:pPr>
      <w:r>
        <w:t>Strategic Partnerships (Non-Dilutive Funding)</w:t>
      </w:r>
    </w:p>
    <w:p w14:paraId="2EC5DF73" w14:textId="77777777" w:rsidR="00495879" w:rsidRDefault="00000000">
      <w:r>
        <w:rPr>
          <w:b/>
        </w:rPr>
        <w:t>Revenue-Share Partnerships</w:t>
      </w:r>
      <w:r>
        <w:t>:</w:t>
      </w:r>
    </w:p>
    <w:p w14:paraId="781A0D73" w14:textId="77777777" w:rsidR="00495879" w:rsidRDefault="00000000">
      <w:r>
        <w:rPr>
          <w:b/>
        </w:rPr>
        <w:t>Concept</w:t>
      </w:r>
      <w:r>
        <w:t>: Partner with established player (corporate training company, consultancy, tech platform) who pays GBCM for content/delivery</w:t>
      </w:r>
    </w:p>
    <w:p w14:paraId="1A82EA58" w14:textId="77777777" w:rsidR="00495879" w:rsidRDefault="00000000">
      <w:r>
        <w:rPr>
          <w:b/>
        </w:rPr>
        <w:t>Example Partnership</w:t>
      </w:r>
      <w:r>
        <w:t>:</w:t>
      </w:r>
    </w:p>
    <w:p w14:paraId="2B64E54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Partner: Large corporate training company (10,000 clients)</w:t>
      </w:r>
    </w:p>
    <w:p w14:paraId="58BD585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Deal: They white-label GBCM content for their clients</w:t>
      </w:r>
    </w:p>
    <w:p w14:paraId="72F3099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Terms:</w:t>
      </w:r>
    </w:p>
    <w:p w14:paraId="70C4266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Upfront: $100K (content licensing)</w:t>
      </w:r>
    </w:p>
    <w:p w14:paraId="3002D02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Recurring: $50/client/year (if they sell to 500 clients = $25K/year)</w:t>
      </w:r>
    </w:p>
    <w:p w14:paraId="76F9518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Duration: 3-year contract</w:t>
      </w:r>
    </w:p>
    <w:p w14:paraId="55BA43B8" w14:textId="77777777" w:rsidR="00495879" w:rsidRDefault="00495879">
      <w:pPr>
        <w:pStyle w:val="Sansinterligne"/>
      </w:pPr>
    </w:p>
    <w:p w14:paraId="65C4DE5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Value to GBCM:</w:t>
      </w:r>
    </w:p>
    <w:p w14:paraId="4C93343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$100K immediate cash (solves Year 1 cash crunch)</w:t>
      </w:r>
    </w:p>
    <w:p w14:paraId="4646A55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$75K over 3 years ($25K × 3)</w:t>
      </w:r>
    </w:p>
    <w:p w14:paraId="1F424E3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Total: $175K</w:t>
      </w:r>
    </w:p>
    <w:p w14:paraId="4DBEF8E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Dilution: 0% (no equity given)</w:t>
      </w:r>
    </w:p>
    <w:p w14:paraId="3260ACB6" w14:textId="77777777" w:rsidR="00495879" w:rsidRDefault="00000000">
      <w:r>
        <w:rPr>
          <w:b/>
        </w:rPr>
        <w:t>Where to Find Partners</w:t>
      </w:r>
      <w:r>
        <w:t>:</w:t>
      </w:r>
    </w:p>
    <w:p w14:paraId="41CE8B53" w14:textId="77777777" w:rsidR="00495879" w:rsidRDefault="00000000">
      <w:pPr>
        <w:pStyle w:val="Listepuces"/>
      </w:pPr>
      <w:r>
        <w:t>Corporate training: Dale Carnegie, FranklinCovey, AchieveGlobal</w:t>
      </w:r>
    </w:p>
    <w:p w14:paraId="2BC3B463" w14:textId="77777777" w:rsidR="00495879" w:rsidRDefault="00000000">
      <w:pPr>
        <w:pStyle w:val="Listepuces"/>
      </w:pPr>
      <w:r>
        <w:t>Coaching associations: ICF chapters, regional coach networks</w:t>
      </w:r>
    </w:p>
    <w:p w14:paraId="0DEC0D83" w14:textId="77777777" w:rsidR="00495879" w:rsidRDefault="00000000">
      <w:pPr>
        <w:pStyle w:val="Listepuces"/>
      </w:pPr>
      <w:r>
        <w:t>Tech platforms: BetterUp (enterprise), CoachHub (offer SMB version via GBCM)</w:t>
      </w:r>
    </w:p>
    <w:p w14:paraId="33CF225F" w14:textId="77777777" w:rsidR="00495879" w:rsidRDefault="00000000">
      <w:r>
        <w:rPr>
          <w:b/>
        </w:rPr>
        <w:t>GBCM Recommendation</w:t>
      </w:r>
      <w:r>
        <w:t>: Pursue actively Year 2 (once proven model with 30+ clients)</w:t>
      </w:r>
    </w:p>
    <w:p w14:paraId="2C6670CD" w14:textId="77777777" w:rsidR="00495879" w:rsidRDefault="00000000">
      <w:r>
        <w:t>________________________________________________________________________________</w:t>
      </w:r>
    </w:p>
    <w:p w14:paraId="71023D97" w14:textId="77777777" w:rsidR="00495879" w:rsidRDefault="00000000">
      <w:pPr>
        <w:pStyle w:val="Titre2"/>
      </w:pPr>
      <w:r>
        <w:t>💸 USE OF FUNDS</w:t>
      </w:r>
    </w:p>
    <w:p w14:paraId="7E01B0E1" w14:textId="77777777" w:rsidR="00495879" w:rsidRDefault="00000000">
      <w:pPr>
        <w:pStyle w:val="Titre3"/>
      </w:pPr>
      <w:r>
        <w:t>Year 1 Capital Deployment ($75,000)</w:t>
      </w:r>
    </w:p>
    <w:p w14:paraId="21EB9EA7" w14:textId="77777777" w:rsidR="00495879" w:rsidRDefault="00000000">
      <w:r>
        <w:rPr>
          <w:b/>
        </w:rPr>
        <w:t>Detailed Allocation</w:t>
      </w:r>
      <w:r>
        <w:t>:</w:t>
      </w:r>
    </w:p>
    <w:p w14:paraId="67322A55" w14:textId="77777777" w:rsidR="00495879" w:rsidRDefault="00000000">
      <w:pPr>
        <w:pStyle w:val="Titre4"/>
      </w:pPr>
      <w:r>
        <w:t>1. Marketing &amp; Client Acquisition ($30,000 - 40%)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1FC1DA17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A8EEB87" w14:textId="77777777" w:rsidR="00495879" w:rsidRDefault="00000000">
            <w:r>
              <w:rPr>
                <w:sz w:val="20"/>
              </w:rPr>
              <w:t>Item</w:t>
            </w:r>
          </w:p>
        </w:tc>
        <w:tc>
          <w:tcPr>
            <w:tcW w:w="2880" w:type="dxa"/>
          </w:tcPr>
          <w:p w14:paraId="27EE5C0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Cost</w:t>
            </w:r>
          </w:p>
        </w:tc>
        <w:tc>
          <w:tcPr>
            <w:tcW w:w="2880" w:type="dxa"/>
          </w:tcPr>
          <w:p w14:paraId="7E4E5FE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Purpose</w:t>
            </w:r>
          </w:p>
        </w:tc>
      </w:tr>
      <w:tr w:rsidR="00495879" w14:paraId="3C39582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AD86E9B" w14:textId="77777777" w:rsidR="00495879" w:rsidRDefault="00000000">
            <w:r>
              <w:t>Website Design &amp; Development</w:t>
            </w:r>
          </w:p>
        </w:tc>
        <w:tc>
          <w:tcPr>
            <w:tcW w:w="2880" w:type="dxa"/>
          </w:tcPr>
          <w:p w14:paraId="0C1830B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$3,000</w:t>
            </w:r>
          </w:p>
        </w:tc>
        <w:tc>
          <w:tcPr>
            <w:tcW w:w="2880" w:type="dxa"/>
          </w:tcPr>
          <w:p w14:paraId="1712830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Professional Webflow site, 10 pages</w:t>
            </w:r>
          </w:p>
        </w:tc>
      </w:tr>
      <w:tr w:rsidR="00495879" w14:paraId="1BB3FB6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EF74A8B" w14:textId="77777777" w:rsidR="00495879" w:rsidRDefault="00000000">
            <w:r>
              <w:t>LinkedIn Ads</w:t>
            </w:r>
          </w:p>
        </w:tc>
        <w:tc>
          <w:tcPr>
            <w:tcW w:w="2880" w:type="dxa"/>
          </w:tcPr>
          <w:p w14:paraId="6FF3C52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$12,000</w:t>
            </w:r>
          </w:p>
        </w:tc>
        <w:tc>
          <w:tcPr>
            <w:tcW w:w="2880" w:type="dxa"/>
          </w:tcPr>
          <w:p w14:paraId="75DF89B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Lead generation ($1,000/month)</w:t>
            </w:r>
          </w:p>
        </w:tc>
      </w:tr>
      <w:tr w:rsidR="00495879" w14:paraId="02A2553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2BFFC2D" w14:textId="77777777" w:rsidR="00495879" w:rsidRDefault="00000000">
            <w:r>
              <w:t>Content Marketing</w:t>
            </w:r>
          </w:p>
        </w:tc>
        <w:tc>
          <w:tcPr>
            <w:tcW w:w="2880" w:type="dxa"/>
          </w:tcPr>
          <w:p w14:paraId="7A3A23C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2880" w:type="dxa"/>
          </w:tcPr>
          <w:p w14:paraId="237CB7C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AI tools (Jasper, Surfer SEO), design (Canva Pro)</w:t>
            </w:r>
          </w:p>
        </w:tc>
      </w:tr>
      <w:tr w:rsidR="00495879" w14:paraId="08831FD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8AABF65" w14:textId="77777777" w:rsidR="00495879" w:rsidRDefault="00000000">
            <w:r>
              <w:t>Events &amp; Webinars</w:t>
            </w:r>
          </w:p>
        </w:tc>
        <w:tc>
          <w:tcPr>
            <w:tcW w:w="2880" w:type="dxa"/>
          </w:tcPr>
          <w:p w14:paraId="397D5EE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$6,000</w:t>
            </w:r>
          </w:p>
        </w:tc>
        <w:tc>
          <w:tcPr>
            <w:tcW w:w="2880" w:type="dxa"/>
          </w:tcPr>
          <w:p w14:paraId="19AFCE1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Webinar software, in-person event costs</w:t>
            </w:r>
          </w:p>
        </w:tc>
      </w:tr>
      <w:tr w:rsidR="00495879" w14:paraId="2254179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968D412" w14:textId="77777777" w:rsidR="00495879" w:rsidRDefault="00000000">
            <w:r>
              <w:t>Email Marketing</w:t>
            </w:r>
          </w:p>
        </w:tc>
        <w:tc>
          <w:tcPr>
            <w:tcW w:w="2880" w:type="dxa"/>
          </w:tcPr>
          <w:p w14:paraId="359C780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880" w:type="dxa"/>
          </w:tcPr>
          <w:p w14:paraId="4EB574F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ConvertKit ($500/year), lead magnets, templates</w:t>
            </w:r>
          </w:p>
        </w:tc>
      </w:tr>
      <w:tr w:rsidR="00495879" w14:paraId="2A78FF8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F190399" w14:textId="77777777" w:rsidR="00495879" w:rsidRDefault="00000000">
            <w:r>
              <w:t>Partnerships</w:t>
            </w:r>
          </w:p>
        </w:tc>
        <w:tc>
          <w:tcPr>
            <w:tcW w:w="2880" w:type="dxa"/>
          </w:tcPr>
          <w:p w14:paraId="4DABC9F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880" w:type="dxa"/>
          </w:tcPr>
          <w:p w14:paraId="526FEA3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Co-marketing materials, </w:t>
            </w:r>
            <w:r>
              <w:lastRenderedPageBreak/>
              <w:t>referral program setup</w:t>
            </w:r>
          </w:p>
        </w:tc>
      </w:tr>
    </w:tbl>
    <w:p w14:paraId="7EEF6C5A" w14:textId="77777777" w:rsidR="00495879" w:rsidRDefault="00495879"/>
    <w:p w14:paraId="421CAD22" w14:textId="77777777" w:rsidR="00495879" w:rsidRDefault="00000000">
      <w:r>
        <w:rPr>
          <w:b/>
        </w:rPr>
        <w:t>ROI</w:t>
      </w:r>
      <w:r>
        <w:t xml:space="preserve">: 30 clients × $12,000 avg ACV = $360,000 revenue from $30K investment = </w:t>
      </w:r>
      <w:r>
        <w:rPr>
          <w:b/>
        </w:rPr>
        <w:t>12:1 ROI</w:t>
      </w:r>
    </w:p>
    <w:p w14:paraId="612AD5AE" w14:textId="77777777" w:rsidR="00495879" w:rsidRDefault="00000000">
      <w:pPr>
        <w:pStyle w:val="Titre4"/>
      </w:pPr>
      <w:r>
        <w:t>2. Technology &amp; Platform ($25,000 - 33%)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629AB05C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354565E" w14:textId="77777777" w:rsidR="00495879" w:rsidRDefault="00000000">
            <w:r>
              <w:rPr>
                <w:sz w:val="20"/>
              </w:rPr>
              <w:t>Item</w:t>
            </w:r>
          </w:p>
        </w:tc>
        <w:tc>
          <w:tcPr>
            <w:tcW w:w="2880" w:type="dxa"/>
          </w:tcPr>
          <w:p w14:paraId="15822C0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Cost</w:t>
            </w:r>
          </w:p>
        </w:tc>
        <w:tc>
          <w:tcPr>
            <w:tcW w:w="2880" w:type="dxa"/>
          </w:tcPr>
          <w:p w14:paraId="3DE057F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Purpose</w:t>
            </w:r>
          </w:p>
        </w:tc>
      </w:tr>
      <w:tr w:rsidR="00495879" w14:paraId="0B3C91F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36CA445" w14:textId="77777777" w:rsidR="00495879" w:rsidRDefault="00000000">
            <w:r>
              <w:t>Platform Development</w:t>
            </w:r>
          </w:p>
        </w:tc>
        <w:tc>
          <w:tcPr>
            <w:tcW w:w="2880" w:type="dxa"/>
          </w:tcPr>
          <w:p w14:paraId="59E6C5A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880" w:type="dxa"/>
          </w:tcPr>
          <w:p w14:paraId="053988A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Quarkus backend, Flutter mobile app enhancements</w:t>
            </w:r>
          </w:p>
        </w:tc>
      </w:tr>
      <w:tr w:rsidR="00495879" w14:paraId="6EB0447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DB77629" w14:textId="77777777" w:rsidR="00495879" w:rsidRDefault="00000000">
            <w:r>
              <w:t>AI Infrastructure (OpenAI API)</w:t>
            </w:r>
          </w:p>
        </w:tc>
        <w:tc>
          <w:tcPr>
            <w:tcW w:w="2880" w:type="dxa"/>
          </w:tcPr>
          <w:p w14:paraId="723CD1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880" w:type="dxa"/>
          </w:tcPr>
          <w:p w14:paraId="22493CD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AI Coach™ GPT-4 usage (Year 1 est.)</w:t>
            </w:r>
          </w:p>
        </w:tc>
      </w:tr>
      <w:tr w:rsidR="00495879" w14:paraId="6F8373B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B3EADAA" w14:textId="77777777" w:rsidR="00495879" w:rsidRDefault="00000000">
            <w:r>
              <w:t>Cloud Hosting (AWS)</w:t>
            </w:r>
          </w:p>
        </w:tc>
        <w:tc>
          <w:tcPr>
            <w:tcW w:w="2880" w:type="dxa"/>
          </w:tcPr>
          <w:p w14:paraId="2E99547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$6,000</w:t>
            </w:r>
          </w:p>
        </w:tc>
        <w:tc>
          <w:tcPr>
            <w:tcW w:w="2880" w:type="dxa"/>
          </w:tcPr>
          <w:p w14:paraId="4B49F68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Servers, database, storage ($500/month)</w:t>
            </w:r>
          </w:p>
        </w:tc>
      </w:tr>
      <w:tr w:rsidR="00495879" w14:paraId="424DB22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20FAB85A" w14:textId="77777777" w:rsidR="00495879" w:rsidRDefault="00000000">
            <w:r>
              <w:t>Software Tools</w:t>
            </w:r>
          </w:p>
        </w:tc>
        <w:tc>
          <w:tcPr>
            <w:tcW w:w="2880" w:type="dxa"/>
          </w:tcPr>
          <w:p w14:paraId="4D7F273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2880" w:type="dxa"/>
          </w:tcPr>
          <w:p w14:paraId="220F5C1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Zoom, HubSpot, Notion, analytics, etc.</w:t>
            </w:r>
          </w:p>
        </w:tc>
      </w:tr>
      <w:tr w:rsidR="00495879" w14:paraId="4E49547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9B87868" w14:textId="77777777" w:rsidR="00495879" w:rsidRDefault="00000000">
            <w:r>
              <w:t>Security &amp; Compliance</w:t>
            </w:r>
          </w:p>
        </w:tc>
        <w:tc>
          <w:tcPr>
            <w:tcW w:w="2880" w:type="dxa"/>
          </w:tcPr>
          <w:p w14:paraId="74EFF96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880" w:type="dxa"/>
          </w:tcPr>
          <w:p w14:paraId="353F090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SSL, backups, penetration testing</w:t>
            </w:r>
          </w:p>
        </w:tc>
      </w:tr>
    </w:tbl>
    <w:p w14:paraId="6E3B132D" w14:textId="77777777" w:rsidR="00495879" w:rsidRDefault="00495879"/>
    <w:p w14:paraId="6B5BA865" w14:textId="77777777" w:rsidR="00495879" w:rsidRDefault="00000000">
      <w:r>
        <w:rPr>
          <w:b/>
        </w:rPr>
        <w:t>ROI</w:t>
      </w:r>
      <w:r>
        <w:t>: Platform enables 4x capacity (60 vs 15 clients) = $480K incremental revenue potential</w:t>
      </w:r>
    </w:p>
    <w:p w14:paraId="36581F0E" w14:textId="77777777" w:rsidR="00495879" w:rsidRDefault="00000000">
      <w:pPr>
        <w:pStyle w:val="Titre4"/>
      </w:pPr>
      <w:r>
        <w:t>3. Operations &amp; Admin ($10,000 - 13%)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2AB8DA8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DAC395F" w14:textId="77777777" w:rsidR="00495879" w:rsidRDefault="00000000">
            <w:r>
              <w:rPr>
                <w:sz w:val="20"/>
              </w:rPr>
              <w:t>Item</w:t>
            </w:r>
          </w:p>
        </w:tc>
        <w:tc>
          <w:tcPr>
            <w:tcW w:w="2880" w:type="dxa"/>
          </w:tcPr>
          <w:p w14:paraId="0321D0D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Cost</w:t>
            </w:r>
          </w:p>
        </w:tc>
        <w:tc>
          <w:tcPr>
            <w:tcW w:w="2880" w:type="dxa"/>
          </w:tcPr>
          <w:p w14:paraId="4354E3E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Purpose</w:t>
            </w:r>
          </w:p>
        </w:tc>
      </w:tr>
      <w:tr w:rsidR="00495879" w14:paraId="5A89FD8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0A57A2B" w14:textId="77777777" w:rsidR="00495879" w:rsidRDefault="00000000">
            <w:r>
              <w:t>Legal (Formation, Contracts)</w:t>
            </w:r>
          </w:p>
        </w:tc>
        <w:tc>
          <w:tcPr>
            <w:tcW w:w="2880" w:type="dxa"/>
          </w:tcPr>
          <w:p w14:paraId="374C6B6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$3,000</w:t>
            </w:r>
          </w:p>
        </w:tc>
        <w:tc>
          <w:tcPr>
            <w:tcW w:w="2880" w:type="dxa"/>
          </w:tcPr>
          <w:p w14:paraId="09C15FE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LLC setup, client agreements, IP protection</w:t>
            </w:r>
          </w:p>
        </w:tc>
      </w:tr>
      <w:tr w:rsidR="00495879" w14:paraId="7E69C17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7AD13774" w14:textId="77777777" w:rsidR="00495879" w:rsidRDefault="00000000">
            <w:r>
              <w:t>Accounting &amp; Bookkeeping</w:t>
            </w:r>
          </w:p>
        </w:tc>
        <w:tc>
          <w:tcPr>
            <w:tcW w:w="2880" w:type="dxa"/>
          </w:tcPr>
          <w:p w14:paraId="47495B8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$3,900</w:t>
            </w:r>
          </w:p>
        </w:tc>
        <w:tc>
          <w:tcPr>
            <w:tcW w:w="2880" w:type="dxa"/>
          </w:tcPr>
          <w:p w14:paraId="6449CDD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CPA services ($325/month)</w:t>
            </w:r>
          </w:p>
        </w:tc>
      </w:tr>
      <w:tr w:rsidR="00495879" w14:paraId="09474EE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A2FB358" w14:textId="77777777" w:rsidR="00495879" w:rsidRDefault="00000000">
            <w:r>
              <w:t>Insurance</w:t>
            </w:r>
          </w:p>
        </w:tc>
        <w:tc>
          <w:tcPr>
            <w:tcW w:w="2880" w:type="dxa"/>
          </w:tcPr>
          <w:p w14:paraId="53000A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$2,500</w:t>
            </w:r>
          </w:p>
        </w:tc>
        <w:tc>
          <w:tcPr>
            <w:tcW w:w="2880" w:type="dxa"/>
          </w:tcPr>
          <w:p w14:paraId="43B170F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Liability, E&amp;O, cyber insurance</w:t>
            </w:r>
          </w:p>
        </w:tc>
      </w:tr>
      <w:tr w:rsidR="00495879" w14:paraId="03B5506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FABD7D5" w14:textId="77777777" w:rsidR="00495879" w:rsidRDefault="00000000">
            <w:r>
              <w:t>Office Setup</w:t>
            </w:r>
          </w:p>
        </w:tc>
        <w:tc>
          <w:tcPr>
            <w:tcW w:w="2880" w:type="dxa"/>
          </w:tcPr>
          <w:p w14:paraId="4E83B1E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$600</w:t>
            </w:r>
          </w:p>
        </w:tc>
        <w:tc>
          <w:tcPr>
            <w:tcW w:w="2880" w:type="dxa"/>
          </w:tcPr>
          <w:p w14:paraId="2D4D25F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Home office (desk, chair, webcam, lighting)</w:t>
            </w:r>
          </w:p>
        </w:tc>
      </w:tr>
    </w:tbl>
    <w:p w14:paraId="5DDABF62" w14:textId="77777777" w:rsidR="00495879" w:rsidRDefault="00495879"/>
    <w:p w14:paraId="2BECFA61" w14:textId="77777777" w:rsidR="00495879" w:rsidRDefault="00000000">
      <w:r>
        <w:rPr>
          <w:b/>
        </w:rPr>
        <w:t>ROI</w:t>
      </w:r>
      <w:r>
        <w:t>: Protects business from legal/financial risks (avoid $50K+ lawsuit)</w:t>
      </w:r>
    </w:p>
    <w:p w14:paraId="3D4E24AB" w14:textId="77777777" w:rsidR="00495879" w:rsidRDefault="00000000">
      <w:pPr>
        <w:pStyle w:val="Titre4"/>
      </w:pPr>
      <w:r>
        <w:t>4. Working Capital &amp; Buffer ($10,000 - 13%)</w:t>
      </w:r>
    </w:p>
    <w:p w14:paraId="79E18E42" w14:textId="77777777" w:rsidR="00495879" w:rsidRDefault="00000000">
      <w:pPr>
        <w:pStyle w:val="Listepuces"/>
      </w:pPr>
      <w:r>
        <w:t>**Purpose**: Cover cash flow gaps (expenses due before revenue arrives)</w:t>
      </w:r>
    </w:p>
    <w:p w14:paraId="5D1B6785" w14:textId="77777777" w:rsidR="00495879" w:rsidRDefault="00000000">
      <w:pPr>
        <w:pStyle w:val="Listepuces"/>
      </w:pPr>
      <w:r>
        <w:t>**Usage**: Pay January expenses before first client pays in February</w:t>
      </w:r>
    </w:p>
    <w:p w14:paraId="7F5F48BB" w14:textId="77777777" w:rsidR="00495879" w:rsidRDefault="00000000">
      <w:pPr>
        <w:pStyle w:val="Listepuces"/>
      </w:pPr>
      <w:r>
        <w:t>**Buffer**: 1-2 months of operating expenses (~$15-20K/month)</w:t>
      </w:r>
    </w:p>
    <w:p w14:paraId="057631F6" w14:textId="77777777" w:rsidR="00495879" w:rsidRDefault="00000000">
      <w:r>
        <w:rPr>
          <w:b/>
        </w:rPr>
        <w:t>Critical</w:t>
      </w:r>
      <w:r>
        <w:t>: Without this buffer, business could fail despite having clients (cash timing mismatch)</w:t>
      </w:r>
    </w:p>
    <w:p w14:paraId="22675FF1" w14:textId="77777777" w:rsidR="00495879" w:rsidRDefault="00000000">
      <w:r>
        <w:t>________________________________________________________________________________</w:t>
      </w:r>
    </w:p>
    <w:p w14:paraId="72D87584" w14:textId="77777777" w:rsidR="00495879" w:rsidRDefault="00000000">
      <w:pPr>
        <w:pStyle w:val="Titre3"/>
      </w:pPr>
      <w:r>
        <w:t>Year 2 Use of Funds (Self-Funded from Revenue)</w:t>
      </w:r>
    </w:p>
    <w:p w14:paraId="75214867" w14:textId="77777777" w:rsidR="00495879" w:rsidRDefault="00000000">
      <w:r>
        <w:rPr>
          <w:b/>
        </w:rPr>
        <w:t>Available Capital</w:t>
      </w:r>
      <w:r>
        <w:t>: $15,000 (cash from operations) + $122,800 (accumulated cash) = $137,800</w:t>
      </w:r>
    </w:p>
    <w:p w14:paraId="18E39693" w14:textId="77777777" w:rsidR="00495879" w:rsidRDefault="00000000">
      <w:r>
        <w:rPr>
          <w:b/>
        </w:rPr>
        <w:lastRenderedPageBreak/>
        <w:t>Deployment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5604998B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E144251" w14:textId="77777777" w:rsidR="00495879" w:rsidRDefault="00000000">
            <w:r>
              <w:rPr>
                <w:sz w:val="20"/>
              </w:rPr>
              <w:t>Category</w:t>
            </w:r>
          </w:p>
        </w:tc>
        <w:tc>
          <w:tcPr>
            <w:tcW w:w="2880" w:type="dxa"/>
          </w:tcPr>
          <w:p w14:paraId="1A41111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Amount</w:t>
            </w:r>
          </w:p>
        </w:tc>
        <w:tc>
          <w:tcPr>
            <w:tcW w:w="2880" w:type="dxa"/>
          </w:tcPr>
          <w:p w14:paraId="4D3A70C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Key Investments</w:t>
            </w:r>
          </w:p>
        </w:tc>
      </w:tr>
      <w:tr w:rsidR="00495879" w14:paraId="0A5D632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98345E3" w14:textId="77777777" w:rsidR="00495879" w:rsidRDefault="00000000">
            <w:r>
              <w:t>**Team Expansion**</w:t>
            </w:r>
          </w:p>
        </w:tc>
        <w:tc>
          <w:tcPr>
            <w:tcW w:w="2880" w:type="dxa"/>
          </w:tcPr>
          <w:p w14:paraId="0C1CC78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$85,000</w:t>
            </w:r>
          </w:p>
        </w:tc>
        <w:tc>
          <w:tcPr>
            <w:tcW w:w="2880" w:type="dxa"/>
          </w:tcPr>
          <w:p w14:paraId="471EF9A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Senior Coach ($100K prorated), Sales Mgr ($45K), Ops Mgr raise</w:t>
            </w:r>
          </w:p>
        </w:tc>
      </w:tr>
      <w:tr w:rsidR="00495879" w14:paraId="0C9134D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BB27C75" w14:textId="77777777" w:rsidR="00495879" w:rsidRDefault="00000000">
            <w:r>
              <w:t>**Marketing Scale**</w:t>
            </w:r>
          </w:p>
        </w:tc>
        <w:tc>
          <w:tcPr>
            <w:tcW w:w="2880" w:type="dxa"/>
          </w:tcPr>
          <w:p w14:paraId="495D567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$40,000</w:t>
            </w:r>
          </w:p>
        </w:tc>
        <w:tc>
          <w:tcPr>
            <w:tcW w:w="2880" w:type="dxa"/>
          </w:tcPr>
          <w:p w14:paraId="1CCA00E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2x ad spend, podcast launch, 4 in-person events</w:t>
            </w:r>
          </w:p>
        </w:tc>
      </w:tr>
      <w:tr w:rsidR="00495879" w14:paraId="5476DD9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9A532A3" w14:textId="77777777" w:rsidR="00495879" w:rsidRDefault="00000000">
            <w:r>
              <w:t>**Technology**</w:t>
            </w:r>
          </w:p>
        </w:tc>
        <w:tc>
          <w:tcPr>
            <w:tcW w:w="2880" w:type="dxa"/>
          </w:tcPr>
          <w:p w14:paraId="11946DD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880" w:type="dxa"/>
          </w:tcPr>
          <w:p w14:paraId="06465D5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AI v2.0, mobile app features, analytics dashboard</w:t>
            </w:r>
          </w:p>
        </w:tc>
      </w:tr>
      <w:tr w:rsidR="00495879" w14:paraId="36F72BF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F1EE827" w14:textId="77777777" w:rsidR="00495879" w:rsidRDefault="00000000">
            <w:r>
              <w:t>**Professional Development**</w:t>
            </w:r>
          </w:p>
        </w:tc>
        <w:tc>
          <w:tcPr>
            <w:tcW w:w="2880" w:type="dxa"/>
          </w:tcPr>
          <w:p w14:paraId="0FBD104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$5,000</w:t>
            </w:r>
          </w:p>
        </w:tc>
        <w:tc>
          <w:tcPr>
            <w:tcW w:w="2880" w:type="dxa"/>
          </w:tcPr>
          <w:p w14:paraId="6325A9F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Training for new hires, founder executive coaching</w:t>
            </w:r>
          </w:p>
        </w:tc>
      </w:tr>
      <w:tr w:rsidR="00495879" w14:paraId="0686005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435EB9DC" w14:textId="77777777" w:rsidR="00495879" w:rsidRDefault="00000000">
            <w:r>
              <w:t>**Reserve**</w:t>
            </w:r>
          </w:p>
        </w:tc>
        <w:tc>
          <w:tcPr>
            <w:tcW w:w="2880" w:type="dxa"/>
          </w:tcPr>
          <w:p w14:paraId="240D14E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$10,000</w:t>
            </w:r>
          </w:p>
        </w:tc>
        <w:tc>
          <w:tcPr>
            <w:tcW w:w="2880" w:type="dxa"/>
          </w:tcPr>
          <w:p w14:paraId="24E8801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Emergency fund (maintain 0.5-1 month expenses)</w:t>
            </w:r>
          </w:p>
        </w:tc>
      </w:tr>
    </w:tbl>
    <w:p w14:paraId="5DC6EBBB" w14:textId="77777777" w:rsidR="00495879" w:rsidRDefault="00495879"/>
    <w:p w14:paraId="334E49A3" w14:textId="77777777" w:rsidR="00495879" w:rsidRDefault="00000000">
      <w:r>
        <w:rPr>
          <w:b/>
        </w:rPr>
        <w:t>Note</w:t>
      </w:r>
      <w:r>
        <w:t>: Revenue ($420K) covers all expenses ($405K) + these investments</w:t>
      </w:r>
    </w:p>
    <w:p w14:paraId="5D6BD0D9" w14:textId="77777777" w:rsidR="00495879" w:rsidRDefault="00000000">
      <w:r>
        <w:t>________________________________________________________________________________</w:t>
      </w:r>
    </w:p>
    <w:p w14:paraId="0C37FE7C" w14:textId="77777777" w:rsidR="00495879" w:rsidRDefault="00000000">
      <w:pPr>
        <w:pStyle w:val="Titre3"/>
      </w:pPr>
      <w:r>
        <w:t>Year 3 Use of Funds (Profitable, Optionality)</w:t>
      </w:r>
    </w:p>
    <w:p w14:paraId="5B2A92DE" w14:textId="77777777" w:rsidR="00495879" w:rsidRDefault="00000000">
      <w:r>
        <w:rPr>
          <w:b/>
        </w:rPr>
        <w:t>Available Capital</w:t>
      </w:r>
      <w:r>
        <w:t>: $180,000 (cash from operations) + $412,800 (accumulated)</w:t>
      </w:r>
    </w:p>
    <w:p w14:paraId="0B5134DB" w14:textId="77777777" w:rsidR="00495879" w:rsidRDefault="00000000">
      <w:r>
        <w:rPr>
          <w:b/>
        </w:rPr>
        <w:t>Options</w:t>
      </w:r>
      <w:r>
        <w:t>:</w:t>
      </w:r>
    </w:p>
    <w:p w14:paraId="45655FBE" w14:textId="77777777" w:rsidR="00495879" w:rsidRDefault="00000000">
      <w:r>
        <w:rPr>
          <w:b/>
        </w:rPr>
        <w:t>Option A: Reinvest for Growth</w:t>
      </w:r>
    </w:p>
    <w:p w14:paraId="5D16DFFA" w14:textId="77777777" w:rsidR="00495879" w:rsidRDefault="00000000">
      <w:pPr>
        <w:pStyle w:val="Listepuces"/>
      </w:pPr>
      <w:r>
        <w:t>Hire 2 additional coaches ($220K)</w:t>
      </w:r>
    </w:p>
    <w:p w14:paraId="519B5F7F" w14:textId="77777777" w:rsidR="00495879" w:rsidRDefault="00000000">
      <w:pPr>
        <w:pStyle w:val="Listepuces"/>
      </w:pPr>
      <w:r>
        <w:t>Open regional office ($30K setup)</w:t>
      </w:r>
    </w:p>
    <w:p w14:paraId="50AB77A2" w14:textId="77777777" w:rsidR="00495879" w:rsidRDefault="00000000">
      <w:pPr>
        <w:pStyle w:val="Listepuces"/>
      </w:pPr>
      <w:r>
        <w:t>Build enterprise sales team ($100K)</w:t>
      </w:r>
    </w:p>
    <w:p w14:paraId="5D195C4A" w14:textId="77777777" w:rsidR="00495879" w:rsidRDefault="00000000">
      <w:pPr>
        <w:pStyle w:val="Listepuces"/>
      </w:pPr>
      <w:r>
        <w:t>Target: $2M revenue Year 4</w:t>
      </w:r>
    </w:p>
    <w:p w14:paraId="30F665F0" w14:textId="77777777" w:rsidR="00495879" w:rsidRDefault="00000000">
      <w:r>
        <w:rPr>
          <w:b/>
        </w:rPr>
        <w:t>Option B: Profit Distribution (Lifestyle Business)</w:t>
      </w:r>
    </w:p>
    <w:p w14:paraId="77B186F8" w14:textId="77777777" w:rsidR="00495879" w:rsidRDefault="00000000">
      <w:pPr>
        <w:pStyle w:val="Listepuces"/>
      </w:pPr>
      <w:r>
        <w:t>Founder takes $110,000 EBITDA as distribution</w:t>
      </w:r>
    </w:p>
    <w:p w14:paraId="7093CFAD" w14:textId="77777777" w:rsidR="00495879" w:rsidRDefault="00000000">
      <w:pPr>
        <w:pStyle w:val="Listepuces"/>
      </w:pPr>
      <w:r>
        <w:t>Retain $70,000 for working capital</w:t>
      </w:r>
    </w:p>
    <w:p w14:paraId="71931C27" w14:textId="77777777" w:rsidR="00495879" w:rsidRDefault="00000000">
      <w:pPr>
        <w:pStyle w:val="Listepuces"/>
      </w:pPr>
      <w:r>
        <w:t>Maintain steady 100-client base</w:t>
      </w:r>
    </w:p>
    <w:p w14:paraId="33ABEB32" w14:textId="77777777" w:rsidR="00495879" w:rsidRDefault="00000000">
      <w:r>
        <w:rPr>
          <w:b/>
        </w:rPr>
        <w:t>Option C: Prepare for Exit</w:t>
      </w:r>
    </w:p>
    <w:p w14:paraId="656AADB6" w14:textId="77777777" w:rsidR="00495879" w:rsidRDefault="00000000">
      <w:pPr>
        <w:pStyle w:val="Listepuces"/>
      </w:pPr>
      <w:r>
        <w:t>Hire COO ($150K) to run day-to-day (founder steps back)</w:t>
      </w:r>
    </w:p>
    <w:p w14:paraId="48970312" w14:textId="77777777" w:rsidR="00495879" w:rsidRDefault="00000000">
      <w:pPr>
        <w:pStyle w:val="Listepuces"/>
      </w:pPr>
      <w:r>
        <w:t>Increase EBITDA to 20% ($170K on $850K revenue)</w:t>
      </w:r>
    </w:p>
    <w:p w14:paraId="645DAF37" w14:textId="77777777" w:rsidR="00495879" w:rsidRDefault="00000000">
      <w:pPr>
        <w:pStyle w:val="Listepuces"/>
      </w:pPr>
      <w:r>
        <w:t>Position for acquisition (3-5x EBITDA = $500K-$850K exit value)</w:t>
      </w:r>
    </w:p>
    <w:p w14:paraId="7917BD79" w14:textId="77777777" w:rsidR="00495879" w:rsidRDefault="00000000">
      <w:r>
        <w:rPr>
          <w:b/>
        </w:rPr>
        <w:t>GBCM Likely Path</w:t>
      </w:r>
      <w:r>
        <w:t>: Option A (reinvest for 2-3 more years, then exit or stabilize)</w:t>
      </w:r>
    </w:p>
    <w:p w14:paraId="1ECCCBC3" w14:textId="77777777" w:rsidR="00495879" w:rsidRDefault="00000000">
      <w:r>
        <w:t>________________________________________________________________________________</w:t>
      </w:r>
    </w:p>
    <w:p w14:paraId="31B1B49C" w14:textId="77777777" w:rsidR="00495879" w:rsidRDefault="00000000">
      <w:pPr>
        <w:pStyle w:val="Titre2"/>
      </w:pPr>
      <w:r>
        <w:lastRenderedPageBreak/>
        <w:t>🎯 INVESTOR VALUE PROPOSITION</w:t>
      </w:r>
    </w:p>
    <w:p w14:paraId="096A8411" w14:textId="77777777" w:rsidR="00495879" w:rsidRDefault="00000000">
      <w:pPr>
        <w:pStyle w:val="Titre3"/>
      </w:pPr>
      <w:r>
        <w:t>For Friends &amp; Family (If Raising $50-150K)</w:t>
      </w:r>
    </w:p>
    <w:p w14:paraId="565926EA" w14:textId="77777777" w:rsidR="00495879" w:rsidRDefault="00000000">
      <w:r>
        <w:rPr>
          <w:b/>
        </w:rPr>
        <w:t>Investment Thesis</w:t>
      </w:r>
      <w:r>
        <w:t>: "Back a proven operator building a capital-efficient, profitable coaching business"</w:t>
      </w:r>
    </w:p>
    <w:p w14:paraId="3536B554" w14:textId="77777777" w:rsidR="00495879" w:rsidRDefault="00000000">
      <w:r>
        <w:rPr>
          <w:b/>
        </w:rPr>
        <w:t>Key Selling Points</w:t>
      </w:r>
      <w:r>
        <w:t>:</w:t>
      </w:r>
    </w:p>
    <w:p w14:paraId="0ED71496" w14:textId="77777777" w:rsidR="00495879" w:rsidRDefault="00000000">
      <w:pPr>
        <w:pStyle w:val="Listenumros"/>
      </w:pPr>
      <w:r>
        <w:t>**Market Opportunity**: $20B US business coaching market, growing 17% annually</w:t>
      </w:r>
    </w:p>
    <w:p w14:paraId="6C3D7364" w14:textId="77777777" w:rsidR="00495879" w:rsidRDefault="00000000">
      <w:pPr>
        <w:pStyle w:val="Listenumros"/>
      </w:pPr>
      <w:r>
        <w:t>**Competitive Advantage**: AI-powered platform (first-mover in SMB space)</w:t>
      </w:r>
    </w:p>
    <w:p w14:paraId="0C80A650" w14:textId="77777777" w:rsidR="00495879" w:rsidRDefault="00000000">
      <w:pPr>
        <w:pStyle w:val="Listenumros"/>
      </w:pPr>
      <w:r>
        <w:t>**Experienced Founder**: 20+ years, 100+ clients coached, proven track record</w:t>
      </w:r>
    </w:p>
    <w:p w14:paraId="3E78FC97" w14:textId="77777777" w:rsidR="00495879" w:rsidRDefault="00000000">
      <w:pPr>
        <w:pStyle w:val="Listenumros"/>
      </w:pPr>
      <w:r>
        <w:t>**Capital Efficiency**: $75K → $180K revenue Year 1 (2.4x capital efficiency)</w:t>
      </w:r>
    </w:p>
    <w:p w14:paraId="427F092B" w14:textId="77777777" w:rsidR="00495879" w:rsidRDefault="00000000">
      <w:pPr>
        <w:pStyle w:val="Listenumros"/>
      </w:pPr>
      <w:r>
        <w:t>**Path to Profitability**: Cashflow-positive Month 18, profitable Year 3</w:t>
      </w:r>
    </w:p>
    <w:p w14:paraId="1E8F8812" w14:textId="77777777" w:rsidR="00495879" w:rsidRDefault="00000000">
      <w:pPr>
        <w:pStyle w:val="Listenumros"/>
      </w:pPr>
      <w:r>
        <w:t>**Exit Potential**: $500K-$5M acquisition (Year 4-5) = 3-10x return</w:t>
      </w:r>
    </w:p>
    <w:p w14:paraId="0363DF07" w14:textId="77777777" w:rsidR="00495879" w:rsidRDefault="00000000">
      <w:r>
        <w:rPr>
          <w:b/>
        </w:rPr>
        <w:t>Risk Factors</w:t>
      </w:r>
      <w:r>
        <w:t xml:space="preserve"> (Be transparent):</w:t>
      </w:r>
    </w:p>
    <w:p w14:paraId="296FC3C5" w14:textId="77777777" w:rsidR="00495879" w:rsidRDefault="00000000">
      <w:pPr>
        <w:pStyle w:val="Listenumros"/>
      </w:pPr>
      <w:r>
        <w:t>⚠️ Founder dependency (if Gregory leaves/incapacitated, business suffers)</w:t>
      </w:r>
    </w:p>
    <w:p w14:paraId="3FB62732" w14:textId="77777777" w:rsidR="00495879" w:rsidRDefault="00000000">
      <w:pPr>
        <w:pStyle w:val="Listenumros"/>
      </w:pPr>
      <w:r>
        <w:t>⚠️ Competitive market (145,000 coaches, need strong differentiation)</w:t>
      </w:r>
    </w:p>
    <w:p w14:paraId="4A0A7FB5" w14:textId="77777777" w:rsidR="00495879" w:rsidRDefault="00000000">
      <w:pPr>
        <w:pStyle w:val="Listenumros"/>
      </w:pPr>
      <w:r>
        <w:t>⚠️ Execution risk (scaling from 1 to 100 clients is hard)</w:t>
      </w:r>
    </w:p>
    <w:p w14:paraId="0FD214BB" w14:textId="77777777" w:rsidR="00495879" w:rsidRDefault="00000000">
      <w:pPr>
        <w:pStyle w:val="Listenumros"/>
      </w:pPr>
      <w:r>
        <w:t>⚠️ Cash flow timing (tight margins Year 1-2, could need more capital)</w:t>
      </w:r>
    </w:p>
    <w:p w14:paraId="0971F279" w14:textId="77777777" w:rsidR="00495879" w:rsidRDefault="00000000">
      <w:r>
        <w:rPr>
          <w:b/>
        </w:rPr>
        <w:t>Investment Terms</w:t>
      </w:r>
      <w:r>
        <w:t xml:space="preserve"> (Suggested):</w:t>
      </w:r>
    </w:p>
    <w:p w14:paraId="736FC9B2" w14:textId="77777777" w:rsidR="00495879" w:rsidRDefault="00000000">
      <w:pPr>
        <w:pStyle w:val="Listepuces"/>
      </w:pPr>
      <w:r>
        <w:t>**Amount**: $50K-$150K total (max $25K per investor to diversify)</w:t>
      </w:r>
    </w:p>
    <w:p w14:paraId="2299A548" w14:textId="77777777" w:rsidR="00495879" w:rsidRDefault="00000000">
      <w:pPr>
        <w:pStyle w:val="Listepuces"/>
      </w:pPr>
      <w:r>
        <w:t>**Structure**: Convertible note (5% interest, $2M cap, 20% discount)</w:t>
      </w:r>
    </w:p>
    <w:p w14:paraId="7B66791E" w14:textId="77777777" w:rsidR="00495879" w:rsidRDefault="00000000">
      <w:pPr>
        <w:pStyle w:val="Listepuces"/>
      </w:pPr>
      <w:r>
        <w:t>**Use of Funds**: Marketing (60%), Technology (30%), Working capital (10%)</w:t>
      </w:r>
    </w:p>
    <w:p w14:paraId="25417C6B" w14:textId="77777777" w:rsidR="00495879" w:rsidRDefault="00000000">
      <w:pPr>
        <w:pStyle w:val="Listepuces"/>
      </w:pPr>
      <w:r>
        <w:t>**Reporting**: Quarterly emails (financials, progress, challenges)</w:t>
      </w:r>
    </w:p>
    <w:p w14:paraId="5C4EECE9" w14:textId="77777777" w:rsidR="00495879" w:rsidRDefault="00000000">
      <w:pPr>
        <w:pStyle w:val="Listepuces"/>
      </w:pPr>
      <w:r>
        <w:t>**Exit Timeline**: 4-6 years (acquisition or buyback)</w:t>
      </w:r>
    </w:p>
    <w:p w14:paraId="5AE390E4" w14:textId="77777777" w:rsidR="00495879" w:rsidRDefault="00000000">
      <w:r>
        <w:t>________________________________________________________________________________</w:t>
      </w:r>
    </w:p>
    <w:p w14:paraId="673A6A65" w14:textId="77777777" w:rsidR="00495879" w:rsidRDefault="00000000">
      <w:pPr>
        <w:pStyle w:val="Titre3"/>
      </w:pPr>
      <w:r>
        <w:t>For Angel Investors (If Raising $250-500K Year 2-3)</w:t>
      </w:r>
    </w:p>
    <w:p w14:paraId="4710904A" w14:textId="77777777" w:rsidR="00495879" w:rsidRDefault="00000000">
      <w:r>
        <w:rPr>
          <w:b/>
        </w:rPr>
        <w:t>Investment Thesis</w:t>
      </w:r>
      <w:r>
        <w:t>: "Scale the #1 AI-powered coaching platform for growth-stage SMBs"</w:t>
      </w:r>
    </w:p>
    <w:p w14:paraId="617C3A6D" w14:textId="77777777" w:rsidR="00495879" w:rsidRDefault="00000000">
      <w:r>
        <w:rPr>
          <w:b/>
        </w:rPr>
        <w:t>Traction to Show</w:t>
      </w:r>
      <w:r>
        <w:t xml:space="preserve"> (Year 2 metrics):</w:t>
      </w:r>
    </w:p>
    <w:p w14:paraId="75DA55BD" w14:textId="77777777" w:rsidR="00495879" w:rsidRDefault="00000000">
      <w:pPr>
        <w:pStyle w:val="Listepuces"/>
      </w:pPr>
      <w:r>
        <w:t>💰 **Revenue**: $420K ARR (growing 133% YoY)</w:t>
      </w:r>
    </w:p>
    <w:p w14:paraId="54183450" w14:textId="77777777" w:rsidR="00495879" w:rsidRDefault="00000000">
      <w:pPr>
        <w:pStyle w:val="Listepuces"/>
      </w:pPr>
      <w:r>
        <w:t>👥 **Clients**: 63 (30% are $20K+ ADVISORY clients)</w:t>
      </w:r>
    </w:p>
    <w:p w14:paraId="3F9BB642" w14:textId="77777777" w:rsidR="00495879" w:rsidRDefault="00000000">
      <w:pPr>
        <w:pStyle w:val="Listepuces"/>
      </w:pPr>
      <w:r>
        <w:t>📊 **Unit Economics**: LTV $36K, CAC $3K (12:1 ratio), 92% gross margin</w:t>
      </w:r>
    </w:p>
    <w:p w14:paraId="53ABC99B" w14:textId="77777777" w:rsidR="00495879" w:rsidRDefault="00000000">
      <w:pPr>
        <w:pStyle w:val="Listepuces"/>
      </w:pPr>
      <w:r>
        <w:t>⭐ **Satisfaction**: NPS 60, 4.6 average session rating, 85% renewal rate</w:t>
      </w:r>
    </w:p>
    <w:p w14:paraId="00623207" w14:textId="77777777" w:rsidR="00495879" w:rsidRDefault="00000000">
      <w:pPr>
        <w:pStyle w:val="Listepuces"/>
      </w:pPr>
      <w:r>
        <w:t>🤖 **Technology**: AI Coach™ handling 65% of client questions, 2,000+ active users</w:t>
      </w:r>
    </w:p>
    <w:p w14:paraId="5225ED8A" w14:textId="77777777" w:rsidR="00495879" w:rsidRDefault="00000000">
      <w:pPr>
        <w:pStyle w:val="Listepuces"/>
      </w:pPr>
      <w:r>
        <w:t>📈 **Growth**: MQL pipeline 200/month, sales cycle 90 days, 67% close rate</w:t>
      </w:r>
    </w:p>
    <w:p w14:paraId="1416AD6A" w14:textId="77777777" w:rsidR="00495879" w:rsidRDefault="00000000">
      <w:r>
        <w:rPr>
          <w:b/>
        </w:rPr>
        <w:t>Why Invest Now</w:t>
      </w:r>
      <w:r>
        <w:t>:</w:t>
      </w:r>
    </w:p>
    <w:p w14:paraId="45077B0C" w14:textId="77777777" w:rsidR="00495879" w:rsidRDefault="00000000">
      <w:pPr>
        <w:pStyle w:val="Listepuces"/>
      </w:pPr>
      <w:r>
        <w:lastRenderedPageBreak/>
        <w:t>✅ **Proven Model**: Not just an idea - validated with 60+ paying clients</w:t>
      </w:r>
    </w:p>
    <w:p w14:paraId="4B085666" w14:textId="77777777" w:rsidR="00495879" w:rsidRDefault="00000000">
      <w:pPr>
        <w:pStyle w:val="Listepuces"/>
      </w:pPr>
      <w:r>
        <w:t>✅ **Scalable**: Tech platform enables 10x growth without 10x team</w:t>
      </w:r>
    </w:p>
    <w:p w14:paraId="19E75522" w14:textId="77777777" w:rsidR="00495879" w:rsidRDefault="00000000">
      <w:pPr>
        <w:pStyle w:val="Listepuces"/>
      </w:pPr>
      <w:r>
        <w:t>✅ **Defensible**: Proprietary AI dataset (5,000 hours coaching data), trademarked methodologies</w:t>
      </w:r>
    </w:p>
    <w:p w14:paraId="5AB9B72B" w14:textId="77777777" w:rsidR="00495879" w:rsidRDefault="00000000">
      <w:pPr>
        <w:pStyle w:val="Listepuces"/>
      </w:pPr>
      <w:r>
        <w:t>✅ **Large TAM**: Can reach $10M revenue (1,000 clients × $10K avg) in 5 years</w:t>
      </w:r>
    </w:p>
    <w:p w14:paraId="21B4C0D8" w14:textId="77777777" w:rsidR="00495879" w:rsidRDefault="00000000">
      <w:pPr>
        <w:pStyle w:val="Listepuces"/>
      </w:pPr>
      <w:r>
        <w:t>✅ **Exit Path**: Strategic buyers (BetterUp, LinkedIn Learning, Vistage) actively acquiring</w:t>
      </w:r>
    </w:p>
    <w:p w14:paraId="2E56D83D" w14:textId="77777777" w:rsidR="00495879" w:rsidRDefault="00000000">
      <w:r>
        <w:rPr>
          <w:b/>
        </w:rPr>
        <w:t>Use of Funds</w:t>
      </w:r>
      <w:r>
        <w:t xml:space="preserve"> ($300K example):</w:t>
      </w:r>
    </w:p>
    <w:p w14:paraId="54B277B9" w14:textId="77777777" w:rsidR="00495879" w:rsidRDefault="00000000">
      <w:pPr>
        <w:pStyle w:val="Listepuces"/>
      </w:pPr>
      <w:r>
        <w:t>🧑‍💼 **Team** ($150K): Hire 2 senior coaches + marketing lead</w:t>
      </w:r>
    </w:p>
    <w:p w14:paraId="5DA7CCB2" w14:textId="77777777" w:rsidR="00495879" w:rsidRDefault="00000000">
      <w:pPr>
        <w:pStyle w:val="Listepuces"/>
      </w:pPr>
      <w:r>
        <w:t>🤖 **Technology** ($75K): AI v3.0 (multi-language, voice), enterprise features</w:t>
      </w:r>
    </w:p>
    <w:p w14:paraId="0964B65D" w14:textId="77777777" w:rsidR="00495879" w:rsidRDefault="00000000">
      <w:pPr>
        <w:pStyle w:val="Listepuces"/>
      </w:pPr>
      <w:r>
        <w:t>📈 **Marketing** ($50K): Paid ads, SEO, partnerships, events</w:t>
      </w:r>
    </w:p>
    <w:p w14:paraId="77B4BE43" w14:textId="77777777" w:rsidR="00495879" w:rsidRDefault="00000000">
      <w:pPr>
        <w:pStyle w:val="Listepuces"/>
      </w:pPr>
      <w:r>
        <w:t>💰 **Working Capital** ($25K): Buffer for 3-6 months expenses</w:t>
      </w:r>
    </w:p>
    <w:p w14:paraId="6BF3FE2F" w14:textId="77777777" w:rsidR="00495879" w:rsidRDefault="00000000">
      <w:r>
        <w:rPr>
          <w:b/>
        </w:rPr>
        <w:t>Projected Returns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5A9F50A0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A6B3602" w14:textId="77777777" w:rsidR="00495879" w:rsidRDefault="00000000">
            <w:r>
              <w:rPr>
                <w:sz w:val="20"/>
              </w:rPr>
              <w:t>Scenario</w:t>
            </w:r>
          </w:p>
        </w:tc>
        <w:tc>
          <w:tcPr>
            <w:tcW w:w="2160" w:type="dxa"/>
          </w:tcPr>
          <w:p w14:paraId="4E03919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Exit Value</w:t>
            </w:r>
          </w:p>
        </w:tc>
        <w:tc>
          <w:tcPr>
            <w:tcW w:w="2160" w:type="dxa"/>
          </w:tcPr>
          <w:p w14:paraId="79F6184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Investor Return (16.7% equity)</w:t>
            </w:r>
          </w:p>
        </w:tc>
        <w:tc>
          <w:tcPr>
            <w:tcW w:w="2160" w:type="dxa"/>
          </w:tcPr>
          <w:p w14:paraId="710EAA1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Multiple</w:t>
            </w:r>
          </w:p>
        </w:tc>
      </w:tr>
      <w:tr w:rsidR="00495879" w14:paraId="29F16F5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CE4ED1B" w14:textId="77777777" w:rsidR="00495879" w:rsidRDefault="00000000">
            <w:r>
              <w:t>**Conservative**</w:t>
            </w:r>
          </w:p>
        </w:tc>
        <w:tc>
          <w:tcPr>
            <w:tcW w:w="2160" w:type="dxa"/>
          </w:tcPr>
          <w:p w14:paraId="6568FC9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$5M (Year 5)</w:t>
            </w:r>
          </w:p>
        </w:tc>
        <w:tc>
          <w:tcPr>
            <w:tcW w:w="2160" w:type="dxa"/>
          </w:tcPr>
          <w:p w14:paraId="07B05B7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$835K</w:t>
            </w:r>
          </w:p>
        </w:tc>
        <w:tc>
          <w:tcPr>
            <w:tcW w:w="2160" w:type="dxa"/>
          </w:tcPr>
          <w:p w14:paraId="13B1E02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2.8x</w:t>
            </w:r>
          </w:p>
        </w:tc>
      </w:tr>
      <w:tr w:rsidR="00495879" w14:paraId="5BDE7E1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E4A4743" w14:textId="77777777" w:rsidR="00495879" w:rsidRDefault="00000000">
            <w:r>
              <w:t>**Base Case**</w:t>
            </w:r>
          </w:p>
        </w:tc>
        <w:tc>
          <w:tcPr>
            <w:tcW w:w="2160" w:type="dxa"/>
          </w:tcPr>
          <w:p w14:paraId="729C8E3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$12M (Year 5)</w:t>
            </w:r>
          </w:p>
        </w:tc>
        <w:tc>
          <w:tcPr>
            <w:tcW w:w="2160" w:type="dxa"/>
          </w:tcPr>
          <w:p w14:paraId="7B08824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$2M</w:t>
            </w:r>
          </w:p>
        </w:tc>
        <w:tc>
          <w:tcPr>
            <w:tcW w:w="2160" w:type="dxa"/>
          </w:tcPr>
          <w:p w14:paraId="107B0E4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6.7x</w:t>
            </w:r>
          </w:p>
        </w:tc>
      </w:tr>
      <w:tr w:rsidR="00495879" w14:paraId="0FFE58B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1985E8D" w14:textId="77777777" w:rsidR="00495879" w:rsidRDefault="00000000">
            <w:r>
              <w:t>**Optimistic**</w:t>
            </w:r>
          </w:p>
        </w:tc>
        <w:tc>
          <w:tcPr>
            <w:tcW w:w="2160" w:type="dxa"/>
          </w:tcPr>
          <w:p w14:paraId="4D6FF60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$25M (Year 6)</w:t>
            </w:r>
          </w:p>
        </w:tc>
        <w:tc>
          <w:tcPr>
            <w:tcW w:w="2160" w:type="dxa"/>
          </w:tcPr>
          <w:p w14:paraId="5B3F3EB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$4.2M</w:t>
            </w:r>
          </w:p>
        </w:tc>
        <w:tc>
          <w:tcPr>
            <w:tcW w:w="2160" w:type="dxa"/>
          </w:tcPr>
          <w:p w14:paraId="2455F0A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14x</w:t>
            </w:r>
          </w:p>
        </w:tc>
      </w:tr>
    </w:tbl>
    <w:p w14:paraId="2B9F203B" w14:textId="77777777" w:rsidR="00495879" w:rsidRDefault="00495879"/>
    <w:p w14:paraId="12A43B8C" w14:textId="77777777" w:rsidR="00495879" w:rsidRDefault="00000000">
      <w:r>
        <w:rPr>
          <w:b/>
        </w:rPr>
        <w:t>Comparable Exits</w:t>
      </w:r>
      <w:r>
        <w:t xml:space="preserve"> (Validate valuation):</w:t>
      </w:r>
    </w:p>
    <w:p w14:paraId="418D219B" w14:textId="77777777" w:rsidR="00495879" w:rsidRDefault="00000000">
      <w:pPr>
        <w:pStyle w:val="Listepuces"/>
      </w:pPr>
      <w:r>
        <w:t>**BetterUp**: Raised $300M, valued at $1.73B (enterprise coaching platform)</w:t>
      </w:r>
    </w:p>
    <w:p w14:paraId="5E4F168A" w14:textId="77777777" w:rsidR="00495879" w:rsidRDefault="00000000">
      <w:pPr>
        <w:pStyle w:val="Listepuces"/>
      </w:pPr>
      <w:r>
        <w:t>**CoachHub**: Raised $110M, valued at $1B+ (global coaching platform)</w:t>
      </w:r>
    </w:p>
    <w:p w14:paraId="1B20A72B" w14:textId="77777777" w:rsidR="00495879" w:rsidRDefault="00000000">
      <w:pPr>
        <w:pStyle w:val="Listepuces"/>
      </w:pPr>
      <w:r>
        <w:t>**Torch.io**: Acquired by Torch | ~$50M (leadership development platform, 500 clients)</w:t>
      </w:r>
    </w:p>
    <w:p w14:paraId="4EB9D9D6" w14:textId="77777777" w:rsidR="00495879" w:rsidRDefault="00000000">
      <w:r>
        <w:t>________________________________________________________________________________</w:t>
      </w:r>
    </w:p>
    <w:p w14:paraId="4AE6CFF1" w14:textId="77777777" w:rsidR="00495879" w:rsidRDefault="00000000">
      <w:pPr>
        <w:pStyle w:val="Titre2"/>
      </w:pPr>
      <w:r>
        <w:t>🚪 EXIT STRATEGIES</w:t>
      </w:r>
    </w:p>
    <w:p w14:paraId="13C42B4B" w14:textId="77777777" w:rsidR="00495879" w:rsidRDefault="00000000">
      <w:pPr>
        <w:pStyle w:val="Titre3"/>
      </w:pPr>
      <w:r>
        <w:t>Founder Goals (Clarify Intent)</w:t>
      </w:r>
    </w:p>
    <w:p w14:paraId="67BD8E72" w14:textId="77777777" w:rsidR="00495879" w:rsidRDefault="00000000">
      <w:r>
        <w:rPr>
          <w:b/>
        </w:rPr>
        <w:t>Key Questions</w:t>
      </w:r>
      <w:r>
        <w:t>:</w:t>
      </w:r>
    </w:p>
    <w:p w14:paraId="6E0EA013" w14:textId="77777777" w:rsidR="00495879" w:rsidRDefault="00000000">
      <w:pPr>
        <w:pStyle w:val="Listenumros"/>
      </w:pPr>
      <w:r>
        <w:t>Build to sell? OR Build to hold?</w:t>
      </w:r>
    </w:p>
    <w:p w14:paraId="421FF1FD" w14:textId="77777777" w:rsidR="00495879" w:rsidRDefault="00000000">
      <w:pPr>
        <w:pStyle w:val="Listenumros"/>
      </w:pPr>
      <w:r>
        <w:t>Lifestyle business ($500K-$2M/year profit)? OR Growth venture ($50M+ exit)?</w:t>
      </w:r>
    </w:p>
    <w:p w14:paraId="5E933EC4" w14:textId="77777777" w:rsidR="00495879" w:rsidRDefault="00000000">
      <w:pPr>
        <w:pStyle w:val="Listenumros"/>
      </w:pPr>
      <w:r>
        <w:t>Exit in 5 years? OR run for 20 years?</w:t>
      </w:r>
    </w:p>
    <w:p w14:paraId="51DBC676" w14:textId="77777777" w:rsidR="00495879" w:rsidRDefault="00000000">
      <w:r>
        <w:rPr>
          <w:b/>
        </w:rPr>
        <w:t>Gregory's Goals</w:t>
      </w:r>
      <w:r>
        <w:t xml:space="preserve"> (Placeholder - Customize):</w:t>
      </w:r>
    </w:p>
    <w:p w14:paraId="77596DDD" w14:textId="77777777" w:rsidR="00495879" w:rsidRDefault="00000000">
      <w:pPr>
        <w:pStyle w:val="Listepuces"/>
      </w:pPr>
      <w:r>
        <w:t>**Primary**: Build $10-20M profitable business, exit in 5-7 years</w:t>
      </w:r>
    </w:p>
    <w:p w14:paraId="3CD89EB0" w14:textId="77777777" w:rsidR="00495879" w:rsidRDefault="00000000">
      <w:pPr>
        <w:pStyle w:val="Listepuces"/>
      </w:pPr>
      <w:r>
        <w:lastRenderedPageBreak/>
        <w:t>**Secondary**: If no exit, become dividend-generating asset ($500K-$1M/year profit to founder)</w:t>
      </w:r>
    </w:p>
    <w:p w14:paraId="5D4C92E3" w14:textId="77777777" w:rsidR="00495879" w:rsidRDefault="00000000">
      <w:pPr>
        <w:pStyle w:val="Titre3"/>
      </w:pPr>
      <w:r>
        <w:t>Exit Option 1: Strategic Acquisition</w:t>
      </w:r>
    </w:p>
    <w:p w14:paraId="5DABFD35" w14:textId="77777777" w:rsidR="00495879" w:rsidRDefault="00000000">
      <w:r>
        <w:rPr>
          <w:b/>
        </w:rPr>
        <w:t>Likely Acquirers</w:t>
      </w:r>
      <w:r>
        <w:t>:</w:t>
      </w:r>
    </w:p>
    <w:p w14:paraId="2A1DC5ED" w14:textId="77777777" w:rsidR="00495879" w:rsidRDefault="00000000">
      <w:r>
        <w:rPr>
          <w:b/>
        </w:rPr>
        <w:t>A. Enterprise Coaching Platforms</w:t>
      </w:r>
      <w:r>
        <w:t xml:space="preserve"> (Want SMB Offering)</w:t>
      </w:r>
    </w:p>
    <w:p w14:paraId="533EEF9C" w14:textId="77777777" w:rsidR="00495879" w:rsidRDefault="00000000">
      <w:pPr>
        <w:pStyle w:val="Listepuces"/>
      </w:pPr>
      <w:r>
        <w:t>**BetterUp**: Focused on Fortune 500, could buy GBCM for SMB market</w:t>
      </w:r>
    </w:p>
    <w:p w14:paraId="307B1DB2" w14:textId="77777777" w:rsidR="00495879" w:rsidRDefault="00000000">
      <w:pPr>
        <w:pStyle w:val="Listepuces"/>
      </w:pPr>
      <w:r>
        <w:t>**CoachHub**: European leader, wants US expansion</w:t>
      </w:r>
    </w:p>
    <w:p w14:paraId="7E2F1053" w14:textId="77777777" w:rsidR="00495879" w:rsidRDefault="00000000">
      <w:pPr>
        <w:pStyle w:val="Listepuces"/>
      </w:pPr>
      <w:r>
        <w:t>**Sounding Board**: Tech-enabled coaching, aligned model</w:t>
      </w:r>
    </w:p>
    <w:p w14:paraId="6E92381C" w14:textId="77777777" w:rsidR="00495879" w:rsidRDefault="00000000">
      <w:r>
        <w:rPr>
          <w:b/>
        </w:rPr>
        <w:t>B. Corporate Training Companies</w:t>
      </w:r>
      <w:r>
        <w:t xml:space="preserve"> (Add Coaching)</w:t>
      </w:r>
    </w:p>
    <w:p w14:paraId="7A7F8307" w14:textId="77777777" w:rsidR="00495879" w:rsidRDefault="00000000">
      <w:pPr>
        <w:pStyle w:val="Listepuces"/>
      </w:pPr>
      <w:r>
        <w:t>**LinkedIn Learning**: Want live coaching to complement courses</w:t>
      </w:r>
    </w:p>
    <w:p w14:paraId="08D2A34D" w14:textId="77777777" w:rsidR="00495879" w:rsidRDefault="00000000">
      <w:pPr>
        <w:pStyle w:val="Listepuces"/>
      </w:pPr>
      <w:r>
        <w:t>**Udemy for Business**: Same rationale</w:t>
      </w:r>
    </w:p>
    <w:p w14:paraId="13CF68EA" w14:textId="77777777" w:rsidR="00495879" w:rsidRDefault="00000000">
      <w:pPr>
        <w:pStyle w:val="Listepuces"/>
      </w:pPr>
      <w:r>
        <w:t>**Skillsoft**: Corporate training giant, acquiring coaching firms</w:t>
      </w:r>
    </w:p>
    <w:p w14:paraId="16F8855E" w14:textId="77777777" w:rsidR="00495879" w:rsidRDefault="00000000">
      <w:r>
        <w:rPr>
          <w:b/>
        </w:rPr>
        <w:t>C. Membership/Community Platforms</w:t>
      </w:r>
      <w:r>
        <w:t xml:space="preserve"> (Add Content)</w:t>
      </w:r>
    </w:p>
    <w:p w14:paraId="57212F01" w14:textId="77777777" w:rsidR="00495879" w:rsidRDefault="00000000">
      <w:pPr>
        <w:pStyle w:val="Listepuces"/>
      </w:pPr>
      <w:r>
        <w:t>**Vistage**: Largest CEO peer group, could integrate GBCM methodology</w:t>
      </w:r>
    </w:p>
    <w:p w14:paraId="2F151A9F" w14:textId="77777777" w:rsidR="00495879" w:rsidRDefault="00000000">
      <w:pPr>
        <w:pStyle w:val="Listepuces"/>
      </w:pPr>
      <w:r>
        <w:t>**EO (Entrepreneurs' Organization)**: 18,000 members, want structured programs</w:t>
      </w:r>
    </w:p>
    <w:p w14:paraId="57AB16C2" w14:textId="77777777" w:rsidR="00495879" w:rsidRDefault="00000000">
      <w:pPr>
        <w:pStyle w:val="Listepuces"/>
      </w:pPr>
      <w:r>
        <w:t>**Chief**: Women executive network, expanding to all founders</w:t>
      </w:r>
    </w:p>
    <w:p w14:paraId="5994F7E0" w14:textId="77777777" w:rsidR="00495879" w:rsidRDefault="00000000">
      <w:r>
        <w:rPr>
          <w:b/>
        </w:rPr>
        <w:t>D. Private Equity Firms</w:t>
      </w:r>
      <w:r>
        <w:t xml:space="preserve"> (Roll-Up Strategy)</w:t>
      </w:r>
    </w:p>
    <w:p w14:paraId="42F63FB1" w14:textId="77777777" w:rsidR="00495879" w:rsidRDefault="00000000">
      <w:pPr>
        <w:pStyle w:val="Listepuces"/>
      </w:pPr>
      <w:r>
        <w:t>**PE firms** buy 5-10 coaching firms, merge into $50M+ platform</w:t>
      </w:r>
    </w:p>
    <w:p w14:paraId="7BF631AE" w14:textId="77777777" w:rsidR="00495879" w:rsidRDefault="00000000">
      <w:pPr>
        <w:pStyle w:val="Listepuces"/>
      </w:pPr>
      <w:r>
        <w:t>GBCM's tech differentiation makes us attractive anchor asset</w:t>
      </w:r>
    </w:p>
    <w:p w14:paraId="2EDCCBE2" w14:textId="77777777" w:rsidR="00495879" w:rsidRDefault="00000000">
      <w:r>
        <w:rPr>
          <w:b/>
        </w:rPr>
        <w:t>Acquisition Valuation</w:t>
      </w:r>
      <w:r>
        <w:t xml:space="preserve"> (Industry Multiples):</w:t>
      </w:r>
    </w:p>
    <w:p w14:paraId="678677B0" w14:textId="77777777" w:rsidR="00495879" w:rsidRDefault="00000000">
      <w:pPr>
        <w:pStyle w:val="Listepuces"/>
      </w:pPr>
      <w:r>
        <w:t>**Services businesses**: 0.5-1.5x revenue OR 3-5x EBITDA</w:t>
      </w:r>
    </w:p>
    <w:p w14:paraId="2CAA8BEE" w14:textId="77777777" w:rsidR="00495879" w:rsidRDefault="00000000">
      <w:pPr>
        <w:pStyle w:val="Listepuces"/>
      </w:pPr>
      <w:r>
        <w:t>**Tech-enabled services**: 1-3x revenue OR 4-8x EBITDA</w:t>
      </w:r>
    </w:p>
    <w:p w14:paraId="25C70001" w14:textId="77777777" w:rsidR="00495879" w:rsidRDefault="00000000">
      <w:pPr>
        <w:pStyle w:val="Listepuces"/>
      </w:pPr>
      <w:r>
        <w:t>**SaaS platforms**: 5-10x revenue OR 10-20x EBITDA</w:t>
      </w:r>
    </w:p>
    <w:p w14:paraId="5E57F855" w14:textId="77777777" w:rsidR="00495879" w:rsidRDefault="00000000">
      <w:r>
        <w:rPr>
          <w:b/>
        </w:rPr>
        <w:t>GBCM Valuation (Year 5 Projection)</w:t>
      </w:r>
      <w:r>
        <w:t>:</w:t>
      </w:r>
    </w:p>
    <w:p w14:paraId="6FDECA2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Scenario: Year 5 (2030)</w:t>
      </w:r>
    </w:p>
    <w:p w14:paraId="50FDAB2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Revenue: $2M</w:t>
      </w:r>
    </w:p>
    <w:p w14:paraId="2E9CF75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EBITDA: $400K (20% margin)</w:t>
      </w:r>
    </w:p>
    <w:p w14:paraId="56C90F6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Category: Tech-enabled services</w:t>
      </w:r>
    </w:p>
    <w:p w14:paraId="7A60E3F7" w14:textId="77777777" w:rsidR="00495879" w:rsidRDefault="00495879">
      <w:pPr>
        <w:pStyle w:val="Sansinterligne"/>
      </w:pPr>
    </w:p>
    <w:p w14:paraId="72167D1A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Valuation Range:</w:t>
      </w:r>
    </w:p>
    <w:p w14:paraId="63CA50B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Conservative: $2M × 1.5 = $3M OR $400K × 4 = $1.6M → $1.6-3M</w:t>
      </w:r>
    </w:p>
    <w:p w14:paraId="6388846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Base Case: $2M × 2 = $4M OR $400K × 6 = $2.4M → $2.4-4M</w:t>
      </w:r>
    </w:p>
    <w:p w14:paraId="074D500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Optimistic: $2M × 3 = $6M OR $400K × 8 = $3.2M → $3.2-6M</w:t>
      </w:r>
    </w:p>
    <w:p w14:paraId="3C03A469" w14:textId="77777777" w:rsidR="00495879" w:rsidRDefault="00495879">
      <w:pPr>
        <w:pStyle w:val="Sansinterligne"/>
      </w:pPr>
    </w:p>
    <w:p w14:paraId="72C72CC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Likely Exit: $3-5M (founder nets $2.5-4.2M after taxes if 100% owner)</w:t>
      </w:r>
    </w:p>
    <w:p w14:paraId="5E0CD56F" w14:textId="77777777" w:rsidR="00495879" w:rsidRDefault="00000000">
      <w:r>
        <w:rPr>
          <w:b/>
        </w:rPr>
        <w:t>How to Position for Acquisition</w:t>
      </w:r>
      <w:r>
        <w:t>:</w:t>
      </w:r>
    </w:p>
    <w:p w14:paraId="2D64DDC4" w14:textId="77777777" w:rsidR="00495879" w:rsidRDefault="00000000">
      <w:pPr>
        <w:pStyle w:val="Listenumros"/>
      </w:pPr>
      <w:r>
        <w:lastRenderedPageBreak/>
        <w:t>**Build relationships** (start conversations early, years before selling)</w:t>
      </w:r>
    </w:p>
    <w:p w14:paraId="119C64E6" w14:textId="77777777" w:rsidR="00495879" w:rsidRDefault="00000000">
      <w:pPr>
        <w:pStyle w:val="Listenumros"/>
      </w:pPr>
      <w:r>
        <w:t>**Profitability** (buyers want EBITDA, not just revenue growth)</w:t>
      </w:r>
    </w:p>
    <w:p w14:paraId="37D783FA" w14:textId="77777777" w:rsidR="00495879" w:rsidRDefault="00000000">
      <w:pPr>
        <w:pStyle w:val="Listenumros"/>
      </w:pPr>
      <w:r>
        <w:t>**Founder independence** (reduce founder dependency - hire COO/CEO to run day-to-day)</w:t>
      </w:r>
    </w:p>
    <w:p w14:paraId="61EEDF0A" w14:textId="77777777" w:rsidR="00495879" w:rsidRDefault="00000000">
      <w:pPr>
        <w:pStyle w:val="Listenumros"/>
      </w:pPr>
      <w:r>
        <w:t>**Clean books** (3 years audited financials, no red flags)</w:t>
      </w:r>
    </w:p>
    <w:p w14:paraId="23EF7EF1" w14:textId="77777777" w:rsidR="00495879" w:rsidRDefault="00000000">
      <w:pPr>
        <w:pStyle w:val="Listenumros"/>
      </w:pPr>
      <w:r>
        <w:t>**Unique IP** (trademarked methodologies, proprietary tech = premium valuation)</w:t>
      </w:r>
    </w:p>
    <w:p w14:paraId="35E5A424" w14:textId="77777777" w:rsidR="00495879" w:rsidRDefault="00000000">
      <w:r>
        <w:t>________________________________________________________________________________</w:t>
      </w:r>
    </w:p>
    <w:p w14:paraId="45D6C295" w14:textId="77777777" w:rsidR="00495879" w:rsidRDefault="00000000">
      <w:pPr>
        <w:pStyle w:val="Titre3"/>
      </w:pPr>
      <w:r>
        <w:t>Exit Option 2: Founder Buyout (Private Equity Recapitalization)</w:t>
      </w:r>
    </w:p>
    <w:p w14:paraId="5AF3AF3C" w14:textId="77777777" w:rsidR="00495879" w:rsidRDefault="00000000">
      <w:r>
        <w:rPr>
          <w:b/>
        </w:rPr>
        <w:t>Structure</w:t>
      </w:r>
      <w:r>
        <w:t>:</w:t>
      </w:r>
    </w:p>
    <w:p w14:paraId="51967A38" w14:textId="77777777" w:rsidR="00495879" w:rsidRDefault="00000000">
      <w:pPr>
        <w:pStyle w:val="Listepuces"/>
      </w:pPr>
      <w:r>
        <w:t>PE firm buys 60-80% of company</w:t>
      </w:r>
    </w:p>
    <w:p w14:paraId="14DBA5FD" w14:textId="77777777" w:rsidR="00495879" w:rsidRDefault="00000000">
      <w:pPr>
        <w:pStyle w:val="Listepuces"/>
      </w:pPr>
      <w:r>
        <w:t>Founder keeps 20-40%, stays on as CEO for 3-5 years</w:t>
      </w:r>
    </w:p>
    <w:p w14:paraId="497BA71D" w14:textId="77777777" w:rsidR="00495879" w:rsidRDefault="00000000">
      <w:pPr>
        <w:pStyle w:val="Listepuces"/>
      </w:pPr>
      <w:r>
        <w:t>PE invests in growth, professionalizes operations</w:t>
      </w:r>
    </w:p>
    <w:p w14:paraId="27C6D2F6" w14:textId="77777777" w:rsidR="00495879" w:rsidRDefault="00000000">
      <w:pPr>
        <w:pStyle w:val="Listepuces"/>
      </w:pPr>
      <w:r>
        <w:t>Second exit ("second bite of the apple") when PE sells</w:t>
      </w:r>
    </w:p>
    <w:p w14:paraId="1197EF87" w14:textId="77777777" w:rsidR="00495879" w:rsidRDefault="00000000">
      <w:r>
        <w:rPr>
          <w:b/>
        </w:rPr>
        <w:t>Example</w:t>
      </w:r>
      <w:r>
        <w:t>:</w:t>
      </w:r>
    </w:p>
    <w:p w14:paraId="0CCCBE7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Year 5: GBCM valued at $5M (based on $1M revenue, $200K EBITDA)</w:t>
      </w:r>
    </w:p>
    <w:p w14:paraId="25B3024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PE buys 70% for $3.5M cash to founder</w:t>
      </w:r>
    </w:p>
    <w:p w14:paraId="5F6BB9C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Founder keeps 30% equity ($1.5M value)</w:t>
      </w:r>
    </w:p>
    <w:p w14:paraId="42C312E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PE invests $2M to grow to $10M revenue over 3 years</w:t>
      </w:r>
    </w:p>
    <w:p w14:paraId="50B8512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Year 8: PE sells GBCM for $20M</w:t>
      </w:r>
    </w:p>
    <w:p w14:paraId="4A0E11F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Founder's 30% = $6M</w:t>
      </w:r>
    </w:p>
    <w:p w14:paraId="18D437E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- Total founder proceeds: $3.5M (first exit) + $6M (second) = $9.5M</w:t>
      </w:r>
    </w:p>
    <w:p w14:paraId="20716679" w14:textId="77777777" w:rsidR="00495879" w:rsidRDefault="00000000">
      <w:r>
        <w:rPr>
          <w:b/>
        </w:rPr>
        <w:t>When This Makes Sense</w:t>
      </w:r>
      <w:r>
        <w:t>:</w:t>
      </w:r>
    </w:p>
    <w:p w14:paraId="3974E35C" w14:textId="77777777" w:rsidR="00495879" w:rsidRDefault="00000000">
      <w:pPr>
        <w:pStyle w:val="Listepuces"/>
      </w:pPr>
      <w:r>
        <w:t>Founder wants liquidity now (take $3.5M off the table)</w:t>
      </w:r>
    </w:p>
    <w:p w14:paraId="54430B20" w14:textId="77777777" w:rsidR="00495879" w:rsidRDefault="00000000">
      <w:pPr>
        <w:pStyle w:val="Listepuces"/>
      </w:pPr>
      <w:r>
        <w:t>But believes in long-term upside (keep 30% for second exit)</w:t>
      </w:r>
    </w:p>
    <w:p w14:paraId="2B0EA823" w14:textId="77777777" w:rsidR="00495879" w:rsidRDefault="00000000">
      <w:pPr>
        <w:pStyle w:val="Listepuces"/>
      </w:pPr>
      <w:r>
        <w:t>PE brings expertise (operations, M&amp;A, tech) to accelerate growth</w:t>
      </w:r>
    </w:p>
    <w:p w14:paraId="6C551490" w14:textId="77777777" w:rsidR="00495879" w:rsidRDefault="00000000">
      <w:r>
        <w:t>________________________________________________________________________________</w:t>
      </w:r>
    </w:p>
    <w:p w14:paraId="1702CDF4" w14:textId="77777777" w:rsidR="00495879" w:rsidRDefault="00000000">
      <w:pPr>
        <w:pStyle w:val="Titre3"/>
      </w:pPr>
      <w:r>
        <w:t>Exit Option 3: Employee Ownership (ESOP)</w:t>
      </w:r>
    </w:p>
    <w:p w14:paraId="61A3C402" w14:textId="77777777" w:rsidR="00495879" w:rsidRDefault="00000000">
      <w:r>
        <w:rPr>
          <w:b/>
        </w:rPr>
        <w:t>Structure</w:t>
      </w:r>
      <w:r>
        <w:t>:</w:t>
      </w:r>
    </w:p>
    <w:p w14:paraId="62A36DAC" w14:textId="77777777" w:rsidR="00495879" w:rsidRDefault="00000000">
      <w:pPr>
        <w:pStyle w:val="Listepuces"/>
      </w:pPr>
      <w:r>
        <w:t>Founder sells company to employees over 5-10 years</w:t>
      </w:r>
    </w:p>
    <w:p w14:paraId="32B33D5F" w14:textId="77777777" w:rsidR="00495879" w:rsidRDefault="00000000">
      <w:pPr>
        <w:pStyle w:val="Listepuces"/>
      </w:pPr>
      <w:r>
        <w:t>Employees buy via profit-sharing (no upfront cash)</w:t>
      </w:r>
    </w:p>
    <w:p w14:paraId="21462FD8" w14:textId="77777777" w:rsidR="00495879" w:rsidRDefault="00000000">
      <w:pPr>
        <w:pStyle w:val="Listepuces"/>
      </w:pPr>
      <w:r>
        <w:t>Founder gets steady income stream</w:t>
      </w:r>
    </w:p>
    <w:p w14:paraId="1CA62C24" w14:textId="77777777" w:rsidR="00495879" w:rsidRDefault="00000000">
      <w:r>
        <w:rPr>
          <w:b/>
        </w:rPr>
        <w:t>Pros</w:t>
      </w:r>
      <w:r>
        <w:t>:</w:t>
      </w:r>
    </w:p>
    <w:p w14:paraId="2DF81D2C" w14:textId="77777777" w:rsidR="00495879" w:rsidRDefault="00000000">
      <w:pPr>
        <w:pStyle w:val="Listepuces"/>
      </w:pPr>
      <w:r>
        <w:t>✅ Reward team (they built this with you)</w:t>
      </w:r>
    </w:p>
    <w:p w14:paraId="2283EE63" w14:textId="77777777" w:rsidR="00495879" w:rsidRDefault="00000000">
      <w:pPr>
        <w:pStyle w:val="Listepuces"/>
      </w:pPr>
      <w:r>
        <w:t>✅ Preserve culture (no outside owner changes everything)</w:t>
      </w:r>
    </w:p>
    <w:p w14:paraId="3A5D17CB" w14:textId="77777777" w:rsidR="00495879" w:rsidRDefault="00000000">
      <w:pPr>
        <w:pStyle w:val="Listepuces"/>
      </w:pPr>
      <w:r>
        <w:t>✅ Tax benefits (ESOP has tax advantages)</w:t>
      </w:r>
    </w:p>
    <w:p w14:paraId="206699B2" w14:textId="77777777" w:rsidR="00495879" w:rsidRDefault="00000000">
      <w:r>
        <w:rPr>
          <w:b/>
        </w:rPr>
        <w:t>Cons</w:t>
      </w:r>
      <w:r>
        <w:t>:</w:t>
      </w:r>
    </w:p>
    <w:p w14:paraId="1B22F811" w14:textId="77777777" w:rsidR="00495879" w:rsidRDefault="00000000">
      <w:pPr>
        <w:pStyle w:val="Listepuces"/>
      </w:pPr>
      <w:r>
        <w:lastRenderedPageBreak/>
        <w:t>⚠️ Slow (10 years to full payout vs instant acquisition)</w:t>
      </w:r>
    </w:p>
    <w:p w14:paraId="279352B5" w14:textId="77777777" w:rsidR="00495879" w:rsidRDefault="00000000">
      <w:pPr>
        <w:pStyle w:val="Listepuces"/>
      </w:pPr>
      <w:r>
        <w:t>⚠️ Lower value (employees can't pay premium like strategic buyer)</w:t>
      </w:r>
    </w:p>
    <w:p w14:paraId="59D8BBE0" w14:textId="77777777" w:rsidR="00495879" w:rsidRDefault="00000000">
      <w:pPr>
        <w:pStyle w:val="Listepuces"/>
      </w:pPr>
      <w:r>
        <w:t>⚠️ Complexity (ESOP setup costs $50K-100K)</w:t>
      </w:r>
    </w:p>
    <w:p w14:paraId="6AAC5D35" w14:textId="77777777" w:rsidR="00495879" w:rsidRDefault="00000000">
      <w:r>
        <w:rPr>
          <w:b/>
        </w:rPr>
        <w:t>GBCM Fit</w:t>
      </w:r>
      <w:r>
        <w:t>: Possible if team grows to 20+ people and founder values culture preservation over maximizing exit value</w:t>
      </w:r>
    </w:p>
    <w:p w14:paraId="7180BC7A" w14:textId="77777777" w:rsidR="00495879" w:rsidRDefault="00000000">
      <w:r>
        <w:t>________________________________________________________________________________</w:t>
      </w:r>
    </w:p>
    <w:p w14:paraId="72CB88AE" w14:textId="77777777" w:rsidR="00495879" w:rsidRDefault="00000000">
      <w:pPr>
        <w:pStyle w:val="Titre3"/>
      </w:pPr>
      <w:r>
        <w:t>Exit Option 4: Lifestyle Business (No Exit)</w:t>
      </w:r>
    </w:p>
    <w:p w14:paraId="05477EDD" w14:textId="77777777" w:rsidR="00495879" w:rsidRDefault="00000000">
      <w:r>
        <w:rPr>
          <w:b/>
        </w:rPr>
        <w:t>Strategy</w:t>
      </w:r>
      <w:r>
        <w:t>: Don't sell, run forever, take profits</w:t>
      </w:r>
    </w:p>
    <w:p w14:paraId="22DA9D4F" w14:textId="77777777" w:rsidR="00495879" w:rsidRDefault="00000000">
      <w:r>
        <w:rPr>
          <w:b/>
        </w:rPr>
        <w:t>Example Scenario (Year 10)</w:t>
      </w:r>
      <w:r>
        <w:t>:</w:t>
      </w:r>
    </w:p>
    <w:p w14:paraId="37D19BF1" w14:textId="77777777" w:rsidR="00495879" w:rsidRDefault="00000000">
      <w:pPr>
        <w:pStyle w:val="Listepuces"/>
      </w:pPr>
      <w:r>
        <w:t>Revenue: $3M</w:t>
      </w:r>
    </w:p>
    <w:p w14:paraId="7F5847E3" w14:textId="77777777" w:rsidR="00495879" w:rsidRDefault="00000000">
      <w:pPr>
        <w:pStyle w:val="Listepuces"/>
      </w:pPr>
      <w:r>
        <w:t>EBITDA: $900K (30% margin - mature, efficient business)</w:t>
      </w:r>
    </w:p>
    <w:p w14:paraId="78CAB969" w14:textId="77777777" w:rsidR="00495879" w:rsidRDefault="00000000">
      <w:pPr>
        <w:pStyle w:val="Listepuces"/>
      </w:pPr>
      <w:r>
        <w:t>Founder role: 20 hours/week (CEO, strategic clients only)</w:t>
      </w:r>
    </w:p>
    <w:p w14:paraId="1437EB5B" w14:textId="77777777" w:rsidR="00495879" w:rsidRDefault="00000000">
      <w:pPr>
        <w:pStyle w:val="Listepuces"/>
      </w:pPr>
      <w:r>
        <w:t>Team: 10 people (runs itself, founder is chairman)</w:t>
      </w:r>
    </w:p>
    <w:p w14:paraId="404CBF6D" w14:textId="77777777" w:rsidR="00495879" w:rsidRDefault="00000000">
      <w:pPr>
        <w:pStyle w:val="Listepuces"/>
      </w:pPr>
      <w:r>
        <w:t>Founder comp: $200K salary + $700K distribution = $900K/year</w:t>
      </w:r>
    </w:p>
    <w:p w14:paraId="5B58895E" w14:textId="77777777" w:rsidR="00495879" w:rsidRDefault="00000000">
      <w:r>
        <w:rPr>
          <w:b/>
        </w:rPr>
        <w:t>Total 10-Year Value</w:t>
      </w:r>
      <w:r>
        <w:t>:</w:t>
      </w:r>
    </w:p>
    <w:p w14:paraId="6E9AD401" w14:textId="77777777" w:rsidR="00495879" w:rsidRDefault="00000000">
      <w:pPr>
        <w:pStyle w:val="Listepuces"/>
      </w:pPr>
      <w:r>
        <w:t>Cumulative distributions: $5M+ (after Year 3, take $500K-$1M/year)</w:t>
      </w:r>
    </w:p>
    <w:p w14:paraId="44C42A0B" w14:textId="77777777" w:rsidR="00495879" w:rsidRDefault="00000000">
      <w:pPr>
        <w:pStyle w:val="Listepuces"/>
      </w:pPr>
      <w:r>
        <w:t>Business value (if sell Year 10): $3-5M</w:t>
      </w:r>
    </w:p>
    <w:p w14:paraId="348DAF41" w14:textId="77777777" w:rsidR="00495879" w:rsidRDefault="00000000">
      <w:pPr>
        <w:pStyle w:val="Listepuces"/>
      </w:pPr>
      <w:r>
        <w:t>**Total**: $8-10M over 10 years (comparable to acquisition, but more control)</w:t>
      </w:r>
    </w:p>
    <w:p w14:paraId="3A89207D" w14:textId="77777777" w:rsidR="00495879" w:rsidRDefault="00000000">
      <w:r>
        <w:rPr>
          <w:b/>
        </w:rPr>
        <w:t>GBCM Fit</w:t>
      </w:r>
      <w:r>
        <w:t>: If founder loves coaching and doesn't want to work for acquirer (most acquisitions require 2-3 year earnout)</w:t>
      </w:r>
    </w:p>
    <w:p w14:paraId="39B02703" w14:textId="77777777" w:rsidR="00495879" w:rsidRDefault="00000000">
      <w:r>
        <w:t>________________________________________________________________________________</w:t>
      </w:r>
    </w:p>
    <w:p w14:paraId="35D5827F" w14:textId="77777777" w:rsidR="00495879" w:rsidRDefault="00000000">
      <w:pPr>
        <w:pStyle w:val="Titre2"/>
      </w:pPr>
      <w:r>
        <w:t>📅 FUNDING TIMELINE</w:t>
      </w:r>
    </w:p>
    <w:p w14:paraId="5AFC04E6" w14:textId="77777777" w:rsidR="00495879" w:rsidRDefault="00000000">
      <w:pPr>
        <w:pStyle w:val="Titre3"/>
      </w:pPr>
      <w:r>
        <w:t>Year-by-Year Funding Roadmap</w:t>
      </w:r>
    </w:p>
    <w:p w14:paraId="1154BF54" w14:textId="77777777" w:rsidR="00495879" w:rsidRDefault="00000000">
      <w:pPr>
        <w:pStyle w:val="Titre4"/>
      </w:pPr>
      <w:r>
        <w:t>2026 (Year 1): Bootstrap Phase</w:t>
      </w:r>
    </w:p>
    <w:p w14:paraId="7B3CAFD6" w14:textId="77777777" w:rsidR="00495879" w:rsidRDefault="00000000">
      <w:r>
        <w:rPr>
          <w:b/>
        </w:rPr>
        <w:t>Q1 (Jan-Mar)</w:t>
      </w:r>
      <w:r>
        <w:t>:</w:t>
      </w:r>
    </w:p>
    <w:p w14:paraId="62329907" w14:textId="77777777" w:rsidR="00495879" w:rsidRDefault="00000000">
      <w:pPr>
        <w:pStyle w:val="Listepuces"/>
      </w:pPr>
      <w:r>
        <w:t>✅ Founder invests $75,000 (personal savings)</w:t>
      </w:r>
    </w:p>
    <w:p w14:paraId="4A259E26" w14:textId="77777777" w:rsidR="00495879" w:rsidRDefault="00000000">
      <w:pPr>
        <w:pStyle w:val="Listepuces"/>
      </w:pPr>
      <w:r>
        <w:t>✅ Open business bank account (separate from personal)</w:t>
      </w:r>
    </w:p>
    <w:p w14:paraId="2030F445" w14:textId="77777777" w:rsidR="00495879" w:rsidRDefault="00000000">
      <w:pPr>
        <w:pStyle w:val="Listepuces"/>
      </w:pPr>
      <w:r>
        <w:t>✅ Set up accounting (QuickBooks + CPA)</w:t>
      </w:r>
    </w:p>
    <w:p w14:paraId="1117B417" w14:textId="77777777" w:rsidR="00495879" w:rsidRDefault="00000000">
      <w:pPr>
        <w:pStyle w:val="Listepuces"/>
      </w:pPr>
      <w:r>
        <w:t>✅ Begin revenue generation (first 10 clients by Mar 31)</w:t>
      </w:r>
    </w:p>
    <w:p w14:paraId="55649299" w14:textId="77777777" w:rsidR="00495879" w:rsidRDefault="00000000">
      <w:r>
        <w:rPr>
          <w:b/>
        </w:rPr>
        <w:t>Q2-Q4</w:t>
      </w:r>
      <w:r>
        <w:t>:</w:t>
      </w:r>
    </w:p>
    <w:p w14:paraId="0E58D2EC" w14:textId="77777777" w:rsidR="00495879" w:rsidRDefault="00000000">
      <w:pPr>
        <w:pStyle w:val="Listepuces"/>
      </w:pPr>
      <w:r>
        <w:t>🔄 Monitor cash flow weekly (ensure no surprises)</w:t>
      </w:r>
    </w:p>
    <w:p w14:paraId="00A06B53" w14:textId="77777777" w:rsidR="00495879" w:rsidRDefault="00000000">
      <w:pPr>
        <w:pStyle w:val="Listepuces"/>
      </w:pPr>
      <w:r>
        <w:lastRenderedPageBreak/>
        <w:t>🔄 Adjust expenses if revenue lags (delay hires, reduce ad spend)</w:t>
      </w:r>
    </w:p>
    <w:p w14:paraId="2541FC7C" w14:textId="77777777" w:rsidR="00495879" w:rsidRDefault="00000000">
      <w:pPr>
        <w:pStyle w:val="Listepuces"/>
      </w:pPr>
      <w:r>
        <w:t>🔄 Build cash reserves (any excess revenue → savings, not spending)</w:t>
      </w:r>
    </w:p>
    <w:p w14:paraId="6F7FF6C3" w14:textId="77777777" w:rsidR="00495879" w:rsidRDefault="00000000">
      <w:r>
        <w:rPr>
          <w:b/>
        </w:rPr>
        <w:t>Target</w:t>
      </w:r>
      <w:r>
        <w:t>: End year with $2,800 cash (thin but viable)</w:t>
      </w:r>
    </w:p>
    <w:p w14:paraId="1B2A9AC1" w14:textId="77777777" w:rsidR="00495879" w:rsidRDefault="00000000">
      <w:r>
        <w:t>________________________________________________________________________________</w:t>
      </w:r>
    </w:p>
    <w:p w14:paraId="4C7F9C61" w14:textId="77777777" w:rsidR="00495879" w:rsidRDefault="00000000">
      <w:pPr>
        <w:pStyle w:val="Titre4"/>
      </w:pPr>
      <w:r>
        <w:t>2027 (Year 2): Self-Sustaining Phase</w:t>
      </w:r>
    </w:p>
    <w:p w14:paraId="569F0CE7" w14:textId="77777777" w:rsidR="00495879" w:rsidRDefault="00000000">
      <w:r>
        <w:rPr>
          <w:b/>
        </w:rPr>
        <w:t>Q1</w:t>
      </w:r>
      <w:r>
        <w:t>:</w:t>
      </w:r>
    </w:p>
    <w:p w14:paraId="2EBEE7B0" w14:textId="77777777" w:rsidR="00495879" w:rsidRDefault="00000000">
      <w:pPr>
        <w:pStyle w:val="Listepuces"/>
      </w:pPr>
      <w:r>
        <w:t>✅ Achieve cash-flow positive (Jan-Mar generate $10K+ net cash)</w:t>
      </w:r>
    </w:p>
    <w:p w14:paraId="6CCB28BF" w14:textId="77777777" w:rsidR="00495879" w:rsidRDefault="00000000">
      <w:pPr>
        <w:pStyle w:val="Listepuces"/>
      </w:pPr>
      <w:r>
        <w:t>✅ Secure business line of credit ($25K, for emergencies only)</w:t>
      </w:r>
    </w:p>
    <w:p w14:paraId="48E7111C" w14:textId="77777777" w:rsidR="00495879" w:rsidRDefault="00000000">
      <w:r>
        <w:rPr>
          <w:b/>
        </w:rPr>
        <w:t>Q2-Q3</w:t>
      </w:r>
      <w:r>
        <w:t>:</w:t>
      </w:r>
    </w:p>
    <w:p w14:paraId="63884466" w14:textId="77777777" w:rsidR="00495879" w:rsidRDefault="00000000">
      <w:pPr>
        <w:pStyle w:val="Listepuces"/>
      </w:pPr>
      <w:r>
        <w:t>💰 Invest in growth (hire Senior Coach, Sales Mgr - funded by revenue)</w:t>
      </w:r>
    </w:p>
    <w:p w14:paraId="7DB4E61A" w14:textId="77777777" w:rsidR="00495879" w:rsidRDefault="00000000">
      <w:pPr>
        <w:pStyle w:val="Listepuces"/>
      </w:pPr>
      <w:r>
        <w:t>💰 Optional: Pursue strategic partnership (if opportunity arises - $100K upfront)</w:t>
      </w:r>
    </w:p>
    <w:p w14:paraId="1FEC669D" w14:textId="77777777" w:rsidR="00495879" w:rsidRDefault="00000000">
      <w:r>
        <w:rPr>
          <w:b/>
        </w:rPr>
        <w:t>Q4</w:t>
      </w:r>
      <w:r>
        <w:t>:</w:t>
      </w:r>
    </w:p>
    <w:p w14:paraId="4B294F8E" w14:textId="77777777" w:rsidR="00495879" w:rsidRDefault="00000000">
      <w:pPr>
        <w:pStyle w:val="Listepuces"/>
      </w:pPr>
      <w:r>
        <w:t>💰 Evaluate: Do we need external capital to accelerate Year 3?</w:t>
      </w:r>
    </w:p>
    <w:p w14:paraId="0ADDCF1C" w14:textId="77777777" w:rsidR="00495879" w:rsidRDefault="00000000">
      <w:pPr>
        <w:pStyle w:val="Listepuces"/>
      </w:pPr>
      <w:r>
        <w:t>💰 If yes: Begin conversations with angels (3-month fundraising process)</w:t>
      </w:r>
    </w:p>
    <w:p w14:paraId="7A5F1473" w14:textId="77777777" w:rsidR="00495879" w:rsidRDefault="00000000">
      <w:r>
        <w:rPr>
          <w:b/>
        </w:rPr>
        <w:t>Target</w:t>
      </w:r>
      <w:r>
        <w:t>: End year with $122,800 cash, no external funding needed</w:t>
      </w:r>
    </w:p>
    <w:p w14:paraId="2CA07138" w14:textId="77777777" w:rsidR="00495879" w:rsidRDefault="00000000">
      <w:r>
        <w:t>________________________________________________________________________________</w:t>
      </w:r>
    </w:p>
    <w:p w14:paraId="22244B7C" w14:textId="77777777" w:rsidR="00495879" w:rsidRDefault="00000000">
      <w:pPr>
        <w:pStyle w:val="Titre4"/>
      </w:pPr>
      <w:r>
        <w:t>2028 (Year 3): Optionality Phase</w:t>
      </w:r>
    </w:p>
    <w:p w14:paraId="65709B3A" w14:textId="77777777" w:rsidR="00495879" w:rsidRDefault="00000000">
      <w:r>
        <w:rPr>
          <w:b/>
        </w:rPr>
        <w:t>Scenario A: Continue Bootstrapping</w:t>
      </w:r>
      <w:r>
        <w:t xml:space="preserve"> (Most Likely)</w:t>
      </w:r>
    </w:p>
    <w:p w14:paraId="2BFFEF57" w14:textId="77777777" w:rsidR="00495879" w:rsidRDefault="00000000">
      <w:pPr>
        <w:pStyle w:val="Listepuces"/>
      </w:pPr>
      <w:r>
        <w:t>Revenue $850K covers all expenses + investments</w:t>
      </w:r>
    </w:p>
    <w:p w14:paraId="148DAC55" w14:textId="77777777" w:rsidR="00495879" w:rsidRDefault="00000000">
      <w:pPr>
        <w:pStyle w:val="Listepuces"/>
      </w:pPr>
      <w:r>
        <w:t>No external funding needed</w:t>
      </w:r>
    </w:p>
    <w:p w14:paraId="1A18F68C" w14:textId="77777777" w:rsidR="00495879" w:rsidRDefault="00000000">
      <w:pPr>
        <w:pStyle w:val="Listepuces"/>
      </w:pPr>
      <w:r>
        <w:t>Founder retains 100% ownership</w:t>
      </w:r>
    </w:p>
    <w:p w14:paraId="4AB71F24" w14:textId="77777777" w:rsidR="00495879" w:rsidRDefault="00000000">
      <w:pPr>
        <w:pStyle w:val="Listepuces"/>
      </w:pPr>
      <w:r>
        <w:t>Focus on profitability + sustainable growth</w:t>
      </w:r>
    </w:p>
    <w:p w14:paraId="6E329073" w14:textId="77777777" w:rsidR="00495879" w:rsidRDefault="00000000">
      <w:r>
        <w:rPr>
          <w:b/>
        </w:rPr>
        <w:t>Scenario B: Raise Angel Round</w:t>
      </w:r>
      <w:r>
        <w:t xml:space="preserve"> (If Pursuing Aggressive Growth)</w:t>
      </w:r>
    </w:p>
    <w:p w14:paraId="24DC8CF5" w14:textId="77777777" w:rsidR="00495879" w:rsidRDefault="00000000">
      <w:pPr>
        <w:pStyle w:val="Listepuces"/>
      </w:pPr>
      <w:r>
        <w:t>**Timeline**: Q1-Q2 (6 months to raise $300-500K)</w:t>
      </w:r>
    </w:p>
    <w:p w14:paraId="3C184C2D" w14:textId="77777777" w:rsidR="00495879" w:rsidRDefault="00000000">
      <w:pPr>
        <w:pStyle w:val="Listepuces"/>
      </w:pPr>
      <w:r>
        <w:t>**Milestones**: Use Year 2 traction (63 clients, $420K revenue) to attract investors</w:t>
      </w:r>
    </w:p>
    <w:p w14:paraId="0B2F2488" w14:textId="77777777" w:rsidR="00495879" w:rsidRDefault="00000000">
      <w:pPr>
        <w:pStyle w:val="Listepuces"/>
      </w:pPr>
      <w:r>
        <w:t>**Process**:</w:t>
      </w:r>
    </w:p>
    <w:p w14:paraId="2A992224" w14:textId="77777777" w:rsidR="00495879" w:rsidRDefault="00000000">
      <w:pPr>
        <w:pStyle w:val="Listepuces"/>
      </w:pPr>
      <w:r>
        <w:t>Jan-Feb: Update pitch deck, financial model, target 20-30 angels</w:t>
      </w:r>
    </w:p>
    <w:p w14:paraId="4FBF8369" w14:textId="77777777" w:rsidR="00495879" w:rsidRDefault="00000000">
      <w:pPr>
        <w:pStyle w:val="Listepuces"/>
      </w:pPr>
      <w:r>
        <w:t>Mar-Apr: Pitch meetings (expect 50 pitches → 5 term sheets)</w:t>
      </w:r>
    </w:p>
    <w:p w14:paraId="0121462A" w14:textId="77777777" w:rsidR="00495879" w:rsidRDefault="00000000">
      <w:pPr>
        <w:pStyle w:val="Listepuces"/>
      </w:pPr>
      <w:r>
        <w:t>May: Negotiate terms, close round</w:t>
      </w:r>
    </w:p>
    <w:p w14:paraId="748D65C3" w14:textId="77777777" w:rsidR="00495879" w:rsidRDefault="00000000">
      <w:pPr>
        <w:pStyle w:val="Listepuces"/>
      </w:pPr>
      <w:r>
        <w:t>Jun: Deploy capital (hire team, scale marketing)</w:t>
      </w:r>
    </w:p>
    <w:p w14:paraId="6F85E5FF" w14:textId="77777777" w:rsidR="00495879" w:rsidRDefault="00000000">
      <w:r>
        <w:rPr>
          <w:b/>
        </w:rPr>
        <w:t>Scenario C: Strategic Partnership</w:t>
      </w:r>
      <w:r>
        <w:t xml:space="preserve"> (Hybrid)</w:t>
      </w:r>
    </w:p>
    <w:p w14:paraId="7ED54C43" w14:textId="77777777" w:rsidR="00495879" w:rsidRDefault="00000000">
      <w:pPr>
        <w:pStyle w:val="Listepuces"/>
      </w:pPr>
      <w:r>
        <w:lastRenderedPageBreak/>
        <w:t>Partner with corporate training firm ($250K licensing deal)</w:t>
      </w:r>
    </w:p>
    <w:p w14:paraId="57DBA471" w14:textId="77777777" w:rsidR="00495879" w:rsidRDefault="00000000">
      <w:pPr>
        <w:pStyle w:val="Listepuces"/>
      </w:pPr>
      <w:r>
        <w:t>Non-dilutive capital (no equity given)</w:t>
      </w:r>
    </w:p>
    <w:p w14:paraId="204077DE" w14:textId="77777777" w:rsidR="00495879" w:rsidRDefault="00000000">
      <w:pPr>
        <w:pStyle w:val="Listepuces"/>
      </w:pPr>
      <w:r>
        <w:t>Use proceeds to fund growth (same outcome as Scenario B, no dilution)</w:t>
      </w:r>
    </w:p>
    <w:p w14:paraId="644339F1" w14:textId="77777777" w:rsidR="00495879" w:rsidRDefault="00000000">
      <w:r>
        <w:rPr>
          <w:b/>
        </w:rPr>
        <w:t>GBCM Likely Path</w:t>
      </w:r>
      <w:r>
        <w:t>: Scenario A (bootstrap) unless exceptional opportunity in Scenario B or C</w:t>
      </w:r>
    </w:p>
    <w:p w14:paraId="0212B888" w14:textId="77777777" w:rsidR="00495879" w:rsidRDefault="00000000">
      <w:r>
        <w:t>________________________________________________________________________________</w:t>
      </w:r>
    </w:p>
    <w:p w14:paraId="233DF50D" w14:textId="77777777" w:rsidR="00495879" w:rsidRDefault="00000000">
      <w:pPr>
        <w:pStyle w:val="Titre2"/>
      </w:pPr>
      <w:r>
        <w:t>📊 FUNDING SUCCESS METRICS</w:t>
      </w:r>
    </w:p>
    <w:p w14:paraId="1AEEBDAF" w14:textId="77777777" w:rsidR="00495879" w:rsidRDefault="00000000">
      <w:pPr>
        <w:pStyle w:val="Titre3"/>
      </w:pPr>
      <w:r>
        <w:t>Key Metrics to Track (Investor Readiness)</w:t>
      </w:r>
    </w:p>
    <w:p w14:paraId="53EF9167" w14:textId="77777777" w:rsidR="00495879" w:rsidRDefault="00000000">
      <w:r>
        <w:rPr>
          <w:b/>
        </w:rPr>
        <w:t>Financial Health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09DDB5F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8AA0A6A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1728" w:type="dxa"/>
          </w:tcPr>
          <w:p w14:paraId="1E5E50D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1728" w:type="dxa"/>
          </w:tcPr>
          <w:p w14:paraId="2350E54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1728" w:type="dxa"/>
          </w:tcPr>
          <w:p w14:paraId="7178E16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  <w:tc>
          <w:tcPr>
            <w:tcW w:w="1728" w:type="dxa"/>
          </w:tcPr>
          <w:p w14:paraId="456D36D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Investor Benchmark</w:t>
            </w:r>
          </w:p>
        </w:tc>
      </w:tr>
      <w:tr w:rsidR="00495879" w14:paraId="78A3E33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9999E3E" w14:textId="77777777" w:rsidR="00495879" w:rsidRDefault="00000000">
            <w:r>
              <w:t>**Revenue Growth**</w:t>
            </w:r>
          </w:p>
        </w:tc>
        <w:tc>
          <w:tcPr>
            <w:tcW w:w="1728" w:type="dxa"/>
          </w:tcPr>
          <w:p w14:paraId="3558732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728" w:type="dxa"/>
          </w:tcPr>
          <w:p w14:paraId="1D45CB8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133%</w:t>
            </w:r>
          </w:p>
        </w:tc>
        <w:tc>
          <w:tcPr>
            <w:tcW w:w="1728" w:type="dxa"/>
          </w:tcPr>
          <w:p w14:paraId="199E9EC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102%</w:t>
            </w:r>
          </w:p>
        </w:tc>
        <w:tc>
          <w:tcPr>
            <w:tcW w:w="1728" w:type="dxa"/>
          </w:tcPr>
          <w:p w14:paraId="753E788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&gt;100% (early stage)</w:t>
            </w:r>
          </w:p>
        </w:tc>
      </w:tr>
      <w:tr w:rsidR="00495879" w14:paraId="425BA48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251542E" w14:textId="77777777" w:rsidR="00495879" w:rsidRDefault="00000000">
            <w:r>
              <w:t>**Gross Margin**</w:t>
            </w:r>
          </w:p>
        </w:tc>
        <w:tc>
          <w:tcPr>
            <w:tcW w:w="1728" w:type="dxa"/>
          </w:tcPr>
          <w:p w14:paraId="45174B6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1728" w:type="dxa"/>
          </w:tcPr>
          <w:p w14:paraId="29B41DA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1728" w:type="dxa"/>
          </w:tcPr>
          <w:p w14:paraId="7DE1B5A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91.8%</w:t>
            </w:r>
          </w:p>
        </w:tc>
        <w:tc>
          <w:tcPr>
            <w:tcW w:w="1728" w:type="dxa"/>
          </w:tcPr>
          <w:p w14:paraId="5703A84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&gt;70% (services)</w:t>
            </w:r>
          </w:p>
        </w:tc>
      </w:tr>
      <w:tr w:rsidR="00495879" w14:paraId="1DE5F4D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0C2B43E" w14:textId="77777777" w:rsidR="00495879" w:rsidRDefault="00000000">
            <w:r>
              <w:t>**EBITDA Margin**</w:t>
            </w:r>
          </w:p>
        </w:tc>
        <w:tc>
          <w:tcPr>
            <w:tcW w:w="1728" w:type="dxa"/>
          </w:tcPr>
          <w:p w14:paraId="58897E0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-40%</w:t>
            </w:r>
          </w:p>
        </w:tc>
        <w:tc>
          <w:tcPr>
            <w:tcW w:w="1728" w:type="dxa"/>
          </w:tcPr>
          <w:p w14:paraId="2DB47B4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-5%</w:t>
            </w:r>
          </w:p>
        </w:tc>
        <w:tc>
          <w:tcPr>
            <w:tcW w:w="1728" w:type="dxa"/>
          </w:tcPr>
          <w:p w14:paraId="7FEB31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1728" w:type="dxa"/>
          </w:tcPr>
          <w:p w14:paraId="7CE9516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&gt;0% by Year 3 (breakeven)</w:t>
            </w:r>
          </w:p>
        </w:tc>
      </w:tr>
      <w:tr w:rsidR="00495879" w14:paraId="4896485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9EF2DD5" w14:textId="77777777" w:rsidR="00495879" w:rsidRDefault="00000000">
            <w:r>
              <w:t>**Cash Runway**</w:t>
            </w:r>
          </w:p>
        </w:tc>
        <w:tc>
          <w:tcPr>
            <w:tcW w:w="1728" w:type="dxa"/>
          </w:tcPr>
          <w:p w14:paraId="07BE07A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1.4 mo</w:t>
            </w:r>
          </w:p>
        </w:tc>
        <w:tc>
          <w:tcPr>
            <w:tcW w:w="1728" w:type="dxa"/>
          </w:tcPr>
          <w:p w14:paraId="2038E2F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3.6 mo</w:t>
            </w:r>
          </w:p>
        </w:tc>
        <w:tc>
          <w:tcPr>
            <w:tcW w:w="1728" w:type="dxa"/>
          </w:tcPr>
          <w:p w14:paraId="41671DC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7.4 mo</w:t>
            </w:r>
          </w:p>
        </w:tc>
        <w:tc>
          <w:tcPr>
            <w:tcW w:w="1728" w:type="dxa"/>
          </w:tcPr>
          <w:p w14:paraId="2BED45A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&gt;6 months</w:t>
            </w:r>
          </w:p>
        </w:tc>
      </w:tr>
      <w:tr w:rsidR="00495879" w14:paraId="63E7DD0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8626402" w14:textId="77777777" w:rsidR="00495879" w:rsidRDefault="00000000">
            <w:r>
              <w:t>**Customer CAC**</w:t>
            </w:r>
          </w:p>
        </w:tc>
        <w:tc>
          <w:tcPr>
            <w:tcW w:w="1728" w:type="dxa"/>
          </w:tcPr>
          <w:p w14:paraId="01A38D3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1728" w:type="dxa"/>
          </w:tcPr>
          <w:p w14:paraId="7A6D9E2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$3,000</w:t>
            </w:r>
          </w:p>
        </w:tc>
        <w:tc>
          <w:tcPr>
            <w:tcW w:w="1728" w:type="dxa"/>
          </w:tcPr>
          <w:p w14:paraId="5A58D47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$4,000</w:t>
            </w:r>
          </w:p>
        </w:tc>
        <w:tc>
          <w:tcPr>
            <w:tcW w:w="1728" w:type="dxa"/>
          </w:tcPr>
          <w:p w14:paraId="1CDCF67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&lt;$5,000 (SMB B2B)</w:t>
            </w:r>
          </w:p>
        </w:tc>
      </w:tr>
      <w:tr w:rsidR="00495879" w14:paraId="6B858BB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117B01C" w14:textId="77777777" w:rsidR="00495879" w:rsidRDefault="00000000">
            <w:r>
              <w:t>**LTV:CAC Ratio**</w:t>
            </w:r>
          </w:p>
        </w:tc>
        <w:tc>
          <w:tcPr>
            <w:tcW w:w="1728" w:type="dxa"/>
          </w:tcPr>
          <w:p w14:paraId="14CBF61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6:1</w:t>
            </w:r>
          </w:p>
        </w:tc>
        <w:tc>
          <w:tcPr>
            <w:tcW w:w="1728" w:type="dxa"/>
          </w:tcPr>
          <w:p w14:paraId="6FACBAF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12:1</w:t>
            </w:r>
          </w:p>
        </w:tc>
        <w:tc>
          <w:tcPr>
            <w:tcW w:w="1728" w:type="dxa"/>
          </w:tcPr>
          <w:p w14:paraId="508DF4D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9:1</w:t>
            </w:r>
          </w:p>
        </w:tc>
        <w:tc>
          <w:tcPr>
            <w:tcW w:w="1728" w:type="dxa"/>
          </w:tcPr>
          <w:p w14:paraId="70F7BFC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&gt;3:1 (healthy)</w:t>
            </w:r>
          </w:p>
        </w:tc>
      </w:tr>
    </w:tbl>
    <w:p w14:paraId="7D4EA61A" w14:textId="77777777" w:rsidR="00495879" w:rsidRDefault="00495879"/>
    <w:p w14:paraId="4D47288F" w14:textId="77777777" w:rsidR="00495879" w:rsidRDefault="00000000">
      <w:r>
        <w:rPr>
          <w:b/>
        </w:rPr>
        <w:t>Operational Excellence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4F631F8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DEBCC31" w14:textId="77777777" w:rsidR="00495879" w:rsidRDefault="00000000">
            <w:r>
              <w:rPr>
                <w:sz w:val="20"/>
              </w:rPr>
              <w:t>Metric</w:t>
            </w:r>
          </w:p>
        </w:tc>
        <w:tc>
          <w:tcPr>
            <w:tcW w:w="1728" w:type="dxa"/>
          </w:tcPr>
          <w:p w14:paraId="1A05504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1728" w:type="dxa"/>
          </w:tcPr>
          <w:p w14:paraId="58E4F9B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1728" w:type="dxa"/>
          </w:tcPr>
          <w:p w14:paraId="634D10D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  <w:tc>
          <w:tcPr>
            <w:tcW w:w="1728" w:type="dxa"/>
          </w:tcPr>
          <w:p w14:paraId="1E8AD6E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Investor Benchmark</w:t>
            </w:r>
          </w:p>
        </w:tc>
      </w:tr>
      <w:tr w:rsidR="00495879" w14:paraId="42EDBA2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8BC6B8F" w14:textId="77777777" w:rsidR="00495879" w:rsidRDefault="00000000">
            <w:r>
              <w:t>**NPS**</w:t>
            </w:r>
          </w:p>
        </w:tc>
        <w:tc>
          <w:tcPr>
            <w:tcW w:w="1728" w:type="dxa"/>
          </w:tcPr>
          <w:p w14:paraId="5F7722A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728" w:type="dxa"/>
          </w:tcPr>
          <w:p w14:paraId="7879CC2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</w:tc>
        <w:tc>
          <w:tcPr>
            <w:tcW w:w="1728" w:type="dxa"/>
          </w:tcPr>
          <w:p w14:paraId="739A637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</w:t>
            </w:r>
          </w:p>
        </w:tc>
        <w:tc>
          <w:tcPr>
            <w:tcW w:w="1728" w:type="dxa"/>
          </w:tcPr>
          <w:p w14:paraId="04E7928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&gt;50 (promoters)</w:t>
            </w:r>
          </w:p>
        </w:tc>
      </w:tr>
      <w:tr w:rsidR="00495879" w14:paraId="316FEC5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350A89D0" w14:textId="77777777" w:rsidR="00495879" w:rsidRDefault="00000000">
            <w:r>
              <w:t>**Renewal Rate**</w:t>
            </w:r>
          </w:p>
        </w:tc>
        <w:tc>
          <w:tcPr>
            <w:tcW w:w="1728" w:type="dxa"/>
          </w:tcPr>
          <w:p w14:paraId="7055B3C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80%</w:t>
            </w:r>
          </w:p>
        </w:tc>
        <w:tc>
          <w:tcPr>
            <w:tcW w:w="1728" w:type="dxa"/>
          </w:tcPr>
          <w:p w14:paraId="22DE8A2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85%</w:t>
            </w:r>
          </w:p>
        </w:tc>
        <w:tc>
          <w:tcPr>
            <w:tcW w:w="1728" w:type="dxa"/>
          </w:tcPr>
          <w:p w14:paraId="4E6697C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90%</w:t>
            </w:r>
          </w:p>
        </w:tc>
        <w:tc>
          <w:tcPr>
            <w:tcW w:w="1728" w:type="dxa"/>
          </w:tcPr>
          <w:p w14:paraId="50D90A6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&gt;70% (B2B SaaS)</w:t>
            </w:r>
          </w:p>
        </w:tc>
      </w:tr>
      <w:tr w:rsidR="00495879" w14:paraId="6E88143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DCB0C9E" w14:textId="77777777" w:rsidR="00495879" w:rsidRDefault="00000000">
            <w:r>
              <w:t>**Session Rating**</w:t>
            </w:r>
          </w:p>
        </w:tc>
        <w:tc>
          <w:tcPr>
            <w:tcW w:w="1728" w:type="dxa"/>
          </w:tcPr>
          <w:p w14:paraId="61AFCDA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4.5</w:t>
            </w:r>
          </w:p>
        </w:tc>
        <w:tc>
          <w:tcPr>
            <w:tcW w:w="1728" w:type="dxa"/>
          </w:tcPr>
          <w:p w14:paraId="3071921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4.6</w:t>
            </w:r>
          </w:p>
        </w:tc>
        <w:tc>
          <w:tcPr>
            <w:tcW w:w="1728" w:type="dxa"/>
          </w:tcPr>
          <w:p w14:paraId="0FFDE04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4.7</w:t>
            </w:r>
          </w:p>
        </w:tc>
        <w:tc>
          <w:tcPr>
            <w:tcW w:w="1728" w:type="dxa"/>
          </w:tcPr>
          <w:p w14:paraId="1991196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&gt;4.5 (excellence)</w:t>
            </w:r>
          </w:p>
        </w:tc>
      </w:tr>
    </w:tbl>
    <w:p w14:paraId="757CDB6B" w14:textId="77777777" w:rsidR="00495879" w:rsidRDefault="00495879"/>
    <w:p w14:paraId="51FA9CDE" w14:textId="77777777" w:rsidR="00495879" w:rsidRDefault="00000000">
      <w:r>
        <w:t>________________________________________________________________________________</w:t>
      </w:r>
    </w:p>
    <w:p w14:paraId="1660DA60" w14:textId="77777777" w:rsidR="00495879" w:rsidRDefault="00000000">
      <w:pPr>
        <w:pStyle w:val="Titre2"/>
      </w:pPr>
      <w:r>
        <w:t>📌 CONCLUSION</w:t>
      </w:r>
    </w:p>
    <w:p w14:paraId="1CA653AB" w14:textId="77777777" w:rsidR="00495879" w:rsidRDefault="00000000">
      <w:r>
        <w:t xml:space="preserve">La stratégie de financement de GBCM LLC privilégie </w:t>
      </w:r>
      <w:r>
        <w:rPr>
          <w:b/>
        </w:rPr>
        <w:t>capital efficiency</w:t>
      </w:r>
      <w:r>
        <w:t xml:space="preserve"> et </w:t>
      </w:r>
      <w:r>
        <w:rPr>
          <w:b/>
        </w:rPr>
        <w:t>founder control</w:t>
      </w:r>
      <w:r>
        <w:t>:</w:t>
      </w:r>
    </w:p>
    <w:p w14:paraId="33E482D7" w14:textId="77777777" w:rsidR="00495879" w:rsidRDefault="00000000">
      <w:r>
        <w:lastRenderedPageBreak/>
        <w:t xml:space="preserve">✅ </w:t>
      </w:r>
      <w:r>
        <w:rPr>
          <w:b/>
        </w:rPr>
        <w:t>Year 1</w:t>
      </w:r>
      <w:r>
        <w:t>: Bootstrap with $75K founder investment (validate model)</w:t>
      </w:r>
    </w:p>
    <w:p w14:paraId="607C4307" w14:textId="77777777" w:rsidR="00495879" w:rsidRDefault="00000000">
      <w:r>
        <w:t xml:space="preserve">✅ </w:t>
      </w:r>
      <w:r>
        <w:rPr>
          <w:b/>
        </w:rPr>
        <w:t>Year 2</w:t>
      </w:r>
      <w:r>
        <w:t>: Self-funding from revenue (cashflow-positive)</w:t>
      </w:r>
    </w:p>
    <w:p w14:paraId="1A2443FA" w14:textId="77777777" w:rsidR="00495879" w:rsidRDefault="00000000">
      <w:r>
        <w:t xml:space="preserve">✅ </w:t>
      </w:r>
      <w:r>
        <w:rPr>
          <w:b/>
        </w:rPr>
        <w:t>Year 3</w:t>
      </w:r>
      <w:r>
        <w:t>: Profitable, optionality to raise or continue bootstrapping</w:t>
      </w:r>
    </w:p>
    <w:p w14:paraId="7C509EE4" w14:textId="77777777" w:rsidR="00495879" w:rsidRDefault="00000000">
      <w:r>
        <w:rPr>
          <w:b/>
        </w:rPr>
        <w:t>Funding Philosophy</w:t>
      </w:r>
      <w:r>
        <w:t>: "Only raise capital when ROI is clear and dilution is worth it"</w:t>
      </w:r>
    </w:p>
    <w:p w14:paraId="3BEC7F33" w14:textId="77777777" w:rsidR="00495879" w:rsidRDefault="00000000">
      <w:r>
        <w:rPr>
          <w:b/>
        </w:rPr>
        <w:t>Exit Strategy</w:t>
      </w:r>
      <w:r>
        <w:t>: Build $10-20M business, exit in 5-7 years for $3-6M (or run as lifestyle business generating $500K-$1M/year profit)</w:t>
      </w:r>
    </w:p>
    <w:p w14:paraId="7AD8906E" w14:textId="77777777" w:rsidR="00495879" w:rsidRDefault="00000000">
      <w:r>
        <w:rPr>
          <w:b/>
        </w:rPr>
        <w:t>Next</w:t>
      </w:r>
      <w:r>
        <w:t>: Section 12 - Risk Analysis &amp; Mitigation</w:t>
      </w:r>
    </w:p>
    <w:p w14:paraId="6129C20C" w14:textId="77777777" w:rsidR="00495879" w:rsidRDefault="00000000">
      <w:r>
        <w:t>________________________________________________________________________________</w:t>
      </w:r>
    </w:p>
    <w:p w14:paraId="1A062A64" w14:textId="77777777" w:rsidR="00495879" w:rsidRDefault="00000000">
      <w:r>
        <w:t>© 2025 GBCM LLC - Business Plan v2.0 | Funding Strategy</w:t>
      </w:r>
    </w:p>
    <w:p w14:paraId="7995049C" w14:textId="77777777" w:rsidR="00495879" w:rsidRDefault="00000000">
      <w:r>
        <w:br w:type="page"/>
      </w:r>
    </w:p>
    <w:p w14:paraId="64DEBD0C" w14:textId="77777777" w:rsidR="00495879" w:rsidRDefault="00000000">
      <w:pPr>
        <w:pStyle w:val="Titre1"/>
      </w:pPr>
      <w:r>
        <w:lastRenderedPageBreak/>
        <w:t>12. RISK ANALYSIS &amp; MITIGATION</w:t>
      </w:r>
    </w:p>
    <w:p w14:paraId="5007503F" w14:textId="77777777" w:rsidR="00495879" w:rsidRDefault="00000000">
      <w:r>
        <w:t>________________________________________________________________________________</w:t>
      </w:r>
    </w:p>
    <w:p w14:paraId="439E6764" w14:textId="77777777" w:rsidR="00495879" w:rsidRDefault="00000000">
      <w:pPr>
        <w:pStyle w:val="Titre2"/>
      </w:pPr>
      <w:r>
        <w:t>📋 TABLE DES MATIÈRES</w:t>
      </w:r>
    </w:p>
    <w:p w14:paraId="2EF12D63" w14:textId="77777777" w:rsidR="00495879" w:rsidRDefault="00000000">
      <w:pPr>
        <w:pStyle w:val="Listepuces"/>
      </w:pPr>
      <w:r>
        <w:t>[Vue d'Ensemble](#vue-densemble)</w:t>
      </w:r>
    </w:p>
    <w:p w14:paraId="7567026F" w14:textId="77777777" w:rsidR="00495879" w:rsidRDefault="00000000">
      <w:pPr>
        <w:pStyle w:val="Listepuces"/>
      </w:pPr>
      <w:r>
        <w:t>[Market &amp; Competitive Risks](#market--competitive-risks)</w:t>
      </w:r>
    </w:p>
    <w:p w14:paraId="0BD54381" w14:textId="77777777" w:rsidR="00495879" w:rsidRDefault="00000000">
      <w:pPr>
        <w:pStyle w:val="Listepuces"/>
      </w:pPr>
      <w:r>
        <w:t>[Operational Risks](#operational-risks)</w:t>
      </w:r>
    </w:p>
    <w:p w14:paraId="0F8B63FD" w14:textId="77777777" w:rsidR="00495879" w:rsidRDefault="00000000">
      <w:pPr>
        <w:pStyle w:val="Listepuces"/>
      </w:pPr>
      <w:r>
        <w:t>[Financial Risks](#financial-risks)</w:t>
      </w:r>
    </w:p>
    <w:p w14:paraId="71879642" w14:textId="77777777" w:rsidR="00495879" w:rsidRDefault="00000000">
      <w:pPr>
        <w:pStyle w:val="Listepuces"/>
      </w:pPr>
      <w:r>
        <w:t>[Technology Risks](#technology-risks)</w:t>
      </w:r>
    </w:p>
    <w:p w14:paraId="799C4866" w14:textId="77777777" w:rsidR="00495879" w:rsidRDefault="00000000">
      <w:pPr>
        <w:pStyle w:val="Listepuces"/>
      </w:pPr>
      <w:r>
        <w:t>[People &amp; Organization Risks](#people--organization-risks)</w:t>
      </w:r>
    </w:p>
    <w:p w14:paraId="7B927CF1" w14:textId="77777777" w:rsidR="00495879" w:rsidRDefault="00000000">
      <w:pPr>
        <w:pStyle w:val="Listepuces"/>
      </w:pPr>
      <w:r>
        <w:t>[Legal &amp; Compliance Risks](#legal--compliance-risks)</w:t>
      </w:r>
    </w:p>
    <w:p w14:paraId="3DD02E8D" w14:textId="77777777" w:rsidR="00495879" w:rsidRDefault="00000000">
      <w:pPr>
        <w:pStyle w:val="Listepuces"/>
      </w:pPr>
      <w:r>
        <w:t>[External &amp; Macro Risks](#external--macro-risks)</w:t>
      </w:r>
    </w:p>
    <w:p w14:paraId="76969A95" w14:textId="77777777" w:rsidR="00495879" w:rsidRDefault="00000000">
      <w:pPr>
        <w:pStyle w:val="Listepuces"/>
      </w:pPr>
      <w:r>
        <w:t>[Risk Management Framework](#risk-management-framework)</w:t>
      </w:r>
    </w:p>
    <w:p w14:paraId="0AB52B49" w14:textId="77777777" w:rsidR="00495879" w:rsidRDefault="00000000">
      <w:r>
        <w:t>________________________________________________________________________________</w:t>
      </w:r>
    </w:p>
    <w:p w14:paraId="634A4B63" w14:textId="77777777" w:rsidR="00495879" w:rsidRDefault="00000000">
      <w:pPr>
        <w:pStyle w:val="Titre2"/>
      </w:pPr>
      <w:r>
        <w:t>🎯 VUE D'ENSEMBLE</w:t>
      </w:r>
    </w:p>
    <w:p w14:paraId="343AF3D3" w14:textId="77777777" w:rsidR="00495879" w:rsidRDefault="00000000">
      <w:pPr>
        <w:pStyle w:val="Titre3"/>
      </w:pPr>
      <w:r>
        <w:t>Risk Philosophy: Identify, Assess, Mitigate, Monitor</w:t>
      </w:r>
    </w:p>
    <w:p w14:paraId="54A8BDD8" w14:textId="77777777" w:rsidR="00495879" w:rsidRDefault="00000000">
      <w:r>
        <w:t xml:space="preserve">GBCM LLC adopte une approche proactive de gestion des risques - </w:t>
      </w:r>
      <w:r>
        <w:rPr>
          <w:b/>
        </w:rPr>
        <w:t>anticiper les problèmes avant qu'ils ne surviennent</w:t>
      </w:r>
      <w:r>
        <w:t>.</w:t>
      </w:r>
    </w:p>
    <w:p w14:paraId="6887D94A" w14:textId="77777777" w:rsidR="00495879" w:rsidRDefault="00000000">
      <w:r>
        <w:rPr>
          <w:b/>
        </w:rPr>
        <w:t>Risk Management Process</w:t>
      </w:r>
      <w:r>
        <w:t>:</w:t>
      </w:r>
    </w:p>
    <w:p w14:paraId="3EA7D336" w14:textId="77777777" w:rsidR="00495879" w:rsidRDefault="00000000">
      <w:pPr>
        <w:pStyle w:val="Listenumros"/>
      </w:pPr>
      <w:r>
        <w:t>**Identify**: List all potential risks (brainstorm, industry research)</w:t>
      </w:r>
    </w:p>
    <w:p w14:paraId="475E849A" w14:textId="77777777" w:rsidR="00495879" w:rsidRDefault="00000000">
      <w:pPr>
        <w:pStyle w:val="Listenumros"/>
      </w:pPr>
      <w:r>
        <w:t>**Assess**: Rate each risk (Probability × Impact = Risk Score)</w:t>
      </w:r>
    </w:p>
    <w:p w14:paraId="1011D473" w14:textId="77777777" w:rsidR="00495879" w:rsidRDefault="00000000">
      <w:pPr>
        <w:pStyle w:val="Listenumros"/>
      </w:pPr>
      <w:r>
        <w:t>**Mitigate**: Create action plans to reduce probability or impact</w:t>
      </w:r>
    </w:p>
    <w:p w14:paraId="171004B7" w14:textId="77777777" w:rsidR="00495879" w:rsidRDefault="00000000">
      <w:pPr>
        <w:pStyle w:val="Listenumros"/>
      </w:pPr>
      <w:r>
        <w:t>**Monitor**: Track indicators, review quarterly</w:t>
      </w:r>
    </w:p>
    <w:p w14:paraId="5C919827" w14:textId="77777777" w:rsidR="00495879" w:rsidRDefault="00000000">
      <w:pPr>
        <w:pStyle w:val="Titre3"/>
      </w:pPr>
      <w:r>
        <w:t>Risk Matrix Framework</w:t>
      </w:r>
    </w:p>
    <w:p w14:paraId="5886E86F" w14:textId="77777777" w:rsidR="00495879" w:rsidRDefault="00000000">
      <w:r>
        <w:rPr>
          <w:b/>
        </w:rPr>
        <w:t>Probability Scale</w:t>
      </w:r>
      <w:r>
        <w:t xml:space="preserve"> (1-5):</w:t>
      </w:r>
    </w:p>
    <w:p w14:paraId="4A8FC31D" w14:textId="77777777" w:rsidR="00495879" w:rsidRDefault="00000000">
      <w:pPr>
        <w:pStyle w:val="Listepuces"/>
      </w:pPr>
      <w:r>
        <w:t>1 = Rare (&lt;10% chance)</w:t>
      </w:r>
    </w:p>
    <w:p w14:paraId="083D12BE" w14:textId="77777777" w:rsidR="00495879" w:rsidRDefault="00000000">
      <w:pPr>
        <w:pStyle w:val="Listepuces"/>
      </w:pPr>
      <w:r>
        <w:t>2 = Unlikely (10-30%)</w:t>
      </w:r>
    </w:p>
    <w:p w14:paraId="2A04C962" w14:textId="77777777" w:rsidR="00495879" w:rsidRDefault="00000000">
      <w:pPr>
        <w:pStyle w:val="Listepuces"/>
      </w:pPr>
      <w:r>
        <w:t>3 = Possible (30-50%)</w:t>
      </w:r>
    </w:p>
    <w:p w14:paraId="14AE7D96" w14:textId="77777777" w:rsidR="00495879" w:rsidRDefault="00000000">
      <w:pPr>
        <w:pStyle w:val="Listepuces"/>
      </w:pPr>
      <w:r>
        <w:t>4 = Likely (50-75%)</w:t>
      </w:r>
    </w:p>
    <w:p w14:paraId="051493D3" w14:textId="77777777" w:rsidR="00495879" w:rsidRDefault="00000000">
      <w:pPr>
        <w:pStyle w:val="Listepuces"/>
      </w:pPr>
      <w:r>
        <w:t>5 = Almost Certain (&gt;75%)</w:t>
      </w:r>
    </w:p>
    <w:p w14:paraId="0177BF34" w14:textId="77777777" w:rsidR="00495879" w:rsidRDefault="00000000">
      <w:r>
        <w:rPr>
          <w:b/>
        </w:rPr>
        <w:t>Impact Scale</w:t>
      </w:r>
      <w:r>
        <w:t xml:space="preserve"> (1-5):</w:t>
      </w:r>
    </w:p>
    <w:p w14:paraId="69EECE2F" w14:textId="77777777" w:rsidR="00495879" w:rsidRDefault="00000000">
      <w:pPr>
        <w:pStyle w:val="Listepuces"/>
      </w:pPr>
      <w:r>
        <w:t>1 = Negligible (minor inconvenience)</w:t>
      </w:r>
    </w:p>
    <w:p w14:paraId="0968C5EF" w14:textId="77777777" w:rsidR="00495879" w:rsidRDefault="00000000">
      <w:pPr>
        <w:pStyle w:val="Listepuces"/>
      </w:pPr>
      <w:r>
        <w:t>2 = Minor (affects 1-2 clients or &lt;$5K loss)</w:t>
      </w:r>
    </w:p>
    <w:p w14:paraId="137E0D23" w14:textId="77777777" w:rsidR="00495879" w:rsidRDefault="00000000">
      <w:pPr>
        <w:pStyle w:val="Listepuces"/>
      </w:pPr>
      <w:r>
        <w:t>3 = Moderate (affects 5-10 clients or $5K-25K loss)</w:t>
      </w:r>
    </w:p>
    <w:p w14:paraId="65CAAABD" w14:textId="77777777" w:rsidR="00495879" w:rsidRDefault="00000000">
      <w:pPr>
        <w:pStyle w:val="Listepuces"/>
      </w:pPr>
      <w:r>
        <w:lastRenderedPageBreak/>
        <w:t>4 = Major (affects 20+ clients or $25K-100K loss)</w:t>
      </w:r>
    </w:p>
    <w:p w14:paraId="2B050940" w14:textId="77777777" w:rsidR="00495879" w:rsidRDefault="00000000">
      <w:pPr>
        <w:pStyle w:val="Listepuces"/>
      </w:pPr>
      <w:r>
        <w:t>5 = Critical (business failure, &gt;$100K loss)</w:t>
      </w:r>
    </w:p>
    <w:p w14:paraId="7B40A800" w14:textId="77777777" w:rsidR="00495879" w:rsidRDefault="00000000">
      <w:r>
        <w:rPr>
          <w:b/>
        </w:rPr>
        <w:t>Risk Score</w:t>
      </w:r>
      <w:r>
        <w:t xml:space="preserve"> = Probability × Impact (1-25)</w:t>
      </w:r>
    </w:p>
    <w:p w14:paraId="7A79FA56" w14:textId="77777777" w:rsidR="00495879" w:rsidRDefault="00000000">
      <w:pPr>
        <w:pStyle w:val="Listepuces"/>
      </w:pPr>
      <w:r>
        <w:t>1-6 = Low risk (monitor, no immediate action)</w:t>
      </w:r>
    </w:p>
    <w:p w14:paraId="3485BCA3" w14:textId="77777777" w:rsidR="00495879" w:rsidRDefault="00000000">
      <w:pPr>
        <w:pStyle w:val="Listepuces"/>
      </w:pPr>
      <w:r>
        <w:t>7-12 = Medium risk (mitigate within 6 months)</w:t>
      </w:r>
    </w:p>
    <w:p w14:paraId="09A29BC0" w14:textId="77777777" w:rsidR="00495879" w:rsidRDefault="00000000">
      <w:pPr>
        <w:pStyle w:val="Listepuces"/>
      </w:pPr>
      <w:r>
        <w:t>13-19 = High risk (mitigate within 3 months)</w:t>
      </w:r>
    </w:p>
    <w:p w14:paraId="3E3DC2C2" w14:textId="77777777" w:rsidR="00495879" w:rsidRDefault="00000000">
      <w:pPr>
        <w:pStyle w:val="Listepuces"/>
      </w:pPr>
      <w:r>
        <w:t>20-25 = Critical risk (mitigate immediately)</w:t>
      </w:r>
    </w:p>
    <w:p w14:paraId="6265542E" w14:textId="77777777" w:rsidR="00495879" w:rsidRDefault="00000000">
      <w:r>
        <w:t>________________________________________________________________________________</w:t>
      </w:r>
    </w:p>
    <w:p w14:paraId="645B6265" w14:textId="77777777" w:rsidR="00495879" w:rsidRDefault="00000000">
      <w:pPr>
        <w:pStyle w:val="Titre2"/>
      </w:pPr>
      <w:r>
        <w:t>🏪 MARKET &amp; COMPETITIVE RISKS</w:t>
      </w:r>
    </w:p>
    <w:p w14:paraId="20DA95EF" w14:textId="77777777" w:rsidR="00495879" w:rsidRDefault="00000000">
      <w:pPr>
        <w:pStyle w:val="Titre3"/>
      </w:pPr>
      <w:r>
        <w:t>RISK 1: Market Saturation / Too Many Coaches</w:t>
      </w:r>
    </w:p>
    <w:p w14:paraId="7CB6B21C" w14:textId="77777777" w:rsidR="00495879" w:rsidRDefault="00000000">
      <w:r>
        <w:rPr>
          <w:b/>
        </w:rPr>
        <w:t>Description</w:t>
      </w:r>
      <w:r>
        <w:t>: 145,000+ business coaches in US, difficult to differentiate</w:t>
      </w:r>
    </w:p>
    <w:p w14:paraId="07DBD689" w14:textId="77777777" w:rsidR="00495879" w:rsidRDefault="00000000">
      <w:r>
        <w:rPr>
          <w:b/>
        </w:rPr>
        <w:t>Probability</w:t>
      </w:r>
      <w:r>
        <w:t>: 4 (Likely) - Market IS crowded</w:t>
      </w:r>
    </w:p>
    <w:p w14:paraId="17C1EAB6" w14:textId="77777777" w:rsidR="00495879" w:rsidRDefault="00000000">
      <w:r>
        <w:rPr>
          <w:b/>
        </w:rPr>
        <w:t>Impact</w:t>
      </w:r>
      <w:r>
        <w:t>: 4 (Major) - Could struggle to acquire clients, price pressure</w:t>
      </w:r>
    </w:p>
    <w:p w14:paraId="055610A7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16 (HIGH)</w:t>
      </w:r>
    </w:p>
    <w:p w14:paraId="51C9838D" w14:textId="77777777" w:rsidR="00495879" w:rsidRDefault="00000000">
      <w:r>
        <w:rPr>
          <w:b/>
        </w:rPr>
        <w:t>Mitigation Strategies</w:t>
      </w:r>
      <w:r>
        <w:t>:</w:t>
      </w:r>
    </w:p>
    <w:p w14:paraId="3AC88A7F" w14:textId="77777777" w:rsidR="00495879" w:rsidRDefault="00000000">
      <w:pPr>
        <w:pStyle w:val="Listenumros"/>
      </w:pPr>
      <w:r>
        <w:t>**Niche Specialization** (Reduce)</w:t>
      </w:r>
    </w:p>
    <w:p w14:paraId="3A75EE8C" w14:textId="77777777" w:rsidR="00495879" w:rsidRDefault="00000000">
      <w:pPr>
        <w:pStyle w:val="Listepuces"/>
      </w:pPr>
      <w:r>
        <w:t>Focus on 3 specific personas (Scale-Up CEOs, Bootstrappers, First-Time CEOs)</w:t>
      </w:r>
    </w:p>
    <w:p w14:paraId="594D447A" w14:textId="77777777" w:rsidR="00495879" w:rsidRDefault="00000000">
      <w:pPr>
        <w:pStyle w:val="Listepuces"/>
      </w:pPr>
      <w:r>
        <w:t>vs generic "business coach for everyone"</w:t>
      </w:r>
    </w:p>
    <w:p w14:paraId="0448F170" w14:textId="77777777" w:rsidR="00495879" w:rsidRDefault="00000000">
      <w:pPr>
        <w:pStyle w:val="Listepuces"/>
      </w:pPr>
      <w:r>
        <w:t>Result: Compete with 1,000 specialists, not 145,000 generalists</w:t>
      </w:r>
    </w:p>
    <w:p w14:paraId="7D63057D" w14:textId="77777777" w:rsidR="00495879" w:rsidRDefault="00000000">
      <w:pPr>
        <w:pStyle w:val="Listenumros"/>
      </w:pPr>
      <w:r>
        <w:t>**Tech Differentiation** (Reduce)</w:t>
      </w:r>
    </w:p>
    <w:p w14:paraId="5AD68844" w14:textId="77777777" w:rsidR="00495879" w:rsidRDefault="00000000">
      <w:pPr>
        <w:pStyle w:val="Listepuces"/>
      </w:pPr>
      <w:r>
        <w:t>AI Success Coach™ (first-mover in SMB space, 12-18 month lead)</w:t>
      </w:r>
    </w:p>
    <w:p w14:paraId="73367C48" w14:textId="77777777" w:rsidR="00495879" w:rsidRDefault="00000000">
      <w:pPr>
        <w:pStyle w:val="Listepuces"/>
      </w:pPr>
      <w:r>
        <w:t>Proprietary platform (competitors use Zoom + Google Docs)</w:t>
      </w:r>
    </w:p>
    <w:p w14:paraId="0C4ABF5C" w14:textId="77777777" w:rsidR="00495879" w:rsidRDefault="00000000">
      <w:pPr>
        <w:pStyle w:val="Listepuces"/>
      </w:pPr>
      <w:r>
        <w:t>Result: Unique value prop ("Only AI-powered coaching for SMBs")</w:t>
      </w:r>
    </w:p>
    <w:p w14:paraId="2A9BE0CC" w14:textId="77777777" w:rsidR="00495879" w:rsidRDefault="00000000">
      <w:pPr>
        <w:pStyle w:val="Listenumros"/>
      </w:pPr>
      <w:r>
        <w:t>**Proven Methodology** (Reduce)</w:t>
      </w:r>
    </w:p>
    <w:p w14:paraId="390BCAAD" w14:textId="77777777" w:rsidR="00495879" w:rsidRDefault="00000000">
      <w:pPr>
        <w:pStyle w:val="Listepuces"/>
      </w:pPr>
      <w:r>
        <w:t>Trademarked frameworks (Scale Framework™, DTC™, SLS™)</w:t>
      </w:r>
    </w:p>
    <w:p w14:paraId="146B1D27" w14:textId="77777777" w:rsidR="00495879" w:rsidRDefault="00000000">
      <w:pPr>
        <w:pStyle w:val="Listepuces"/>
      </w:pPr>
      <w:r>
        <w:t>Data-backed results ("Clients average 34% revenue growth")</w:t>
      </w:r>
    </w:p>
    <w:p w14:paraId="6C4A0D86" w14:textId="77777777" w:rsidR="00495879" w:rsidRDefault="00000000">
      <w:pPr>
        <w:pStyle w:val="Listepuces"/>
      </w:pPr>
      <w:r>
        <w:t>Result: Credibility &gt; generic coaches</w:t>
      </w:r>
    </w:p>
    <w:p w14:paraId="6FF5BBE6" w14:textId="77777777" w:rsidR="00495879" w:rsidRDefault="00000000">
      <w:pPr>
        <w:pStyle w:val="Listenumros"/>
      </w:pPr>
      <w:r>
        <w:t>**Premium Positioning** (Accept)</w:t>
      </w:r>
    </w:p>
    <w:p w14:paraId="413647E3" w14:textId="77777777" w:rsidR="00495879" w:rsidRDefault="00000000">
      <w:pPr>
        <w:pStyle w:val="Listepuces"/>
      </w:pPr>
      <w:r>
        <w:t>Price at top 25% (not bottom 50% fighting on price)</w:t>
      </w:r>
    </w:p>
    <w:p w14:paraId="5A70A781" w14:textId="77777777" w:rsidR="00495879" w:rsidRDefault="00000000">
      <w:pPr>
        <w:pStyle w:val="Listepuces"/>
      </w:pPr>
      <w:r>
        <w:t>Attract clients who value quality over cost</w:t>
      </w:r>
    </w:p>
    <w:p w14:paraId="2ED6EA1D" w14:textId="77777777" w:rsidR="00495879" w:rsidRDefault="00000000">
      <w:pPr>
        <w:pStyle w:val="Listepuces"/>
      </w:pPr>
      <w:r>
        <w:t>Result: Smaller TAM, but higher margins + better clients</w:t>
      </w:r>
    </w:p>
    <w:p w14:paraId="05E023BE" w14:textId="77777777" w:rsidR="00495879" w:rsidRDefault="00000000">
      <w:r>
        <w:rPr>
          <w:b/>
        </w:rPr>
        <w:lastRenderedPageBreak/>
        <w:t>Monitoring Indicators</w:t>
      </w:r>
      <w:r>
        <w:t>:</w:t>
      </w:r>
    </w:p>
    <w:p w14:paraId="02C7F543" w14:textId="77777777" w:rsidR="00495879" w:rsidRDefault="00000000">
      <w:pPr>
        <w:pStyle w:val="Listepuces"/>
      </w:pPr>
      <w:r>
        <w:t>CAC trend (if rising &gt;$5K, differentiation weakening)</w:t>
      </w:r>
    </w:p>
    <w:p w14:paraId="4C18B885" w14:textId="77777777" w:rsidR="00495879" w:rsidRDefault="00000000">
      <w:pPr>
        <w:pStyle w:val="Listepuces"/>
      </w:pPr>
      <w:r>
        <w:t>Close rate (if dropping &lt;50%, messaging unclear)</w:t>
      </w:r>
    </w:p>
    <w:p w14:paraId="6B6BB476" w14:textId="77777777" w:rsidR="00495879" w:rsidRDefault="00000000">
      <w:pPr>
        <w:pStyle w:val="Listepuces"/>
      </w:pPr>
      <w:r>
        <w:t>Client source (if &lt;30% referrals by Year 2, not differentiated enough)</w:t>
      </w:r>
    </w:p>
    <w:p w14:paraId="1DF70429" w14:textId="77777777" w:rsidR="00495879" w:rsidRDefault="00000000">
      <w:r>
        <w:t>________________________________________________________________________________</w:t>
      </w:r>
    </w:p>
    <w:p w14:paraId="286764F3" w14:textId="77777777" w:rsidR="00495879" w:rsidRDefault="00000000">
      <w:pPr>
        <w:pStyle w:val="Titre3"/>
      </w:pPr>
      <w:r>
        <w:t>RISK 2: Well-Funded Competitor Enters SMB Market</w:t>
      </w:r>
    </w:p>
    <w:p w14:paraId="21987FC4" w14:textId="77777777" w:rsidR="00495879" w:rsidRDefault="00000000">
      <w:r>
        <w:rPr>
          <w:b/>
        </w:rPr>
        <w:t>Description</w:t>
      </w:r>
      <w:r>
        <w:t>: BetterUp ($1.73B valuation) or CoachHub ($1B) launch SMB offering</w:t>
      </w:r>
    </w:p>
    <w:p w14:paraId="726A5299" w14:textId="77777777" w:rsidR="00495879" w:rsidRDefault="00000000">
      <w:r>
        <w:rPr>
          <w:b/>
        </w:rPr>
        <w:t>Probability</w:t>
      </w:r>
      <w:r>
        <w:t>: 3 (Possible) - They're focused on enterprise now, but could pivot</w:t>
      </w:r>
    </w:p>
    <w:p w14:paraId="73EFB3F6" w14:textId="77777777" w:rsidR="00495879" w:rsidRDefault="00000000">
      <w:r>
        <w:rPr>
          <w:b/>
        </w:rPr>
        <w:t>Impact</w:t>
      </w:r>
      <w:r>
        <w:t>: 4 (Major) - Deep pockets = outspend us on marketing, steal clients</w:t>
      </w:r>
    </w:p>
    <w:p w14:paraId="4DD7D249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12 (MEDIUM)</w:t>
      </w:r>
    </w:p>
    <w:p w14:paraId="6BAB2657" w14:textId="77777777" w:rsidR="00495879" w:rsidRDefault="00000000">
      <w:r>
        <w:rPr>
          <w:b/>
        </w:rPr>
        <w:t>Mitigation Strategies</w:t>
      </w:r>
      <w:r>
        <w:t>:</w:t>
      </w:r>
    </w:p>
    <w:p w14:paraId="1FEAC00F" w14:textId="77777777" w:rsidR="00495879" w:rsidRDefault="00000000">
      <w:pPr>
        <w:pStyle w:val="Listenumros"/>
      </w:pPr>
      <w:r>
        <w:t>**First-Mover Advantage** (Reduce)</w:t>
      </w:r>
    </w:p>
    <w:p w14:paraId="0BD6BB05" w14:textId="77777777" w:rsidR="00495879" w:rsidRDefault="00000000">
      <w:pPr>
        <w:pStyle w:val="Listepuces"/>
      </w:pPr>
      <w:r>
        <w:t>Launch 2026 (before they enter)</w:t>
      </w:r>
    </w:p>
    <w:p w14:paraId="47D171CD" w14:textId="77777777" w:rsidR="00495879" w:rsidRDefault="00000000">
      <w:pPr>
        <w:pStyle w:val="Listepuces"/>
      </w:pPr>
      <w:r>
        <w:t>Capture 100+ clients by time they launch (Year 2-3)</w:t>
      </w:r>
    </w:p>
    <w:p w14:paraId="4907AE26" w14:textId="77777777" w:rsidR="00495879" w:rsidRDefault="00000000">
      <w:pPr>
        <w:pStyle w:val="Listepuces"/>
      </w:pPr>
      <w:r>
        <w:t>Build brand recognition in SMB space</w:t>
      </w:r>
    </w:p>
    <w:p w14:paraId="46B0B821" w14:textId="77777777" w:rsidR="00495879" w:rsidRDefault="00000000">
      <w:pPr>
        <w:pStyle w:val="Listenumros"/>
      </w:pPr>
      <w:r>
        <w:t>**Relationship Moat** (Reduce)</w:t>
      </w:r>
    </w:p>
    <w:p w14:paraId="0494990B" w14:textId="77777777" w:rsidR="00495879" w:rsidRDefault="00000000">
      <w:pPr>
        <w:pStyle w:val="Listepuces"/>
      </w:pPr>
      <w:r>
        <w:t>High-touch service (know clients personally, not faceless platform)</w:t>
      </w:r>
    </w:p>
    <w:p w14:paraId="53BFE04F" w14:textId="77777777" w:rsidR="00495879" w:rsidRDefault="00000000">
      <w:pPr>
        <w:pStyle w:val="Listepuces"/>
      </w:pPr>
      <w:r>
        <w:t>Community (clients refer peers, sticky network effects)</w:t>
      </w:r>
    </w:p>
    <w:p w14:paraId="030D2213" w14:textId="77777777" w:rsidR="00495879" w:rsidRDefault="00000000">
      <w:pPr>
        <w:pStyle w:val="Listepuces"/>
      </w:pPr>
      <w:r>
        <w:t>Result: Hard to poach our clients even with better tech</w:t>
      </w:r>
    </w:p>
    <w:p w14:paraId="29E0F18B" w14:textId="77777777" w:rsidR="00495879" w:rsidRDefault="00000000">
      <w:pPr>
        <w:pStyle w:val="Listenumros"/>
      </w:pPr>
      <w:r>
        <w:t>**Pivot to B2B2B** (Accept if happens)</w:t>
      </w:r>
    </w:p>
    <w:p w14:paraId="359F35A5" w14:textId="77777777" w:rsidR="00495879" w:rsidRDefault="00000000">
      <w:pPr>
        <w:pStyle w:val="Listepuces"/>
      </w:pPr>
      <w:r>
        <w:t>If they enter market, we white-label to them</w:t>
      </w:r>
    </w:p>
    <w:p w14:paraId="37D9C4BF" w14:textId="77777777" w:rsidR="00495879" w:rsidRDefault="00000000">
      <w:pPr>
        <w:pStyle w:val="Listepuces"/>
      </w:pPr>
      <w:r>
        <w:t>"BetterUp for SMBs, powered by GBCM"</w:t>
      </w:r>
    </w:p>
    <w:p w14:paraId="385DAA01" w14:textId="77777777" w:rsidR="00495879" w:rsidRDefault="00000000">
      <w:pPr>
        <w:pStyle w:val="Listepuces"/>
      </w:pPr>
      <w:r>
        <w:t>Result: Partner instead of compete</w:t>
      </w:r>
    </w:p>
    <w:p w14:paraId="7C4FC14D" w14:textId="77777777" w:rsidR="00495879" w:rsidRDefault="00000000">
      <w:r>
        <w:rPr>
          <w:b/>
        </w:rPr>
        <w:t>Monitoring Indicators</w:t>
      </w:r>
      <w:r>
        <w:t>:</w:t>
      </w:r>
    </w:p>
    <w:p w14:paraId="1AB7981E" w14:textId="77777777" w:rsidR="00495879" w:rsidRDefault="00000000">
      <w:pPr>
        <w:pStyle w:val="Listepuces"/>
      </w:pPr>
      <w:r>
        <w:t>Competitor product launches (track BetterUp, CoachHub press releases)</w:t>
      </w:r>
    </w:p>
    <w:p w14:paraId="1053752B" w14:textId="77777777" w:rsidR="00495879" w:rsidRDefault="00000000">
      <w:pPr>
        <w:pStyle w:val="Listepuces"/>
      </w:pPr>
      <w:r>
        <w:t>Pricing changes (if they launch SMB tier at $5K/year, undercutting us)</w:t>
      </w:r>
    </w:p>
    <w:p w14:paraId="6CC2A3EC" w14:textId="77777777" w:rsidR="00495879" w:rsidRDefault="00000000">
      <w:pPr>
        <w:pStyle w:val="Listepuces"/>
      </w:pPr>
      <w:r>
        <w:t>Client churn reasons (if losing clients to bigger platforms)</w:t>
      </w:r>
    </w:p>
    <w:p w14:paraId="02178282" w14:textId="77777777" w:rsidR="00495879" w:rsidRDefault="00000000">
      <w:r>
        <w:t>________________________________________________________________________________</w:t>
      </w:r>
    </w:p>
    <w:p w14:paraId="5AF66CBF" w14:textId="77777777" w:rsidR="00495879" w:rsidRDefault="00000000">
      <w:pPr>
        <w:pStyle w:val="Titre3"/>
      </w:pPr>
      <w:r>
        <w:t>RISK 3: Economic Recession (Coaching Seen as "Nice-to-Have")</w:t>
      </w:r>
    </w:p>
    <w:p w14:paraId="3AB6CC15" w14:textId="77777777" w:rsidR="00495879" w:rsidRDefault="00000000">
      <w:r>
        <w:rPr>
          <w:b/>
        </w:rPr>
        <w:t>Description</w:t>
      </w:r>
      <w:r>
        <w:t>: 2026-2027 recession, SMBs cut coaching budgets first</w:t>
      </w:r>
    </w:p>
    <w:p w14:paraId="11C0134E" w14:textId="77777777" w:rsidR="00495879" w:rsidRDefault="00000000">
      <w:r>
        <w:rPr>
          <w:b/>
        </w:rPr>
        <w:lastRenderedPageBreak/>
        <w:t>Probability</w:t>
      </w:r>
      <w:r>
        <w:t>: 3 (Possible) - Economists predicting 30-40% recession risk 2026-2027</w:t>
      </w:r>
    </w:p>
    <w:p w14:paraId="10B14A5E" w14:textId="77777777" w:rsidR="00495879" w:rsidRDefault="00000000">
      <w:r>
        <w:rPr>
          <w:b/>
        </w:rPr>
        <w:t>Impact</w:t>
      </w:r>
      <w:r>
        <w:t>: 5 (Critical) - Revenue could drop 40-60%, cash flow crisis</w:t>
      </w:r>
    </w:p>
    <w:p w14:paraId="7C7EA002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15 (HIGH)</w:t>
      </w:r>
    </w:p>
    <w:p w14:paraId="20CD5ED8" w14:textId="77777777" w:rsidR="00495879" w:rsidRDefault="00000000">
      <w:r>
        <w:rPr>
          <w:b/>
        </w:rPr>
        <w:t>Mitigation Strategies</w:t>
      </w:r>
      <w:r>
        <w:t>:</w:t>
      </w:r>
    </w:p>
    <w:p w14:paraId="01BC5086" w14:textId="77777777" w:rsidR="00495879" w:rsidRDefault="00000000">
      <w:pPr>
        <w:pStyle w:val="Listenumros"/>
      </w:pPr>
      <w:r>
        <w:t>**Diversify Client Base** (Reduce)</w:t>
      </w:r>
    </w:p>
    <w:p w14:paraId="3069E62B" w14:textId="77777777" w:rsidR="00495879" w:rsidRDefault="00000000">
      <w:pPr>
        <w:pStyle w:val="Listepuces"/>
      </w:pPr>
      <w:r>
        <w:t>Target recession-resistant industries: Healthcare, SaaS, Essential Services</w:t>
      </w:r>
    </w:p>
    <w:p w14:paraId="69AFD005" w14:textId="77777777" w:rsidR="00495879" w:rsidRDefault="00000000">
      <w:pPr>
        <w:pStyle w:val="Listepuces"/>
      </w:pPr>
      <w:r>
        <w:t>Avoid: Retail, hospitality, luxury goods</w:t>
      </w:r>
    </w:p>
    <w:p w14:paraId="18CC3CD7" w14:textId="77777777" w:rsidR="00495879" w:rsidRDefault="00000000">
      <w:pPr>
        <w:pStyle w:val="Listepuces"/>
      </w:pPr>
      <w:r>
        <w:t>Result: 70% of clients in stable industries</w:t>
      </w:r>
    </w:p>
    <w:p w14:paraId="6E46C298" w14:textId="77777777" w:rsidR="00495879" w:rsidRDefault="00000000">
      <w:pPr>
        <w:pStyle w:val="Listenumros"/>
      </w:pPr>
      <w:r>
        <w:t>**Lock-In Contracts** (Reduce)</w:t>
      </w:r>
    </w:p>
    <w:p w14:paraId="2BA42DCB" w14:textId="77777777" w:rsidR="00495879" w:rsidRDefault="00000000">
      <w:pPr>
        <w:pStyle w:val="Listepuces"/>
      </w:pPr>
      <w:r>
        <w:t>12-month prepay (with 5% discount incentive)</w:t>
      </w:r>
    </w:p>
    <w:p w14:paraId="547D7FDD" w14:textId="77777777" w:rsidR="00495879" w:rsidRDefault="00000000">
      <w:pPr>
        <w:pStyle w:val="Listepuces"/>
      </w:pPr>
      <w:r>
        <w:t>60% of clients prepay = 60% of Year 2 revenue secured upfront</w:t>
      </w:r>
    </w:p>
    <w:p w14:paraId="6D9F272F" w14:textId="77777777" w:rsidR="00495879" w:rsidRDefault="00000000">
      <w:pPr>
        <w:pStyle w:val="Listepuces"/>
      </w:pPr>
      <w:r>
        <w:t>Result: Recession hits, but revenue already banked</w:t>
      </w:r>
    </w:p>
    <w:p w14:paraId="0DAF377B" w14:textId="77777777" w:rsidR="00495879" w:rsidRDefault="00000000">
      <w:pPr>
        <w:pStyle w:val="Listenumros"/>
      </w:pPr>
      <w:r>
        <w:t>**Flexible Pricing** (Reduce)</w:t>
      </w:r>
    </w:p>
    <w:p w14:paraId="15F01179" w14:textId="77777777" w:rsidR="00495879" w:rsidRDefault="00000000">
      <w:pPr>
        <w:pStyle w:val="Listepuces"/>
      </w:pPr>
      <w:r>
        <w:t>Offer "pause" option (3-month pause, resume when ready)</w:t>
      </w:r>
    </w:p>
    <w:p w14:paraId="35DB13BE" w14:textId="77777777" w:rsidR="00495879" w:rsidRDefault="00000000">
      <w:pPr>
        <w:pStyle w:val="Listepuces"/>
      </w:pPr>
      <w:r>
        <w:t>Downgrade options (ADVISORY → TRANSFORM Scale vs cancel)</w:t>
      </w:r>
    </w:p>
    <w:p w14:paraId="30913020" w14:textId="77777777" w:rsidR="00495879" w:rsidRDefault="00000000">
      <w:pPr>
        <w:pStyle w:val="Listepuces"/>
      </w:pPr>
      <w:r>
        <w:t>Result: Retain 50% of clients who would otherwise churn</w:t>
      </w:r>
    </w:p>
    <w:p w14:paraId="4CEFF5C5" w14:textId="77777777" w:rsidR="00495879" w:rsidRDefault="00000000">
      <w:pPr>
        <w:pStyle w:val="Listenumros"/>
      </w:pPr>
      <w:r>
        <w:t>**Cash Reserves** (Reduce Impact)</w:t>
      </w:r>
    </w:p>
    <w:p w14:paraId="2CB45E9C" w14:textId="77777777" w:rsidR="00495879" w:rsidRDefault="00000000">
      <w:pPr>
        <w:pStyle w:val="Listepuces"/>
      </w:pPr>
      <w:r>
        <w:t>Maintain 6-12 months expenses in cash by end of Year 2</w:t>
      </w:r>
    </w:p>
    <w:p w14:paraId="1E9E4A8F" w14:textId="77777777" w:rsidR="00495879" w:rsidRDefault="00000000">
      <w:pPr>
        <w:pStyle w:val="Listepuces"/>
      </w:pPr>
      <w:r>
        <w:t>$122K (end of Y2) = 3.6 months → Goal: $200K = 6 months</w:t>
      </w:r>
    </w:p>
    <w:p w14:paraId="399F1928" w14:textId="77777777" w:rsidR="00495879" w:rsidRDefault="00000000">
      <w:pPr>
        <w:pStyle w:val="Listepuces"/>
      </w:pPr>
      <w:r>
        <w:t>Result: Can weather 6-month revenue dip without panic</w:t>
      </w:r>
    </w:p>
    <w:p w14:paraId="2794D8C4" w14:textId="77777777" w:rsidR="00495879" w:rsidRDefault="00000000">
      <w:pPr>
        <w:pStyle w:val="Listenumros"/>
      </w:pPr>
      <w:r>
        <w:t>**Shift to Essentials** (Pivot)</w:t>
      </w:r>
    </w:p>
    <w:p w14:paraId="144CAAC0" w14:textId="77777777" w:rsidR="00495879" w:rsidRDefault="00000000">
      <w:pPr>
        <w:pStyle w:val="Listepuces"/>
      </w:pPr>
      <w:r>
        <w:t>Reposition: "Cost-cutting consultant" not "growth coach"</w:t>
      </w:r>
    </w:p>
    <w:p w14:paraId="5C3F4F88" w14:textId="77777777" w:rsidR="00495879" w:rsidRDefault="00000000">
      <w:pPr>
        <w:pStyle w:val="Listepuces"/>
      </w:pPr>
      <w:r>
        <w:t>"I help you survive recession" (operational efficiency, cash management)</w:t>
      </w:r>
    </w:p>
    <w:p w14:paraId="03DAEEB3" w14:textId="77777777" w:rsidR="00495879" w:rsidRDefault="00000000">
      <w:pPr>
        <w:pStyle w:val="Listepuces"/>
      </w:pPr>
      <w:r>
        <w:t>Result: Increase demand during downturn</w:t>
      </w:r>
    </w:p>
    <w:p w14:paraId="0103F7C9" w14:textId="77777777" w:rsidR="00495879" w:rsidRDefault="00000000">
      <w:r>
        <w:rPr>
          <w:b/>
        </w:rPr>
        <w:t>Monitoring Indicators</w:t>
      </w:r>
      <w:r>
        <w:t>:</w:t>
      </w:r>
    </w:p>
    <w:p w14:paraId="10459AB0" w14:textId="77777777" w:rsidR="00495879" w:rsidRDefault="00000000">
      <w:pPr>
        <w:pStyle w:val="Listepuces"/>
      </w:pPr>
      <w:r>
        <w:t>GDP growth (if &lt;1%, recession likely)</w:t>
      </w:r>
    </w:p>
    <w:p w14:paraId="594BFC0C" w14:textId="77777777" w:rsidR="00495879" w:rsidRDefault="00000000">
      <w:pPr>
        <w:pStyle w:val="Listepuces"/>
      </w:pPr>
      <w:r>
        <w:t>Client renewal rate (if drops below 70%, economic stress)</w:t>
      </w:r>
    </w:p>
    <w:p w14:paraId="531140D9" w14:textId="77777777" w:rsidR="00495879" w:rsidRDefault="00000000">
      <w:pPr>
        <w:pStyle w:val="Listepuces"/>
      </w:pPr>
      <w:r>
        <w:t>Discovery call volume (if drops 50%+, demand weakening)</w:t>
      </w:r>
    </w:p>
    <w:p w14:paraId="57F196F4" w14:textId="77777777" w:rsidR="00495879" w:rsidRDefault="00000000">
      <w:r>
        <w:t>________________________________________________________________________________</w:t>
      </w:r>
    </w:p>
    <w:p w14:paraId="6A38EB79" w14:textId="77777777" w:rsidR="00495879" w:rsidRDefault="00000000">
      <w:pPr>
        <w:pStyle w:val="Titre2"/>
      </w:pPr>
      <w:r>
        <w:lastRenderedPageBreak/>
        <w:t>⚙️ OPERATIONAL RISKS</w:t>
      </w:r>
    </w:p>
    <w:p w14:paraId="24AE832F" w14:textId="77777777" w:rsidR="00495879" w:rsidRDefault="00000000">
      <w:pPr>
        <w:pStyle w:val="Titre3"/>
      </w:pPr>
      <w:r>
        <w:t>RISK 4: Founder Burnout / Inability to Scale</w:t>
      </w:r>
    </w:p>
    <w:p w14:paraId="55EB7013" w14:textId="77777777" w:rsidR="00495879" w:rsidRDefault="00000000">
      <w:r>
        <w:rPr>
          <w:b/>
        </w:rPr>
        <w:t>Description</w:t>
      </w:r>
      <w:r>
        <w:t>: Founder works 60-70 hours/week, gets exhausted, quality suffers</w:t>
      </w:r>
    </w:p>
    <w:p w14:paraId="4437661D" w14:textId="77777777" w:rsidR="00495879" w:rsidRDefault="00000000">
      <w:r>
        <w:rPr>
          <w:b/>
        </w:rPr>
        <w:t>Probability</w:t>
      </w:r>
      <w:r>
        <w:t>: 4 (Likely) - Common for solo entrepreneurs</w:t>
      </w:r>
    </w:p>
    <w:p w14:paraId="1C553EE1" w14:textId="77777777" w:rsidR="00495879" w:rsidRDefault="00000000">
      <w:r>
        <w:rPr>
          <w:b/>
        </w:rPr>
        <w:t>Impact</w:t>
      </w:r>
      <w:r>
        <w:t>: 4 (Major) - Client satisfaction drops, reputation damaged</w:t>
      </w:r>
    </w:p>
    <w:p w14:paraId="0D59F723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16 (HIGH)</w:t>
      </w:r>
    </w:p>
    <w:p w14:paraId="4F6AB26F" w14:textId="77777777" w:rsidR="00495879" w:rsidRDefault="00000000">
      <w:r>
        <w:rPr>
          <w:b/>
        </w:rPr>
        <w:t>Mitigation Strategies</w:t>
      </w:r>
      <w:r>
        <w:t>:</w:t>
      </w:r>
    </w:p>
    <w:p w14:paraId="4B4C396B" w14:textId="77777777" w:rsidR="00495879" w:rsidRDefault="00000000">
      <w:pPr>
        <w:pStyle w:val="Listenumros"/>
      </w:pPr>
      <w:r>
        <w:t>**Time Boundaries** (Reduce)</w:t>
      </w:r>
    </w:p>
    <w:p w14:paraId="4643A9B1" w14:textId="77777777" w:rsidR="00495879" w:rsidRDefault="00000000">
      <w:pPr>
        <w:pStyle w:val="Listepuces"/>
      </w:pPr>
      <w:r>
        <w:t>Hard stop: 50 hours/week max (track in Toggl)</w:t>
      </w:r>
    </w:p>
    <w:p w14:paraId="2CD1D3C1" w14:textId="77777777" w:rsidR="00495879" w:rsidRDefault="00000000">
      <w:pPr>
        <w:pStyle w:val="Listepuces"/>
      </w:pPr>
      <w:r>
        <w:t>No work weekends (except emergencies)</w:t>
      </w:r>
    </w:p>
    <w:p w14:paraId="08B54E89" w14:textId="77777777" w:rsidR="00495879" w:rsidRDefault="00000000">
      <w:pPr>
        <w:pStyle w:val="Listepuces"/>
      </w:pPr>
      <w:r>
        <w:t>4 weeks vacation/year (actually take it)</w:t>
      </w:r>
    </w:p>
    <w:p w14:paraId="2E9292D2" w14:textId="77777777" w:rsidR="00495879" w:rsidRDefault="00000000">
      <w:pPr>
        <w:pStyle w:val="Listenumros"/>
      </w:pPr>
      <w:r>
        <w:t>**Delegate Early** (Reduce)</w:t>
      </w:r>
    </w:p>
    <w:p w14:paraId="48174CD8" w14:textId="77777777" w:rsidR="00495879" w:rsidRDefault="00000000">
      <w:pPr>
        <w:pStyle w:val="Listepuces"/>
      </w:pPr>
      <w:r>
        <w:t>Hire VA Month 1 (not Month 6 when already burned out)</w:t>
      </w:r>
    </w:p>
    <w:p w14:paraId="40EBCA0B" w14:textId="77777777" w:rsidR="00495879" w:rsidRDefault="00000000">
      <w:pPr>
        <w:pStyle w:val="Listepuces"/>
      </w:pPr>
      <w:r>
        <w:t>Hire Senior Coach Q3 Y2 (before at capacity, not after)</w:t>
      </w:r>
    </w:p>
    <w:p w14:paraId="30B2DE17" w14:textId="77777777" w:rsidR="00495879" w:rsidRDefault="00000000">
      <w:pPr>
        <w:pStyle w:val="Listepuces"/>
      </w:pPr>
      <w:r>
        <w:t>Rule: If task &lt;$100/hour value, delegate</w:t>
      </w:r>
    </w:p>
    <w:p w14:paraId="58FEE6E1" w14:textId="77777777" w:rsidR="00495879" w:rsidRDefault="00000000">
      <w:pPr>
        <w:pStyle w:val="Listenumros"/>
      </w:pPr>
      <w:r>
        <w:t>**Automate Ruthlessly** (Reduce)</w:t>
      </w:r>
    </w:p>
    <w:p w14:paraId="45EC2D5D" w14:textId="77777777" w:rsidR="00495879" w:rsidRDefault="00000000">
      <w:pPr>
        <w:pStyle w:val="Listepuces"/>
      </w:pPr>
      <w:r>
        <w:t>AI Coach handles 60% of client questions (saves 10h/week)</w:t>
      </w:r>
    </w:p>
    <w:p w14:paraId="10952AA5" w14:textId="77777777" w:rsidR="00495879" w:rsidRDefault="00000000">
      <w:pPr>
        <w:pStyle w:val="Listepuces"/>
      </w:pPr>
      <w:r>
        <w:t>Email sequences automated (onboarding, nurture, renewals)</w:t>
      </w:r>
    </w:p>
    <w:p w14:paraId="4591B7F5" w14:textId="77777777" w:rsidR="00495879" w:rsidRDefault="00000000">
      <w:pPr>
        <w:pStyle w:val="Listepuces"/>
      </w:pPr>
      <w:r>
        <w:t>Scheduling: Calendly (no back-and-forth emails)</w:t>
      </w:r>
    </w:p>
    <w:p w14:paraId="024B1ECE" w14:textId="77777777" w:rsidR="00495879" w:rsidRDefault="00000000">
      <w:pPr>
        <w:pStyle w:val="Listenumros"/>
      </w:pPr>
      <w:r>
        <w:t>**Peer Support** (Reduce)</w:t>
      </w:r>
    </w:p>
    <w:p w14:paraId="16E96E6D" w14:textId="77777777" w:rsidR="00495879" w:rsidRDefault="00000000">
      <w:pPr>
        <w:pStyle w:val="Listepuces"/>
      </w:pPr>
      <w:r>
        <w:t>Join CEO peer group (Vistage, EO) - monthly accountability</w:t>
      </w:r>
    </w:p>
    <w:p w14:paraId="143DF7D0" w14:textId="77777777" w:rsidR="00495879" w:rsidRDefault="00000000">
      <w:pPr>
        <w:pStyle w:val="Listepuces"/>
      </w:pPr>
      <w:r>
        <w:t>Executive coach for founder ($10K/year)</w:t>
      </w:r>
    </w:p>
    <w:p w14:paraId="28589120" w14:textId="77777777" w:rsidR="00495879" w:rsidRDefault="00000000">
      <w:pPr>
        <w:pStyle w:val="Listepuces"/>
      </w:pPr>
      <w:r>
        <w:t>Therapist (mental health is health)</w:t>
      </w:r>
    </w:p>
    <w:p w14:paraId="68C432B1" w14:textId="77777777" w:rsidR="00495879" w:rsidRDefault="00000000">
      <w:r>
        <w:rPr>
          <w:b/>
        </w:rPr>
        <w:t>Monitoring Indicators</w:t>
      </w:r>
      <w:r>
        <w:t>:</w:t>
      </w:r>
    </w:p>
    <w:p w14:paraId="49D9A7BC" w14:textId="77777777" w:rsidR="00495879" w:rsidRDefault="00000000">
      <w:pPr>
        <w:pStyle w:val="Listepuces"/>
      </w:pPr>
      <w:r>
        <w:t>Hours worked/week (if &gt;55 for 3+ weeks, intervene)</w:t>
      </w:r>
    </w:p>
    <w:p w14:paraId="3E04C5AB" w14:textId="77777777" w:rsidR="00495879" w:rsidRDefault="00000000">
      <w:pPr>
        <w:pStyle w:val="Listepuces"/>
      </w:pPr>
      <w:r>
        <w:t>Energy level (1-10 self-rating, if &lt;6 for 2+ weeks, red flag)</w:t>
      </w:r>
    </w:p>
    <w:p w14:paraId="581FF9F3" w14:textId="77777777" w:rsidR="00495879" w:rsidRDefault="00000000">
      <w:pPr>
        <w:pStyle w:val="Listepuces"/>
      </w:pPr>
      <w:r>
        <w:t>Session quality (if client ratings drop &lt;4.3, sign of burnout)</w:t>
      </w:r>
    </w:p>
    <w:p w14:paraId="5DC4CE65" w14:textId="77777777" w:rsidR="00495879" w:rsidRDefault="00000000">
      <w:r>
        <w:t>________________________________________________________________________________</w:t>
      </w:r>
    </w:p>
    <w:p w14:paraId="622EE0D7" w14:textId="77777777" w:rsidR="00495879" w:rsidRDefault="00000000">
      <w:pPr>
        <w:pStyle w:val="Titre3"/>
      </w:pPr>
      <w:r>
        <w:t>RISK 5: Key Client Churn (Lose 30%+ Revenue Suddenly)</w:t>
      </w:r>
    </w:p>
    <w:p w14:paraId="3B748461" w14:textId="77777777" w:rsidR="00495879" w:rsidRDefault="00000000">
      <w:r>
        <w:rPr>
          <w:b/>
        </w:rPr>
        <w:t>Description</w:t>
      </w:r>
      <w:r>
        <w:t>: 3 large ADVISORY clients ($120K each = $360K) churn same quarter</w:t>
      </w:r>
    </w:p>
    <w:p w14:paraId="000742C7" w14:textId="77777777" w:rsidR="00495879" w:rsidRDefault="00000000">
      <w:r>
        <w:rPr>
          <w:b/>
        </w:rPr>
        <w:lastRenderedPageBreak/>
        <w:t>Probability</w:t>
      </w:r>
      <w:r>
        <w:t>: 2 (Unlikely) - But possible if all hired internal COO</w:t>
      </w:r>
    </w:p>
    <w:p w14:paraId="31996EFC" w14:textId="77777777" w:rsidR="00495879" w:rsidRDefault="00000000">
      <w:r>
        <w:rPr>
          <w:b/>
        </w:rPr>
        <w:t>Impact</w:t>
      </w:r>
      <w:r>
        <w:t>: 5 (Critical) - Lose 40%+ of revenue, cash crisis</w:t>
      </w:r>
    </w:p>
    <w:p w14:paraId="66439735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10 (MEDIUM)</w:t>
      </w:r>
    </w:p>
    <w:p w14:paraId="4A0CB5AD" w14:textId="77777777" w:rsidR="00495879" w:rsidRDefault="00000000">
      <w:r>
        <w:rPr>
          <w:b/>
        </w:rPr>
        <w:t>Mitigation Strategies</w:t>
      </w:r>
      <w:r>
        <w:t>:</w:t>
      </w:r>
    </w:p>
    <w:p w14:paraId="64A29D7D" w14:textId="77777777" w:rsidR="00495879" w:rsidRDefault="00000000">
      <w:pPr>
        <w:pStyle w:val="Listenumros"/>
      </w:pPr>
      <w:r>
        <w:t>**Revenue Diversification** (Reduce)</w:t>
      </w:r>
    </w:p>
    <w:p w14:paraId="4D80B6FA" w14:textId="77777777" w:rsidR="00495879" w:rsidRDefault="00000000">
      <w:pPr>
        <w:pStyle w:val="Listepuces"/>
      </w:pPr>
      <w:r>
        <w:t>No single client &gt;15% of revenue (cap ADVISORY at 10 clients max)</w:t>
      </w:r>
    </w:p>
    <w:p w14:paraId="5DF8643E" w14:textId="77777777" w:rsidR="00495879" w:rsidRDefault="00000000">
      <w:pPr>
        <w:pStyle w:val="Listepuces"/>
      </w:pPr>
      <w:r>
        <w:t>Balance mix: 10 ADVISORY, 40 TRANSFORM, 50 PLATFORM</w:t>
      </w:r>
    </w:p>
    <w:p w14:paraId="1D2A8D0C" w14:textId="77777777" w:rsidR="00495879" w:rsidRDefault="00000000">
      <w:pPr>
        <w:pStyle w:val="Listepuces"/>
      </w:pPr>
      <w:r>
        <w:t>Result: Losing 1 client = max 2.5% revenue hit (survivable)</w:t>
      </w:r>
    </w:p>
    <w:p w14:paraId="0471B5C4" w14:textId="77777777" w:rsidR="00495879" w:rsidRDefault="00000000">
      <w:pPr>
        <w:pStyle w:val="Listenumros"/>
      </w:pPr>
      <w:r>
        <w:t>**Early Warning System** (Reduce)</w:t>
      </w:r>
    </w:p>
    <w:p w14:paraId="1956E0B8" w14:textId="77777777" w:rsidR="00495879" w:rsidRDefault="00000000">
      <w:pPr>
        <w:pStyle w:val="Listepuces"/>
      </w:pPr>
      <w:r>
        <w:t>Track engagement weekly (if client &lt;30 score, proactive outreach)</w:t>
      </w:r>
    </w:p>
    <w:p w14:paraId="34F7B562" w14:textId="77777777" w:rsidR="00495879" w:rsidRDefault="00000000">
      <w:pPr>
        <w:pStyle w:val="Listepuces"/>
      </w:pPr>
      <w:r>
        <w:t>Quarterly check-ins (ask: "What could we do better?")</w:t>
      </w:r>
    </w:p>
    <w:p w14:paraId="1DF62F78" w14:textId="77777777" w:rsidR="00495879" w:rsidRDefault="00000000">
      <w:pPr>
        <w:pStyle w:val="Listepuces"/>
      </w:pPr>
      <w:r>
        <w:t>NPS surveys (Detractors get immediate founder call)</w:t>
      </w:r>
    </w:p>
    <w:p w14:paraId="0887D149" w14:textId="77777777" w:rsidR="00495879" w:rsidRDefault="00000000">
      <w:pPr>
        <w:pStyle w:val="Listenumros"/>
      </w:pPr>
      <w:r>
        <w:t>**Value Reinforcement** (Reduce)</w:t>
      </w:r>
    </w:p>
    <w:p w14:paraId="5D7483F5" w14:textId="77777777" w:rsidR="00495879" w:rsidRDefault="00000000">
      <w:pPr>
        <w:pStyle w:val="Listepuces"/>
      </w:pPr>
      <w:r>
        <w:t>Monthly value reports ("This month we helped you: X, Y, Z")</w:t>
      </w:r>
    </w:p>
    <w:p w14:paraId="59F72ECF" w14:textId="77777777" w:rsidR="00495879" w:rsidRDefault="00000000">
      <w:pPr>
        <w:pStyle w:val="Listepuces"/>
      </w:pPr>
      <w:r>
        <w:t>ROI tracking (tie our work to their revenue/profit growth)</w:t>
      </w:r>
    </w:p>
    <w:p w14:paraId="7ACBAF1C" w14:textId="77777777" w:rsidR="00495879" w:rsidRDefault="00000000">
      <w:pPr>
        <w:pStyle w:val="Listepuces"/>
      </w:pPr>
      <w:r>
        <w:t>Result: Client sees clear value = less likely to cancel</w:t>
      </w:r>
    </w:p>
    <w:p w14:paraId="7309C54C" w14:textId="77777777" w:rsidR="00495879" w:rsidRDefault="00000000">
      <w:pPr>
        <w:pStyle w:val="Listenumros"/>
      </w:pPr>
      <w:r>
        <w:t>**Contractual Protection** (Reduce Impact)</w:t>
      </w:r>
    </w:p>
    <w:p w14:paraId="58E2E5D3" w14:textId="77777777" w:rsidR="00495879" w:rsidRDefault="00000000">
      <w:pPr>
        <w:pStyle w:val="Listepuces"/>
      </w:pPr>
      <w:r>
        <w:t>30-day termination notice (gives time to replace revenue)</w:t>
      </w:r>
    </w:p>
    <w:p w14:paraId="1397BB2D" w14:textId="77777777" w:rsidR="00495879" w:rsidRDefault="00000000">
      <w:pPr>
        <w:pStyle w:val="Listepuces"/>
      </w:pPr>
      <w:r>
        <w:t>Prepayment (12-month contracts = even if churn, already paid)</w:t>
      </w:r>
    </w:p>
    <w:p w14:paraId="3EF479ED" w14:textId="77777777" w:rsidR="00495879" w:rsidRDefault="00000000">
      <w:r>
        <w:rPr>
          <w:b/>
        </w:rPr>
        <w:t>Monitoring Indicators</w:t>
      </w:r>
      <w:r>
        <w:t>:</w:t>
      </w:r>
    </w:p>
    <w:p w14:paraId="43F64500" w14:textId="77777777" w:rsidR="00495879" w:rsidRDefault="00000000">
      <w:pPr>
        <w:pStyle w:val="Listepuces"/>
      </w:pPr>
      <w:r>
        <w:t>Engagement scores (if 3+ clients drop below 40, investigate)</w:t>
      </w:r>
    </w:p>
    <w:p w14:paraId="59C1EAEA" w14:textId="77777777" w:rsidR="00495879" w:rsidRDefault="00000000">
      <w:pPr>
        <w:pStyle w:val="Listepuces"/>
      </w:pPr>
      <w:r>
        <w:t>NPS trend (if drops from 60 → 45, systemic issue)</w:t>
      </w:r>
    </w:p>
    <w:p w14:paraId="7F5DEBA5" w14:textId="77777777" w:rsidR="00495879" w:rsidRDefault="00000000">
      <w:pPr>
        <w:pStyle w:val="Listepuces"/>
      </w:pPr>
      <w:r>
        <w:t>Renewal rate (if drops below 75%, business model at risk)</w:t>
      </w:r>
    </w:p>
    <w:p w14:paraId="51261493" w14:textId="77777777" w:rsidR="00495879" w:rsidRDefault="00000000">
      <w:r>
        <w:t>________________________________________________________________________________</w:t>
      </w:r>
    </w:p>
    <w:p w14:paraId="3CF01A27" w14:textId="77777777" w:rsidR="00495879" w:rsidRDefault="00000000">
      <w:pPr>
        <w:pStyle w:val="Titre3"/>
      </w:pPr>
      <w:r>
        <w:t>RISK 6: Service Delivery Quality Decline (As We Scale)</w:t>
      </w:r>
    </w:p>
    <w:p w14:paraId="62282055" w14:textId="77777777" w:rsidR="00495879" w:rsidRDefault="00000000">
      <w:r>
        <w:rPr>
          <w:b/>
        </w:rPr>
        <w:t>Description</w:t>
      </w:r>
      <w:r>
        <w:t>: Grow from 30 → 100 clients, workshops become impersonal, coaching rushed</w:t>
      </w:r>
    </w:p>
    <w:p w14:paraId="386D58BC" w14:textId="77777777" w:rsidR="00495879" w:rsidRDefault="00000000">
      <w:r>
        <w:rPr>
          <w:b/>
        </w:rPr>
        <w:t>Probability</w:t>
      </w:r>
      <w:r>
        <w:t>: 3 (Possible) - Common scaling challenge</w:t>
      </w:r>
    </w:p>
    <w:p w14:paraId="55F207CD" w14:textId="77777777" w:rsidR="00495879" w:rsidRDefault="00000000">
      <w:r>
        <w:rPr>
          <w:b/>
        </w:rPr>
        <w:t>Impact</w:t>
      </w:r>
      <w:r>
        <w:t>: 4 (Major) - NPS drops, referrals dry up, revenue stalls</w:t>
      </w:r>
    </w:p>
    <w:p w14:paraId="412225B4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12 (MEDIUM)</w:t>
      </w:r>
    </w:p>
    <w:p w14:paraId="560D4940" w14:textId="77777777" w:rsidR="00495879" w:rsidRDefault="00000000">
      <w:r>
        <w:rPr>
          <w:b/>
        </w:rPr>
        <w:t>Mitigation Strategies</w:t>
      </w:r>
      <w:r>
        <w:t>:</w:t>
      </w:r>
    </w:p>
    <w:p w14:paraId="56BFF471" w14:textId="77777777" w:rsidR="00495879" w:rsidRDefault="00000000">
      <w:pPr>
        <w:pStyle w:val="Listenumros"/>
      </w:pPr>
      <w:r>
        <w:lastRenderedPageBreak/>
        <w:t>**Quality Metrics** (Monitor)</w:t>
      </w:r>
    </w:p>
    <w:p w14:paraId="1D1164E0" w14:textId="77777777" w:rsidR="00495879" w:rsidRDefault="00000000">
      <w:pPr>
        <w:pStyle w:val="Listepuces"/>
      </w:pPr>
      <w:r>
        <w:t>Track: Session ratings, NPS, client outcomes (revenue growth)</w:t>
      </w:r>
    </w:p>
    <w:p w14:paraId="3F57A657" w14:textId="77777777" w:rsidR="00495879" w:rsidRDefault="00000000">
      <w:pPr>
        <w:pStyle w:val="Listepuces"/>
      </w:pPr>
      <w:r>
        <w:t>Target: Maintain 4.5+ rating even at 100 clients</w:t>
      </w:r>
    </w:p>
    <w:p w14:paraId="20951D97" w14:textId="77777777" w:rsidR="00495879" w:rsidRDefault="00000000">
      <w:pPr>
        <w:pStyle w:val="Listepuces"/>
      </w:pPr>
      <w:r>
        <w:t>Alert: If any metric drops 10%+, pause growth until fixed</w:t>
      </w:r>
    </w:p>
    <w:p w14:paraId="139CF65C" w14:textId="77777777" w:rsidR="00495879" w:rsidRDefault="00000000">
      <w:pPr>
        <w:pStyle w:val="Listenumros"/>
      </w:pPr>
      <w:r>
        <w:t>**Team Training** (Reduce)</w:t>
      </w:r>
    </w:p>
    <w:p w14:paraId="07A3EC5C" w14:textId="77777777" w:rsidR="00495879" w:rsidRDefault="00000000">
      <w:pPr>
        <w:pStyle w:val="Listepuces"/>
      </w:pPr>
      <w:r>
        <w:t>Senior Coach shadowing (6 weeks onboarding, not 2 weeks)</w:t>
      </w:r>
    </w:p>
    <w:p w14:paraId="36AF3D18" w14:textId="77777777" w:rsidR="00495879" w:rsidRDefault="00000000">
      <w:pPr>
        <w:pStyle w:val="Listepuces"/>
      </w:pPr>
      <w:r>
        <w:t>Bi-weekly coaching supervision (founder coaches the coach)</w:t>
      </w:r>
    </w:p>
    <w:p w14:paraId="7BC799FB" w14:textId="77777777" w:rsidR="00495879" w:rsidRDefault="00000000">
      <w:pPr>
        <w:pStyle w:val="Listepuces"/>
      </w:pPr>
      <w:r>
        <w:t>Certification: Must hit 4.5+ rating for 3 months before solo</w:t>
      </w:r>
    </w:p>
    <w:p w14:paraId="336B3157" w14:textId="77777777" w:rsidR="00495879" w:rsidRDefault="00000000">
      <w:pPr>
        <w:pStyle w:val="Listenumros"/>
      </w:pPr>
      <w:r>
        <w:t>**Process Standardization** (Reduce)</w:t>
      </w:r>
    </w:p>
    <w:p w14:paraId="32509386" w14:textId="77777777" w:rsidR="00495879" w:rsidRDefault="00000000">
      <w:pPr>
        <w:pStyle w:val="Listepuces"/>
      </w:pPr>
      <w:r>
        <w:t>Playbooks: Detailed SOPs for every process (onboarding, workshops, QBRs)</w:t>
      </w:r>
    </w:p>
    <w:p w14:paraId="58384901" w14:textId="77777777" w:rsidR="00495879" w:rsidRDefault="00000000">
      <w:pPr>
        <w:pStyle w:val="Listepuces"/>
      </w:pPr>
      <w:r>
        <w:t>Templates: Pre-built coaching exercises, discussion guides</w:t>
      </w:r>
    </w:p>
    <w:p w14:paraId="02559697" w14:textId="77777777" w:rsidR="00495879" w:rsidRDefault="00000000">
      <w:pPr>
        <w:pStyle w:val="Listepuces"/>
      </w:pPr>
      <w:r>
        <w:t>Result: Consistency across all coaches (client experience uniform)</w:t>
      </w:r>
    </w:p>
    <w:p w14:paraId="287ECF90" w14:textId="77777777" w:rsidR="00495879" w:rsidRDefault="00000000">
      <w:pPr>
        <w:pStyle w:val="Listenumros"/>
      </w:pPr>
      <w:r>
        <w:t>**Client Segmentation** (Accept)</w:t>
      </w:r>
    </w:p>
    <w:p w14:paraId="23ED7D57" w14:textId="77777777" w:rsidR="00495879" w:rsidRDefault="00000000">
      <w:pPr>
        <w:pStyle w:val="Listepuces"/>
      </w:pPr>
      <w:r>
        <w:t>Founder handles top 10 ADVISORY clients (highest touch)</w:t>
      </w:r>
    </w:p>
    <w:p w14:paraId="68EE3BA9" w14:textId="77777777" w:rsidR="00495879" w:rsidRDefault="00000000">
      <w:pPr>
        <w:pStyle w:val="Listepuces"/>
      </w:pPr>
      <w:r>
        <w:t>Senior Coach handles TRANSFORM Scale (medium touch)</w:t>
      </w:r>
    </w:p>
    <w:p w14:paraId="1673A00F" w14:textId="77777777" w:rsidR="00495879" w:rsidRDefault="00000000">
      <w:pPr>
        <w:pStyle w:val="Listepuces"/>
      </w:pPr>
      <w:r>
        <w:t>AI + community handles PLATFORM (low touch, scalable)</w:t>
      </w:r>
    </w:p>
    <w:p w14:paraId="6CD014DF" w14:textId="77777777" w:rsidR="00495879" w:rsidRDefault="00000000">
      <w:pPr>
        <w:pStyle w:val="Listepuces"/>
      </w:pPr>
      <w:r>
        <w:t>Result: Match service level to willingness to pay</w:t>
      </w:r>
    </w:p>
    <w:p w14:paraId="05BD9C69" w14:textId="77777777" w:rsidR="00495879" w:rsidRDefault="00000000">
      <w:r>
        <w:rPr>
          <w:b/>
        </w:rPr>
        <w:t>Monitoring Indicators</w:t>
      </w:r>
      <w:r>
        <w:t>:</w:t>
      </w:r>
    </w:p>
    <w:p w14:paraId="5626231D" w14:textId="77777777" w:rsidR="00495879" w:rsidRDefault="00000000">
      <w:pPr>
        <w:pStyle w:val="Listepuces"/>
      </w:pPr>
      <w:r>
        <w:t>Session rating trend (if drops from 4.6 → 4.3, quality slipping)</w:t>
      </w:r>
    </w:p>
    <w:p w14:paraId="101DE781" w14:textId="77777777" w:rsidR="00495879" w:rsidRDefault="00000000">
      <w:pPr>
        <w:pStyle w:val="Listepuces"/>
      </w:pPr>
      <w:r>
        <w:t>Client complaints (if &gt;5% of clients complain, systemic issue)</w:t>
      </w:r>
    </w:p>
    <w:p w14:paraId="6646FCC7" w14:textId="77777777" w:rsidR="00495879" w:rsidRDefault="00000000">
      <w:pPr>
        <w:pStyle w:val="Listepuces"/>
      </w:pPr>
      <w:r>
        <w:t>Team utilization (if coaches at &gt;90% capacity, rushing sessions)</w:t>
      </w:r>
    </w:p>
    <w:p w14:paraId="4C5C51FB" w14:textId="77777777" w:rsidR="00495879" w:rsidRDefault="00000000">
      <w:r>
        <w:t>________________________________________________________________________________</w:t>
      </w:r>
    </w:p>
    <w:p w14:paraId="0CC1F569" w14:textId="77777777" w:rsidR="00495879" w:rsidRDefault="00000000">
      <w:pPr>
        <w:pStyle w:val="Titre2"/>
      </w:pPr>
      <w:r>
        <w:t>💸 FINANCIAL RISKS</w:t>
      </w:r>
    </w:p>
    <w:p w14:paraId="07F06DDA" w14:textId="77777777" w:rsidR="00495879" w:rsidRDefault="00000000">
      <w:pPr>
        <w:pStyle w:val="Titre3"/>
      </w:pPr>
      <w:r>
        <w:t>RISK 7: Cash Flow Crisis (Run Out of Money Year 1)</w:t>
      </w:r>
    </w:p>
    <w:p w14:paraId="2DB2FA38" w14:textId="77777777" w:rsidR="00495879" w:rsidRDefault="00000000">
      <w:r>
        <w:rPr>
          <w:b/>
        </w:rPr>
        <w:t>Description</w:t>
      </w:r>
      <w:r>
        <w:t>: Revenue slower than projected, burn through $75K by Month 9</w:t>
      </w:r>
    </w:p>
    <w:p w14:paraId="46360EC2" w14:textId="77777777" w:rsidR="00495879" w:rsidRDefault="00000000">
      <w:r>
        <w:rPr>
          <w:b/>
        </w:rPr>
        <w:t>Probability</w:t>
      </w:r>
      <w:r>
        <w:t>: 3 (Possible) - Startups often miss revenue targets</w:t>
      </w:r>
    </w:p>
    <w:p w14:paraId="22E10F35" w14:textId="77777777" w:rsidR="00495879" w:rsidRDefault="00000000">
      <w:r>
        <w:rPr>
          <w:b/>
        </w:rPr>
        <w:t>Impact</w:t>
      </w:r>
      <w:r>
        <w:t>: 5 (Critical) - Can't pay bills, business folds</w:t>
      </w:r>
    </w:p>
    <w:p w14:paraId="2F1118DB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15 (HIGH)</w:t>
      </w:r>
    </w:p>
    <w:p w14:paraId="3DF350AA" w14:textId="77777777" w:rsidR="00495879" w:rsidRDefault="00000000">
      <w:r>
        <w:rPr>
          <w:b/>
        </w:rPr>
        <w:t>Mitigation Strategies</w:t>
      </w:r>
      <w:r>
        <w:t>:</w:t>
      </w:r>
    </w:p>
    <w:p w14:paraId="3A6A720F" w14:textId="77777777" w:rsidR="00495879" w:rsidRDefault="00000000">
      <w:pPr>
        <w:pStyle w:val="Listenumros"/>
      </w:pPr>
      <w:r>
        <w:t>**Conservative Projections** (Reduce)</w:t>
      </w:r>
    </w:p>
    <w:p w14:paraId="20A67D4C" w14:textId="77777777" w:rsidR="00495879" w:rsidRDefault="00000000">
      <w:pPr>
        <w:pStyle w:val="Listepuces"/>
      </w:pPr>
      <w:r>
        <w:lastRenderedPageBreak/>
        <w:t>Budget assumes 30 clients, but have backup plan for 20</w:t>
      </w:r>
    </w:p>
    <w:p w14:paraId="2E2189E7" w14:textId="77777777" w:rsidR="00495879" w:rsidRDefault="00000000">
      <w:pPr>
        <w:pStyle w:val="Listepuces"/>
      </w:pPr>
      <w:r>
        <w:t>If only hit 20 clients Year 1 ($120K revenue):</w:t>
      </w:r>
    </w:p>
    <w:p w14:paraId="57B42CB9" w14:textId="77777777" w:rsidR="00495879" w:rsidRDefault="00000000">
      <w:pPr>
        <w:pStyle w:val="Listepuces"/>
      </w:pPr>
      <w:r>
        <w:t>Cut expenses: Delay hires, reduce ad spend ($180K → $140K)</w:t>
      </w:r>
    </w:p>
    <w:p w14:paraId="36248BD3" w14:textId="77777777" w:rsidR="00495879" w:rsidRDefault="00000000">
      <w:pPr>
        <w:pStyle w:val="Listepuces"/>
      </w:pPr>
      <w:r>
        <w:t>Founder injects $20K emergency fund (if needed)</w:t>
      </w:r>
    </w:p>
    <w:p w14:paraId="3314F698" w14:textId="77777777" w:rsidR="00495879" w:rsidRDefault="00000000">
      <w:pPr>
        <w:pStyle w:val="Listepuces"/>
      </w:pPr>
      <w:r>
        <w:t>Result: Survive, grow slower but stay alive</w:t>
      </w:r>
    </w:p>
    <w:p w14:paraId="4644EFFF" w14:textId="77777777" w:rsidR="00495879" w:rsidRDefault="00000000">
      <w:pPr>
        <w:pStyle w:val="Listenumros"/>
      </w:pPr>
      <w:r>
        <w:t>**Milestone-Based Spending** (Reduce)</w:t>
      </w:r>
    </w:p>
    <w:p w14:paraId="5DB7EE1D" w14:textId="77777777" w:rsidR="00495879" w:rsidRDefault="00000000">
      <w:pPr>
        <w:pStyle w:val="Listepuces"/>
      </w:pPr>
      <w:r>
        <w:t>Don't hire Senior Coach until hit 40 clients (not "Q3 2027")</w:t>
      </w:r>
    </w:p>
    <w:p w14:paraId="7436BEA0" w14:textId="77777777" w:rsidR="00495879" w:rsidRDefault="00000000">
      <w:pPr>
        <w:pStyle w:val="Listepuces"/>
      </w:pPr>
      <w:r>
        <w:t>Don't double ad spend until CAC &lt;$3K proven</w:t>
      </w:r>
    </w:p>
    <w:p w14:paraId="733BF622" w14:textId="77777777" w:rsidR="00495879" w:rsidRDefault="00000000">
      <w:pPr>
        <w:pStyle w:val="Listepuces"/>
      </w:pPr>
      <w:r>
        <w:t>Result: Expenses scale with revenue (not ahead of it)</w:t>
      </w:r>
    </w:p>
    <w:p w14:paraId="5E5E79D9" w14:textId="77777777" w:rsidR="00495879" w:rsidRDefault="00000000">
      <w:pPr>
        <w:pStyle w:val="Listenumros"/>
      </w:pPr>
      <w:r>
        <w:t>**Flexible Cost Structure** (Reduce)</w:t>
      </w:r>
    </w:p>
    <w:p w14:paraId="697571A4" w14:textId="77777777" w:rsidR="00495879" w:rsidRDefault="00000000">
      <w:pPr>
        <w:pStyle w:val="Listepuces"/>
      </w:pPr>
      <w:r>
        <w:t>80% variable costs (marketing, contractors) vs 20% fixed (founder salary)</w:t>
      </w:r>
    </w:p>
    <w:p w14:paraId="59958B6D" w14:textId="77777777" w:rsidR="00495879" w:rsidRDefault="00000000">
      <w:pPr>
        <w:pStyle w:val="Listepuces"/>
      </w:pPr>
      <w:r>
        <w:t>Can cut $15K/month expenses in 30 days if emergency</w:t>
      </w:r>
    </w:p>
    <w:p w14:paraId="5912AF2F" w14:textId="77777777" w:rsidR="00495879" w:rsidRDefault="00000000">
      <w:pPr>
        <w:pStyle w:val="Listepuces"/>
      </w:pPr>
      <w:r>
        <w:t>Result: Adapt quickly to revenue shortfalls</w:t>
      </w:r>
    </w:p>
    <w:p w14:paraId="3CD78F11" w14:textId="77777777" w:rsidR="00495879" w:rsidRDefault="00000000">
      <w:pPr>
        <w:pStyle w:val="Listenumros"/>
      </w:pPr>
      <w:r>
        <w:t>**Early Warning Dashboard** (Monitor)</w:t>
      </w:r>
    </w:p>
    <w:p w14:paraId="349855B8" w14:textId="77777777" w:rsidR="00495879" w:rsidRDefault="00000000">
      <w:pPr>
        <w:pStyle w:val="Listepuces"/>
      </w:pPr>
      <w:r>
        <w:t>Weekly cash flow review (every Monday morning)</w:t>
      </w:r>
    </w:p>
    <w:p w14:paraId="531D45D1" w14:textId="77777777" w:rsidR="00495879" w:rsidRDefault="00000000">
      <w:pPr>
        <w:pStyle w:val="Listepuces"/>
      </w:pPr>
      <w:r>
        <w:t>13-week rolling cash forecast (predict cash position 3 months out)</w:t>
      </w:r>
    </w:p>
    <w:p w14:paraId="250C31D4" w14:textId="77777777" w:rsidR="00495879" w:rsidRDefault="00000000">
      <w:pPr>
        <w:pStyle w:val="Listepuces"/>
      </w:pPr>
      <w:r>
        <w:t>Alert: If cash &lt;$20K, trigger emergency plan</w:t>
      </w:r>
    </w:p>
    <w:p w14:paraId="5FE04FC1" w14:textId="77777777" w:rsidR="00495879" w:rsidRDefault="00000000">
      <w:r>
        <w:rPr>
          <w:b/>
        </w:rPr>
        <w:t>Emergency Plan</w:t>
      </w:r>
      <w:r>
        <w:t xml:space="preserve"> (If Cash &lt;$20K):</w:t>
      </w:r>
    </w:p>
    <w:p w14:paraId="3B6092BA" w14:textId="77777777" w:rsidR="00495879" w:rsidRDefault="00000000">
      <w:pPr>
        <w:pStyle w:val="Listenumros"/>
      </w:pPr>
      <w:r>
        <w:t>Pause all non-essential spending (ads, VA hours, subscriptions)</w:t>
      </w:r>
    </w:p>
    <w:p w14:paraId="02E9CDD4" w14:textId="77777777" w:rsidR="00495879" w:rsidRDefault="00000000">
      <w:pPr>
        <w:pStyle w:val="Listenumros"/>
      </w:pPr>
      <w:r>
        <w:t>Founder takes no salary for 2 months (save $25K)</w:t>
      </w:r>
    </w:p>
    <w:p w14:paraId="5E89F2D7" w14:textId="77777777" w:rsidR="00495879" w:rsidRDefault="00000000">
      <w:pPr>
        <w:pStyle w:val="Listenumros"/>
      </w:pPr>
      <w:r>
        <w:t>Offer prepay discounts (get cash upfront from existing clients)</w:t>
      </w:r>
    </w:p>
    <w:p w14:paraId="6D35FE1E" w14:textId="77777777" w:rsidR="00495879" w:rsidRDefault="00000000">
      <w:pPr>
        <w:pStyle w:val="Listenumros"/>
      </w:pPr>
      <w:r>
        <w:t>Inject $25K personal loan (last resort)</w:t>
      </w:r>
    </w:p>
    <w:p w14:paraId="4B62B7D7" w14:textId="77777777" w:rsidR="00495879" w:rsidRDefault="00000000">
      <w:r>
        <w:rPr>
          <w:b/>
        </w:rPr>
        <w:t>Monitoring Indicators</w:t>
      </w:r>
      <w:r>
        <w:t>:</w:t>
      </w:r>
    </w:p>
    <w:p w14:paraId="25337F29" w14:textId="77777777" w:rsidR="00495879" w:rsidRDefault="00000000">
      <w:pPr>
        <w:pStyle w:val="Listepuces"/>
      </w:pPr>
      <w:r>
        <w:t>Cash balance (if &lt;$30K, yellow alert; &lt;$15K, red alert)</w:t>
      </w:r>
    </w:p>
    <w:p w14:paraId="43A20962" w14:textId="77777777" w:rsidR="00495879" w:rsidRDefault="00000000">
      <w:pPr>
        <w:pStyle w:val="Listepuces"/>
      </w:pPr>
      <w:r>
        <w:t>Burn rate (if &gt;$25K/month, unsustainable)</w:t>
      </w:r>
    </w:p>
    <w:p w14:paraId="3A4EC500" w14:textId="77777777" w:rsidR="00495879" w:rsidRDefault="00000000">
      <w:pPr>
        <w:pStyle w:val="Listepuces"/>
      </w:pPr>
      <w:r>
        <w:t>Collections (if &gt;10% invoices unpaid 30+ days, tighten credit)</w:t>
      </w:r>
    </w:p>
    <w:p w14:paraId="7AE86704" w14:textId="77777777" w:rsidR="00495879" w:rsidRDefault="00000000">
      <w:r>
        <w:t>________________________________________________________________________________</w:t>
      </w:r>
    </w:p>
    <w:p w14:paraId="40C4F260" w14:textId="77777777" w:rsidR="00495879" w:rsidRDefault="00000000">
      <w:pPr>
        <w:pStyle w:val="Titre3"/>
      </w:pPr>
      <w:r>
        <w:t>RISK 8: Client Payment Defaults (Bad Debt)</w:t>
      </w:r>
    </w:p>
    <w:p w14:paraId="5E931255" w14:textId="77777777" w:rsidR="00495879" w:rsidRDefault="00000000">
      <w:r>
        <w:rPr>
          <w:b/>
        </w:rPr>
        <w:t>Description</w:t>
      </w:r>
      <w:r>
        <w:t>: 5-10% of clients don't pay invoices, write off $15K-$50K/year</w:t>
      </w:r>
    </w:p>
    <w:p w14:paraId="4B332F54" w14:textId="77777777" w:rsidR="00495879" w:rsidRDefault="00000000">
      <w:r>
        <w:rPr>
          <w:b/>
        </w:rPr>
        <w:t>Probability</w:t>
      </w:r>
      <w:r>
        <w:t>: 3 (Possible) - SMBs have cash flow issues too</w:t>
      </w:r>
    </w:p>
    <w:p w14:paraId="05AB8B4D" w14:textId="77777777" w:rsidR="00495879" w:rsidRDefault="00000000">
      <w:r>
        <w:rPr>
          <w:b/>
        </w:rPr>
        <w:t>Impact</w:t>
      </w:r>
      <w:r>
        <w:t>: 3 (Moderate) - Lose $15K-$50K revenue</w:t>
      </w:r>
    </w:p>
    <w:p w14:paraId="210BBE06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9 (MEDIUM)</w:t>
      </w:r>
    </w:p>
    <w:p w14:paraId="5A85B6BB" w14:textId="77777777" w:rsidR="00495879" w:rsidRDefault="00000000">
      <w:r>
        <w:rPr>
          <w:b/>
        </w:rPr>
        <w:lastRenderedPageBreak/>
        <w:t>Mitigation Strategies</w:t>
      </w:r>
      <w:r>
        <w:t>:</w:t>
      </w:r>
    </w:p>
    <w:p w14:paraId="56C019DF" w14:textId="77777777" w:rsidR="00495879" w:rsidRDefault="00000000">
      <w:pPr>
        <w:pStyle w:val="Listenumros"/>
      </w:pPr>
      <w:r>
        <w:t>**Prepayment Model** (Reduce)</w:t>
      </w:r>
    </w:p>
    <w:p w14:paraId="22AD561B" w14:textId="77777777" w:rsidR="00495879" w:rsidRDefault="00000000">
      <w:pPr>
        <w:pStyle w:val="Listepuces"/>
      </w:pPr>
      <w:r>
        <w:t>Require 50% upfront, 50% at Month 6 (not monthly invoicing)</w:t>
      </w:r>
    </w:p>
    <w:p w14:paraId="6ECD1855" w14:textId="77777777" w:rsidR="00495879" w:rsidRDefault="00000000">
      <w:pPr>
        <w:pStyle w:val="Listepuces"/>
      </w:pPr>
      <w:r>
        <w:t>Result: Only risk losing Month 7-12 payments (max 50% exposure)</w:t>
      </w:r>
    </w:p>
    <w:p w14:paraId="4D2B5C81" w14:textId="77777777" w:rsidR="00495879" w:rsidRDefault="00000000">
      <w:pPr>
        <w:pStyle w:val="Listenumros"/>
      </w:pPr>
      <w:r>
        <w:t>**Auto-Billing** (Reduce)</w:t>
      </w:r>
    </w:p>
    <w:p w14:paraId="1388A2CC" w14:textId="77777777" w:rsidR="00495879" w:rsidRDefault="00000000">
      <w:pPr>
        <w:pStyle w:val="Listepuces"/>
      </w:pPr>
      <w:r>
        <w:t>Stripe autopay (charge credit card automatically)</w:t>
      </w:r>
    </w:p>
    <w:p w14:paraId="7BDA2F18" w14:textId="77777777" w:rsidR="00495879" w:rsidRDefault="00000000">
      <w:pPr>
        <w:pStyle w:val="Listepuces"/>
      </w:pPr>
      <w:r>
        <w:t>90% of clients on autopay = 90% collection rate</w:t>
      </w:r>
    </w:p>
    <w:p w14:paraId="7C4D9464" w14:textId="77777777" w:rsidR="00495879" w:rsidRDefault="00000000">
      <w:pPr>
        <w:pStyle w:val="Listepuces"/>
      </w:pPr>
      <w:r>
        <w:t>Result: No "forgot to pay" excuses</w:t>
      </w:r>
    </w:p>
    <w:p w14:paraId="4742B717" w14:textId="77777777" w:rsidR="00495879" w:rsidRDefault="00000000">
      <w:pPr>
        <w:pStyle w:val="Listenumros"/>
      </w:pPr>
      <w:r>
        <w:t>**Credit Checks** (Reduce)</w:t>
      </w:r>
    </w:p>
    <w:p w14:paraId="6576C372" w14:textId="77777777" w:rsidR="00495879" w:rsidRDefault="00000000">
      <w:pPr>
        <w:pStyle w:val="Listepuces"/>
      </w:pPr>
      <w:r>
        <w:t>For ADVISORY clients ($90K+), check business credit (Dun &amp; Bradstreet)</w:t>
      </w:r>
    </w:p>
    <w:p w14:paraId="1834E14E" w14:textId="77777777" w:rsidR="00495879" w:rsidRDefault="00000000">
      <w:pPr>
        <w:pStyle w:val="Listepuces"/>
      </w:pPr>
      <w:r>
        <w:t>Red flags: Late payments, bankruptcies → Require 100% prepay OR decline</w:t>
      </w:r>
    </w:p>
    <w:p w14:paraId="3FB42E99" w14:textId="77777777" w:rsidR="00495879" w:rsidRDefault="00000000">
      <w:pPr>
        <w:pStyle w:val="Listenumros"/>
      </w:pPr>
      <w:r>
        <w:t>**Collections Process** (Reduce Impact)</w:t>
      </w:r>
    </w:p>
    <w:p w14:paraId="7E6C856F" w14:textId="77777777" w:rsidR="00495879" w:rsidRDefault="00000000">
      <w:pPr>
        <w:pStyle w:val="Listepuces"/>
      </w:pPr>
      <w:r>
        <w:t>Day 1 overdue: Automated email reminder</w:t>
      </w:r>
    </w:p>
    <w:p w14:paraId="2447FC12" w14:textId="77777777" w:rsidR="00495879" w:rsidRDefault="00000000">
      <w:pPr>
        <w:pStyle w:val="Listepuces"/>
      </w:pPr>
      <w:r>
        <w:t>Day 7: Personal email from Ops Manager</w:t>
      </w:r>
    </w:p>
    <w:p w14:paraId="789E050B" w14:textId="77777777" w:rsidR="00495879" w:rsidRDefault="00000000">
      <w:pPr>
        <w:pStyle w:val="Listepuces"/>
      </w:pPr>
      <w:r>
        <w:t>Day 14: Founder calls client (understand issue, work out payment plan)</w:t>
      </w:r>
    </w:p>
    <w:p w14:paraId="61347446" w14:textId="77777777" w:rsidR="00495879" w:rsidRDefault="00000000">
      <w:pPr>
        <w:pStyle w:val="Listepuces"/>
      </w:pPr>
      <w:r>
        <w:t>Day 30: Suspend service (no access to platform, coaching)</w:t>
      </w:r>
    </w:p>
    <w:p w14:paraId="345D963E" w14:textId="77777777" w:rsidR="00495879" w:rsidRDefault="00000000">
      <w:pPr>
        <w:pStyle w:val="Listepuces"/>
      </w:pPr>
      <w:r>
        <w:t>Day 60: Collections agency (last resort)</w:t>
      </w:r>
    </w:p>
    <w:p w14:paraId="0559A92F" w14:textId="77777777" w:rsidR="00495879" w:rsidRDefault="00000000">
      <w:r>
        <w:rPr>
          <w:b/>
        </w:rPr>
        <w:t>Monitoring Indicators</w:t>
      </w:r>
      <w:r>
        <w:t>:</w:t>
      </w:r>
    </w:p>
    <w:p w14:paraId="5BBC2FB0" w14:textId="77777777" w:rsidR="00495879" w:rsidRDefault="00000000">
      <w:pPr>
        <w:pStyle w:val="Listepuces"/>
      </w:pPr>
      <w:r>
        <w:t>Days Sales Outstanding (DSO): Average days to collect payment (target &lt;15 days)</w:t>
      </w:r>
    </w:p>
    <w:p w14:paraId="5D7E54F1" w14:textId="77777777" w:rsidR="00495879" w:rsidRDefault="00000000">
      <w:pPr>
        <w:pStyle w:val="Listepuces"/>
      </w:pPr>
      <w:r>
        <w:t>Bad debt %: Total unpaid / Total revenue (target &lt;2%)</w:t>
      </w:r>
    </w:p>
    <w:p w14:paraId="528D91DE" w14:textId="77777777" w:rsidR="00495879" w:rsidRDefault="00000000">
      <w:r>
        <w:t>________________________________________________________________________________</w:t>
      </w:r>
    </w:p>
    <w:p w14:paraId="1C21D634" w14:textId="77777777" w:rsidR="00495879" w:rsidRDefault="00000000">
      <w:pPr>
        <w:pStyle w:val="Titre3"/>
      </w:pPr>
      <w:r>
        <w:t>RISK 9: Underpricing (Can't Achieve Profitability)</w:t>
      </w:r>
    </w:p>
    <w:p w14:paraId="59235996" w14:textId="77777777" w:rsidR="00495879" w:rsidRDefault="00000000">
      <w:r>
        <w:rPr>
          <w:b/>
        </w:rPr>
        <w:t>Description</w:t>
      </w:r>
      <w:r>
        <w:t>: Prices too low ($8,997 TRANSFORM Growth), can't cover costs at scale</w:t>
      </w:r>
    </w:p>
    <w:p w14:paraId="3C30C162" w14:textId="77777777" w:rsidR="00495879" w:rsidRDefault="00000000">
      <w:r>
        <w:rPr>
          <w:b/>
        </w:rPr>
        <w:t>Probability</w:t>
      </w:r>
      <w:r>
        <w:t>: 2 (Unlikely) - Financial model shows 92% gross margin</w:t>
      </w:r>
    </w:p>
    <w:p w14:paraId="3577AA0A" w14:textId="77777777" w:rsidR="00495879" w:rsidRDefault="00000000">
      <w:r>
        <w:rPr>
          <w:b/>
        </w:rPr>
        <w:t>Impact</w:t>
      </w:r>
      <w:r>
        <w:t>: 4 (Major) - Never profitable, can't scale without external funding</w:t>
      </w:r>
    </w:p>
    <w:p w14:paraId="4AC30884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8 (LOW-MEDIUM)</w:t>
      </w:r>
    </w:p>
    <w:p w14:paraId="372A8359" w14:textId="77777777" w:rsidR="00495879" w:rsidRDefault="00000000">
      <w:r>
        <w:rPr>
          <w:b/>
        </w:rPr>
        <w:t>Mitigation Strategies</w:t>
      </w:r>
      <w:r>
        <w:t>:</w:t>
      </w:r>
    </w:p>
    <w:p w14:paraId="74FDCD89" w14:textId="77777777" w:rsidR="00495879" w:rsidRDefault="00000000">
      <w:pPr>
        <w:pStyle w:val="Listenumros"/>
      </w:pPr>
      <w:r>
        <w:t>**Annual Price Increases** (Reduce)</w:t>
      </w:r>
    </w:p>
    <w:p w14:paraId="47C309AA" w14:textId="77777777" w:rsidR="00495879" w:rsidRDefault="00000000">
      <w:pPr>
        <w:pStyle w:val="Listepuces"/>
      </w:pPr>
      <w:r>
        <w:t>Increase prices 5-10% every January (vs competitors' 3-5%)</w:t>
      </w:r>
    </w:p>
    <w:p w14:paraId="20569334" w14:textId="77777777" w:rsidR="00495879" w:rsidRDefault="00000000">
      <w:pPr>
        <w:pStyle w:val="Listepuces"/>
      </w:pPr>
      <w:r>
        <w:t>Grandfather existing clients (they keep current price for loyalty)</w:t>
      </w:r>
    </w:p>
    <w:p w14:paraId="345A0091" w14:textId="77777777" w:rsidR="00495879" w:rsidRDefault="00000000">
      <w:pPr>
        <w:pStyle w:val="Listepuces"/>
      </w:pPr>
      <w:r>
        <w:lastRenderedPageBreak/>
        <w:t>New clients pay new price</w:t>
      </w:r>
    </w:p>
    <w:p w14:paraId="7BD489DF" w14:textId="77777777" w:rsidR="00495879" w:rsidRDefault="00000000">
      <w:pPr>
        <w:pStyle w:val="Listepuces"/>
      </w:pPr>
      <w:r>
        <w:t>Result: Year 3 price = $10,799 (up from $8,997, +20%)</w:t>
      </w:r>
    </w:p>
    <w:p w14:paraId="23BA2FFE" w14:textId="77777777" w:rsidR="00495879" w:rsidRDefault="00000000">
      <w:pPr>
        <w:pStyle w:val="Listenumros"/>
      </w:pPr>
      <w:r>
        <w:t>**Value-Based Pricing** (Reduce)</w:t>
      </w:r>
    </w:p>
    <w:p w14:paraId="38CFE00B" w14:textId="77777777" w:rsidR="00495879" w:rsidRDefault="00000000">
      <w:pPr>
        <w:pStyle w:val="Listepuces"/>
      </w:pPr>
      <w:r>
        <w:t>Track client outcomes (revenue growth, profit increase)</w:t>
      </w:r>
    </w:p>
    <w:p w14:paraId="19D2C563" w14:textId="77777777" w:rsidR="00495879" w:rsidRDefault="00000000">
      <w:pPr>
        <w:pStyle w:val="Listepuces"/>
      </w:pPr>
      <w:r>
        <w:t>If clients average 30% revenue growth ($1M → $1.3M = $300K)...</w:t>
      </w:r>
    </w:p>
    <w:p w14:paraId="45EB3411" w14:textId="77777777" w:rsidR="00495879" w:rsidRDefault="00000000">
      <w:pPr>
        <w:pStyle w:val="Listepuces"/>
      </w:pPr>
      <w:r>
        <w:t>...then $12K coaching fee = 4% of value created (incredible ROI)</w:t>
      </w:r>
    </w:p>
    <w:p w14:paraId="6B39467E" w14:textId="77777777" w:rsidR="00495879" w:rsidRDefault="00000000">
      <w:pPr>
        <w:pStyle w:val="Listepuces"/>
      </w:pPr>
      <w:r>
        <w:t>Result: Can justify premium pricing</w:t>
      </w:r>
    </w:p>
    <w:p w14:paraId="0F523335" w14:textId="77777777" w:rsidR="00495879" w:rsidRDefault="00000000">
      <w:pPr>
        <w:pStyle w:val="Listenumros"/>
      </w:pPr>
      <w:r>
        <w:t>**Upsell to Higher Tiers** (Increase Revenue)</w:t>
      </w:r>
    </w:p>
    <w:p w14:paraId="5F832D3A" w14:textId="77777777" w:rsidR="00495879" w:rsidRDefault="00000000">
      <w:pPr>
        <w:pStyle w:val="Listepuces"/>
      </w:pPr>
      <w:r>
        <w:t>Convert 30% of TRANSFORM Growth → Scale (2.7x price increase)</w:t>
      </w:r>
    </w:p>
    <w:p w14:paraId="466AF405" w14:textId="77777777" w:rsidR="00495879" w:rsidRDefault="00000000">
      <w:pPr>
        <w:pStyle w:val="Listepuces"/>
      </w:pPr>
      <w:r>
        <w:t>Convert 15% of TRANSFORM Scale → ADVISORY (4-8x price increase)</w:t>
      </w:r>
    </w:p>
    <w:p w14:paraId="10203784" w14:textId="77777777" w:rsidR="00495879" w:rsidRDefault="00000000">
      <w:pPr>
        <w:pStyle w:val="Listepuces"/>
      </w:pPr>
      <w:r>
        <w:t>Result: Same # of clients, 40% more revenue</w:t>
      </w:r>
    </w:p>
    <w:p w14:paraId="3EFE724F" w14:textId="77777777" w:rsidR="00495879" w:rsidRDefault="00000000">
      <w:r>
        <w:rPr>
          <w:b/>
        </w:rPr>
        <w:t>Monitoring Indicators</w:t>
      </w:r>
      <w:r>
        <w:t>:</w:t>
      </w:r>
    </w:p>
    <w:p w14:paraId="427412BF" w14:textId="77777777" w:rsidR="00495879" w:rsidRDefault="00000000">
      <w:pPr>
        <w:pStyle w:val="Listepuces"/>
      </w:pPr>
      <w:r>
        <w:t>Gross margin (if drops below 85%, prices too low or costs too high)</w:t>
      </w:r>
    </w:p>
    <w:p w14:paraId="79FFFF40" w14:textId="77777777" w:rsidR="00495879" w:rsidRDefault="00000000">
      <w:pPr>
        <w:pStyle w:val="Listepuces"/>
      </w:pPr>
      <w:r>
        <w:t>Client price sensitivity (if &gt;20% object to price, may be too high)</w:t>
      </w:r>
    </w:p>
    <w:p w14:paraId="6CF04098" w14:textId="77777777" w:rsidR="00495879" w:rsidRDefault="00000000">
      <w:pPr>
        <w:pStyle w:val="Listepuces"/>
      </w:pPr>
      <w:r>
        <w:t>Competitor pricing (if they raise prices, follow suit)</w:t>
      </w:r>
    </w:p>
    <w:p w14:paraId="57EAFB48" w14:textId="77777777" w:rsidR="00495879" w:rsidRDefault="00000000">
      <w:r>
        <w:t>________________________________________________________________________________</w:t>
      </w:r>
    </w:p>
    <w:p w14:paraId="6CB6E0EE" w14:textId="77777777" w:rsidR="00495879" w:rsidRDefault="00000000">
      <w:pPr>
        <w:pStyle w:val="Titre2"/>
      </w:pPr>
      <w:r>
        <w:t>💻 TECHNOLOGY RISKS</w:t>
      </w:r>
    </w:p>
    <w:p w14:paraId="3EDFFA41" w14:textId="77777777" w:rsidR="00495879" w:rsidRDefault="00000000">
      <w:pPr>
        <w:pStyle w:val="Titre3"/>
      </w:pPr>
      <w:r>
        <w:t>RISK 10: Platform Outage / Technical Failure</w:t>
      </w:r>
    </w:p>
    <w:p w14:paraId="319069C1" w14:textId="77777777" w:rsidR="00495879" w:rsidRDefault="00000000">
      <w:r>
        <w:rPr>
          <w:b/>
        </w:rPr>
        <w:t>Description</w:t>
      </w:r>
      <w:r>
        <w:t>: AWS server crash, GBCM Hub down for 8+ hours, clients can't access</w:t>
      </w:r>
    </w:p>
    <w:p w14:paraId="0C35D84C" w14:textId="77777777" w:rsidR="00495879" w:rsidRDefault="00000000">
      <w:r>
        <w:rPr>
          <w:b/>
        </w:rPr>
        <w:t>Probability</w:t>
      </w:r>
      <w:r>
        <w:t>: 2 (Unlikely) - AWS 99.99% uptime SLA</w:t>
      </w:r>
    </w:p>
    <w:p w14:paraId="08B7A485" w14:textId="77777777" w:rsidR="00495879" w:rsidRDefault="00000000">
      <w:r>
        <w:rPr>
          <w:b/>
        </w:rPr>
        <w:t>Impact</w:t>
      </w:r>
      <w:r>
        <w:t>: 3 (Moderate) - Client frustration, reputation hit, refund requests</w:t>
      </w:r>
    </w:p>
    <w:p w14:paraId="082F2BAE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6 (LOW)</w:t>
      </w:r>
    </w:p>
    <w:p w14:paraId="14AB6FE1" w14:textId="77777777" w:rsidR="00495879" w:rsidRDefault="00000000">
      <w:r>
        <w:rPr>
          <w:b/>
        </w:rPr>
        <w:t>Mitigation Strategies</w:t>
      </w:r>
      <w:r>
        <w:t>:</w:t>
      </w:r>
    </w:p>
    <w:p w14:paraId="0FEFD106" w14:textId="77777777" w:rsidR="00495879" w:rsidRDefault="00000000">
      <w:pPr>
        <w:pStyle w:val="Listenumros"/>
      </w:pPr>
      <w:r>
        <w:t>**Redundancy** (Reduce)</w:t>
      </w:r>
    </w:p>
    <w:p w14:paraId="7E329530" w14:textId="77777777" w:rsidR="00495879" w:rsidRDefault="00000000">
      <w:pPr>
        <w:pStyle w:val="Listepuces"/>
      </w:pPr>
      <w:r>
        <w:t>Multi-region deployment (us-east-1 primary, us-west-2 backup)</w:t>
      </w:r>
    </w:p>
    <w:p w14:paraId="7592539C" w14:textId="77777777" w:rsidR="00495879" w:rsidRDefault="00000000">
      <w:pPr>
        <w:pStyle w:val="Listepuces"/>
      </w:pPr>
      <w:r>
        <w:t>Auto-failover (if East Coast down, traffic routes to West Coast &lt;5 min)</w:t>
      </w:r>
    </w:p>
    <w:p w14:paraId="099E8D93" w14:textId="77777777" w:rsidR="00495879" w:rsidRDefault="00000000">
      <w:pPr>
        <w:pStyle w:val="Listepuces"/>
      </w:pPr>
      <w:r>
        <w:t>Result: Single data center failure doesn't bring down platform</w:t>
      </w:r>
    </w:p>
    <w:p w14:paraId="22A9E44C" w14:textId="77777777" w:rsidR="00495879" w:rsidRDefault="00000000">
      <w:pPr>
        <w:pStyle w:val="Listenumros"/>
      </w:pPr>
      <w:r>
        <w:t>**Monitoring &amp; Alerts** (Detect Fast)</w:t>
      </w:r>
    </w:p>
    <w:p w14:paraId="6AA7EB4F" w14:textId="77777777" w:rsidR="00495879" w:rsidRDefault="00000000">
      <w:pPr>
        <w:pStyle w:val="Listepuces"/>
      </w:pPr>
      <w:r>
        <w:t>Uptime monitoring (Pingdom checks site every 60 seconds)</w:t>
      </w:r>
    </w:p>
    <w:p w14:paraId="46FB1C47" w14:textId="77777777" w:rsidR="00495879" w:rsidRDefault="00000000">
      <w:pPr>
        <w:pStyle w:val="Listepuces"/>
      </w:pPr>
      <w:r>
        <w:t>Alert: If down &gt;2 min, SMS + email to founder + DevOps</w:t>
      </w:r>
    </w:p>
    <w:p w14:paraId="2A789CD2" w14:textId="77777777" w:rsidR="00495879" w:rsidRDefault="00000000">
      <w:pPr>
        <w:pStyle w:val="Listepuces"/>
      </w:pPr>
      <w:r>
        <w:t>Result: Detect issues in minutes, not hours</w:t>
      </w:r>
    </w:p>
    <w:p w14:paraId="7024F3A3" w14:textId="77777777" w:rsidR="00495879" w:rsidRDefault="00000000">
      <w:pPr>
        <w:pStyle w:val="Listenumros"/>
      </w:pPr>
      <w:r>
        <w:lastRenderedPageBreak/>
        <w:t>**Incident Response Plan** (Reduce Impact)</w:t>
      </w:r>
    </w:p>
    <w:p w14:paraId="54A39BC4" w14:textId="77777777" w:rsidR="00495879" w:rsidRDefault="00000000">
      <w:pPr>
        <w:pStyle w:val="Listepuces"/>
      </w:pPr>
      <w:r>
        <w:t>Playbook: Step-by-step recovery procedures</w:t>
      </w:r>
    </w:p>
    <w:p w14:paraId="239B893E" w14:textId="77777777" w:rsidR="00495879" w:rsidRDefault="00000000">
      <w:pPr>
        <w:pStyle w:val="Listepuces"/>
      </w:pPr>
      <w:r>
        <w:t>Communication template: "We're aware, working on fix, ETA X hours"</w:t>
      </w:r>
    </w:p>
    <w:p w14:paraId="20ECDD9A" w14:textId="77777777" w:rsidR="00495879" w:rsidRDefault="00000000">
      <w:pPr>
        <w:pStyle w:val="Listepuces"/>
      </w:pPr>
      <w:r>
        <w:t>Post-mortem: What happened, why, how we'll prevent recurrence</w:t>
      </w:r>
    </w:p>
    <w:p w14:paraId="39FE1AC3" w14:textId="77777777" w:rsidR="00495879" w:rsidRDefault="00000000">
      <w:pPr>
        <w:pStyle w:val="Listenumros"/>
      </w:pPr>
      <w:r>
        <w:t>**SLA with Clients** (Manage Expectations)</w:t>
      </w:r>
    </w:p>
    <w:p w14:paraId="64557F0F" w14:textId="77777777" w:rsidR="00495879" w:rsidRDefault="00000000">
      <w:pPr>
        <w:pStyle w:val="Listepuces"/>
      </w:pPr>
      <w:r>
        <w:t>Promise: 99.5% uptime (43.8 hours downtime/year allowable)</w:t>
      </w:r>
    </w:p>
    <w:p w14:paraId="3EF84295" w14:textId="77777777" w:rsidR="00495879" w:rsidRDefault="00000000">
      <w:pPr>
        <w:pStyle w:val="Listepuces"/>
      </w:pPr>
      <w:r>
        <w:t>Refund policy: If down &gt;8 hours in a month, 10% monthly fee credit</w:t>
      </w:r>
    </w:p>
    <w:p w14:paraId="551F29B1" w14:textId="77777777" w:rsidR="00495879" w:rsidRDefault="00000000">
      <w:pPr>
        <w:pStyle w:val="Listepuces"/>
      </w:pPr>
      <w:r>
        <w:t>Result: Clients know what to expect, refund policy fair</w:t>
      </w:r>
    </w:p>
    <w:p w14:paraId="278F43CB" w14:textId="77777777" w:rsidR="00495879" w:rsidRDefault="00000000">
      <w:r>
        <w:rPr>
          <w:b/>
        </w:rPr>
        <w:t>Monitoring Indicators</w:t>
      </w:r>
      <w:r>
        <w:t>:</w:t>
      </w:r>
    </w:p>
    <w:p w14:paraId="3E288A14" w14:textId="77777777" w:rsidR="00495879" w:rsidRDefault="00000000">
      <w:pPr>
        <w:pStyle w:val="Listepuces"/>
      </w:pPr>
      <w:r>
        <w:t>Uptime % (if drops below 99.5%, investigate root cause)</w:t>
      </w:r>
    </w:p>
    <w:p w14:paraId="3445F81C" w14:textId="77777777" w:rsidR="00495879" w:rsidRDefault="00000000">
      <w:pPr>
        <w:pStyle w:val="Listepuces"/>
      </w:pPr>
      <w:r>
        <w:t>Mean Time to Resolve (MTTR): How fast we fix issues (target &lt;2 hours)</w:t>
      </w:r>
    </w:p>
    <w:p w14:paraId="7B4C11A6" w14:textId="77777777" w:rsidR="00495879" w:rsidRDefault="00000000">
      <w:pPr>
        <w:pStyle w:val="Listepuces"/>
      </w:pPr>
      <w:r>
        <w:t>Client complaints (if &gt;5 complaints about platform, UX issue)</w:t>
      </w:r>
    </w:p>
    <w:p w14:paraId="304E1873" w14:textId="77777777" w:rsidR="00495879" w:rsidRDefault="00000000">
      <w:r>
        <w:t>________________________________________________________________________________</w:t>
      </w:r>
    </w:p>
    <w:p w14:paraId="3F0CB318" w14:textId="77777777" w:rsidR="00495879" w:rsidRDefault="00000000">
      <w:pPr>
        <w:pStyle w:val="Titre3"/>
      </w:pPr>
      <w:r>
        <w:t>RISK 11: AI Coach Gives Bad Advice (Liability)</w:t>
      </w:r>
    </w:p>
    <w:p w14:paraId="653F65DA" w14:textId="77777777" w:rsidR="00495879" w:rsidRDefault="00000000">
      <w:r>
        <w:rPr>
          <w:b/>
        </w:rPr>
        <w:t>Description</w:t>
      </w:r>
      <w:r>
        <w:t>: AI recommends illegal strategy or terrible decision, client loses $50K+</w:t>
      </w:r>
    </w:p>
    <w:p w14:paraId="4C3336A2" w14:textId="77777777" w:rsidR="00495879" w:rsidRDefault="00000000">
      <w:r>
        <w:rPr>
          <w:b/>
        </w:rPr>
        <w:t>Probability</w:t>
      </w:r>
      <w:r>
        <w:t>: 2 (Unlikely) - GPT-4 is good, but not perfect</w:t>
      </w:r>
    </w:p>
    <w:p w14:paraId="63C3C7E8" w14:textId="77777777" w:rsidR="00495879" w:rsidRDefault="00000000">
      <w:r>
        <w:rPr>
          <w:b/>
        </w:rPr>
        <w:t>Impact</w:t>
      </w:r>
      <w:r>
        <w:t>: 5 (Critical) - Lawsuit, reputation destroyed</w:t>
      </w:r>
    </w:p>
    <w:p w14:paraId="68D8EE10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10 (MEDIUM)</w:t>
      </w:r>
    </w:p>
    <w:p w14:paraId="6531D365" w14:textId="77777777" w:rsidR="00495879" w:rsidRDefault="00000000">
      <w:r>
        <w:rPr>
          <w:b/>
        </w:rPr>
        <w:t>Mitigation Strategies</w:t>
      </w:r>
      <w:r>
        <w:t>:</w:t>
      </w:r>
    </w:p>
    <w:p w14:paraId="4387C5FF" w14:textId="77777777" w:rsidR="00495879" w:rsidRDefault="00000000">
      <w:pPr>
        <w:pStyle w:val="Listenumros"/>
      </w:pPr>
      <w:r>
        <w:t>**Disclaimers** (Reduce Liability)</w:t>
      </w:r>
    </w:p>
    <w:p w14:paraId="4AC3AE96" w14:textId="77777777" w:rsidR="00495879" w:rsidRDefault="00000000">
      <w:pPr>
        <w:pStyle w:val="Listepuces"/>
      </w:pPr>
      <w:r>
        <w:t>Every AI response includes: "This is AI-generated advice. Verify with your coach or attorney before implementing."</w:t>
      </w:r>
    </w:p>
    <w:p w14:paraId="500DA05C" w14:textId="77777777" w:rsidR="00495879" w:rsidRDefault="00000000">
      <w:pPr>
        <w:pStyle w:val="Listepuces"/>
      </w:pPr>
      <w:r>
        <w:t>Terms of Service: "GBCM not liable for AI Coach recommendations"</w:t>
      </w:r>
    </w:p>
    <w:p w14:paraId="35CDCA88" w14:textId="77777777" w:rsidR="00495879" w:rsidRDefault="00000000">
      <w:pPr>
        <w:pStyle w:val="Listepuces"/>
      </w:pPr>
      <w:r>
        <w:t>Result: Legal protection (but not 100% bulletproof)</w:t>
      </w:r>
    </w:p>
    <w:p w14:paraId="32DF8678" w14:textId="77777777" w:rsidR="00495879" w:rsidRDefault="00000000">
      <w:pPr>
        <w:pStyle w:val="Listenumros"/>
      </w:pPr>
      <w:r>
        <w:t>**Human Oversight** (Reduce Probability)</w:t>
      </w:r>
    </w:p>
    <w:p w14:paraId="443672E0" w14:textId="77777777" w:rsidR="00495879" w:rsidRDefault="00000000">
      <w:pPr>
        <w:pStyle w:val="Listepuces"/>
      </w:pPr>
      <w:r>
        <w:t>Review 10% of AI conversations weekly (random sample)</w:t>
      </w:r>
    </w:p>
    <w:p w14:paraId="77E1C793" w14:textId="77777777" w:rsidR="00495879" w:rsidRDefault="00000000">
      <w:pPr>
        <w:pStyle w:val="Listepuces"/>
      </w:pPr>
      <w:r>
        <w:t>Retrain model monthly (fix errors, improve accuracy)</w:t>
      </w:r>
    </w:p>
    <w:p w14:paraId="2BB24831" w14:textId="77777777" w:rsidR="00495879" w:rsidRDefault="00000000">
      <w:pPr>
        <w:pStyle w:val="Listepuces"/>
      </w:pPr>
      <w:r>
        <w:t>Escalation: If AI confidence &lt;70%, route to human coach</w:t>
      </w:r>
    </w:p>
    <w:p w14:paraId="718847F4" w14:textId="77777777" w:rsidR="00495879" w:rsidRDefault="00000000">
      <w:pPr>
        <w:pStyle w:val="Listenumros"/>
      </w:pPr>
      <w:r>
        <w:t>**Content Filtering** (Reduce)</w:t>
      </w:r>
    </w:p>
    <w:p w14:paraId="143D58C6" w14:textId="77777777" w:rsidR="00495879" w:rsidRDefault="00000000">
      <w:pPr>
        <w:pStyle w:val="Listepuces"/>
      </w:pPr>
      <w:r>
        <w:t>Blacklist topics: Legal advice, medical, financial regulations</w:t>
      </w:r>
    </w:p>
    <w:p w14:paraId="10836499" w14:textId="77777777" w:rsidR="00495879" w:rsidRDefault="00000000">
      <w:pPr>
        <w:pStyle w:val="Listepuces"/>
      </w:pPr>
      <w:r>
        <w:t>If client asks "Can I deduct X on taxes?", AI says "Ask your CPA"</w:t>
      </w:r>
    </w:p>
    <w:p w14:paraId="1BB6EBB2" w14:textId="77777777" w:rsidR="00495879" w:rsidRDefault="00000000">
      <w:pPr>
        <w:pStyle w:val="Listepuces"/>
      </w:pPr>
      <w:r>
        <w:lastRenderedPageBreak/>
        <w:t>Result: AI stays in lane (strategy, operations, leadership - not legal/financial)</w:t>
      </w:r>
    </w:p>
    <w:p w14:paraId="537CC249" w14:textId="77777777" w:rsidR="00495879" w:rsidRDefault="00000000">
      <w:pPr>
        <w:pStyle w:val="Listenumros"/>
      </w:pPr>
      <w:r>
        <w:t>**Insurance** (Transfer Risk)</w:t>
      </w:r>
    </w:p>
    <w:p w14:paraId="74365451" w14:textId="77777777" w:rsidR="00495879" w:rsidRDefault="00000000">
      <w:pPr>
        <w:pStyle w:val="Listepuces"/>
      </w:pPr>
      <w:r>
        <w:t>Professional Liability (E&amp;O) insurance: $1M coverage ($1,200/year)</w:t>
      </w:r>
    </w:p>
    <w:p w14:paraId="634D938C" w14:textId="77777777" w:rsidR="00495879" w:rsidRDefault="00000000">
      <w:pPr>
        <w:pStyle w:val="Listepuces"/>
      </w:pPr>
      <w:r>
        <w:t>Covers: Negligent advice, errors, omissions</w:t>
      </w:r>
    </w:p>
    <w:p w14:paraId="32223FE5" w14:textId="77777777" w:rsidR="00495879" w:rsidRDefault="00000000">
      <w:pPr>
        <w:pStyle w:val="Listepuces"/>
      </w:pPr>
      <w:r>
        <w:t>Result: If sued, insurance pays legal fees + settlement</w:t>
      </w:r>
    </w:p>
    <w:p w14:paraId="66FA0C74" w14:textId="77777777" w:rsidR="00495879" w:rsidRDefault="00000000">
      <w:r>
        <w:rPr>
          <w:b/>
        </w:rPr>
        <w:t>Monitoring Indicators</w:t>
      </w:r>
      <w:r>
        <w:t>:</w:t>
      </w:r>
    </w:p>
    <w:p w14:paraId="21BCBD4C" w14:textId="77777777" w:rsidR="00495879" w:rsidRDefault="00000000">
      <w:pPr>
        <w:pStyle w:val="Listepuces"/>
      </w:pPr>
      <w:r>
        <w:t>AI accuracy (human coaches rate 10% of responses, track % correct)</w:t>
      </w:r>
    </w:p>
    <w:p w14:paraId="60B6C973" w14:textId="77777777" w:rsidR="00495879" w:rsidRDefault="00000000">
      <w:pPr>
        <w:pStyle w:val="Listepuces"/>
      </w:pPr>
      <w:r>
        <w:t>Client complaints (if any "AI gave bad advice" feedback, investigate immediately)</w:t>
      </w:r>
    </w:p>
    <w:p w14:paraId="5F5B2D7F" w14:textId="77777777" w:rsidR="00495879" w:rsidRDefault="00000000">
      <w:pPr>
        <w:pStyle w:val="Listepuces"/>
      </w:pPr>
      <w:r>
        <w:t>Escalation rate (if &gt;20% of queries escalated to human, AI not ready)</w:t>
      </w:r>
    </w:p>
    <w:p w14:paraId="47ED507B" w14:textId="77777777" w:rsidR="00495879" w:rsidRDefault="00000000">
      <w:r>
        <w:t>________________________________________________________________________________</w:t>
      </w:r>
    </w:p>
    <w:p w14:paraId="7635555F" w14:textId="77777777" w:rsidR="00495879" w:rsidRDefault="00000000">
      <w:pPr>
        <w:pStyle w:val="Titre3"/>
      </w:pPr>
      <w:r>
        <w:t>RISK 12: Data Breach / Cyber Attack</w:t>
      </w:r>
    </w:p>
    <w:p w14:paraId="771923C8" w14:textId="77777777" w:rsidR="00495879" w:rsidRDefault="00000000">
      <w:r>
        <w:rPr>
          <w:b/>
        </w:rPr>
        <w:t>Description</w:t>
      </w:r>
      <w:r>
        <w:t>: Hacker steals client data (emails, business plans, financial info)</w:t>
      </w:r>
    </w:p>
    <w:p w14:paraId="1A7E9CAE" w14:textId="77777777" w:rsidR="00495879" w:rsidRDefault="00000000">
      <w:r>
        <w:rPr>
          <w:b/>
        </w:rPr>
        <w:t>Probability</w:t>
      </w:r>
      <w:r>
        <w:t>: 2 (Unlikely) - Strong security, but no system is 100% safe</w:t>
      </w:r>
    </w:p>
    <w:p w14:paraId="064D7DC8" w14:textId="77777777" w:rsidR="00495879" w:rsidRDefault="00000000">
      <w:r>
        <w:rPr>
          <w:b/>
        </w:rPr>
        <w:t>Impact</w:t>
      </w:r>
      <w:r>
        <w:t>: 5 (Critical) - GDPR fines ($50K+), lawsuits, reputation destroyed</w:t>
      </w:r>
    </w:p>
    <w:p w14:paraId="65DF0878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10 (MEDIUM)</w:t>
      </w:r>
    </w:p>
    <w:p w14:paraId="3854C0E1" w14:textId="77777777" w:rsidR="00495879" w:rsidRDefault="00000000">
      <w:r>
        <w:rPr>
          <w:b/>
        </w:rPr>
        <w:t>Mitigation Strategies</w:t>
      </w:r>
      <w:r>
        <w:t>:</w:t>
      </w:r>
    </w:p>
    <w:p w14:paraId="2678570D" w14:textId="77777777" w:rsidR="00495879" w:rsidRDefault="00000000">
      <w:pPr>
        <w:pStyle w:val="Listenumros"/>
      </w:pPr>
      <w:r>
        <w:t>**Security Best Practices** (Reduce)</w:t>
      </w:r>
    </w:p>
    <w:p w14:paraId="71B042FE" w14:textId="77777777" w:rsidR="00495879" w:rsidRDefault="00000000">
      <w:pPr>
        <w:pStyle w:val="Listepuces"/>
      </w:pPr>
      <w:r>
        <w:t>Encryption: TLS 1.3 (in transit), AES-256 (at rest)</w:t>
      </w:r>
    </w:p>
    <w:p w14:paraId="12071019" w14:textId="77777777" w:rsidR="00495879" w:rsidRDefault="00000000">
      <w:pPr>
        <w:pStyle w:val="Listepuces"/>
      </w:pPr>
      <w:r>
        <w:t>Access control: MFA required, role-based permissions</w:t>
      </w:r>
    </w:p>
    <w:p w14:paraId="34015272" w14:textId="77777777" w:rsidR="00495879" w:rsidRDefault="00000000">
      <w:pPr>
        <w:pStyle w:val="Listepuces"/>
      </w:pPr>
      <w:r>
        <w:t>Penetration testing: Annual audit by security firm ($5K/year)</w:t>
      </w:r>
    </w:p>
    <w:p w14:paraId="31C49E35" w14:textId="77777777" w:rsidR="00495879" w:rsidRDefault="00000000">
      <w:pPr>
        <w:pStyle w:val="Listenumros"/>
      </w:pPr>
      <w:r>
        <w:t>**Data Minimization** (Reduce Impact)</w:t>
      </w:r>
    </w:p>
    <w:p w14:paraId="5EF612F8" w14:textId="77777777" w:rsidR="00495879" w:rsidRDefault="00000000">
      <w:pPr>
        <w:pStyle w:val="Listepuces"/>
      </w:pPr>
      <w:r>
        <w:t>Only collect what's needed (don't store credit cards - Stripe does)</w:t>
      </w:r>
    </w:p>
    <w:p w14:paraId="2142AB62" w14:textId="77777777" w:rsidR="00495879" w:rsidRDefault="00000000">
      <w:pPr>
        <w:pStyle w:val="Listepuces"/>
      </w:pPr>
      <w:r>
        <w:t>Anonymize analytics (aggregate data, remove PII)</w:t>
      </w:r>
    </w:p>
    <w:p w14:paraId="15B588AD" w14:textId="77777777" w:rsidR="00495879" w:rsidRDefault="00000000">
      <w:pPr>
        <w:pStyle w:val="Listepuces"/>
      </w:pPr>
      <w:r>
        <w:t>Result: If breached, less sensitive data exposed</w:t>
      </w:r>
    </w:p>
    <w:p w14:paraId="7048FF8E" w14:textId="77777777" w:rsidR="00495879" w:rsidRDefault="00000000">
      <w:pPr>
        <w:pStyle w:val="Listenumros"/>
      </w:pPr>
      <w:r>
        <w:t>**Incident Response Plan** (Reduce Impact)</w:t>
      </w:r>
    </w:p>
    <w:p w14:paraId="3B80D8F5" w14:textId="77777777" w:rsidR="00495879" w:rsidRDefault="00000000">
      <w:pPr>
        <w:pStyle w:val="Listepuces"/>
      </w:pPr>
      <w:r>
        <w:t>Playbook: If breach detected, notify clients within 72 hours (GDPR requirement)</w:t>
      </w:r>
    </w:p>
    <w:p w14:paraId="590FF7E8" w14:textId="77777777" w:rsidR="00495879" w:rsidRDefault="00000000">
      <w:pPr>
        <w:pStyle w:val="Listepuces"/>
      </w:pPr>
      <w:r>
        <w:t>PR strategy: Transparent communication, steps we're taking</w:t>
      </w:r>
    </w:p>
    <w:p w14:paraId="54A6755E" w14:textId="77777777" w:rsidR="00495879" w:rsidRDefault="00000000">
      <w:pPr>
        <w:pStyle w:val="Listepuces"/>
      </w:pPr>
      <w:r>
        <w:t>Legal: Engage attorney immediately (guide us through liability)</w:t>
      </w:r>
    </w:p>
    <w:p w14:paraId="10F17B2E" w14:textId="77777777" w:rsidR="00495879" w:rsidRDefault="00000000">
      <w:pPr>
        <w:pStyle w:val="Listenumros"/>
      </w:pPr>
      <w:r>
        <w:t>**Cyber Insurance** (Transfer Risk)</w:t>
      </w:r>
    </w:p>
    <w:p w14:paraId="1B0F59FF" w14:textId="77777777" w:rsidR="00495879" w:rsidRDefault="00000000">
      <w:pPr>
        <w:pStyle w:val="Listepuces"/>
      </w:pPr>
      <w:r>
        <w:t>Cyber Liability insurance: $500K coverage ($800/year)</w:t>
      </w:r>
    </w:p>
    <w:p w14:paraId="36FC4DA6" w14:textId="77777777" w:rsidR="00495879" w:rsidRDefault="00000000">
      <w:pPr>
        <w:pStyle w:val="Listepuces"/>
      </w:pPr>
      <w:r>
        <w:lastRenderedPageBreak/>
        <w:t>Covers: Breach notification costs, legal fees, regulatory fines</w:t>
      </w:r>
    </w:p>
    <w:p w14:paraId="083BB41F" w14:textId="77777777" w:rsidR="00495879" w:rsidRDefault="00000000">
      <w:pPr>
        <w:pStyle w:val="Listepuces"/>
      </w:pPr>
      <w:r>
        <w:t>Result: Limit out-of-pocket costs to deductible ($5K-$10K)</w:t>
      </w:r>
    </w:p>
    <w:p w14:paraId="7579C26E" w14:textId="77777777" w:rsidR="00495879" w:rsidRDefault="00000000">
      <w:r>
        <w:rPr>
          <w:b/>
        </w:rPr>
        <w:t>Monitoring Indicators</w:t>
      </w:r>
      <w:r>
        <w:t>:</w:t>
      </w:r>
    </w:p>
    <w:p w14:paraId="5B24E680" w14:textId="77777777" w:rsidR="00495879" w:rsidRDefault="00000000">
      <w:pPr>
        <w:pStyle w:val="Listepuces"/>
      </w:pPr>
      <w:r>
        <w:t>Failed login attempts (if spike, could be brute-force attack)</w:t>
      </w:r>
    </w:p>
    <w:p w14:paraId="31ABB61C" w14:textId="77777777" w:rsidR="00495879" w:rsidRDefault="00000000">
      <w:pPr>
        <w:pStyle w:val="Listepuces"/>
      </w:pPr>
      <w:r>
        <w:t>Security scan results (quarterly Snyk reports - track vulnerabilities)</w:t>
      </w:r>
    </w:p>
    <w:p w14:paraId="23762272" w14:textId="77777777" w:rsidR="00495879" w:rsidRDefault="00000000">
      <w:pPr>
        <w:pStyle w:val="Listepuces"/>
      </w:pPr>
      <w:r>
        <w:t>Compliance audits (annual SOC 2 by Year 3 - pass = good security)</w:t>
      </w:r>
    </w:p>
    <w:p w14:paraId="061433D4" w14:textId="77777777" w:rsidR="00495879" w:rsidRDefault="00000000">
      <w:r>
        <w:t>________________________________________________________________________________</w:t>
      </w:r>
    </w:p>
    <w:p w14:paraId="5014F946" w14:textId="77777777" w:rsidR="00495879" w:rsidRDefault="00000000">
      <w:pPr>
        <w:pStyle w:val="Titre2"/>
      </w:pPr>
      <w:r>
        <w:t>👥 PEOPLE &amp; ORGANIZATION RISKS</w:t>
      </w:r>
    </w:p>
    <w:p w14:paraId="4FABC12E" w14:textId="77777777" w:rsidR="00495879" w:rsidRDefault="00000000">
      <w:pPr>
        <w:pStyle w:val="Titre3"/>
      </w:pPr>
      <w:r>
        <w:t>RISK 13: Can't Hire Quality Talent (Senior Coach)</w:t>
      </w:r>
    </w:p>
    <w:p w14:paraId="0B1ED7E2" w14:textId="77777777" w:rsidR="00495879" w:rsidRDefault="00000000">
      <w:r>
        <w:rPr>
          <w:b/>
        </w:rPr>
        <w:t>Description</w:t>
      </w:r>
      <w:r>
        <w:t>: Post job, get 50 applicants, none meet bar (need 4.5+ coach)</w:t>
      </w:r>
    </w:p>
    <w:p w14:paraId="394CA83B" w14:textId="77777777" w:rsidR="00495879" w:rsidRDefault="00000000">
      <w:r>
        <w:rPr>
          <w:b/>
        </w:rPr>
        <w:t>Probability</w:t>
      </w:r>
      <w:r>
        <w:t>: 3 (Possible) - Great coaches are rare, competitive market</w:t>
      </w:r>
    </w:p>
    <w:p w14:paraId="4CDEC2F0" w14:textId="77777777" w:rsidR="00495879" w:rsidRDefault="00000000">
      <w:r>
        <w:rPr>
          <w:b/>
        </w:rPr>
        <w:t>Impact</w:t>
      </w:r>
      <w:r>
        <w:t>: 4 (Major) - Can't scale beyond 30 clients, growth stalls</w:t>
      </w:r>
    </w:p>
    <w:p w14:paraId="18E9536C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12 (MEDIUM)</w:t>
      </w:r>
    </w:p>
    <w:p w14:paraId="4A320EBB" w14:textId="77777777" w:rsidR="00495879" w:rsidRDefault="00000000">
      <w:r>
        <w:rPr>
          <w:b/>
        </w:rPr>
        <w:t>Mitigation Strategies</w:t>
      </w:r>
      <w:r>
        <w:t>:</w:t>
      </w:r>
    </w:p>
    <w:p w14:paraId="7D6BF41F" w14:textId="77777777" w:rsidR="00495879" w:rsidRDefault="00000000">
      <w:pPr>
        <w:pStyle w:val="Listenumros"/>
      </w:pPr>
      <w:r>
        <w:t>**Recruitment Pipeline** (Reduce)</w:t>
      </w:r>
    </w:p>
    <w:p w14:paraId="31814173" w14:textId="77777777" w:rsidR="00495879" w:rsidRDefault="00000000">
      <w:pPr>
        <w:pStyle w:val="Listepuces"/>
      </w:pPr>
      <w:r>
        <w:t>Start sourcing 6 months before need hire (Q1 2027, not Q3 when desperate)</w:t>
      </w:r>
    </w:p>
    <w:p w14:paraId="46B899BD" w14:textId="77777777" w:rsidR="00495879" w:rsidRDefault="00000000">
      <w:pPr>
        <w:pStyle w:val="Listepuces"/>
      </w:pPr>
      <w:r>
        <w:t>Build relationships with top coaches (coffee chats, no pressure)</w:t>
      </w:r>
    </w:p>
    <w:p w14:paraId="32EED402" w14:textId="77777777" w:rsidR="00495879" w:rsidRDefault="00000000">
      <w:pPr>
        <w:pStyle w:val="Listepuces"/>
      </w:pPr>
      <w:r>
        <w:t>Result: When ready to hire, have 3-5 warm candidates</w:t>
      </w:r>
    </w:p>
    <w:p w14:paraId="0F481D3B" w14:textId="77777777" w:rsidR="00495879" w:rsidRDefault="00000000">
      <w:pPr>
        <w:pStyle w:val="Listenumros"/>
      </w:pPr>
      <w:r>
        <w:t>**Compelling Offer** (Reduce)</w:t>
      </w:r>
    </w:p>
    <w:p w14:paraId="5C96255E" w14:textId="77777777" w:rsidR="00495879" w:rsidRDefault="00000000">
      <w:pPr>
        <w:pStyle w:val="Listepuces"/>
      </w:pPr>
      <w:r>
        <w:t>Competitive comp: $100K+ (top 25% for coaches)</w:t>
      </w:r>
    </w:p>
    <w:p w14:paraId="07246530" w14:textId="77777777" w:rsidR="00495879" w:rsidRDefault="00000000">
      <w:pPr>
        <w:pStyle w:val="Listepuces"/>
      </w:pPr>
      <w:r>
        <w:t>Equity: 2% (if exit at $5M = $100K bonus)</w:t>
      </w:r>
    </w:p>
    <w:p w14:paraId="1A4A9458" w14:textId="77777777" w:rsidR="00495879" w:rsidRDefault="00000000">
      <w:pPr>
        <w:pStyle w:val="Listepuces"/>
      </w:pPr>
      <w:r>
        <w:t>Culture: Autonomy, learning, mission-driven</w:t>
      </w:r>
    </w:p>
    <w:p w14:paraId="3A29A665" w14:textId="77777777" w:rsidR="00495879" w:rsidRDefault="00000000">
      <w:pPr>
        <w:pStyle w:val="Listepuces"/>
      </w:pPr>
      <w:r>
        <w:t>Result: Attract A-players, not B-players</w:t>
      </w:r>
    </w:p>
    <w:p w14:paraId="6AE153E5" w14:textId="77777777" w:rsidR="00495879" w:rsidRDefault="00000000">
      <w:pPr>
        <w:pStyle w:val="Listenumros"/>
      </w:pPr>
      <w:r>
        <w:t>**Poach from Competitors** (Reduce)</w:t>
      </w:r>
    </w:p>
    <w:p w14:paraId="615C64E9" w14:textId="77777777" w:rsidR="00495879" w:rsidRDefault="00000000">
      <w:pPr>
        <w:pStyle w:val="Listepuces"/>
      </w:pPr>
      <w:r>
        <w:t>Identify top Vistage chairs, EO facilitators (they know our market)</w:t>
      </w:r>
    </w:p>
    <w:p w14:paraId="30982E10" w14:textId="77777777" w:rsidR="00495879" w:rsidRDefault="00000000">
      <w:pPr>
        <w:pStyle w:val="Listepuces"/>
      </w:pPr>
      <w:r>
        <w:t>Offer better: More $ + equity + tech platform (vs legacy model)</w:t>
      </w:r>
    </w:p>
    <w:p w14:paraId="592BF979" w14:textId="77777777" w:rsidR="00495879" w:rsidRDefault="00000000">
      <w:pPr>
        <w:pStyle w:val="Listepuces"/>
      </w:pPr>
      <w:r>
        <w:t>Result: Hire proven talent, not unproven</w:t>
      </w:r>
    </w:p>
    <w:p w14:paraId="070E72BF" w14:textId="77777777" w:rsidR="00495879" w:rsidRDefault="00000000">
      <w:pPr>
        <w:pStyle w:val="Listenumros"/>
      </w:pPr>
      <w:r>
        <w:t>**Contract Coach Network** (Backup Plan)</w:t>
      </w:r>
    </w:p>
    <w:p w14:paraId="5054D06B" w14:textId="77777777" w:rsidR="00495879" w:rsidRDefault="00000000">
      <w:pPr>
        <w:pStyle w:val="Listepuces"/>
      </w:pPr>
      <w:r>
        <w:t>If can't hire FTE, contract 2-3 coaches (1099, not W2)</w:t>
      </w:r>
    </w:p>
    <w:p w14:paraId="60CC7A34" w14:textId="77777777" w:rsidR="00495879" w:rsidRDefault="00000000">
      <w:pPr>
        <w:pStyle w:val="Listepuces"/>
      </w:pPr>
      <w:r>
        <w:t>Pay $100-150/hour (deliver specific workshops, sessions)</w:t>
      </w:r>
    </w:p>
    <w:p w14:paraId="1F78F4DC" w14:textId="77777777" w:rsidR="00495879" w:rsidRDefault="00000000">
      <w:pPr>
        <w:pStyle w:val="Listepuces"/>
      </w:pPr>
      <w:r>
        <w:t>Result: Scale delivery without full-time commitment</w:t>
      </w:r>
    </w:p>
    <w:p w14:paraId="7E5658D6" w14:textId="77777777" w:rsidR="00495879" w:rsidRDefault="00000000">
      <w:r>
        <w:rPr>
          <w:b/>
        </w:rPr>
        <w:lastRenderedPageBreak/>
        <w:t>Monitoring Indicators</w:t>
      </w:r>
      <w:r>
        <w:t>:</w:t>
      </w:r>
    </w:p>
    <w:p w14:paraId="519AFD6E" w14:textId="77777777" w:rsidR="00495879" w:rsidRDefault="00000000">
      <w:pPr>
        <w:pStyle w:val="Listepuces"/>
      </w:pPr>
      <w:r>
        <w:t>Application quality (if &lt;10% meet bar, job description unclear)</w:t>
      </w:r>
    </w:p>
    <w:p w14:paraId="41F9502F" w14:textId="77777777" w:rsidR="00495879" w:rsidRDefault="00000000">
      <w:pPr>
        <w:pStyle w:val="Listepuces"/>
      </w:pPr>
      <w:r>
        <w:t>Offer acceptance rate (if &lt;75%, comp or culture not competitive)</w:t>
      </w:r>
    </w:p>
    <w:p w14:paraId="1485F225" w14:textId="77777777" w:rsidR="00495879" w:rsidRDefault="00000000">
      <w:pPr>
        <w:pStyle w:val="Listepuces"/>
      </w:pPr>
      <w:r>
        <w:t>Time to hire (if &gt;90 days, process too slow)</w:t>
      </w:r>
    </w:p>
    <w:p w14:paraId="71A72B76" w14:textId="77777777" w:rsidR="00495879" w:rsidRDefault="00000000">
      <w:r>
        <w:t>________________________________________________________________________________</w:t>
      </w:r>
    </w:p>
    <w:p w14:paraId="353B4CA6" w14:textId="77777777" w:rsidR="00495879" w:rsidRDefault="00000000">
      <w:pPr>
        <w:pStyle w:val="Titre3"/>
      </w:pPr>
      <w:r>
        <w:t>RISK 14: Key Employee Leaves (Senior Coach Quits)</w:t>
      </w:r>
    </w:p>
    <w:p w14:paraId="3EF83CAB" w14:textId="77777777" w:rsidR="00495879" w:rsidRDefault="00000000">
      <w:r>
        <w:rPr>
          <w:b/>
        </w:rPr>
        <w:t>Description</w:t>
      </w:r>
      <w:r>
        <w:t>: Senior Coach gets better offer, quits with 30 days notice, 20 clients reassigned</w:t>
      </w:r>
    </w:p>
    <w:p w14:paraId="543C4715" w14:textId="77777777" w:rsidR="00495879" w:rsidRDefault="00000000">
      <w:r>
        <w:rPr>
          <w:b/>
        </w:rPr>
        <w:t>Probability</w:t>
      </w:r>
      <w:r>
        <w:t>: 3 (Possible) - Turnover is normal (avg 15% annually in services)</w:t>
      </w:r>
    </w:p>
    <w:p w14:paraId="277FDE1A" w14:textId="77777777" w:rsidR="00495879" w:rsidRDefault="00000000">
      <w:r>
        <w:rPr>
          <w:b/>
        </w:rPr>
        <w:t>Impact</w:t>
      </w:r>
      <w:r>
        <w:t>: 3 (Moderate) - Scramble to cover clients, some churn</w:t>
      </w:r>
    </w:p>
    <w:p w14:paraId="6F784D61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9 (MEDIUM)</w:t>
      </w:r>
    </w:p>
    <w:p w14:paraId="753D7C72" w14:textId="77777777" w:rsidR="00495879" w:rsidRDefault="00000000">
      <w:r>
        <w:rPr>
          <w:b/>
        </w:rPr>
        <w:t>Mitigation Strategies</w:t>
      </w:r>
      <w:r>
        <w:t>:</w:t>
      </w:r>
    </w:p>
    <w:p w14:paraId="52DC0525" w14:textId="77777777" w:rsidR="00495879" w:rsidRDefault="00000000">
      <w:pPr>
        <w:pStyle w:val="Listenumros"/>
      </w:pPr>
      <w:r>
        <w:t>**Retention** (Reduce Probability)</w:t>
      </w:r>
    </w:p>
    <w:p w14:paraId="5DBE2D4A" w14:textId="77777777" w:rsidR="00495879" w:rsidRDefault="00000000">
      <w:pPr>
        <w:pStyle w:val="Listepuces"/>
      </w:pPr>
      <w:r>
        <w:t>Pay market rate (annual comp reviews, raise if underpaid)</w:t>
      </w:r>
    </w:p>
    <w:p w14:paraId="63DC4958" w14:textId="77777777" w:rsidR="00495879" w:rsidRDefault="00000000">
      <w:pPr>
        <w:pStyle w:val="Listepuces"/>
      </w:pPr>
      <w:r>
        <w:t>Career path (Coach I → II → Senior → Lead → VP)</w:t>
      </w:r>
    </w:p>
    <w:p w14:paraId="14F6B087" w14:textId="77777777" w:rsidR="00495879" w:rsidRDefault="00000000">
      <w:pPr>
        <w:pStyle w:val="Listepuces"/>
      </w:pPr>
      <w:r>
        <w:t>Culture (bi-weekly 1-on-1s, listen to concerns, act on feedback)</w:t>
      </w:r>
    </w:p>
    <w:p w14:paraId="56DEF2AC" w14:textId="77777777" w:rsidR="00495879" w:rsidRDefault="00000000">
      <w:pPr>
        <w:pStyle w:val="Listepuces"/>
      </w:pPr>
      <w:r>
        <w:t>Result: Happy employees stay (90%+ retention target)</w:t>
      </w:r>
    </w:p>
    <w:p w14:paraId="4210A333" w14:textId="77777777" w:rsidR="00495879" w:rsidRDefault="00000000">
      <w:pPr>
        <w:pStyle w:val="Listenumros"/>
      </w:pPr>
      <w:r>
        <w:t>**Knowledge Transfer** (Reduce Impact)</w:t>
      </w:r>
    </w:p>
    <w:p w14:paraId="1351B8E4" w14:textId="77777777" w:rsidR="00495879" w:rsidRDefault="00000000">
      <w:pPr>
        <w:pStyle w:val="Listepuces"/>
      </w:pPr>
      <w:r>
        <w:t>Document everything (playbooks, client notes in CRM)</w:t>
      </w:r>
    </w:p>
    <w:p w14:paraId="412EC2BE" w14:textId="77777777" w:rsidR="00495879" w:rsidRDefault="00000000">
      <w:pPr>
        <w:pStyle w:val="Listepuces"/>
      </w:pPr>
      <w:r>
        <w:t>Cross-training (founder shadows Senior Coach occasionally, can step in)</w:t>
      </w:r>
    </w:p>
    <w:p w14:paraId="39F1CA8A" w14:textId="77777777" w:rsidR="00495879" w:rsidRDefault="00000000">
      <w:pPr>
        <w:pStyle w:val="Listepuces"/>
      </w:pPr>
      <w:r>
        <w:t>Result: If coach leaves, context not lost</w:t>
      </w:r>
    </w:p>
    <w:p w14:paraId="0BF3EFF8" w14:textId="77777777" w:rsidR="00495879" w:rsidRDefault="00000000">
      <w:pPr>
        <w:pStyle w:val="Listenumros"/>
      </w:pPr>
      <w:r>
        <w:t>**Client Relationships** (Reduce Impact)</w:t>
      </w:r>
    </w:p>
    <w:p w14:paraId="2849BCC9" w14:textId="77777777" w:rsidR="00495879" w:rsidRDefault="00000000">
      <w:pPr>
        <w:pStyle w:val="Listepuces"/>
      </w:pPr>
      <w:r>
        <w:t>Quarterly check-ins: Founder meets all clients (not just coach)</w:t>
      </w:r>
    </w:p>
    <w:p w14:paraId="2FDC2DA2" w14:textId="77777777" w:rsidR="00495879" w:rsidRDefault="00000000">
      <w:pPr>
        <w:pStyle w:val="Listepuces"/>
      </w:pPr>
      <w:r>
        <w:t>Community: Clients connected to GBCM brand, not individual coach</w:t>
      </w:r>
    </w:p>
    <w:p w14:paraId="2CCF65B0" w14:textId="77777777" w:rsidR="00495879" w:rsidRDefault="00000000">
      <w:pPr>
        <w:pStyle w:val="Listepuces"/>
      </w:pPr>
      <w:r>
        <w:t>Result: If coach leaves, 80%+ clients stay (vs 50% if personal attachment)</w:t>
      </w:r>
    </w:p>
    <w:p w14:paraId="2B7CCF81" w14:textId="77777777" w:rsidR="00495879" w:rsidRDefault="00000000">
      <w:pPr>
        <w:pStyle w:val="Listenumros"/>
      </w:pPr>
      <w:r>
        <w:t>**Succession Plan** (Backup)</w:t>
      </w:r>
    </w:p>
    <w:p w14:paraId="6E315509" w14:textId="77777777" w:rsidR="00495879" w:rsidRDefault="00000000">
      <w:pPr>
        <w:pStyle w:val="Listepuces"/>
      </w:pPr>
      <w:r>
        <w:t>Always have 1-2 coaches in pipeline (ongoing recruiting)</w:t>
      </w:r>
    </w:p>
    <w:p w14:paraId="75983DEA" w14:textId="77777777" w:rsidR="00495879" w:rsidRDefault="00000000">
      <w:pPr>
        <w:pStyle w:val="Listepuces"/>
      </w:pPr>
      <w:r>
        <w:t>If resignation, activate Plan B: Hire within 60 days</w:t>
      </w:r>
    </w:p>
    <w:p w14:paraId="6C8C3FC1" w14:textId="77777777" w:rsidR="00495879" w:rsidRDefault="00000000">
      <w:pPr>
        <w:pStyle w:val="Listepuces"/>
      </w:pPr>
      <w:r>
        <w:t>Interim: Founder + contract coaches cover (tough but doable for 60 days)</w:t>
      </w:r>
    </w:p>
    <w:p w14:paraId="5B76B1CB" w14:textId="77777777" w:rsidR="00495879" w:rsidRDefault="00000000">
      <w:r>
        <w:rPr>
          <w:b/>
        </w:rPr>
        <w:t>Monitoring Indicators</w:t>
      </w:r>
      <w:r>
        <w:t>:</w:t>
      </w:r>
    </w:p>
    <w:p w14:paraId="738F9B20" w14:textId="77777777" w:rsidR="00495879" w:rsidRDefault="00000000">
      <w:pPr>
        <w:pStyle w:val="Listepuces"/>
      </w:pPr>
      <w:r>
        <w:t>Employee NPS (annual survey - if &lt;8, at-risk employees)</w:t>
      </w:r>
    </w:p>
    <w:p w14:paraId="673F076B" w14:textId="77777777" w:rsidR="00495879" w:rsidRDefault="00000000">
      <w:pPr>
        <w:pStyle w:val="Listepuces"/>
      </w:pPr>
      <w:r>
        <w:t>Retention rate (if &lt;85%, culture or comp issue)</w:t>
      </w:r>
    </w:p>
    <w:p w14:paraId="780C8A2E" w14:textId="77777777" w:rsidR="00495879" w:rsidRDefault="00000000">
      <w:pPr>
        <w:pStyle w:val="Listepuces"/>
      </w:pPr>
      <w:r>
        <w:lastRenderedPageBreak/>
        <w:t>Exit interviews (if pattern emerges - e.g., "no growth path" - fix it)</w:t>
      </w:r>
    </w:p>
    <w:p w14:paraId="141DFFA6" w14:textId="77777777" w:rsidR="00495879" w:rsidRDefault="00000000">
      <w:r>
        <w:t>________________________________________________________________________________</w:t>
      </w:r>
    </w:p>
    <w:p w14:paraId="5DE53D5F" w14:textId="77777777" w:rsidR="00495879" w:rsidRDefault="00000000">
      <w:pPr>
        <w:pStyle w:val="Titre3"/>
      </w:pPr>
      <w:r>
        <w:t>RISK 15: Founder Incapacitation (Accident, Illness, Death)</w:t>
      </w:r>
    </w:p>
    <w:p w14:paraId="3E705CF3" w14:textId="77777777" w:rsidR="00495879" w:rsidRDefault="00000000">
      <w:r>
        <w:rPr>
          <w:b/>
        </w:rPr>
        <w:t>Description</w:t>
      </w:r>
      <w:r>
        <w:t>: Founder hit by bus, in coma for 6 months, business has no leader</w:t>
      </w:r>
    </w:p>
    <w:p w14:paraId="77AA9E48" w14:textId="77777777" w:rsidR="00495879" w:rsidRDefault="00000000">
      <w:r>
        <w:rPr>
          <w:b/>
        </w:rPr>
        <w:t>Probability</w:t>
      </w:r>
      <w:r>
        <w:t>: 1 (Rare) - But impact is catastrophic</w:t>
      </w:r>
    </w:p>
    <w:p w14:paraId="67871F59" w14:textId="77777777" w:rsidR="00495879" w:rsidRDefault="00000000">
      <w:r>
        <w:rPr>
          <w:b/>
        </w:rPr>
        <w:t>Impact</w:t>
      </w:r>
      <w:r>
        <w:t>: 5 (Critical) - Business could fold without founder (Year 1-2)</w:t>
      </w:r>
    </w:p>
    <w:p w14:paraId="45CA8873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5 (LOW-MEDIUM)</w:t>
      </w:r>
    </w:p>
    <w:p w14:paraId="05E18BEE" w14:textId="77777777" w:rsidR="00495879" w:rsidRDefault="00000000">
      <w:r>
        <w:rPr>
          <w:b/>
        </w:rPr>
        <w:t>Mitigation Strategies</w:t>
      </w:r>
      <w:r>
        <w:t>:</w:t>
      </w:r>
    </w:p>
    <w:p w14:paraId="38C1EF5F" w14:textId="77777777" w:rsidR="00495879" w:rsidRDefault="00000000">
      <w:pPr>
        <w:pStyle w:val="Listenumros"/>
      </w:pPr>
      <w:r>
        <w:t>**Succession Plan** (Reduce Impact)</w:t>
      </w:r>
    </w:p>
    <w:p w14:paraId="0308D50D" w14:textId="77777777" w:rsidR="00495879" w:rsidRDefault="00000000">
      <w:pPr>
        <w:pStyle w:val="Listepuces"/>
      </w:pPr>
      <w:r>
        <w:t>Appoint interim CEO: Senior Coach OR Ops Manager (whoever more capable)</w:t>
      </w:r>
    </w:p>
    <w:p w14:paraId="04E1F66B" w14:textId="77777777" w:rsidR="00495879" w:rsidRDefault="00000000">
      <w:pPr>
        <w:pStyle w:val="Listepuces"/>
      </w:pPr>
      <w:r>
        <w:t>Document: "If I'm out &gt;30 days, X person runs company" (in writing)</w:t>
      </w:r>
    </w:p>
    <w:p w14:paraId="6BB71E2B" w14:textId="77777777" w:rsidR="00495879" w:rsidRDefault="00000000">
      <w:pPr>
        <w:pStyle w:val="Listepuces"/>
      </w:pPr>
      <w:r>
        <w:t>Result: Team knows who's in charge, no chaos</w:t>
      </w:r>
    </w:p>
    <w:p w14:paraId="6B0D4A66" w14:textId="77777777" w:rsidR="00495879" w:rsidRDefault="00000000">
      <w:pPr>
        <w:pStyle w:val="Listenumros"/>
      </w:pPr>
      <w:r>
        <w:t>**Playbooks &amp; SOPs** (Reduce Impact)</w:t>
      </w:r>
    </w:p>
    <w:p w14:paraId="77EC269C" w14:textId="77777777" w:rsidR="00495879" w:rsidRDefault="00000000">
      <w:pPr>
        <w:pStyle w:val="Listepuces"/>
      </w:pPr>
      <w:r>
        <w:t>Document every process (sales, delivery, finance)</w:t>
      </w:r>
    </w:p>
    <w:p w14:paraId="39921CBE" w14:textId="77777777" w:rsidR="00495879" w:rsidRDefault="00000000">
      <w:pPr>
        <w:pStyle w:val="Listepuces"/>
      </w:pPr>
      <w:r>
        <w:t>Notion workspace: Anyone can step in and follow playbooks</w:t>
      </w:r>
    </w:p>
    <w:p w14:paraId="3565786B" w14:textId="77777777" w:rsidR="00495879" w:rsidRDefault="00000000">
      <w:pPr>
        <w:pStyle w:val="Listepuces"/>
      </w:pPr>
      <w:r>
        <w:t>Result: Business can run without founder for 3-6 months</w:t>
      </w:r>
    </w:p>
    <w:p w14:paraId="10C98115" w14:textId="77777777" w:rsidR="00495879" w:rsidRDefault="00000000">
      <w:pPr>
        <w:pStyle w:val="Listenumros"/>
      </w:pPr>
      <w:r>
        <w:t>**Life Insurance** (Transfer Financial Risk)</w:t>
      </w:r>
    </w:p>
    <w:p w14:paraId="1D69BECC" w14:textId="77777777" w:rsidR="00495879" w:rsidRDefault="00000000">
      <w:pPr>
        <w:pStyle w:val="Listepuces"/>
      </w:pPr>
      <w:r>
        <w:t>Term life insurance: $1M policy ($500/year premium)</w:t>
      </w:r>
    </w:p>
    <w:p w14:paraId="7CC96C7A" w14:textId="77777777" w:rsidR="00495879" w:rsidRDefault="00000000">
      <w:pPr>
        <w:pStyle w:val="Listepuces"/>
      </w:pPr>
      <w:r>
        <w:t>Beneficiary: Spouse/family (can pay bills for 2-3 years while sell business)</w:t>
      </w:r>
    </w:p>
    <w:p w14:paraId="56537264" w14:textId="77777777" w:rsidR="00495879" w:rsidRDefault="00000000">
      <w:pPr>
        <w:pStyle w:val="Listepuces"/>
      </w:pPr>
      <w:r>
        <w:t>Result: Family protected financially</w:t>
      </w:r>
    </w:p>
    <w:p w14:paraId="5A5839B9" w14:textId="77777777" w:rsidR="00495879" w:rsidRDefault="00000000">
      <w:pPr>
        <w:pStyle w:val="Listenumros"/>
      </w:pPr>
      <w:r>
        <w:t>**Disability Insurance** (Transfer Income Risk)</w:t>
      </w:r>
    </w:p>
    <w:p w14:paraId="05AB4E6B" w14:textId="77777777" w:rsidR="00495879" w:rsidRDefault="00000000">
      <w:pPr>
        <w:pStyle w:val="Listepuces"/>
      </w:pPr>
      <w:r>
        <w:t>Long-term disability: Pays 60% of salary if disabled &gt;90 days</w:t>
      </w:r>
    </w:p>
    <w:p w14:paraId="17EC1B0B" w14:textId="77777777" w:rsidR="00495879" w:rsidRDefault="00000000">
      <w:pPr>
        <w:pStyle w:val="Listepuces"/>
      </w:pPr>
      <w:r>
        <w:t>Cost: $200/month ($2,400/year)</w:t>
      </w:r>
    </w:p>
    <w:p w14:paraId="57D62300" w14:textId="77777777" w:rsidR="00495879" w:rsidRDefault="00000000">
      <w:pPr>
        <w:pStyle w:val="Listepuces"/>
      </w:pPr>
      <w:r>
        <w:t>Result: Founder's family has income even if can't work</w:t>
      </w:r>
    </w:p>
    <w:p w14:paraId="4D09A512" w14:textId="77777777" w:rsidR="00495879" w:rsidRDefault="00000000">
      <w:r>
        <w:rPr>
          <w:b/>
        </w:rPr>
        <w:t>Monitoring Indicators</w:t>
      </w:r>
      <w:r>
        <w:t>:</w:t>
      </w:r>
    </w:p>
    <w:p w14:paraId="060E76DD" w14:textId="77777777" w:rsidR="00495879" w:rsidRDefault="00000000">
      <w:pPr>
        <w:pStyle w:val="Listepuces"/>
      </w:pPr>
      <w:r>
        <w:t>Health (annual checkup, maintain fitness - prevention is best mitigation)</w:t>
      </w:r>
    </w:p>
    <w:p w14:paraId="73F2AF29" w14:textId="77777777" w:rsidR="00495879" w:rsidRDefault="00000000">
      <w:pPr>
        <w:pStyle w:val="Listepuces"/>
      </w:pPr>
      <w:r>
        <w:t>Document staleness (if playbooks not updated in 6+ months, refresh)</w:t>
      </w:r>
    </w:p>
    <w:p w14:paraId="40369E8C" w14:textId="77777777" w:rsidR="00495879" w:rsidRDefault="00000000">
      <w:r>
        <w:t>________________________________________________________________________________</w:t>
      </w:r>
    </w:p>
    <w:p w14:paraId="0A6D3502" w14:textId="77777777" w:rsidR="00495879" w:rsidRDefault="00000000">
      <w:pPr>
        <w:pStyle w:val="Titre2"/>
      </w:pPr>
      <w:r>
        <w:lastRenderedPageBreak/>
        <w:t>⚖️ LEGAL &amp; COMPLIANCE RISKS</w:t>
      </w:r>
    </w:p>
    <w:p w14:paraId="1A974088" w14:textId="77777777" w:rsidR="00495879" w:rsidRDefault="00000000">
      <w:pPr>
        <w:pStyle w:val="Titre3"/>
      </w:pPr>
      <w:r>
        <w:t>RISK 16: Client Lawsuit (Professional Liability)</w:t>
      </w:r>
    </w:p>
    <w:p w14:paraId="37935ABA" w14:textId="77777777" w:rsidR="00495879" w:rsidRDefault="00000000">
      <w:r>
        <w:rPr>
          <w:b/>
        </w:rPr>
        <w:t>Description</w:t>
      </w:r>
      <w:r>
        <w:t>: Client claims "GBCM gave bad advice, lost $100K, suing for damages"</w:t>
      </w:r>
    </w:p>
    <w:p w14:paraId="2B0C69B0" w14:textId="77777777" w:rsidR="00495879" w:rsidRDefault="00000000">
      <w:r>
        <w:rPr>
          <w:b/>
        </w:rPr>
        <w:t>Probability</w:t>
      </w:r>
      <w:r>
        <w:t>: 2 (Unlikely) - Haven't had lawsuit in 20 years, but always possible</w:t>
      </w:r>
    </w:p>
    <w:p w14:paraId="163F4FCB" w14:textId="77777777" w:rsidR="00495879" w:rsidRDefault="00000000">
      <w:r>
        <w:rPr>
          <w:b/>
        </w:rPr>
        <w:t>Impact</w:t>
      </w:r>
      <w:r>
        <w:t>: 4 (Major) - Legal fees $25K-$50K, settlement $50K-$100K, reputation hit</w:t>
      </w:r>
    </w:p>
    <w:p w14:paraId="15E4E3D5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8 (LOW-MEDIUM)</w:t>
      </w:r>
    </w:p>
    <w:p w14:paraId="090527FE" w14:textId="77777777" w:rsidR="00495879" w:rsidRDefault="00000000">
      <w:r>
        <w:rPr>
          <w:b/>
        </w:rPr>
        <w:t>Mitigation Strategies</w:t>
      </w:r>
      <w:r>
        <w:t>:</w:t>
      </w:r>
    </w:p>
    <w:p w14:paraId="25DBE4EF" w14:textId="77777777" w:rsidR="00495879" w:rsidRDefault="00000000">
      <w:pPr>
        <w:pStyle w:val="Listenumros"/>
      </w:pPr>
      <w:r>
        <w:t>**Disclaimer &amp; Limits of Liability** (Reduce Liability)</w:t>
      </w:r>
    </w:p>
    <w:p w14:paraId="7FEA7E5C" w14:textId="77777777" w:rsidR="00495879" w:rsidRDefault="00000000">
      <w:pPr>
        <w:pStyle w:val="Listepuces"/>
      </w:pPr>
      <w:r>
        <w:t>Contract clause: "GBCM provides coaching, not guarantees. Client makes own decisions."</w:t>
      </w:r>
    </w:p>
    <w:p w14:paraId="61FE91F2" w14:textId="77777777" w:rsidR="00495879" w:rsidRDefault="00000000">
      <w:pPr>
        <w:pStyle w:val="Listepuces"/>
      </w:pPr>
      <w:r>
        <w:t>Liability cap: "Total liability limited to fees paid (max $60K)"</w:t>
      </w:r>
    </w:p>
    <w:p w14:paraId="7E31DAEF" w14:textId="77777777" w:rsidR="00495879" w:rsidRDefault="00000000">
      <w:pPr>
        <w:pStyle w:val="Listepuces"/>
      </w:pPr>
      <w:r>
        <w:t>Result: Hard to sue for $100K when contract says max $60K liability</w:t>
      </w:r>
    </w:p>
    <w:p w14:paraId="59A903D9" w14:textId="77777777" w:rsidR="00495879" w:rsidRDefault="00000000">
      <w:pPr>
        <w:pStyle w:val="Listenumros"/>
      </w:pPr>
      <w:r>
        <w:t>**Quality Delivery** (Reduce Probability)</w:t>
      </w:r>
    </w:p>
    <w:p w14:paraId="440593F1" w14:textId="77777777" w:rsidR="00495879" w:rsidRDefault="00000000">
      <w:pPr>
        <w:pStyle w:val="Listepuces"/>
      </w:pPr>
      <w:r>
        <w:t>High client satisfaction (4.5+ ratings = happy clients don't sue)</w:t>
      </w:r>
    </w:p>
    <w:p w14:paraId="250964E9" w14:textId="77777777" w:rsidR="00495879" w:rsidRDefault="00000000">
      <w:pPr>
        <w:pStyle w:val="Listepuces"/>
      </w:pPr>
      <w:r>
        <w:t>Document everything (if sued, can prove we gave good advice)</w:t>
      </w:r>
    </w:p>
    <w:p w14:paraId="747108BF" w14:textId="77777777" w:rsidR="00495879" w:rsidRDefault="00000000">
      <w:pPr>
        <w:pStyle w:val="Listepuces"/>
      </w:pPr>
      <w:r>
        <w:t>Result: Fewer lawsuits, better defense if sued</w:t>
      </w:r>
    </w:p>
    <w:p w14:paraId="2F6979E1" w14:textId="77777777" w:rsidR="00495879" w:rsidRDefault="00000000">
      <w:pPr>
        <w:pStyle w:val="Listenumros"/>
      </w:pPr>
      <w:r>
        <w:t>**Professional Liability Insurance (E&amp;O)** (Transfer Risk)</w:t>
      </w:r>
    </w:p>
    <w:p w14:paraId="7C757531" w14:textId="77777777" w:rsidR="00495879" w:rsidRDefault="00000000">
      <w:pPr>
        <w:pStyle w:val="Listepuces"/>
      </w:pPr>
      <w:r>
        <w:t>Coverage: $1M ($1,200/year premium)</w:t>
      </w:r>
    </w:p>
    <w:p w14:paraId="411DCB71" w14:textId="77777777" w:rsidR="00495879" w:rsidRDefault="00000000">
      <w:pPr>
        <w:pStyle w:val="Listepuces"/>
      </w:pPr>
      <w:r>
        <w:t>Covers: Legal defense + settlement/judgment</w:t>
      </w:r>
    </w:p>
    <w:p w14:paraId="2F128498" w14:textId="77777777" w:rsidR="00495879" w:rsidRDefault="00000000">
      <w:pPr>
        <w:pStyle w:val="Listepuces"/>
      </w:pPr>
      <w:r>
        <w:t>Result: Insurance pays, not founder's personal assets</w:t>
      </w:r>
    </w:p>
    <w:p w14:paraId="74758D30" w14:textId="77777777" w:rsidR="00495879" w:rsidRDefault="00000000">
      <w:pPr>
        <w:pStyle w:val="Listenumros"/>
      </w:pPr>
      <w:r>
        <w:t>**Early Conflict Resolution** (Reduce)</w:t>
      </w:r>
    </w:p>
    <w:p w14:paraId="5CB65FB3" w14:textId="77777777" w:rsidR="00495879" w:rsidRDefault="00000000">
      <w:pPr>
        <w:pStyle w:val="Listepuces"/>
      </w:pPr>
      <w:r>
        <w:t>If client unhappy, address immediately (don't let fester)</w:t>
      </w:r>
    </w:p>
    <w:p w14:paraId="5B823A35" w14:textId="77777777" w:rsidR="00495879" w:rsidRDefault="00000000">
      <w:pPr>
        <w:pStyle w:val="Listepuces"/>
      </w:pPr>
      <w:r>
        <w:t>Offer refund (lose $20K fee vs $100K lawsuit)</w:t>
      </w:r>
    </w:p>
    <w:p w14:paraId="2DFFD77A" w14:textId="77777777" w:rsidR="00495879" w:rsidRDefault="00000000">
      <w:pPr>
        <w:pStyle w:val="Listepuces"/>
      </w:pPr>
      <w:r>
        <w:t>Result: Resolve 90% of conflicts before lawyer involved</w:t>
      </w:r>
    </w:p>
    <w:p w14:paraId="4AFA1D17" w14:textId="77777777" w:rsidR="00495879" w:rsidRDefault="00000000">
      <w:r>
        <w:rPr>
          <w:b/>
        </w:rPr>
        <w:t>Monitoring Indicators</w:t>
      </w:r>
      <w:r>
        <w:t>:</w:t>
      </w:r>
    </w:p>
    <w:p w14:paraId="783AD6EA" w14:textId="77777777" w:rsidR="00495879" w:rsidRDefault="00000000">
      <w:pPr>
        <w:pStyle w:val="Listepuces"/>
      </w:pPr>
      <w:r>
        <w:t>Client complaints (if &gt;3/year, investigate root cause)</w:t>
      </w:r>
    </w:p>
    <w:p w14:paraId="0453CDDE" w14:textId="77777777" w:rsidR="00495879" w:rsidRDefault="00000000">
      <w:pPr>
        <w:pStyle w:val="Listepuces"/>
      </w:pPr>
      <w:r>
        <w:t>NPS Detractors (if &gt;10%, systemic dissatisfaction)</w:t>
      </w:r>
    </w:p>
    <w:p w14:paraId="1E0D5EB2" w14:textId="77777777" w:rsidR="00495879" w:rsidRDefault="00000000">
      <w:pPr>
        <w:pStyle w:val="Listepuces"/>
      </w:pPr>
      <w:r>
        <w:t>Legal threats (if any "I'm calling my lawyer" comments, escalate to CEO immediately)</w:t>
      </w:r>
    </w:p>
    <w:p w14:paraId="01F68A1D" w14:textId="77777777" w:rsidR="00495879" w:rsidRDefault="00000000">
      <w:r>
        <w:t>________________________________________________________________________________</w:t>
      </w:r>
    </w:p>
    <w:p w14:paraId="6A1D3DE5" w14:textId="77777777" w:rsidR="00495879" w:rsidRDefault="00000000">
      <w:pPr>
        <w:pStyle w:val="Titre3"/>
      </w:pPr>
      <w:r>
        <w:t>RISK 17: Regulatory Compliance Violation (GDPR, CCPA)</w:t>
      </w:r>
    </w:p>
    <w:p w14:paraId="7EDC5F58" w14:textId="77777777" w:rsidR="00495879" w:rsidRDefault="00000000">
      <w:r>
        <w:rPr>
          <w:b/>
        </w:rPr>
        <w:t>Description</w:t>
      </w:r>
      <w:r>
        <w:t>: Accidentally violate data privacy law, regulator fines $50K+</w:t>
      </w:r>
    </w:p>
    <w:p w14:paraId="6742AC0D" w14:textId="77777777" w:rsidR="00495879" w:rsidRDefault="00000000">
      <w:r>
        <w:rPr>
          <w:b/>
        </w:rPr>
        <w:lastRenderedPageBreak/>
        <w:t>Probability</w:t>
      </w:r>
      <w:r>
        <w:t>: 2 (Unlikely) - We're compliant, but laws are complex</w:t>
      </w:r>
    </w:p>
    <w:p w14:paraId="03CF5CF2" w14:textId="77777777" w:rsidR="00495879" w:rsidRDefault="00000000">
      <w:r>
        <w:rPr>
          <w:b/>
        </w:rPr>
        <w:t>Impact</w:t>
      </w:r>
      <w:r>
        <w:t>: 3 (Moderate) - $50K fine, legal fees, bad press</w:t>
      </w:r>
    </w:p>
    <w:p w14:paraId="452D6ACF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6 (LOW)</w:t>
      </w:r>
    </w:p>
    <w:p w14:paraId="7A675832" w14:textId="77777777" w:rsidR="00495879" w:rsidRDefault="00000000">
      <w:r>
        <w:rPr>
          <w:b/>
        </w:rPr>
        <w:t>Mitigation Strategies</w:t>
      </w:r>
      <w:r>
        <w:t>:</w:t>
      </w:r>
    </w:p>
    <w:p w14:paraId="69AF5D90" w14:textId="77777777" w:rsidR="00495879" w:rsidRDefault="00000000">
      <w:pPr>
        <w:pStyle w:val="Listenumros"/>
      </w:pPr>
      <w:r>
        <w:t>**Compliance Framework** (Reduce)</w:t>
      </w:r>
    </w:p>
    <w:p w14:paraId="07A550A2" w14:textId="77777777" w:rsidR="00495879" w:rsidRDefault="00000000">
      <w:pPr>
        <w:pStyle w:val="Listepuces"/>
      </w:pPr>
      <w:r>
        <w:t>GDPR checklist: 20 requirements (consent, portability, erasure, etc.)</w:t>
      </w:r>
    </w:p>
    <w:p w14:paraId="6C12F8DE" w14:textId="77777777" w:rsidR="00495879" w:rsidRDefault="00000000">
      <w:pPr>
        <w:pStyle w:val="Listepuces"/>
      </w:pPr>
      <w:r>
        <w:t>Annual audit: Legal counsel reviews privacy policy, practices</w:t>
      </w:r>
    </w:p>
    <w:p w14:paraId="2EE24852" w14:textId="77777777" w:rsidR="00495879" w:rsidRDefault="00000000">
      <w:pPr>
        <w:pStyle w:val="Listepuces"/>
      </w:pPr>
      <w:r>
        <w:t>Result: Catch violations before regulator does</w:t>
      </w:r>
    </w:p>
    <w:p w14:paraId="39FD4C61" w14:textId="77777777" w:rsidR="00495879" w:rsidRDefault="00000000">
      <w:pPr>
        <w:pStyle w:val="Listenumros"/>
      </w:pPr>
      <w:r>
        <w:t>**Privacy by Design** (Reduce)</w:t>
      </w:r>
    </w:p>
    <w:p w14:paraId="4567EFDE" w14:textId="77777777" w:rsidR="00495879" w:rsidRDefault="00000000">
      <w:pPr>
        <w:pStyle w:val="Listepuces"/>
      </w:pPr>
      <w:r>
        <w:t>Build compliance into platform (not bolted on later)</w:t>
      </w:r>
    </w:p>
    <w:p w14:paraId="3F69EE31" w14:textId="77777777" w:rsidR="00495879" w:rsidRDefault="00000000">
      <w:pPr>
        <w:pStyle w:val="Listepuces"/>
      </w:pPr>
      <w:r>
        <w:t>Example: "Delete account" button (easy for users to exercise rights)</w:t>
      </w:r>
    </w:p>
    <w:p w14:paraId="5DE39FC5" w14:textId="77777777" w:rsidR="00495879" w:rsidRDefault="00000000">
      <w:pPr>
        <w:pStyle w:val="Listepuces"/>
      </w:pPr>
      <w:r>
        <w:t>Result: Compliance is automatic, not manual</w:t>
      </w:r>
    </w:p>
    <w:p w14:paraId="00753DD5" w14:textId="77777777" w:rsidR="00495879" w:rsidRDefault="00000000">
      <w:pPr>
        <w:pStyle w:val="Listenumros"/>
      </w:pPr>
      <w:r>
        <w:t>**Legal Counsel** (Reduce)</w:t>
      </w:r>
    </w:p>
    <w:p w14:paraId="2CD1D21F" w14:textId="77777777" w:rsidR="00495879" w:rsidRDefault="00000000">
      <w:pPr>
        <w:pStyle w:val="Listepuces"/>
      </w:pPr>
      <w:r>
        <w:t>Retainer attorney (call when unsure about law)</w:t>
      </w:r>
    </w:p>
    <w:p w14:paraId="0876BC85" w14:textId="77777777" w:rsidR="00495879" w:rsidRDefault="00000000">
      <w:pPr>
        <w:pStyle w:val="Listepuces"/>
      </w:pPr>
      <w:r>
        <w:t>Example: "Can we send marketing emails to webinar attendees?" → Ask lawyer</w:t>
      </w:r>
    </w:p>
    <w:p w14:paraId="4E2ADD58" w14:textId="77777777" w:rsidR="00495879" w:rsidRDefault="00000000">
      <w:pPr>
        <w:pStyle w:val="Listepuces"/>
      </w:pPr>
      <w:r>
        <w:t>Result: Avoid accidental violations</w:t>
      </w:r>
    </w:p>
    <w:p w14:paraId="5D7A62CE" w14:textId="77777777" w:rsidR="00495879" w:rsidRDefault="00000000">
      <w:r>
        <w:rPr>
          <w:b/>
        </w:rPr>
        <w:t>Monitoring Indicators</w:t>
      </w:r>
      <w:r>
        <w:t>:</w:t>
      </w:r>
    </w:p>
    <w:p w14:paraId="3B2D554C" w14:textId="77777777" w:rsidR="00495879" w:rsidRDefault="00000000">
      <w:pPr>
        <w:pStyle w:val="Listepuces"/>
      </w:pPr>
      <w:r>
        <w:t>Regulatory changes (if GDPR updated, review compliance)</w:t>
      </w:r>
    </w:p>
    <w:p w14:paraId="552E23FE" w14:textId="77777777" w:rsidR="00495879" w:rsidRDefault="00000000">
      <w:pPr>
        <w:pStyle w:val="Listepuces"/>
      </w:pPr>
      <w:r>
        <w:t>User complaints (if anyone says "You violated my privacy!", investigate immediately)</w:t>
      </w:r>
    </w:p>
    <w:p w14:paraId="6627A9E1" w14:textId="77777777" w:rsidR="00495879" w:rsidRDefault="00000000">
      <w:pPr>
        <w:pStyle w:val="Listepuces"/>
      </w:pPr>
      <w:r>
        <w:t>Audit findings (if annual audit finds gaps, fix within 30 days)</w:t>
      </w:r>
    </w:p>
    <w:p w14:paraId="1AACF814" w14:textId="77777777" w:rsidR="00495879" w:rsidRDefault="00000000">
      <w:r>
        <w:t>________________________________________________________________________________</w:t>
      </w:r>
    </w:p>
    <w:p w14:paraId="78B5DAD9" w14:textId="77777777" w:rsidR="00495879" w:rsidRDefault="00000000">
      <w:pPr>
        <w:pStyle w:val="Titre2"/>
      </w:pPr>
      <w:r>
        <w:t>🌍 EXTERNAL &amp; MACRO RISKS</w:t>
      </w:r>
    </w:p>
    <w:p w14:paraId="7399B0E3" w14:textId="77777777" w:rsidR="00495879" w:rsidRDefault="00000000">
      <w:pPr>
        <w:pStyle w:val="Titre3"/>
      </w:pPr>
      <w:r>
        <w:t>RISK 18: AI Disruption (AI Replaces Human Coaches)</w:t>
      </w:r>
    </w:p>
    <w:p w14:paraId="6A23F09E" w14:textId="77777777" w:rsidR="00495879" w:rsidRDefault="00000000">
      <w:r>
        <w:rPr>
          <w:b/>
        </w:rPr>
        <w:t>Description</w:t>
      </w:r>
      <w:r>
        <w:t>: 2028, GPT-6 is so good, clients prefer $50/month AI-only vs $1,000/month hybrid</w:t>
      </w:r>
    </w:p>
    <w:p w14:paraId="7FD2DCD9" w14:textId="77777777" w:rsidR="00495879" w:rsidRDefault="00000000">
      <w:r>
        <w:rPr>
          <w:b/>
        </w:rPr>
        <w:t>Probability</w:t>
      </w:r>
      <w:r>
        <w:t>: 3 (Possible) - AI is improving fast (10x better every 2-3 years)</w:t>
      </w:r>
    </w:p>
    <w:p w14:paraId="576F6FE9" w14:textId="77777777" w:rsidR="00495879" w:rsidRDefault="00000000">
      <w:r>
        <w:rPr>
          <w:b/>
        </w:rPr>
        <w:t>Impact</w:t>
      </w:r>
      <w:r>
        <w:t>: 5 (Critical) - Entire business model obsolete</w:t>
      </w:r>
    </w:p>
    <w:p w14:paraId="692519E1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15 (HIGH)</w:t>
      </w:r>
    </w:p>
    <w:p w14:paraId="4F5EBD94" w14:textId="77777777" w:rsidR="00495879" w:rsidRDefault="00000000">
      <w:r>
        <w:rPr>
          <w:b/>
        </w:rPr>
        <w:t>Mitigation Strategies</w:t>
      </w:r>
      <w:r>
        <w:t>:</w:t>
      </w:r>
    </w:p>
    <w:p w14:paraId="009BC5BD" w14:textId="77777777" w:rsidR="00495879" w:rsidRDefault="00000000">
      <w:pPr>
        <w:pStyle w:val="Listenumros"/>
      </w:pPr>
      <w:r>
        <w:lastRenderedPageBreak/>
        <w:t>**Embrace AI** (Reduce)</w:t>
      </w:r>
    </w:p>
    <w:p w14:paraId="72FD9782" w14:textId="77777777" w:rsidR="00495879" w:rsidRDefault="00000000">
      <w:pPr>
        <w:pStyle w:val="Listepuces"/>
      </w:pPr>
      <w:r>
        <w:t>We're already AI-first (AI Success Coach™)</w:t>
      </w:r>
    </w:p>
    <w:p w14:paraId="05AA4ABF" w14:textId="77777777" w:rsidR="00495879" w:rsidRDefault="00000000">
      <w:pPr>
        <w:pStyle w:val="Listepuces"/>
      </w:pPr>
      <w:r>
        <w:t>Stay ahead: Upgrade to GPT-5, GPT-6 as released</w:t>
      </w:r>
    </w:p>
    <w:p w14:paraId="71022B6B" w14:textId="77777777" w:rsidR="00495879" w:rsidRDefault="00000000">
      <w:pPr>
        <w:pStyle w:val="Listepuces"/>
      </w:pPr>
      <w:r>
        <w:t>Result: We ARE the AI disruption, not victim of it</w:t>
      </w:r>
    </w:p>
    <w:p w14:paraId="7B48A440" w14:textId="77777777" w:rsidR="00495879" w:rsidRDefault="00000000">
      <w:pPr>
        <w:pStyle w:val="Listenumros"/>
      </w:pPr>
      <w:r>
        <w:t>**Human + AI Hybrid** (Reduce)</w:t>
      </w:r>
    </w:p>
    <w:p w14:paraId="2CD2192C" w14:textId="77777777" w:rsidR="00495879" w:rsidRDefault="00000000">
      <w:pPr>
        <w:pStyle w:val="Listepuces"/>
      </w:pPr>
      <w:r>
        <w:t>Focus on what humans do best: Empathy, accountability, customization</w:t>
      </w:r>
    </w:p>
    <w:p w14:paraId="131C7272" w14:textId="77777777" w:rsidR="00495879" w:rsidRDefault="00000000">
      <w:pPr>
        <w:pStyle w:val="Listepuces"/>
      </w:pPr>
      <w:r>
        <w:t>AI handles: Routine questions, content delivery, progress tracking</w:t>
      </w:r>
    </w:p>
    <w:p w14:paraId="455F4180" w14:textId="77777777" w:rsidR="00495879" w:rsidRDefault="00000000">
      <w:pPr>
        <w:pStyle w:val="Listepuces"/>
      </w:pPr>
      <w:r>
        <w:t>Result: Complement each other (not compete)</w:t>
      </w:r>
    </w:p>
    <w:p w14:paraId="7260AD47" w14:textId="77777777" w:rsidR="00495879" w:rsidRDefault="00000000">
      <w:pPr>
        <w:pStyle w:val="Listenumros"/>
      </w:pPr>
      <w:r>
        <w:t>**Pivot to B2B2B** (Pivot if Needed)</w:t>
      </w:r>
    </w:p>
    <w:p w14:paraId="01E47E93" w14:textId="77777777" w:rsidR="00495879" w:rsidRDefault="00000000">
      <w:pPr>
        <w:pStyle w:val="Listepuces"/>
      </w:pPr>
      <w:r>
        <w:t>If AI commoditizes coaching, sell AI platform to other coaches</w:t>
      </w:r>
    </w:p>
    <w:p w14:paraId="35D87198" w14:textId="77777777" w:rsidR="00495879" w:rsidRDefault="00000000">
      <w:pPr>
        <w:pStyle w:val="Listepuces"/>
      </w:pPr>
      <w:r>
        <w:t>"White-label AI Coach™ for your coaching business ($500/month)"</w:t>
      </w:r>
    </w:p>
    <w:p w14:paraId="4B8AA3CB" w14:textId="77777777" w:rsidR="00495879" w:rsidRDefault="00000000">
      <w:pPr>
        <w:pStyle w:val="Listepuces"/>
      </w:pPr>
      <w:r>
        <w:t>Result: We become SaaS company, not coaching company</w:t>
      </w:r>
    </w:p>
    <w:p w14:paraId="20BA8FD8" w14:textId="77777777" w:rsidR="00495879" w:rsidRDefault="00000000">
      <w:r>
        <w:rPr>
          <w:b/>
        </w:rPr>
        <w:t>Monitoring Indicators</w:t>
      </w:r>
      <w:r>
        <w:t>:</w:t>
      </w:r>
    </w:p>
    <w:p w14:paraId="302D16EE" w14:textId="77777777" w:rsidR="00495879" w:rsidRDefault="00000000">
      <w:pPr>
        <w:pStyle w:val="Listepuces"/>
      </w:pPr>
      <w:r>
        <w:t>AI capability (test GPT-5 when released - can it replace human coaches?)</w:t>
      </w:r>
    </w:p>
    <w:p w14:paraId="4CD56A8C" w14:textId="77777777" w:rsidR="00495879" w:rsidRDefault="00000000">
      <w:pPr>
        <w:pStyle w:val="Listepuces"/>
      </w:pPr>
      <w:r>
        <w:t>Client feedback (if clients say "AI is good enough, don't need 1-on-1s", warning sign)</w:t>
      </w:r>
    </w:p>
    <w:p w14:paraId="32655EA4" w14:textId="77777777" w:rsidR="00495879" w:rsidRDefault="00000000">
      <w:pPr>
        <w:pStyle w:val="Listepuces"/>
      </w:pPr>
      <w:r>
        <w:t>Industry trend (if 5+ competitors go AI-only successfully, consider pivot)</w:t>
      </w:r>
    </w:p>
    <w:p w14:paraId="75EC94FD" w14:textId="77777777" w:rsidR="00495879" w:rsidRDefault="00000000">
      <w:r>
        <w:t>________________________________________________________________________________</w:t>
      </w:r>
    </w:p>
    <w:p w14:paraId="101C9ED5" w14:textId="77777777" w:rsidR="00495879" w:rsidRDefault="00000000">
      <w:pPr>
        <w:pStyle w:val="Titre3"/>
      </w:pPr>
      <w:r>
        <w:t>RISK 19: Pandemic / Force Majeure (COVID-like Event)</w:t>
      </w:r>
    </w:p>
    <w:p w14:paraId="3505FAAA" w14:textId="77777777" w:rsidR="00495879" w:rsidRDefault="00000000">
      <w:r>
        <w:rPr>
          <w:b/>
        </w:rPr>
        <w:t>Description</w:t>
      </w:r>
      <w:r>
        <w:t>: 2027 pandemic, can't hold in-person events, clients cut budgets</w:t>
      </w:r>
    </w:p>
    <w:p w14:paraId="416E28D2" w14:textId="77777777" w:rsidR="00495879" w:rsidRDefault="00000000">
      <w:r>
        <w:rPr>
          <w:b/>
        </w:rPr>
        <w:t>Probability</w:t>
      </w:r>
      <w:r>
        <w:t>: 1 (Rare) - Once-in-100-year event (but just happened 2020)</w:t>
      </w:r>
    </w:p>
    <w:p w14:paraId="3A20CAB2" w14:textId="77777777" w:rsidR="00495879" w:rsidRDefault="00000000">
      <w:r>
        <w:rPr>
          <w:b/>
        </w:rPr>
        <w:t>Impact</w:t>
      </w:r>
      <w:r>
        <w:t>: 3 (Moderate) - GBCM is 80% virtual, so less affected than in-person businesses</w:t>
      </w:r>
    </w:p>
    <w:p w14:paraId="170CD04E" w14:textId="77777777" w:rsidR="00495879" w:rsidRDefault="00000000">
      <w:r>
        <w:rPr>
          <w:b/>
        </w:rPr>
        <w:t>Risk Score</w:t>
      </w:r>
      <w:r>
        <w:t xml:space="preserve">: </w:t>
      </w:r>
      <w:r>
        <w:rPr>
          <w:b/>
        </w:rPr>
        <w:t>3 (LOW)</w:t>
      </w:r>
    </w:p>
    <w:p w14:paraId="619FF84E" w14:textId="77777777" w:rsidR="00495879" w:rsidRDefault="00000000">
      <w:r>
        <w:rPr>
          <w:b/>
        </w:rPr>
        <w:t>Mitigation Strategies</w:t>
      </w:r>
      <w:r>
        <w:t>:</w:t>
      </w:r>
    </w:p>
    <w:p w14:paraId="5105BC79" w14:textId="77777777" w:rsidR="00495879" w:rsidRDefault="00000000">
      <w:pPr>
        <w:pStyle w:val="Listenumros"/>
      </w:pPr>
      <w:r>
        <w:t>**Virtual-First Model** (Already Mitigated)</w:t>
      </w:r>
    </w:p>
    <w:p w14:paraId="641C5CA0" w14:textId="77777777" w:rsidR="00495879" w:rsidRDefault="00000000">
      <w:pPr>
        <w:pStyle w:val="Listepuces"/>
      </w:pPr>
      <w:r>
        <w:t>80% of delivery is already online (workshops, coaching, AI, platform)</w:t>
      </w:r>
    </w:p>
    <w:p w14:paraId="2F1A4AD4" w14:textId="77777777" w:rsidR="00495879" w:rsidRDefault="00000000">
      <w:pPr>
        <w:pStyle w:val="Listepuces"/>
      </w:pPr>
      <w:r>
        <w:t>Only 20% in-person (quarterly sessions, annual offsite)</w:t>
      </w:r>
    </w:p>
    <w:p w14:paraId="1EB585A7" w14:textId="77777777" w:rsidR="00495879" w:rsidRDefault="00000000">
      <w:pPr>
        <w:pStyle w:val="Listepuces"/>
      </w:pPr>
      <w:r>
        <w:t>Result: Pandemic ≠ business shutdown (vs 2020 when Zoom coaching wasn't proven)</w:t>
      </w:r>
    </w:p>
    <w:p w14:paraId="34D51AF4" w14:textId="77777777" w:rsidR="00495879" w:rsidRDefault="00000000">
      <w:pPr>
        <w:pStyle w:val="Listenumros"/>
      </w:pPr>
      <w:r>
        <w:t>**Flexible Delivery** (Reduce)</w:t>
      </w:r>
    </w:p>
    <w:p w14:paraId="6E77E0D3" w14:textId="77777777" w:rsidR="00495879" w:rsidRDefault="00000000">
      <w:pPr>
        <w:pStyle w:val="Listepuces"/>
      </w:pPr>
      <w:r>
        <w:t>In-person events canceled? Switch to virtual (already have tech)</w:t>
      </w:r>
    </w:p>
    <w:p w14:paraId="07F8E4DC" w14:textId="77777777" w:rsidR="00495879" w:rsidRDefault="00000000">
      <w:pPr>
        <w:pStyle w:val="Listepuces"/>
      </w:pPr>
      <w:r>
        <w:t>Zero switching cost (clients already use Zoom)</w:t>
      </w:r>
    </w:p>
    <w:p w14:paraId="7270761B" w14:textId="77777777" w:rsidR="00495879" w:rsidRDefault="00000000">
      <w:pPr>
        <w:pStyle w:val="Listenumros"/>
      </w:pPr>
      <w:r>
        <w:lastRenderedPageBreak/>
        <w:t>**Recession-Proof Positioning** (Reduce)</w:t>
      </w:r>
    </w:p>
    <w:p w14:paraId="5F6FCDC3" w14:textId="77777777" w:rsidR="00495879" w:rsidRDefault="00000000">
      <w:pPr>
        <w:pStyle w:val="Listepuces"/>
      </w:pPr>
      <w:r>
        <w:t>See RISK 3 strategies (cash reserves, essential positioning)</w:t>
      </w:r>
    </w:p>
    <w:p w14:paraId="5F3597AA" w14:textId="77777777" w:rsidR="00495879" w:rsidRDefault="00000000">
      <w:r>
        <w:rPr>
          <w:b/>
        </w:rPr>
        <w:t>Monitoring Indicators</w:t>
      </w:r>
      <w:r>
        <w:t>:</w:t>
      </w:r>
    </w:p>
    <w:p w14:paraId="26084F31" w14:textId="77777777" w:rsidR="00495879" w:rsidRDefault="00000000">
      <w:pPr>
        <w:pStyle w:val="Listepuces"/>
      </w:pPr>
      <w:r>
        <w:t>Public health alerts (if WHO declares new pandemic, activate contingency plan)</w:t>
      </w:r>
    </w:p>
    <w:p w14:paraId="27D2DD00" w14:textId="77777777" w:rsidR="00495879" w:rsidRDefault="00000000">
      <w:pPr>
        <w:pStyle w:val="Listepuces"/>
      </w:pPr>
      <w:r>
        <w:t>Client cancellations (if spike in "postponing coaching due to X", investigate cause)</w:t>
      </w:r>
    </w:p>
    <w:p w14:paraId="5F750671" w14:textId="77777777" w:rsidR="00495879" w:rsidRDefault="00000000">
      <w:r>
        <w:t>________________________________________________________________________________</w:t>
      </w:r>
    </w:p>
    <w:p w14:paraId="2784F4CB" w14:textId="77777777" w:rsidR="00495879" w:rsidRDefault="00000000">
      <w:pPr>
        <w:pStyle w:val="Titre2"/>
      </w:pPr>
      <w:r>
        <w:t>🛡️ RISK MANAGEMENT FRAMEWORK</w:t>
      </w:r>
    </w:p>
    <w:p w14:paraId="32AFDE1F" w14:textId="77777777" w:rsidR="00495879" w:rsidRDefault="00000000">
      <w:pPr>
        <w:pStyle w:val="Titre3"/>
      </w:pPr>
      <w:r>
        <w:t>Quarterly Risk Review Process</w:t>
      </w:r>
    </w:p>
    <w:p w14:paraId="1FE924F4" w14:textId="77777777" w:rsidR="00495879" w:rsidRDefault="00000000">
      <w:r>
        <w:rPr>
          <w:b/>
        </w:rPr>
        <w:t>Schedule</w:t>
      </w:r>
      <w:r>
        <w:t>: Last Friday of Mar, Jun, Sep, Dec (4× per year)</w:t>
      </w:r>
    </w:p>
    <w:p w14:paraId="4E3B6860" w14:textId="77777777" w:rsidR="00495879" w:rsidRDefault="00000000">
      <w:r>
        <w:rPr>
          <w:b/>
        </w:rPr>
        <w:t>Agenda</w:t>
      </w:r>
      <w:r>
        <w:t xml:space="preserve"> (90 minutes):</w:t>
      </w:r>
    </w:p>
    <w:p w14:paraId="58200C81" w14:textId="77777777" w:rsidR="00495879" w:rsidRDefault="00000000">
      <w:pPr>
        <w:pStyle w:val="Listenumros"/>
      </w:pPr>
      <w:r>
        <w:t>**Review Existing Risks** (30 min)</w:t>
      </w:r>
    </w:p>
    <w:p w14:paraId="608CA4B3" w14:textId="77777777" w:rsidR="00495879" w:rsidRDefault="00000000">
      <w:pPr>
        <w:pStyle w:val="Listepuces"/>
      </w:pPr>
      <w:r>
        <w:t>Are probabilities/impacts still accurate?</w:t>
      </w:r>
    </w:p>
    <w:p w14:paraId="0E976031" w14:textId="77777777" w:rsidR="00495879" w:rsidRDefault="00000000">
      <w:pPr>
        <w:pStyle w:val="Listepuces"/>
      </w:pPr>
      <w:r>
        <w:t>Update risk scores</w:t>
      </w:r>
    </w:p>
    <w:p w14:paraId="6051E043" w14:textId="77777777" w:rsidR="00495879" w:rsidRDefault="00000000">
      <w:pPr>
        <w:pStyle w:val="Listepuces"/>
      </w:pPr>
      <w:r>
        <w:t>Mark resolved risks as closed</w:t>
      </w:r>
    </w:p>
    <w:p w14:paraId="4015477A" w14:textId="77777777" w:rsidR="00495879" w:rsidRDefault="00000000">
      <w:pPr>
        <w:pStyle w:val="Listenumros"/>
      </w:pPr>
      <w:r>
        <w:t>**Identify New Risks** (20 min)</w:t>
      </w:r>
    </w:p>
    <w:p w14:paraId="0B63E4B2" w14:textId="77777777" w:rsidR="00495879" w:rsidRDefault="00000000">
      <w:pPr>
        <w:pStyle w:val="Listepuces"/>
      </w:pPr>
      <w:r>
        <w:t>Brainstorm: What keeps me up at night?</w:t>
      </w:r>
    </w:p>
    <w:p w14:paraId="12493E2F" w14:textId="77777777" w:rsidR="00495879" w:rsidRDefault="00000000">
      <w:pPr>
        <w:pStyle w:val="Listepuces"/>
      </w:pPr>
      <w:r>
        <w:t>Industry changes, competitor moves, internal issues</w:t>
      </w:r>
    </w:p>
    <w:p w14:paraId="1EE3496C" w14:textId="77777777" w:rsidR="00495879" w:rsidRDefault="00000000">
      <w:pPr>
        <w:pStyle w:val="Listenumros"/>
      </w:pPr>
      <w:r>
        <w:t>**Prioritize Top 5 Risks** (10 min)</w:t>
      </w:r>
    </w:p>
    <w:p w14:paraId="10847E7E" w14:textId="77777777" w:rsidR="00495879" w:rsidRDefault="00000000">
      <w:pPr>
        <w:pStyle w:val="Listepuces"/>
      </w:pPr>
      <w:r>
        <w:t>Focus on highest risk scores (15-25)</w:t>
      </w:r>
    </w:p>
    <w:p w14:paraId="45F55B79" w14:textId="77777777" w:rsidR="00495879" w:rsidRDefault="00000000">
      <w:pPr>
        <w:pStyle w:val="Listepuces"/>
      </w:pPr>
      <w:r>
        <w:t>These get active mitigation plans</w:t>
      </w:r>
    </w:p>
    <w:p w14:paraId="70C31788" w14:textId="77777777" w:rsidR="00495879" w:rsidRDefault="00000000">
      <w:pPr>
        <w:pStyle w:val="Listenumros"/>
      </w:pPr>
      <w:r>
        <w:t>**Update Mitigation Plans** (20 min)</w:t>
      </w:r>
    </w:p>
    <w:p w14:paraId="076AAFCD" w14:textId="77777777" w:rsidR="00495879" w:rsidRDefault="00000000">
      <w:pPr>
        <w:pStyle w:val="Listepuces"/>
      </w:pPr>
      <w:r>
        <w:t>For each Top 5 risk: What are we doing? What more should we do?</w:t>
      </w:r>
    </w:p>
    <w:p w14:paraId="22E6F476" w14:textId="77777777" w:rsidR="00495879" w:rsidRDefault="00000000">
      <w:pPr>
        <w:pStyle w:val="Listepuces"/>
      </w:pPr>
      <w:r>
        <w:t>Assign owners, deadlines</w:t>
      </w:r>
    </w:p>
    <w:p w14:paraId="113D140F" w14:textId="77777777" w:rsidR="00495879" w:rsidRDefault="00000000">
      <w:pPr>
        <w:pStyle w:val="Listenumros"/>
      </w:pPr>
      <w:r>
        <w:t>**Review Monitoring Indicators** (10 min)</w:t>
      </w:r>
    </w:p>
    <w:p w14:paraId="6F3737F9" w14:textId="77777777" w:rsidR="00495879" w:rsidRDefault="00000000">
      <w:pPr>
        <w:pStyle w:val="Listepuces"/>
      </w:pPr>
      <w:r>
        <w:t>Are we tracking the right metrics?</w:t>
      </w:r>
    </w:p>
    <w:p w14:paraId="346B31F6" w14:textId="77777777" w:rsidR="00495879" w:rsidRDefault="00000000">
      <w:pPr>
        <w:pStyle w:val="Listepuces"/>
      </w:pPr>
      <w:r>
        <w:t>Any indicators flashing red?</w:t>
      </w:r>
    </w:p>
    <w:p w14:paraId="0F68706E" w14:textId="77777777" w:rsidR="00495879" w:rsidRDefault="00000000">
      <w:r>
        <w:rPr>
          <w:b/>
        </w:rPr>
        <w:t>Documentation</w:t>
      </w:r>
      <w:r>
        <w:t>: Update Risk Register (Notion page with all risks tracked)</w:t>
      </w:r>
    </w:p>
    <w:p w14:paraId="34ADD912" w14:textId="77777777" w:rsidR="00495879" w:rsidRDefault="00000000">
      <w:r>
        <w:t>________________________________________________________________________________</w:t>
      </w:r>
    </w:p>
    <w:p w14:paraId="0C6D485B" w14:textId="77777777" w:rsidR="00495879" w:rsidRDefault="00000000">
      <w:pPr>
        <w:pStyle w:val="Titre3"/>
      </w:pPr>
      <w:r>
        <w:lastRenderedPageBreak/>
        <w:t>Risk Register (Dashboard)</w:t>
      </w:r>
    </w:p>
    <w:p w14:paraId="577D831B" w14:textId="77777777" w:rsidR="00495879" w:rsidRDefault="00000000">
      <w:r>
        <w:rPr>
          <w:b/>
        </w:rPr>
        <w:t>Format</w:t>
      </w:r>
      <w:r>
        <w:t>: Notion database with fields:</w:t>
      </w:r>
    </w:p>
    <w:p w14:paraId="051B778E" w14:textId="77777777" w:rsidR="00495879" w:rsidRDefault="00000000">
      <w:pPr>
        <w:pStyle w:val="Listepuces"/>
      </w:pPr>
      <w:r>
        <w:t>Risk ID (R1, R2, R3...)</w:t>
      </w:r>
    </w:p>
    <w:p w14:paraId="09C646C6" w14:textId="77777777" w:rsidR="00495879" w:rsidRDefault="00000000">
      <w:pPr>
        <w:pStyle w:val="Listepuces"/>
      </w:pPr>
      <w:r>
        <w:t>Risk Description</w:t>
      </w:r>
    </w:p>
    <w:p w14:paraId="1695D8A6" w14:textId="77777777" w:rsidR="00495879" w:rsidRDefault="00000000">
      <w:pPr>
        <w:pStyle w:val="Listepuces"/>
      </w:pPr>
      <w:r>
        <w:t>Category (Market, Operational, Financial, Tech, People, Legal, External)</w:t>
      </w:r>
    </w:p>
    <w:p w14:paraId="0DA50D0F" w14:textId="77777777" w:rsidR="00495879" w:rsidRDefault="00000000">
      <w:pPr>
        <w:pStyle w:val="Listepuces"/>
      </w:pPr>
      <w:r>
        <w:t>Probability (1-5)</w:t>
      </w:r>
    </w:p>
    <w:p w14:paraId="0FF2A722" w14:textId="77777777" w:rsidR="00495879" w:rsidRDefault="00000000">
      <w:pPr>
        <w:pStyle w:val="Listepuces"/>
      </w:pPr>
      <w:r>
        <w:t>Impact (1-5)</w:t>
      </w:r>
    </w:p>
    <w:p w14:paraId="6B027D0B" w14:textId="77777777" w:rsidR="00495879" w:rsidRDefault="00000000">
      <w:pPr>
        <w:pStyle w:val="Listepuces"/>
      </w:pPr>
      <w:r>
        <w:t>Risk Score (P × I)</w:t>
      </w:r>
    </w:p>
    <w:p w14:paraId="598409F4" w14:textId="77777777" w:rsidR="00495879" w:rsidRDefault="00000000">
      <w:pPr>
        <w:pStyle w:val="Listepuces"/>
      </w:pPr>
      <w:r>
        <w:t>Mitigation Plan</w:t>
      </w:r>
    </w:p>
    <w:p w14:paraId="397EB254" w14:textId="77777777" w:rsidR="00495879" w:rsidRDefault="00000000">
      <w:pPr>
        <w:pStyle w:val="Listepuces"/>
      </w:pPr>
      <w:r>
        <w:t>Owner (who's responsible)</w:t>
      </w:r>
    </w:p>
    <w:p w14:paraId="4C8C0E71" w14:textId="77777777" w:rsidR="00495879" w:rsidRDefault="00000000">
      <w:pPr>
        <w:pStyle w:val="Listepuces"/>
      </w:pPr>
      <w:r>
        <w:t>Status (Open, Monitoring, Mitigated, Closed)</w:t>
      </w:r>
    </w:p>
    <w:p w14:paraId="3412DB4B" w14:textId="77777777" w:rsidR="00495879" w:rsidRDefault="00000000">
      <w:pPr>
        <w:pStyle w:val="Listepuces"/>
      </w:pPr>
      <w:r>
        <w:t>Last Reviewed (date)</w:t>
      </w:r>
    </w:p>
    <w:p w14:paraId="5273A8B5" w14:textId="77777777" w:rsidR="00495879" w:rsidRDefault="00000000">
      <w:r>
        <w:rPr>
          <w:b/>
        </w:rPr>
        <w:t>Example Entry</w:t>
      </w:r>
      <w:r>
        <w:t>:</w:t>
      </w:r>
    </w:p>
    <w:p w14:paraId="3A1C072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ID: R7</w:t>
      </w:r>
    </w:p>
    <w:p w14:paraId="604AAC5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Description: Cash flow crisis Year 1</w:t>
      </w:r>
    </w:p>
    <w:p w14:paraId="2BC1A12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Category: Financial</w:t>
      </w:r>
    </w:p>
    <w:p w14:paraId="3E4F329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Probability: 3</w:t>
      </w:r>
    </w:p>
    <w:p w14:paraId="7F54051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Impact: 5</w:t>
      </w:r>
    </w:p>
    <w:p w14:paraId="555465C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Risk Score: 15 (HIGH)</w:t>
      </w:r>
    </w:p>
    <w:p w14:paraId="21D23B8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Mitigation:</w:t>
      </w:r>
    </w:p>
    <w:p w14:paraId="1942333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1. Conservative projections (done)</w:t>
      </w:r>
    </w:p>
    <w:p w14:paraId="1BB2720F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2. Milestone-based spending (ongoing)</w:t>
      </w:r>
    </w:p>
    <w:p w14:paraId="27CE771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3. Flexible cost structure (done)</w:t>
      </w:r>
    </w:p>
    <w:p w14:paraId="36BAF4A3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4. Emergency plan ($20K backup) (ready)</w:t>
      </w:r>
    </w:p>
    <w:p w14:paraId="3D47D7C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Owner: Founder (Gregory)</w:t>
      </w:r>
    </w:p>
    <w:p w14:paraId="082E8B0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Status: Monitoring</w:t>
      </w:r>
    </w:p>
    <w:p w14:paraId="7C9722F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Last Reviewed: 2026-03-28</w:t>
      </w:r>
    </w:p>
    <w:p w14:paraId="4D253EC3" w14:textId="77777777" w:rsidR="00495879" w:rsidRDefault="00000000">
      <w:r>
        <w:t>________________________________________________________________________________</w:t>
      </w:r>
    </w:p>
    <w:p w14:paraId="28E5A15F" w14:textId="77777777" w:rsidR="00495879" w:rsidRDefault="00000000">
      <w:pPr>
        <w:pStyle w:val="Titre3"/>
      </w:pPr>
      <w:r>
        <w:t>Crisis Response Protocols</w:t>
      </w:r>
    </w:p>
    <w:p w14:paraId="0C6C8DE2" w14:textId="77777777" w:rsidR="00495879" w:rsidRDefault="00000000">
      <w:r>
        <w:rPr>
          <w:b/>
        </w:rPr>
        <w:t>Definition of Crisis</w:t>
      </w:r>
      <w:r>
        <w:t>: Event causing &gt;$50K immediate loss OR existential threat</w:t>
      </w:r>
    </w:p>
    <w:p w14:paraId="3B8BDECF" w14:textId="77777777" w:rsidR="00495879" w:rsidRDefault="00000000">
      <w:r>
        <w:rPr>
          <w:b/>
        </w:rPr>
        <w:t>Examples</w:t>
      </w:r>
      <w:r>
        <w:t>:</w:t>
      </w:r>
    </w:p>
    <w:p w14:paraId="7FEF7E84" w14:textId="77777777" w:rsidR="00495879" w:rsidRDefault="00000000">
      <w:pPr>
        <w:pStyle w:val="Listepuces"/>
      </w:pPr>
      <w:r>
        <w:t>Major client lawsuit ($100K+ claim)</w:t>
      </w:r>
    </w:p>
    <w:p w14:paraId="21D58D8F" w14:textId="77777777" w:rsidR="00495879" w:rsidRDefault="00000000">
      <w:pPr>
        <w:pStyle w:val="Listepuces"/>
      </w:pPr>
      <w:r>
        <w:t>Platform hacked, data breached</w:t>
      </w:r>
    </w:p>
    <w:p w14:paraId="18A46751" w14:textId="77777777" w:rsidR="00495879" w:rsidRDefault="00000000">
      <w:pPr>
        <w:pStyle w:val="Listepuces"/>
      </w:pPr>
      <w:r>
        <w:t>Founder hospitalized &gt;30 days</w:t>
      </w:r>
    </w:p>
    <w:p w14:paraId="761C4306" w14:textId="77777777" w:rsidR="00495879" w:rsidRDefault="00000000">
      <w:pPr>
        <w:pStyle w:val="Listepuces"/>
      </w:pPr>
      <w:r>
        <w:t>Pandemic shuts down economy</w:t>
      </w:r>
    </w:p>
    <w:p w14:paraId="35442AA7" w14:textId="77777777" w:rsidR="00495879" w:rsidRDefault="00000000">
      <w:r>
        <w:rPr>
          <w:b/>
        </w:rPr>
        <w:t>Crisis Response Team</w:t>
      </w:r>
      <w:r>
        <w:t>:</w:t>
      </w:r>
    </w:p>
    <w:p w14:paraId="13250AAF" w14:textId="77777777" w:rsidR="00495879" w:rsidRDefault="00000000">
      <w:pPr>
        <w:pStyle w:val="Listepuces"/>
      </w:pPr>
      <w:r>
        <w:t>**Leader**: Founder (if available) OR Senior Coach (if founder incapacitated)</w:t>
      </w:r>
    </w:p>
    <w:p w14:paraId="0F179007" w14:textId="77777777" w:rsidR="00495879" w:rsidRDefault="00000000">
      <w:pPr>
        <w:pStyle w:val="Listepuces"/>
      </w:pPr>
      <w:r>
        <w:t>**Members**: All team members + external advisors (attorney, CPA, insurance broker)</w:t>
      </w:r>
    </w:p>
    <w:p w14:paraId="15FD15B7" w14:textId="77777777" w:rsidR="00495879" w:rsidRDefault="00000000">
      <w:r>
        <w:rPr>
          <w:b/>
        </w:rPr>
        <w:t>Response Steps</w:t>
      </w:r>
      <w:r>
        <w:t>:</w:t>
      </w:r>
    </w:p>
    <w:p w14:paraId="2936D7A9" w14:textId="77777777" w:rsidR="00495879" w:rsidRDefault="00000000">
      <w:pPr>
        <w:pStyle w:val="Listenumros"/>
      </w:pPr>
      <w:r>
        <w:t>**Assess** (Hour 1): What happened? How bad? Who's affected?</w:t>
      </w:r>
    </w:p>
    <w:p w14:paraId="37FC417E" w14:textId="77777777" w:rsidR="00495879" w:rsidRDefault="00000000">
      <w:pPr>
        <w:pStyle w:val="Listenumros"/>
      </w:pPr>
      <w:r>
        <w:lastRenderedPageBreak/>
        <w:t>**Contain** (Hours 2-6): Stop the bleeding (e.g., take platform offline if hacked)</w:t>
      </w:r>
    </w:p>
    <w:p w14:paraId="6369431B" w14:textId="77777777" w:rsidR="00495879" w:rsidRDefault="00000000">
      <w:pPr>
        <w:pStyle w:val="Listenumros"/>
      </w:pPr>
      <w:r>
        <w:t>**Communicate** (Day 1): Tell clients, team, stakeholders (transparency)</w:t>
      </w:r>
    </w:p>
    <w:p w14:paraId="584055D3" w14:textId="77777777" w:rsidR="00495879" w:rsidRDefault="00000000">
      <w:pPr>
        <w:pStyle w:val="Listenumros"/>
      </w:pPr>
      <w:r>
        <w:t>**Mitigate** (Days 2-7): Execute response plan (e.g., legal defense, PR)</w:t>
      </w:r>
    </w:p>
    <w:p w14:paraId="37295286" w14:textId="77777777" w:rsidR="00495879" w:rsidRDefault="00000000">
      <w:pPr>
        <w:pStyle w:val="Listenumros"/>
      </w:pPr>
      <w:r>
        <w:t>**Recover** (Weeks 2-8): Return to normal operations</w:t>
      </w:r>
    </w:p>
    <w:p w14:paraId="474FB479" w14:textId="77777777" w:rsidR="00495879" w:rsidRDefault="00000000">
      <w:pPr>
        <w:pStyle w:val="Listenumros"/>
      </w:pPr>
      <w:r>
        <w:t>**Learn** (Month 2): Post-mortem, prevent recurrence</w:t>
      </w:r>
    </w:p>
    <w:p w14:paraId="57CB5EF9" w14:textId="77777777" w:rsidR="00495879" w:rsidRDefault="00000000">
      <w:r>
        <w:rPr>
          <w:b/>
        </w:rPr>
        <w:t>Communication Templates</w:t>
      </w:r>
      <w:r>
        <w:t xml:space="preserve"> (Pre-Written):</w:t>
      </w:r>
    </w:p>
    <w:p w14:paraId="30074835" w14:textId="77777777" w:rsidR="00495879" w:rsidRDefault="00000000">
      <w:pPr>
        <w:pStyle w:val="Listepuces"/>
      </w:pPr>
      <w:r>
        <w:t>Data breach notification (GDPR-compliant)</w:t>
      </w:r>
    </w:p>
    <w:p w14:paraId="2269D340" w14:textId="77777777" w:rsidR="00495879" w:rsidRDefault="00000000">
      <w:pPr>
        <w:pStyle w:val="Listepuces"/>
      </w:pPr>
      <w:r>
        <w:t>Platform outage update</w:t>
      </w:r>
    </w:p>
    <w:p w14:paraId="50DA085A" w14:textId="77777777" w:rsidR="00495879" w:rsidRDefault="00000000">
      <w:pPr>
        <w:pStyle w:val="Listepuces"/>
      </w:pPr>
      <w:r>
        <w:t>Financial difficulty (if need to ask clients for patience)</w:t>
      </w:r>
    </w:p>
    <w:p w14:paraId="577F572F" w14:textId="77777777" w:rsidR="00495879" w:rsidRDefault="00000000">
      <w:r>
        <w:t>________________________________________________________________________________</w:t>
      </w:r>
    </w:p>
    <w:p w14:paraId="4B4094E5" w14:textId="77777777" w:rsidR="00495879" w:rsidRDefault="00000000">
      <w:pPr>
        <w:pStyle w:val="Titre2"/>
      </w:pPr>
      <w:r>
        <w:t>📊 TOP 10 RISKS SUMMARY (Prioritized)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7851D15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79CE179" w14:textId="77777777" w:rsidR="00495879" w:rsidRDefault="00000000">
            <w:r>
              <w:rPr>
                <w:sz w:val="20"/>
              </w:rPr>
              <w:t>Rank</w:t>
            </w:r>
          </w:p>
        </w:tc>
        <w:tc>
          <w:tcPr>
            <w:tcW w:w="1728" w:type="dxa"/>
          </w:tcPr>
          <w:p w14:paraId="28828EF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Risk</w:t>
            </w:r>
          </w:p>
        </w:tc>
        <w:tc>
          <w:tcPr>
            <w:tcW w:w="1728" w:type="dxa"/>
          </w:tcPr>
          <w:p w14:paraId="33B443F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Score</w:t>
            </w:r>
          </w:p>
        </w:tc>
        <w:tc>
          <w:tcPr>
            <w:tcW w:w="1728" w:type="dxa"/>
          </w:tcPr>
          <w:p w14:paraId="259F720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Category</w:t>
            </w:r>
          </w:p>
        </w:tc>
        <w:tc>
          <w:tcPr>
            <w:tcW w:w="1728" w:type="dxa"/>
          </w:tcPr>
          <w:p w14:paraId="70E7667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Status</w:t>
            </w:r>
          </w:p>
        </w:tc>
      </w:tr>
      <w:tr w:rsidR="00495879" w14:paraId="7D3223A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5D90424" w14:textId="77777777" w:rsidR="00495879" w:rsidRDefault="00000000">
            <w:r>
              <w:t>**1**</w:t>
            </w:r>
          </w:p>
        </w:tc>
        <w:tc>
          <w:tcPr>
            <w:tcW w:w="1728" w:type="dxa"/>
          </w:tcPr>
          <w:p w14:paraId="2180DDE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Market Saturation</w:t>
            </w:r>
          </w:p>
        </w:tc>
        <w:tc>
          <w:tcPr>
            <w:tcW w:w="1728" w:type="dxa"/>
          </w:tcPr>
          <w:p w14:paraId="67CEA8E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728" w:type="dxa"/>
          </w:tcPr>
          <w:p w14:paraId="7E31D37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Market</w:t>
            </w:r>
          </w:p>
        </w:tc>
        <w:tc>
          <w:tcPr>
            <w:tcW w:w="1728" w:type="dxa"/>
          </w:tcPr>
          <w:p w14:paraId="588B907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Mitigating (niche focus, AI differentiation)</w:t>
            </w:r>
          </w:p>
        </w:tc>
      </w:tr>
      <w:tr w:rsidR="00495879" w14:paraId="0E1D8B1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078DE81B" w14:textId="77777777" w:rsidR="00495879" w:rsidRDefault="00000000">
            <w:r>
              <w:t>**2**</w:t>
            </w:r>
          </w:p>
        </w:tc>
        <w:tc>
          <w:tcPr>
            <w:tcW w:w="1728" w:type="dxa"/>
          </w:tcPr>
          <w:p w14:paraId="6A0DF6C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 Burnout</w:t>
            </w:r>
          </w:p>
        </w:tc>
        <w:tc>
          <w:tcPr>
            <w:tcW w:w="1728" w:type="dxa"/>
          </w:tcPr>
          <w:p w14:paraId="34C1E9A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16</w:t>
            </w:r>
          </w:p>
        </w:tc>
        <w:tc>
          <w:tcPr>
            <w:tcW w:w="1728" w:type="dxa"/>
          </w:tcPr>
          <w:p w14:paraId="0E2D2A3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People</w:t>
            </w:r>
          </w:p>
        </w:tc>
        <w:tc>
          <w:tcPr>
            <w:tcW w:w="1728" w:type="dxa"/>
          </w:tcPr>
          <w:p w14:paraId="75BA7B6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Mitigating (boundaries, delegation, automation)</w:t>
            </w:r>
          </w:p>
        </w:tc>
      </w:tr>
      <w:tr w:rsidR="00495879" w14:paraId="47EC585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E6ED03F" w14:textId="77777777" w:rsidR="00495879" w:rsidRDefault="00000000">
            <w:r>
              <w:t>**3**</w:t>
            </w:r>
          </w:p>
        </w:tc>
        <w:tc>
          <w:tcPr>
            <w:tcW w:w="1728" w:type="dxa"/>
          </w:tcPr>
          <w:p w14:paraId="1C37CC4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Cash Flow Crisis (Y1)</w:t>
            </w:r>
          </w:p>
        </w:tc>
        <w:tc>
          <w:tcPr>
            <w:tcW w:w="1728" w:type="dxa"/>
          </w:tcPr>
          <w:p w14:paraId="23A41C3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728" w:type="dxa"/>
          </w:tcPr>
          <w:p w14:paraId="69DAC60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Financial</w:t>
            </w:r>
          </w:p>
        </w:tc>
        <w:tc>
          <w:tcPr>
            <w:tcW w:w="1728" w:type="dxa"/>
          </w:tcPr>
          <w:p w14:paraId="08EB5A1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Monitoring (weekly cash review, buffer)</w:t>
            </w:r>
          </w:p>
        </w:tc>
      </w:tr>
      <w:tr w:rsidR="00495879" w14:paraId="3AEA34A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51059A42" w14:textId="77777777" w:rsidR="00495879" w:rsidRDefault="00000000">
            <w:r>
              <w:t>**4**</w:t>
            </w:r>
          </w:p>
        </w:tc>
        <w:tc>
          <w:tcPr>
            <w:tcW w:w="1728" w:type="dxa"/>
          </w:tcPr>
          <w:p w14:paraId="5EFBA69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Recession / Economic Downturn</w:t>
            </w:r>
          </w:p>
        </w:tc>
        <w:tc>
          <w:tcPr>
            <w:tcW w:w="1728" w:type="dxa"/>
          </w:tcPr>
          <w:p w14:paraId="7733268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728" w:type="dxa"/>
          </w:tcPr>
          <w:p w14:paraId="0059046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External</w:t>
            </w:r>
          </w:p>
        </w:tc>
        <w:tc>
          <w:tcPr>
            <w:tcW w:w="1728" w:type="dxa"/>
          </w:tcPr>
          <w:p w14:paraId="720B69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Prepared (diversification, reserves, pivot plan)</w:t>
            </w:r>
          </w:p>
        </w:tc>
      </w:tr>
      <w:tr w:rsidR="00495879" w14:paraId="11FF8EB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5F3F22B" w14:textId="77777777" w:rsidR="00495879" w:rsidRDefault="00000000">
            <w:r>
              <w:t>**5**</w:t>
            </w:r>
          </w:p>
        </w:tc>
        <w:tc>
          <w:tcPr>
            <w:tcW w:w="1728" w:type="dxa"/>
          </w:tcPr>
          <w:p w14:paraId="3A9E383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AI Disruption</w:t>
            </w:r>
          </w:p>
        </w:tc>
        <w:tc>
          <w:tcPr>
            <w:tcW w:w="1728" w:type="dxa"/>
          </w:tcPr>
          <w:p w14:paraId="62E01CC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728" w:type="dxa"/>
          </w:tcPr>
          <w:p w14:paraId="4ABBF2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External</w:t>
            </w:r>
          </w:p>
        </w:tc>
        <w:tc>
          <w:tcPr>
            <w:tcW w:w="1728" w:type="dxa"/>
          </w:tcPr>
          <w:p w14:paraId="27520E6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Embracing (we're AI-first, continuous upgrade)</w:t>
            </w:r>
          </w:p>
        </w:tc>
      </w:tr>
      <w:tr w:rsidR="00495879" w14:paraId="56C2177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411C6CA" w14:textId="77777777" w:rsidR="00495879" w:rsidRDefault="00000000">
            <w:r>
              <w:t>**6**</w:t>
            </w:r>
          </w:p>
        </w:tc>
        <w:tc>
          <w:tcPr>
            <w:tcW w:w="1728" w:type="dxa"/>
          </w:tcPr>
          <w:p w14:paraId="0903E67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Service Quality Decline (Scaling)</w:t>
            </w:r>
          </w:p>
        </w:tc>
        <w:tc>
          <w:tcPr>
            <w:tcW w:w="1728" w:type="dxa"/>
          </w:tcPr>
          <w:p w14:paraId="75ADF83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728" w:type="dxa"/>
          </w:tcPr>
          <w:p w14:paraId="2E192A2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Operational</w:t>
            </w:r>
          </w:p>
        </w:tc>
        <w:tc>
          <w:tcPr>
            <w:tcW w:w="1728" w:type="dxa"/>
          </w:tcPr>
          <w:p w14:paraId="16730CE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Monitoring (quality metrics, training, SOPs)</w:t>
            </w:r>
          </w:p>
        </w:tc>
      </w:tr>
      <w:tr w:rsidR="00495879" w14:paraId="5604D1C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F0AF024" w14:textId="77777777" w:rsidR="00495879" w:rsidRDefault="00000000">
            <w:r>
              <w:t>**7**</w:t>
            </w:r>
          </w:p>
        </w:tc>
        <w:tc>
          <w:tcPr>
            <w:tcW w:w="1728" w:type="dxa"/>
          </w:tcPr>
          <w:p w14:paraId="11AB92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Well-Funded Competitor</w:t>
            </w:r>
          </w:p>
        </w:tc>
        <w:tc>
          <w:tcPr>
            <w:tcW w:w="1728" w:type="dxa"/>
          </w:tcPr>
          <w:p w14:paraId="7E31A0D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728" w:type="dxa"/>
          </w:tcPr>
          <w:p w14:paraId="50F417C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Market</w:t>
            </w:r>
          </w:p>
        </w:tc>
        <w:tc>
          <w:tcPr>
            <w:tcW w:w="1728" w:type="dxa"/>
          </w:tcPr>
          <w:p w14:paraId="3F41AFD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Monitoring (first-mover, relationship moat)</w:t>
            </w:r>
          </w:p>
        </w:tc>
      </w:tr>
      <w:tr w:rsidR="00495879" w14:paraId="6C5E700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1F0C258" w14:textId="77777777" w:rsidR="00495879" w:rsidRDefault="00000000">
            <w:r>
              <w:t>**8**</w:t>
            </w:r>
          </w:p>
        </w:tc>
        <w:tc>
          <w:tcPr>
            <w:tcW w:w="1728" w:type="dxa"/>
          </w:tcPr>
          <w:p w14:paraId="5C5C77E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Can't Hire Quality Talent</w:t>
            </w:r>
          </w:p>
        </w:tc>
        <w:tc>
          <w:tcPr>
            <w:tcW w:w="1728" w:type="dxa"/>
          </w:tcPr>
          <w:p w14:paraId="6270626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</w:t>
            </w:r>
          </w:p>
        </w:tc>
        <w:tc>
          <w:tcPr>
            <w:tcW w:w="1728" w:type="dxa"/>
          </w:tcPr>
          <w:p w14:paraId="0C7D18C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People</w:t>
            </w:r>
          </w:p>
        </w:tc>
        <w:tc>
          <w:tcPr>
            <w:tcW w:w="1728" w:type="dxa"/>
          </w:tcPr>
          <w:p w14:paraId="362CB66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Mitigating (pipeline, compelling offer, backup)</w:t>
            </w:r>
          </w:p>
        </w:tc>
      </w:tr>
      <w:tr w:rsidR="00495879" w14:paraId="7CA3B75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DFC7184" w14:textId="77777777" w:rsidR="00495879" w:rsidRDefault="00000000">
            <w:r>
              <w:t>**9**</w:t>
            </w:r>
          </w:p>
        </w:tc>
        <w:tc>
          <w:tcPr>
            <w:tcW w:w="1728" w:type="dxa"/>
          </w:tcPr>
          <w:p w14:paraId="589BBE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Key Client </w:t>
            </w:r>
            <w:r>
              <w:lastRenderedPageBreak/>
              <w:t>Churn</w:t>
            </w:r>
          </w:p>
        </w:tc>
        <w:tc>
          <w:tcPr>
            <w:tcW w:w="1728" w:type="dxa"/>
          </w:tcPr>
          <w:p w14:paraId="69FA578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lastRenderedPageBreak/>
              <w:t>10</w:t>
            </w:r>
          </w:p>
        </w:tc>
        <w:tc>
          <w:tcPr>
            <w:tcW w:w="1728" w:type="dxa"/>
          </w:tcPr>
          <w:p w14:paraId="43FDE18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Operational</w:t>
            </w:r>
          </w:p>
        </w:tc>
        <w:tc>
          <w:tcPr>
            <w:tcW w:w="1728" w:type="dxa"/>
          </w:tcPr>
          <w:p w14:paraId="7DC1534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Mitigating </w:t>
            </w:r>
            <w:r>
              <w:lastRenderedPageBreak/>
              <w:t>(diversification, engagement tracking)</w:t>
            </w:r>
          </w:p>
        </w:tc>
      </w:tr>
      <w:tr w:rsidR="00495879" w14:paraId="1EC06A46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FBD261A" w14:textId="77777777" w:rsidR="00495879" w:rsidRDefault="00000000">
            <w:r>
              <w:lastRenderedPageBreak/>
              <w:t>**10**</w:t>
            </w:r>
          </w:p>
        </w:tc>
        <w:tc>
          <w:tcPr>
            <w:tcW w:w="1728" w:type="dxa"/>
          </w:tcPr>
          <w:p w14:paraId="066B6E6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AI Coach Bad Advice</w:t>
            </w:r>
          </w:p>
        </w:tc>
        <w:tc>
          <w:tcPr>
            <w:tcW w:w="1728" w:type="dxa"/>
          </w:tcPr>
          <w:p w14:paraId="6277B07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1728" w:type="dxa"/>
          </w:tcPr>
          <w:p w14:paraId="24B9F53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Technology</w:t>
            </w:r>
          </w:p>
        </w:tc>
        <w:tc>
          <w:tcPr>
            <w:tcW w:w="1728" w:type="dxa"/>
          </w:tcPr>
          <w:p w14:paraId="0D01F27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Mitigating (oversight, disclaimers, insurance)</w:t>
            </w:r>
          </w:p>
        </w:tc>
      </w:tr>
    </w:tbl>
    <w:p w14:paraId="56B9B022" w14:textId="77777777" w:rsidR="00495879" w:rsidRDefault="00495879"/>
    <w:p w14:paraId="2CA6E4BD" w14:textId="77777777" w:rsidR="00495879" w:rsidRDefault="00000000">
      <w:r>
        <w:rPr>
          <w:b/>
        </w:rPr>
        <w:t>Overall Risk Profile</w:t>
      </w:r>
      <w:r>
        <w:t xml:space="preserve">: </w:t>
      </w:r>
      <w:r>
        <w:rPr>
          <w:b/>
        </w:rPr>
        <w:t>MEDIUM-HIGH</w:t>
      </w:r>
      <w:r>
        <w:t xml:space="preserve"> (Year 1 is riskiest, de-risks over time)</w:t>
      </w:r>
    </w:p>
    <w:p w14:paraId="19A1FF14" w14:textId="77777777" w:rsidR="00495879" w:rsidRDefault="00000000">
      <w:r>
        <w:rPr>
          <w:b/>
        </w:rPr>
        <w:t>Trend</w:t>
      </w:r>
      <w:r>
        <w:t>: Risks decrease as business matures</w:t>
      </w:r>
    </w:p>
    <w:p w14:paraId="76C362A0" w14:textId="77777777" w:rsidR="00495879" w:rsidRDefault="00000000">
      <w:pPr>
        <w:pStyle w:val="Listepuces"/>
      </w:pPr>
      <w:r>
        <w:t>Year 1: HIGH risk (unproven model, thin cash, solo founder)</w:t>
      </w:r>
    </w:p>
    <w:p w14:paraId="40AB9574" w14:textId="77777777" w:rsidR="00495879" w:rsidRDefault="00000000">
      <w:pPr>
        <w:pStyle w:val="Listepuces"/>
      </w:pPr>
      <w:r>
        <w:t>Year 2: MEDIUM risk (validated model, team, cashflow+)</w:t>
      </w:r>
    </w:p>
    <w:p w14:paraId="11914A67" w14:textId="77777777" w:rsidR="00495879" w:rsidRDefault="00000000">
      <w:pPr>
        <w:pStyle w:val="Listepuces"/>
      </w:pPr>
      <w:r>
        <w:t>Year 3: LOW-MEDIUM risk (profitable, diversified, established brand)</w:t>
      </w:r>
    </w:p>
    <w:p w14:paraId="0DDFFAEE" w14:textId="77777777" w:rsidR="00495879" w:rsidRDefault="00000000">
      <w:r>
        <w:t>________________________________________________________________________________</w:t>
      </w:r>
    </w:p>
    <w:p w14:paraId="64AA4810" w14:textId="77777777" w:rsidR="00495879" w:rsidRDefault="00000000">
      <w:pPr>
        <w:pStyle w:val="Titre2"/>
      </w:pPr>
      <w:r>
        <w:t>📌 CONCLUSION</w:t>
      </w:r>
    </w:p>
    <w:p w14:paraId="739B7237" w14:textId="77777777" w:rsidR="00495879" w:rsidRDefault="00000000">
      <w:r>
        <w:t xml:space="preserve">GBCM LLC face des risques significatifs (comme toute startup), mais avec des </w:t>
      </w:r>
      <w:r>
        <w:rPr>
          <w:b/>
        </w:rPr>
        <w:t>stratégies de mitigation proactives</w:t>
      </w:r>
      <w:r>
        <w:t>:</w:t>
      </w:r>
    </w:p>
    <w:p w14:paraId="2D79911B" w14:textId="77777777" w:rsidR="00495879" w:rsidRDefault="00000000">
      <w:r>
        <w:t xml:space="preserve">✅ </w:t>
      </w:r>
      <w:r>
        <w:rPr>
          <w:b/>
        </w:rPr>
        <w:t>Market Risks</w:t>
      </w:r>
      <w:r>
        <w:t>: Différenciation claire (AI, méthodologies, niche focus)</w:t>
      </w:r>
    </w:p>
    <w:p w14:paraId="2BC08CA8" w14:textId="77777777" w:rsidR="00495879" w:rsidRDefault="00000000">
      <w:r>
        <w:t xml:space="preserve">✅ </w:t>
      </w:r>
      <w:r>
        <w:rPr>
          <w:b/>
        </w:rPr>
        <w:t>Operational Risks</w:t>
      </w:r>
      <w:r>
        <w:t>: Processes, metrics, quality controls</w:t>
      </w:r>
    </w:p>
    <w:p w14:paraId="14E0C653" w14:textId="77777777" w:rsidR="00495879" w:rsidRDefault="00000000">
      <w:r>
        <w:t xml:space="preserve">✅ </w:t>
      </w:r>
      <w:r>
        <w:rPr>
          <w:b/>
        </w:rPr>
        <w:t>Financial Risks</w:t>
      </w:r>
      <w:r>
        <w:t>: Conservative projections, cash buffers, flexible costs</w:t>
      </w:r>
    </w:p>
    <w:p w14:paraId="0E2527F6" w14:textId="77777777" w:rsidR="00495879" w:rsidRDefault="00000000">
      <w:r>
        <w:t xml:space="preserve">✅ </w:t>
      </w:r>
      <w:r>
        <w:rPr>
          <w:b/>
        </w:rPr>
        <w:t>Technology Risks</w:t>
      </w:r>
      <w:r>
        <w:t>: Redundancy, security, insurance</w:t>
      </w:r>
    </w:p>
    <w:p w14:paraId="427AB89F" w14:textId="77777777" w:rsidR="00495879" w:rsidRDefault="00000000">
      <w:r>
        <w:t xml:space="preserve">✅ </w:t>
      </w:r>
      <w:r>
        <w:rPr>
          <w:b/>
        </w:rPr>
        <w:t>People Risks</w:t>
      </w:r>
      <w:r>
        <w:t>: Retention strategies, succession plans, documentation</w:t>
      </w:r>
    </w:p>
    <w:p w14:paraId="790984B3" w14:textId="77777777" w:rsidR="00495879" w:rsidRDefault="00000000">
      <w:r>
        <w:t xml:space="preserve">✅ </w:t>
      </w:r>
      <w:r>
        <w:rPr>
          <w:b/>
        </w:rPr>
        <w:t>Legal Risks</w:t>
      </w:r>
      <w:r>
        <w:t>: Strong contracts, insurance, compliance framework</w:t>
      </w:r>
    </w:p>
    <w:p w14:paraId="7D34B82A" w14:textId="77777777" w:rsidR="00495879" w:rsidRDefault="00000000">
      <w:r>
        <w:t xml:space="preserve">✅ </w:t>
      </w:r>
      <w:r>
        <w:rPr>
          <w:b/>
        </w:rPr>
        <w:t>External Risks</w:t>
      </w:r>
      <w:r>
        <w:t>: Adaptability (AI-first, virtual-first, recession pivots)</w:t>
      </w:r>
    </w:p>
    <w:p w14:paraId="6A8A2E3F" w14:textId="77777777" w:rsidR="00495879" w:rsidRDefault="00000000">
      <w:r>
        <w:rPr>
          <w:b/>
        </w:rPr>
        <w:t>Key Success Factor</w:t>
      </w:r>
      <w:r>
        <w:t xml:space="preserve">: </w:t>
      </w:r>
      <w:r>
        <w:rPr>
          <w:b/>
        </w:rPr>
        <w:t>Vigilance</w:t>
      </w:r>
      <w:r>
        <w:t xml:space="preserve"> - Review risks quarterly, monitor indicators, adapt plans as needed</w:t>
      </w:r>
    </w:p>
    <w:p w14:paraId="521D24FE" w14:textId="77777777" w:rsidR="00495879" w:rsidRDefault="00000000">
      <w:r>
        <w:rPr>
          <w:b/>
        </w:rPr>
        <w:t>Next</w:t>
      </w:r>
      <w:r>
        <w:t>: Section 13 - Milestones &amp; KPIs</w:t>
      </w:r>
    </w:p>
    <w:p w14:paraId="4320F2A6" w14:textId="77777777" w:rsidR="00495879" w:rsidRDefault="00000000">
      <w:r>
        <w:t>________________________________________________________________________________</w:t>
      </w:r>
    </w:p>
    <w:p w14:paraId="6209A3FE" w14:textId="77777777" w:rsidR="00495879" w:rsidRDefault="00000000">
      <w:r>
        <w:t>© 2025 GBCM LLC - Business Plan v2.0 | Risk Analysis &amp; Mitigation</w:t>
      </w:r>
    </w:p>
    <w:p w14:paraId="26E53160" w14:textId="77777777" w:rsidR="00495879" w:rsidRDefault="00000000">
      <w:r>
        <w:br w:type="page"/>
      </w:r>
    </w:p>
    <w:p w14:paraId="41A3EB25" w14:textId="77777777" w:rsidR="00495879" w:rsidRDefault="00000000">
      <w:pPr>
        <w:pStyle w:val="Titre1"/>
      </w:pPr>
      <w:r>
        <w:lastRenderedPageBreak/>
        <w:t>13. MILESTONES &amp; KEY PERFORMANCE INDICATORS</w:t>
      </w:r>
    </w:p>
    <w:p w14:paraId="4880B7EB" w14:textId="77777777" w:rsidR="00495879" w:rsidRDefault="00000000">
      <w:r>
        <w:t>________________________________________________________________________________</w:t>
      </w:r>
    </w:p>
    <w:p w14:paraId="0D1C852C" w14:textId="77777777" w:rsidR="00495879" w:rsidRDefault="00000000">
      <w:pPr>
        <w:pStyle w:val="Titre2"/>
      </w:pPr>
      <w:r>
        <w:t>📋 TABLE DES MATIÈRES</w:t>
      </w:r>
    </w:p>
    <w:p w14:paraId="1A2D9173" w14:textId="77777777" w:rsidR="00495879" w:rsidRDefault="00000000">
      <w:pPr>
        <w:pStyle w:val="Listepuces"/>
      </w:pPr>
      <w:r>
        <w:t>[Vue d'Ensemble](#vue-densemble)</w:t>
      </w:r>
    </w:p>
    <w:p w14:paraId="61319F8C" w14:textId="77777777" w:rsidR="00495879" w:rsidRDefault="00000000">
      <w:pPr>
        <w:pStyle w:val="Listepuces"/>
      </w:pPr>
      <w:r>
        <w:t>[3-Year Strategic Roadmap](#3-year-strategic-roadmap)</w:t>
      </w:r>
    </w:p>
    <w:p w14:paraId="47C2B598" w14:textId="77777777" w:rsidR="00495879" w:rsidRDefault="00000000">
      <w:pPr>
        <w:pStyle w:val="Listepuces"/>
      </w:pPr>
      <w:r>
        <w:t>[Year 1 (2026) - Foundation](#year-1-2026---foundation)</w:t>
      </w:r>
    </w:p>
    <w:p w14:paraId="13BD6C1A" w14:textId="77777777" w:rsidR="00495879" w:rsidRDefault="00000000">
      <w:pPr>
        <w:pStyle w:val="Listepuces"/>
      </w:pPr>
      <w:r>
        <w:t>[Year 2 (2027) - Scale](#year-2-2027---scale)</w:t>
      </w:r>
    </w:p>
    <w:p w14:paraId="64E8D9CA" w14:textId="77777777" w:rsidR="00495879" w:rsidRDefault="00000000">
      <w:pPr>
        <w:pStyle w:val="Listepuces"/>
      </w:pPr>
      <w:r>
        <w:t>[Year 3 (2028) - Profitability](#year-3-2028---profitability)</w:t>
      </w:r>
    </w:p>
    <w:p w14:paraId="53F80B00" w14:textId="77777777" w:rsidR="00495879" w:rsidRDefault="00000000">
      <w:pPr>
        <w:pStyle w:val="Listepuces"/>
      </w:pPr>
      <w:r>
        <w:t>[Key Performance Indicators (KPIs)](#key-performance-indicators-kpis)</w:t>
      </w:r>
    </w:p>
    <w:p w14:paraId="6DCAD910" w14:textId="77777777" w:rsidR="00495879" w:rsidRDefault="00000000">
      <w:pPr>
        <w:pStyle w:val="Listepuces"/>
      </w:pPr>
      <w:r>
        <w:t>[OKR Framework](#okr-framework)</w:t>
      </w:r>
    </w:p>
    <w:p w14:paraId="19F62164" w14:textId="77777777" w:rsidR="00495879" w:rsidRDefault="00000000">
      <w:pPr>
        <w:pStyle w:val="Listepuces"/>
      </w:pPr>
      <w:r>
        <w:t>[Dashboard &amp; Reporting](#dashboard--reporting)</w:t>
      </w:r>
    </w:p>
    <w:p w14:paraId="126BC66F" w14:textId="77777777" w:rsidR="00495879" w:rsidRDefault="00000000">
      <w:r>
        <w:t>________________________________________________________________________________</w:t>
      </w:r>
    </w:p>
    <w:p w14:paraId="4BA84047" w14:textId="77777777" w:rsidR="00495879" w:rsidRDefault="00000000">
      <w:pPr>
        <w:pStyle w:val="Titre2"/>
      </w:pPr>
      <w:r>
        <w:t>🎯 VUE D'ENSEMBLE</w:t>
      </w:r>
    </w:p>
    <w:p w14:paraId="10B6C73A" w14:textId="77777777" w:rsidR="00495879" w:rsidRDefault="00000000">
      <w:pPr>
        <w:pStyle w:val="Titre3"/>
      </w:pPr>
      <w:r>
        <w:t>Philosophy: Measure What Matters</w:t>
      </w:r>
    </w:p>
    <w:p w14:paraId="4F05B0F8" w14:textId="77777777" w:rsidR="00495879" w:rsidRDefault="00000000">
      <w:r>
        <w:t xml:space="preserve">GBCM LLC adopte une approche </w:t>
      </w:r>
      <w:r>
        <w:rPr>
          <w:b/>
        </w:rPr>
        <w:t>data-driven</w:t>
      </w:r>
      <w:r>
        <w:t xml:space="preserve"> pour mesurer le succès - chaque objectif est </w:t>
      </w:r>
      <w:r>
        <w:rPr>
          <w:b/>
        </w:rPr>
        <w:t>quantifiable, traçable, et lié à un résultat business</w:t>
      </w:r>
      <w:r>
        <w:t>.</w:t>
      </w:r>
    </w:p>
    <w:p w14:paraId="2862FD13" w14:textId="77777777" w:rsidR="00495879" w:rsidRDefault="00000000">
      <w:r>
        <w:rPr>
          <w:b/>
        </w:rPr>
        <w:t>Principles</w:t>
      </w:r>
      <w:r>
        <w:t>:</w:t>
      </w:r>
    </w:p>
    <w:p w14:paraId="789399B7" w14:textId="77777777" w:rsidR="00495879" w:rsidRDefault="00000000">
      <w:pPr>
        <w:pStyle w:val="Listenumros"/>
      </w:pPr>
      <w:r>
        <w:t>**SMART Goals**: Specific, Measurable, Achievable, Relevant, Time-bound</w:t>
      </w:r>
    </w:p>
    <w:p w14:paraId="517CFD30" w14:textId="77777777" w:rsidR="00495879" w:rsidRDefault="00000000">
      <w:pPr>
        <w:pStyle w:val="Listenumros"/>
      </w:pPr>
      <w:r>
        <w:t>**Lead &amp; Lag Indicators**: Track actions (lead) AND results (lag)</w:t>
      </w:r>
    </w:p>
    <w:p w14:paraId="4309F015" w14:textId="77777777" w:rsidR="00495879" w:rsidRDefault="00000000">
      <w:pPr>
        <w:pStyle w:val="Listenumros"/>
      </w:pPr>
      <w:r>
        <w:t>**Transparency**: Share metrics with team (everyone knows the score)</w:t>
      </w:r>
    </w:p>
    <w:p w14:paraId="6F4C20B4" w14:textId="77777777" w:rsidR="00495879" w:rsidRDefault="00000000">
      <w:pPr>
        <w:pStyle w:val="Listenumros"/>
      </w:pPr>
      <w:r>
        <w:t>**Adaptive**: Review quarterly, adjust if targets unrealistic or too easy</w:t>
      </w:r>
    </w:p>
    <w:p w14:paraId="568F99BE" w14:textId="77777777" w:rsidR="00495879" w:rsidRDefault="00000000">
      <w:pPr>
        <w:pStyle w:val="Titre3"/>
      </w:pPr>
      <w:r>
        <w:t>Milestone Categories</w:t>
      </w:r>
    </w:p>
    <w:p w14:paraId="5E09EDB5" w14:textId="77777777" w:rsidR="00495879" w:rsidRDefault="00000000">
      <w:r>
        <w:rPr>
          <w:b/>
        </w:rPr>
        <w:t>Foundation Milestones</w:t>
      </w:r>
      <w:r>
        <w:t xml:space="preserve"> (Build the machine):</w:t>
      </w:r>
    </w:p>
    <w:p w14:paraId="3DF110DF" w14:textId="77777777" w:rsidR="00495879" w:rsidRDefault="00000000">
      <w:pPr>
        <w:pStyle w:val="Listepuces"/>
      </w:pPr>
      <w:r>
        <w:t>Legal: Entity formation, contracts, insurance</w:t>
      </w:r>
    </w:p>
    <w:p w14:paraId="642105DD" w14:textId="77777777" w:rsidR="00495879" w:rsidRDefault="00000000">
      <w:pPr>
        <w:pStyle w:val="Listepuces"/>
      </w:pPr>
      <w:r>
        <w:t>Product: Platform launch, AI Coach v1.0, content library</w:t>
      </w:r>
    </w:p>
    <w:p w14:paraId="61EADABB" w14:textId="77777777" w:rsidR="00495879" w:rsidRDefault="00000000">
      <w:pPr>
        <w:pStyle w:val="Listepuces"/>
      </w:pPr>
      <w:r>
        <w:t>Team: First hires (VA, Senior Coach, Sales Manager)</w:t>
      </w:r>
    </w:p>
    <w:p w14:paraId="09D623E9" w14:textId="77777777" w:rsidR="00495879" w:rsidRDefault="00000000">
      <w:r>
        <w:rPr>
          <w:b/>
        </w:rPr>
        <w:t>Growth Milestones</w:t>
      </w:r>
      <w:r>
        <w:t xml:space="preserve"> (Prove the model):</w:t>
      </w:r>
    </w:p>
    <w:p w14:paraId="772C4B4D" w14:textId="77777777" w:rsidR="00495879" w:rsidRDefault="00000000">
      <w:pPr>
        <w:pStyle w:val="Listepuces"/>
      </w:pPr>
      <w:r>
        <w:t>Revenue: $180K → $420K → $850K</w:t>
      </w:r>
    </w:p>
    <w:p w14:paraId="7951C8DF" w14:textId="77777777" w:rsidR="00495879" w:rsidRDefault="00000000">
      <w:pPr>
        <w:pStyle w:val="Listepuces"/>
      </w:pPr>
      <w:r>
        <w:t>Clients: 30 → 63 → 100</w:t>
      </w:r>
    </w:p>
    <w:p w14:paraId="5194159C" w14:textId="77777777" w:rsidR="00495879" w:rsidRDefault="00000000">
      <w:pPr>
        <w:pStyle w:val="Listepuces"/>
      </w:pPr>
      <w:r>
        <w:t>Profitability: Breakeven Month 18, profitable Year 3</w:t>
      </w:r>
    </w:p>
    <w:p w14:paraId="390DF297" w14:textId="77777777" w:rsidR="00495879" w:rsidRDefault="00000000">
      <w:r>
        <w:rPr>
          <w:b/>
        </w:rPr>
        <w:t>Market Position Milestones</w:t>
      </w:r>
      <w:r>
        <w:t xml:space="preserve"> (Build the brand):</w:t>
      </w:r>
    </w:p>
    <w:p w14:paraId="67205A6D" w14:textId="77777777" w:rsidR="00495879" w:rsidRDefault="00000000">
      <w:pPr>
        <w:pStyle w:val="Listepuces"/>
      </w:pPr>
      <w:r>
        <w:t>Thought leadership: 100 blog posts, 26 podcast episodes, 5,000 followers</w:t>
      </w:r>
    </w:p>
    <w:p w14:paraId="5F3A040D" w14:textId="77777777" w:rsidR="00495879" w:rsidRDefault="00000000">
      <w:pPr>
        <w:pStyle w:val="Listepuces"/>
      </w:pPr>
      <w:r>
        <w:lastRenderedPageBreak/>
        <w:t>Partnerships: 10 active partners, 15 referrals/year</w:t>
      </w:r>
    </w:p>
    <w:p w14:paraId="4FBA5B9C" w14:textId="77777777" w:rsidR="00495879" w:rsidRDefault="00000000">
      <w:pPr>
        <w:pStyle w:val="Listepuces"/>
      </w:pPr>
      <w:r>
        <w:t>Awards: "Top 10 Business Coaches 2028" (industry recognition)</w:t>
      </w:r>
    </w:p>
    <w:p w14:paraId="3B59574C" w14:textId="77777777" w:rsidR="00495879" w:rsidRDefault="00000000">
      <w:r>
        <w:t>________________________________________________________________________________</w:t>
      </w:r>
    </w:p>
    <w:p w14:paraId="6D76E077" w14:textId="77777777" w:rsidR="00495879" w:rsidRDefault="00000000">
      <w:pPr>
        <w:pStyle w:val="Titre2"/>
      </w:pPr>
      <w:r>
        <w:t>🗺️ 3-YEAR STRATEGIC ROADMAP</w:t>
      </w:r>
    </w:p>
    <w:p w14:paraId="048E179E" w14:textId="77777777" w:rsidR="00495879" w:rsidRDefault="00000000">
      <w:pPr>
        <w:pStyle w:val="Titre3"/>
      </w:pPr>
      <w:r>
        <w:t>High-Level Timeline</w:t>
      </w:r>
    </w:p>
    <w:p w14:paraId="5A2CA88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┌─────────────────────────────────────────────────────────┐</w:t>
      </w:r>
    </w:p>
    <w:p w14:paraId="7E4AB36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        2026 (YEAR 1)                      │</w:t>
      </w:r>
    </w:p>
    <w:p w14:paraId="12D1B7F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        FOUNDATION                         │</w:t>
      </w:r>
    </w:p>
    <w:p w14:paraId="128B12B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├─────────────────────────────────────────────────────────┤</w:t>
      </w:r>
    </w:p>
    <w:p w14:paraId="7C5AA33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Q1: Launch + First 10 Clients                          │</w:t>
      </w:r>
    </w:p>
    <w:p w14:paraId="3C355F69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Q2: Product-Market Fit Validation (20 clients)         │</w:t>
      </w:r>
    </w:p>
    <w:p w14:paraId="669A098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Q3: Scale Marketing (25 clients)                       │</w:t>
      </w:r>
    </w:p>
    <w:p w14:paraId="3E6D27D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Q4: Hit Target (30 clients, $180K revenue)             │</w:t>
      </w:r>
    </w:p>
    <w:p w14:paraId="7C9F014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└─────────────────────────────────────────────────────────┘</w:t>
      </w:r>
    </w:p>
    <w:p w14:paraId="7B000EC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↓</w:t>
      </w:r>
    </w:p>
    <w:p w14:paraId="4C42CA9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┌─────────────────────────────────────────────────────────┐</w:t>
      </w:r>
    </w:p>
    <w:p w14:paraId="39620F6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        2027 (YEAR 2)                      │</w:t>
      </w:r>
    </w:p>
    <w:p w14:paraId="01F54CB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          SCALE                            │</w:t>
      </w:r>
    </w:p>
    <w:p w14:paraId="3A8BE237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├─────────────────────────────────────────────────────────┤</w:t>
      </w:r>
    </w:p>
    <w:p w14:paraId="23722F8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Q1: Hire Sales Manager (pipeline acceleration)         │</w:t>
      </w:r>
    </w:p>
    <w:p w14:paraId="6E9511F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Q2: Cashflow Positive! (accumulate reserves)           │</w:t>
      </w:r>
    </w:p>
    <w:p w14:paraId="67DF5A7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Q3: Hire Senior Coach (double capacity)                │</w:t>
      </w:r>
    </w:p>
    <w:p w14:paraId="7E9D8AEC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Q4: Hit Target (63 clients, $420K revenue)             │</w:t>
      </w:r>
    </w:p>
    <w:p w14:paraId="7CE772D2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└─────────────────────────────────────────────────────────┘</w:t>
      </w:r>
    </w:p>
    <w:p w14:paraId="562CE27E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 xml:space="preserve">                          ↓</w:t>
      </w:r>
    </w:p>
    <w:p w14:paraId="12F9CD8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┌─────────────────────────────────────────────────────────┐</w:t>
      </w:r>
    </w:p>
    <w:p w14:paraId="144E47A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        2028 (YEAR 3)                      │</w:t>
      </w:r>
    </w:p>
    <w:p w14:paraId="1A2081F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                   PROFITABILITY                        │</w:t>
      </w:r>
    </w:p>
    <w:p w14:paraId="6C2639C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├─────────────────────────────────────────────────────────┤</w:t>
      </w:r>
    </w:p>
    <w:p w14:paraId="1183030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Q1: Expand Team (Ops Mgr FT, Sales Mgr FT)            │</w:t>
      </w:r>
    </w:p>
    <w:p w14:paraId="6A17C98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Q2: Achieve 10% EBITDA Margin                          │</w:t>
      </w:r>
    </w:p>
    <w:p w14:paraId="2D9B43C5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Q3: Launch Marketing Manager (content acceleration)    │</w:t>
      </w:r>
    </w:p>
    <w:p w14:paraId="38839C7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Q4: Hit Target (100 clients, $850K, 13% EBITDA)        │</w:t>
      </w:r>
    </w:p>
    <w:p w14:paraId="2C16F234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└─────────────────────────────────────────────────────────┘</w:t>
      </w:r>
    </w:p>
    <w:p w14:paraId="07566E5D" w14:textId="77777777" w:rsidR="00495879" w:rsidRDefault="00000000">
      <w:pPr>
        <w:pStyle w:val="Titre3"/>
      </w:pPr>
      <w:r>
        <w:t>Critical Path Milestones (Must-Haves)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495879" w14:paraId="7EE0A2F5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9D4A57A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880" w:type="dxa"/>
          </w:tcPr>
          <w:p w14:paraId="0DDCFBE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880" w:type="dxa"/>
          </w:tcPr>
          <w:p w14:paraId="71B9C5A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Impact if Missed</w:t>
            </w:r>
          </w:p>
        </w:tc>
      </w:tr>
      <w:tr w:rsidR="00495879" w14:paraId="2CBA417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AD8849F" w14:textId="77777777" w:rsidR="00495879" w:rsidRDefault="00000000">
            <w:r>
              <w:t>**Entity Formation (LLC)**</w:t>
            </w:r>
          </w:p>
        </w:tc>
        <w:tc>
          <w:tcPr>
            <w:tcW w:w="2880" w:type="dxa"/>
          </w:tcPr>
          <w:p w14:paraId="2F6485B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Jan 2026</w:t>
            </w:r>
          </w:p>
        </w:tc>
        <w:tc>
          <w:tcPr>
            <w:tcW w:w="2880" w:type="dxa"/>
          </w:tcPr>
          <w:p w14:paraId="3E6B12B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Can't legally operate</w:t>
            </w:r>
          </w:p>
        </w:tc>
      </w:tr>
      <w:tr w:rsidR="00495879" w14:paraId="62CEC25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006E282F" w14:textId="77777777" w:rsidR="00495879" w:rsidRDefault="00000000">
            <w:r>
              <w:t>**Platform Launch (GBCM Hub)**</w:t>
            </w:r>
          </w:p>
        </w:tc>
        <w:tc>
          <w:tcPr>
            <w:tcW w:w="2880" w:type="dxa"/>
          </w:tcPr>
          <w:p w14:paraId="1D083E2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Jan 2026</w:t>
            </w:r>
          </w:p>
        </w:tc>
        <w:tc>
          <w:tcPr>
            <w:tcW w:w="2880" w:type="dxa"/>
          </w:tcPr>
          <w:p w14:paraId="60456F6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No tech differentiation, manual delivery</w:t>
            </w:r>
          </w:p>
        </w:tc>
      </w:tr>
      <w:tr w:rsidR="00495879" w14:paraId="2038B5F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101E9D5" w14:textId="77777777" w:rsidR="00495879" w:rsidRDefault="00000000">
            <w:r>
              <w:t>**First Client**</w:t>
            </w:r>
          </w:p>
        </w:tc>
        <w:tc>
          <w:tcPr>
            <w:tcW w:w="2880" w:type="dxa"/>
          </w:tcPr>
          <w:p w14:paraId="317457A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2026</w:t>
            </w:r>
          </w:p>
        </w:tc>
        <w:tc>
          <w:tcPr>
            <w:tcW w:w="2880" w:type="dxa"/>
          </w:tcPr>
          <w:p w14:paraId="5752D81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revenue validation, morale hit</w:t>
            </w:r>
          </w:p>
        </w:tc>
      </w:tr>
      <w:tr w:rsidR="00495879" w14:paraId="297CC16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AA95C69" w14:textId="77777777" w:rsidR="00495879" w:rsidRDefault="00000000">
            <w:r>
              <w:t>**10 Clients**</w:t>
            </w:r>
          </w:p>
        </w:tc>
        <w:tc>
          <w:tcPr>
            <w:tcW w:w="2880" w:type="dxa"/>
          </w:tcPr>
          <w:p w14:paraId="0E4AEAE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Mar 2026</w:t>
            </w:r>
          </w:p>
        </w:tc>
        <w:tc>
          <w:tcPr>
            <w:tcW w:w="2880" w:type="dxa"/>
          </w:tcPr>
          <w:p w14:paraId="6B229A0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Behind pace ($180K target at risk)</w:t>
            </w:r>
          </w:p>
        </w:tc>
      </w:tr>
      <w:tr w:rsidR="00495879" w14:paraId="49041A7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214A725" w14:textId="77777777" w:rsidR="00495879" w:rsidRDefault="00000000">
            <w:r>
              <w:t>**30 Clients**</w:t>
            </w:r>
          </w:p>
        </w:tc>
        <w:tc>
          <w:tcPr>
            <w:tcW w:w="2880" w:type="dxa"/>
          </w:tcPr>
          <w:p w14:paraId="5D5D13A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2026</w:t>
            </w:r>
          </w:p>
        </w:tc>
        <w:tc>
          <w:tcPr>
            <w:tcW w:w="2880" w:type="dxa"/>
          </w:tcPr>
          <w:p w14:paraId="56C7C60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Year 1 target missed, fundraising harder</w:t>
            </w:r>
          </w:p>
        </w:tc>
      </w:tr>
      <w:tr w:rsidR="00495879" w14:paraId="5F31E63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D78E622" w14:textId="77777777" w:rsidR="00495879" w:rsidRDefault="00000000">
            <w:r>
              <w:t>**Cashflow Positive**</w:t>
            </w:r>
          </w:p>
        </w:tc>
        <w:tc>
          <w:tcPr>
            <w:tcW w:w="2880" w:type="dxa"/>
          </w:tcPr>
          <w:p w14:paraId="62216D1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Jun 2027</w:t>
            </w:r>
          </w:p>
        </w:tc>
        <w:tc>
          <w:tcPr>
            <w:tcW w:w="2880" w:type="dxa"/>
          </w:tcPr>
          <w:p w14:paraId="3762AA7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Burn through reserves, may need external funding</w:t>
            </w:r>
          </w:p>
        </w:tc>
      </w:tr>
      <w:tr w:rsidR="00495879" w14:paraId="0509F5A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85A20DB" w14:textId="77777777" w:rsidR="00495879" w:rsidRDefault="00000000">
            <w:r>
              <w:t>**Senior Coach Hired**</w:t>
            </w:r>
          </w:p>
        </w:tc>
        <w:tc>
          <w:tcPr>
            <w:tcW w:w="2880" w:type="dxa"/>
          </w:tcPr>
          <w:p w14:paraId="54AB269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2027</w:t>
            </w:r>
          </w:p>
        </w:tc>
        <w:tc>
          <w:tcPr>
            <w:tcW w:w="2880" w:type="dxa"/>
          </w:tcPr>
          <w:p w14:paraId="44F4F93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Can't scale past 60 clients, growth stalls</w:t>
            </w:r>
          </w:p>
        </w:tc>
      </w:tr>
      <w:tr w:rsidR="00495879" w14:paraId="0101B95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6A219108" w14:textId="77777777" w:rsidR="00495879" w:rsidRDefault="00000000">
            <w:r>
              <w:t>**63 Clients**</w:t>
            </w:r>
          </w:p>
        </w:tc>
        <w:tc>
          <w:tcPr>
            <w:tcW w:w="2880" w:type="dxa"/>
          </w:tcPr>
          <w:p w14:paraId="24C5D4C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2027</w:t>
            </w:r>
          </w:p>
        </w:tc>
        <w:tc>
          <w:tcPr>
            <w:tcW w:w="2880" w:type="dxa"/>
          </w:tcPr>
          <w:p w14:paraId="5481575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Year 2 target missed, </w:t>
            </w:r>
            <w:r>
              <w:lastRenderedPageBreak/>
              <w:t>profitability delayed</w:t>
            </w:r>
          </w:p>
        </w:tc>
      </w:tr>
      <w:tr w:rsidR="00495879" w14:paraId="30431FD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3A312D88" w14:textId="77777777" w:rsidR="00495879" w:rsidRDefault="00000000">
            <w:r>
              <w:lastRenderedPageBreak/>
              <w:t>**Profitable (EBITDA &gt;0)**</w:t>
            </w:r>
          </w:p>
        </w:tc>
        <w:tc>
          <w:tcPr>
            <w:tcW w:w="2880" w:type="dxa"/>
          </w:tcPr>
          <w:p w14:paraId="0BAC80D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 2028</w:t>
            </w:r>
          </w:p>
        </w:tc>
        <w:tc>
          <w:tcPr>
            <w:tcW w:w="2880" w:type="dxa"/>
          </w:tcPr>
          <w:p w14:paraId="73D7938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Business model validity questioned</w:t>
            </w:r>
          </w:p>
        </w:tc>
      </w:tr>
      <w:tr w:rsidR="00495879" w14:paraId="0347975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</w:tcPr>
          <w:p w14:paraId="1A2A7DAA" w14:textId="77777777" w:rsidR="00495879" w:rsidRDefault="00000000">
            <w:r>
              <w:t>**100 Clients**</w:t>
            </w:r>
          </w:p>
        </w:tc>
        <w:tc>
          <w:tcPr>
            <w:tcW w:w="2880" w:type="dxa"/>
          </w:tcPr>
          <w:p w14:paraId="6B23997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2028</w:t>
            </w:r>
          </w:p>
        </w:tc>
        <w:tc>
          <w:tcPr>
            <w:tcW w:w="2880" w:type="dxa"/>
          </w:tcPr>
          <w:p w14:paraId="4FC2E7E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Year 3 target missed, exit value lower</w:t>
            </w:r>
          </w:p>
        </w:tc>
      </w:tr>
    </w:tbl>
    <w:p w14:paraId="6C86635C" w14:textId="77777777" w:rsidR="00495879" w:rsidRDefault="00495879"/>
    <w:p w14:paraId="7A9EB070" w14:textId="77777777" w:rsidR="00495879" w:rsidRDefault="00000000">
      <w:r>
        <w:t>________________________________________________________________________________</w:t>
      </w:r>
    </w:p>
    <w:p w14:paraId="34E3BEBC" w14:textId="77777777" w:rsidR="00495879" w:rsidRDefault="00000000">
      <w:pPr>
        <w:pStyle w:val="Titre2"/>
      </w:pPr>
      <w:r>
        <w:t>📅 YEAR 1 (2026) - FOUNDATION</w:t>
      </w:r>
    </w:p>
    <w:p w14:paraId="20190A7D" w14:textId="77777777" w:rsidR="00495879" w:rsidRDefault="00000000">
      <w:pPr>
        <w:pStyle w:val="Titre3"/>
      </w:pPr>
      <w:r>
        <w:t>Theme: "Build, Launch, Validate"</w:t>
      </w:r>
    </w:p>
    <w:p w14:paraId="7BB42F3B" w14:textId="77777777" w:rsidR="00495879" w:rsidRDefault="00000000">
      <w:r>
        <w:rPr>
          <w:b/>
        </w:rPr>
        <w:t>Objectives</w:t>
      </w:r>
      <w:r>
        <w:t>:</w:t>
      </w:r>
    </w:p>
    <w:p w14:paraId="4A84D1C2" w14:textId="77777777" w:rsidR="00495879" w:rsidRDefault="00000000">
      <w:pPr>
        <w:pStyle w:val="Listenumros"/>
      </w:pPr>
      <w:r>
        <w:t>✅ Establish legal entity and operations</w:t>
      </w:r>
    </w:p>
    <w:p w14:paraId="646FEBE5" w14:textId="77777777" w:rsidR="00495879" w:rsidRDefault="00000000">
      <w:pPr>
        <w:pStyle w:val="Listenumros"/>
      </w:pPr>
      <w:r>
        <w:t>✅ Launch GBCM Hub platform (v1.0)</w:t>
      </w:r>
    </w:p>
    <w:p w14:paraId="34B9AA07" w14:textId="77777777" w:rsidR="00495879" w:rsidRDefault="00000000">
      <w:pPr>
        <w:pStyle w:val="Listenumros"/>
      </w:pPr>
      <w:r>
        <w:t>✅ Acquire 30 clients ($180K revenue)</w:t>
      </w:r>
    </w:p>
    <w:p w14:paraId="51BC8F5B" w14:textId="77777777" w:rsidR="00495879" w:rsidRDefault="00000000">
      <w:pPr>
        <w:pStyle w:val="Listenumros"/>
      </w:pPr>
      <w:r>
        <w:t>✅ Validate product-market fit (NPS 50+, 4.5+ rating)</w:t>
      </w:r>
    </w:p>
    <w:p w14:paraId="49D47478" w14:textId="77777777" w:rsidR="00495879" w:rsidRDefault="00000000">
      <w:pPr>
        <w:pStyle w:val="Listenumros"/>
      </w:pPr>
      <w:r>
        <w:t>✅ Build content library (50 modules, 20 blog posts)</w:t>
      </w:r>
    </w:p>
    <w:p w14:paraId="7684F456" w14:textId="77777777" w:rsidR="00495879" w:rsidRDefault="00000000">
      <w:r>
        <w:t>________________________________________________________________________________</w:t>
      </w:r>
    </w:p>
    <w:p w14:paraId="659E71CA" w14:textId="77777777" w:rsidR="00495879" w:rsidRDefault="00000000">
      <w:pPr>
        <w:pStyle w:val="Titre3"/>
      </w:pPr>
      <w:r>
        <w:t>Q1 2026 (Jan-Mar): LAUNCH</w:t>
      </w:r>
    </w:p>
    <w:p w14:paraId="0A80379D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293AE57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3E244B8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4A733A0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41853F9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2FE6183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67940F1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381117E" w14:textId="77777777" w:rsidR="00495879" w:rsidRDefault="00000000">
            <w:r>
              <w:t>**Form LLC (Delaware)**</w:t>
            </w:r>
          </w:p>
        </w:tc>
        <w:tc>
          <w:tcPr>
            <w:tcW w:w="2160" w:type="dxa"/>
          </w:tcPr>
          <w:p w14:paraId="1988E8C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Jan 15</w:t>
            </w:r>
          </w:p>
        </w:tc>
        <w:tc>
          <w:tcPr>
            <w:tcW w:w="2160" w:type="dxa"/>
          </w:tcPr>
          <w:p w14:paraId="3456607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0BEECE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Certificate of Formation filed</w:t>
            </w:r>
          </w:p>
        </w:tc>
      </w:tr>
      <w:tr w:rsidR="00495879" w14:paraId="20FA018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1310C3" w14:textId="77777777" w:rsidR="00495879" w:rsidRDefault="00000000">
            <w:r>
              <w:t>**Open Business Bank Account**</w:t>
            </w:r>
          </w:p>
        </w:tc>
        <w:tc>
          <w:tcPr>
            <w:tcW w:w="2160" w:type="dxa"/>
          </w:tcPr>
          <w:p w14:paraId="1476DFE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Jan 20</w:t>
            </w:r>
          </w:p>
        </w:tc>
        <w:tc>
          <w:tcPr>
            <w:tcW w:w="2160" w:type="dxa"/>
          </w:tcPr>
          <w:p w14:paraId="2F78A3A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422BAF8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Account active, $75K deposited</w:t>
            </w:r>
          </w:p>
        </w:tc>
      </w:tr>
      <w:tr w:rsidR="00495879" w14:paraId="7722ED5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218401A" w14:textId="77777777" w:rsidR="00495879" w:rsidRDefault="00000000">
            <w:r>
              <w:t>**Launch Website**</w:t>
            </w:r>
          </w:p>
        </w:tc>
        <w:tc>
          <w:tcPr>
            <w:tcW w:w="2160" w:type="dxa"/>
          </w:tcPr>
          <w:p w14:paraId="675FEC8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Jan 25</w:t>
            </w:r>
          </w:p>
        </w:tc>
        <w:tc>
          <w:tcPr>
            <w:tcW w:w="2160" w:type="dxa"/>
          </w:tcPr>
          <w:p w14:paraId="6602C58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1360798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Live at gbcm.com, 10 pages, &lt;2s load time</w:t>
            </w:r>
          </w:p>
        </w:tc>
      </w:tr>
      <w:tr w:rsidR="00495879" w14:paraId="40C4D01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1F7C60D" w14:textId="77777777" w:rsidR="00495879" w:rsidRDefault="00000000">
            <w:r>
              <w:t>**GBCM Hub Platform v1.0 Live**</w:t>
            </w:r>
          </w:p>
        </w:tc>
        <w:tc>
          <w:tcPr>
            <w:tcW w:w="2160" w:type="dxa"/>
          </w:tcPr>
          <w:p w14:paraId="6975910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Jan 31</w:t>
            </w:r>
          </w:p>
        </w:tc>
        <w:tc>
          <w:tcPr>
            <w:tcW w:w="2160" w:type="dxa"/>
          </w:tcPr>
          <w:p w14:paraId="5E4A7FA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6B0F308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 beta testers can log in, no critical bugs</w:t>
            </w:r>
          </w:p>
        </w:tc>
      </w:tr>
      <w:tr w:rsidR="00495879" w14:paraId="36C6FBB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96F7BFC" w14:textId="77777777" w:rsidR="00495879" w:rsidRDefault="00000000">
            <w:r>
              <w:t>**First Client Contract Signed**</w:t>
            </w:r>
          </w:p>
        </w:tc>
        <w:tc>
          <w:tcPr>
            <w:tcW w:w="2160" w:type="dxa"/>
          </w:tcPr>
          <w:p w14:paraId="24F461E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5</w:t>
            </w:r>
          </w:p>
        </w:tc>
        <w:tc>
          <w:tcPr>
            <w:tcW w:w="2160" w:type="dxa"/>
          </w:tcPr>
          <w:p w14:paraId="4E5C3E8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43D7543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$8,997+ contract, payment received</w:t>
            </w:r>
          </w:p>
        </w:tc>
      </w:tr>
      <w:tr w:rsidR="00495879" w14:paraId="27B2F6A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AB3F36D" w14:textId="77777777" w:rsidR="00495879" w:rsidRDefault="00000000">
            <w:r>
              <w:t>**AI Success Coach™ Beta Launch**</w:t>
            </w:r>
          </w:p>
        </w:tc>
        <w:tc>
          <w:tcPr>
            <w:tcW w:w="2160" w:type="dxa"/>
          </w:tcPr>
          <w:p w14:paraId="348E62C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Feb 15</w:t>
            </w:r>
          </w:p>
        </w:tc>
        <w:tc>
          <w:tcPr>
            <w:tcW w:w="2160" w:type="dxa"/>
          </w:tcPr>
          <w:p w14:paraId="55715A3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89FDB7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 users, 60% of questions answered correctly</w:t>
            </w:r>
          </w:p>
        </w:tc>
      </w:tr>
      <w:tr w:rsidR="00495879" w14:paraId="0AB3207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7ADA59C" w14:textId="77777777" w:rsidR="00495879" w:rsidRDefault="00000000">
            <w:r>
              <w:t>**First Workshop Delivered**</w:t>
            </w:r>
          </w:p>
        </w:tc>
        <w:tc>
          <w:tcPr>
            <w:tcW w:w="2160" w:type="dxa"/>
          </w:tcPr>
          <w:p w14:paraId="7BB720F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20</w:t>
            </w:r>
          </w:p>
        </w:tc>
        <w:tc>
          <w:tcPr>
            <w:tcW w:w="2160" w:type="dxa"/>
          </w:tcPr>
          <w:p w14:paraId="3B77C47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CBA1B3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10+ attendees, 4.0+ rating</w:t>
            </w:r>
          </w:p>
        </w:tc>
      </w:tr>
      <w:tr w:rsidR="00495879" w14:paraId="5668D87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4F05483" w14:textId="77777777" w:rsidR="00495879" w:rsidRDefault="00000000">
            <w:r>
              <w:t>**10 Clients Acquired**</w:t>
            </w:r>
          </w:p>
        </w:tc>
        <w:tc>
          <w:tcPr>
            <w:tcW w:w="2160" w:type="dxa"/>
          </w:tcPr>
          <w:p w14:paraId="62E6E7A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Mar 31</w:t>
            </w:r>
          </w:p>
        </w:tc>
        <w:tc>
          <w:tcPr>
            <w:tcW w:w="2160" w:type="dxa"/>
          </w:tcPr>
          <w:p w14:paraId="4F52B9A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33A830E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 active clients, $100K+ ARR</w:t>
            </w:r>
          </w:p>
        </w:tc>
      </w:tr>
    </w:tbl>
    <w:p w14:paraId="0F456989" w14:textId="77777777" w:rsidR="00495879" w:rsidRDefault="00495879"/>
    <w:p w14:paraId="74EE5C7F" w14:textId="77777777" w:rsidR="00495879" w:rsidRDefault="00000000">
      <w:r>
        <w:rPr>
          <w:b/>
        </w:rPr>
        <w:lastRenderedPageBreak/>
        <w:t>Revenue Target</w:t>
      </w:r>
      <w:r>
        <w:t>: $45,000 (Q1)</w:t>
      </w:r>
    </w:p>
    <w:p w14:paraId="775F6906" w14:textId="77777777" w:rsidR="00495879" w:rsidRDefault="00000000">
      <w:r>
        <w:rPr>
          <w:b/>
        </w:rPr>
        <w:t>Client Target</w:t>
      </w:r>
      <w:r>
        <w:t>: 10 clients</w:t>
      </w:r>
    </w:p>
    <w:p w14:paraId="224CF2CF" w14:textId="77777777" w:rsidR="00495879" w:rsidRDefault="00000000">
      <w:r>
        <w:rPr>
          <w:b/>
        </w:rPr>
        <w:t>Key Activities</w:t>
      </w:r>
      <w:r>
        <w:t>:</w:t>
      </w:r>
    </w:p>
    <w:p w14:paraId="7D0BAAC4" w14:textId="77777777" w:rsidR="00495879" w:rsidRDefault="00000000">
      <w:pPr>
        <w:pStyle w:val="Listepuces"/>
      </w:pPr>
      <w:r>
        <w:t>Week 1-2: Legal setup (LLC, EIN, bank account, insurance)</w:t>
      </w:r>
    </w:p>
    <w:p w14:paraId="43A30A8D" w14:textId="77777777" w:rsidR="00495879" w:rsidRDefault="00000000">
      <w:pPr>
        <w:pStyle w:val="Listepuces"/>
      </w:pPr>
      <w:r>
        <w:t>Week 3-4: Website launch + LinkedIn outreach (personal network)</w:t>
      </w:r>
    </w:p>
    <w:p w14:paraId="60D8AC0C" w14:textId="77777777" w:rsidR="00495879" w:rsidRDefault="00000000">
      <w:pPr>
        <w:pStyle w:val="Listepuces"/>
      </w:pPr>
      <w:r>
        <w:t>Week 5-8: Sales calls (discovery + strategy sessions), close first 5 clients</w:t>
      </w:r>
    </w:p>
    <w:p w14:paraId="734D269E" w14:textId="77777777" w:rsidR="00495879" w:rsidRDefault="00000000">
      <w:pPr>
        <w:pStyle w:val="Listepuces"/>
      </w:pPr>
      <w:r>
        <w:t>Week 9-12: Deliver first workshop, onboard clients, refine processes</w:t>
      </w:r>
    </w:p>
    <w:p w14:paraId="71CF6891" w14:textId="77777777" w:rsidR="00495879" w:rsidRDefault="00000000">
      <w:r>
        <w:rPr>
          <w:b/>
        </w:rPr>
        <w:t>Success Metrics</w:t>
      </w:r>
      <w:r>
        <w:t>:</w:t>
      </w:r>
    </w:p>
    <w:p w14:paraId="3CEB758B" w14:textId="77777777" w:rsidR="00495879" w:rsidRDefault="00000000">
      <w:pPr>
        <w:pStyle w:val="Listepuces"/>
      </w:pPr>
      <w:r>
        <w:t>✅ 10 clients ($100K ARR) = On track for $180K goal</w:t>
      </w:r>
    </w:p>
    <w:p w14:paraId="30091A82" w14:textId="77777777" w:rsidR="00495879" w:rsidRDefault="00000000">
      <w:pPr>
        <w:pStyle w:val="Listepuces"/>
      </w:pPr>
      <w:r>
        <w:t>✅ NPS 40+ (early adopters forgiving, but must see value)</w:t>
      </w:r>
    </w:p>
    <w:p w14:paraId="684AABDD" w14:textId="77777777" w:rsidR="00495879" w:rsidRDefault="00000000">
      <w:pPr>
        <w:pStyle w:val="Listepuces"/>
      </w:pPr>
      <w:r>
        <w:t>✅ Session rating 4.3+ (good, improving)</w:t>
      </w:r>
    </w:p>
    <w:p w14:paraId="13B037CC" w14:textId="77777777" w:rsidR="00495879" w:rsidRDefault="00000000">
      <w:pPr>
        <w:pStyle w:val="Listepuces"/>
      </w:pPr>
      <w:r>
        <w:t>✅ Founder sanity (working &lt;60 hours/week)</w:t>
      </w:r>
    </w:p>
    <w:p w14:paraId="6A593FE9" w14:textId="77777777" w:rsidR="00495879" w:rsidRDefault="00000000">
      <w:r>
        <w:t>________________________________________________________________________________</w:t>
      </w:r>
    </w:p>
    <w:p w14:paraId="7CF5AD53" w14:textId="77777777" w:rsidR="00495879" w:rsidRDefault="00000000">
      <w:pPr>
        <w:pStyle w:val="Titre3"/>
      </w:pPr>
      <w:r>
        <w:t>Q2 2026 (Apr-Jun): PRODUCT-MARKET FIT</w:t>
      </w:r>
    </w:p>
    <w:p w14:paraId="780747A1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4EEFFF9B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A53DCB4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0E46D0E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4DC96D9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437DDF6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3009A8D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82DB5F2" w14:textId="77777777" w:rsidR="00495879" w:rsidRDefault="00000000">
            <w:r>
              <w:t>**Hire Virtual Assistant**</w:t>
            </w:r>
          </w:p>
        </w:tc>
        <w:tc>
          <w:tcPr>
            <w:tcW w:w="2160" w:type="dxa"/>
          </w:tcPr>
          <w:p w14:paraId="3CAA008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Apr 1</w:t>
            </w:r>
          </w:p>
        </w:tc>
        <w:tc>
          <w:tcPr>
            <w:tcW w:w="2160" w:type="dxa"/>
          </w:tcPr>
          <w:p w14:paraId="60E3C97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1DB47C1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VA onboarded, handling 10h/week tasks</w:t>
            </w:r>
          </w:p>
        </w:tc>
      </w:tr>
      <w:tr w:rsidR="00495879" w14:paraId="12DAF48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D9E3CAE" w14:textId="77777777" w:rsidR="00495879" w:rsidRDefault="00000000">
            <w:r>
              <w:t>**20 Clients Total**</w:t>
            </w:r>
          </w:p>
        </w:tc>
        <w:tc>
          <w:tcPr>
            <w:tcW w:w="2160" w:type="dxa"/>
          </w:tcPr>
          <w:p w14:paraId="3A8AC87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793A1ED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45BD866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 active clients, $200K+ ARR</w:t>
            </w:r>
          </w:p>
        </w:tc>
      </w:tr>
      <w:tr w:rsidR="00495879" w14:paraId="08081EC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4E33B86" w14:textId="77777777" w:rsidR="00495879" w:rsidRDefault="00000000">
            <w:r>
              <w:t>**AI Coach v1.1** (Accuracy Upgrade)</w:t>
            </w:r>
          </w:p>
        </w:tc>
        <w:tc>
          <w:tcPr>
            <w:tcW w:w="2160" w:type="dxa"/>
          </w:tcPr>
          <w:p w14:paraId="4C6F802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 15</w:t>
            </w:r>
          </w:p>
        </w:tc>
        <w:tc>
          <w:tcPr>
            <w:tcW w:w="2160" w:type="dxa"/>
          </w:tcPr>
          <w:p w14:paraId="6C938D5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3A124A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75% accuracy (up from 60%)</w:t>
            </w:r>
          </w:p>
        </w:tc>
      </w:tr>
      <w:tr w:rsidR="00495879" w14:paraId="5E93E7D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A912809" w14:textId="77777777" w:rsidR="00495879" w:rsidRDefault="00000000">
            <w:r>
              <w:t>**Resource Library: 25 Modules**</w:t>
            </w:r>
          </w:p>
        </w:tc>
        <w:tc>
          <w:tcPr>
            <w:tcW w:w="2160" w:type="dxa"/>
          </w:tcPr>
          <w:p w14:paraId="6DB9AB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06E7AE6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VA</w:t>
            </w:r>
          </w:p>
        </w:tc>
        <w:tc>
          <w:tcPr>
            <w:tcW w:w="2160" w:type="dxa"/>
          </w:tcPr>
          <w:p w14:paraId="011A073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25 videos/docs uploaded, tagged, searchable</w:t>
            </w:r>
          </w:p>
        </w:tc>
      </w:tr>
      <w:tr w:rsidR="00495879" w14:paraId="3320F75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B318CDA" w14:textId="77777777" w:rsidR="00495879" w:rsidRDefault="00000000">
            <w:r>
              <w:t>**First Partnership Signed**</w:t>
            </w:r>
          </w:p>
        </w:tc>
        <w:tc>
          <w:tcPr>
            <w:tcW w:w="2160" w:type="dxa"/>
          </w:tcPr>
          <w:p w14:paraId="66F56E8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 30</w:t>
            </w:r>
          </w:p>
        </w:tc>
        <w:tc>
          <w:tcPr>
            <w:tcW w:w="2160" w:type="dxa"/>
          </w:tcPr>
          <w:p w14:paraId="709DD0B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15DB62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CPA or agency partner, referral agreement</w:t>
            </w:r>
          </w:p>
        </w:tc>
      </w:tr>
      <w:tr w:rsidR="00495879" w14:paraId="0F2C00C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2BCA47D" w14:textId="77777777" w:rsidR="00495879" w:rsidRDefault="00000000">
            <w:r>
              <w:t>**NPS Survey #1**</w:t>
            </w:r>
          </w:p>
        </w:tc>
        <w:tc>
          <w:tcPr>
            <w:tcW w:w="2160" w:type="dxa"/>
          </w:tcPr>
          <w:p w14:paraId="69FEFC8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Jun 15</w:t>
            </w:r>
          </w:p>
        </w:tc>
        <w:tc>
          <w:tcPr>
            <w:tcW w:w="2160" w:type="dxa"/>
          </w:tcPr>
          <w:p w14:paraId="762A3B2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4D2B3F6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Survey 20 clients, NPS 45+</w:t>
            </w:r>
          </w:p>
        </w:tc>
      </w:tr>
    </w:tbl>
    <w:p w14:paraId="26277CA9" w14:textId="77777777" w:rsidR="00495879" w:rsidRDefault="00495879"/>
    <w:p w14:paraId="53E61E1C" w14:textId="77777777" w:rsidR="00495879" w:rsidRDefault="00000000">
      <w:r>
        <w:rPr>
          <w:b/>
        </w:rPr>
        <w:t>Revenue Target</w:t>
      </w:r>
      <w:r>
        <w:t>: $60,000 (Q2)</w:t>
      </w:r>
    </w:p>
    <w:p w14:paraId="3E1DF349" w14:textId="77777777" w:rsidR="00495879" w:rsidRDefault="00000000">
      <w:r>
        <w:rPr>
          <w:b/>
        </w:rPr>
        <w:t>Client Target</w:t>
      </w:r>
      <w:r>
        <w:t>: +10 clients (20 total)</w:t>
      </w:r>
    </w:p>
    <w:p w14:paraId="1E0B0C91" w14:textId="77777777" w:rsidR="00495879" w:rsidRDefault="00000000">
      <w:r>
        <w:rPr>
          <w:b/>
        </w:rPr>
        <w:t>Key Activities</w:t>
      </w:r>
      <w:r>
        <w:t>:</w:t>
      </w:r>
    </w:p>
    <w:p w14:paraId="28EDD05F" w14:textId="77777777" w:rsidR="00495879" w:rsidRDefault="00000000">
      <w:pPr>
        <w:pStyle w:val="Listepuces"/>
      </w:pPr>
      <w:r>
        <w:t>Month 4: Hire VA, delegate admin tasks (free up 10h/week)</w:t>
      </w:r>
    </w:p>
    <w:p w14:paraId="465FA11B" w14:textId="77777777" w:rsidR="00495879" w:rsidRDefault="00000000">
      <w:pPr>
        <w:pStyle w:val="Listepuces"/>
      </w:pPr>
      <w:r>
        <w:lastRenderedPageBreak/>
        <w:t>Month 5: Launch first partnership (CPA or agency), co-host webinar</w:t>
      </w:r>
    </w:p>
    <w:p w14:paraId="5DB4656B" w14:textId="77777777" w:rsidR="00495879" w:rsidRDefault="00000000">
      <w:pPr>
        <w:pStyle w:val="Listepuces"/>
      </w:pPr>
      <w:r>
        <w:t>Month 6: Product iteration (based on client feedback, improve platform UX)</w:t>
      </w:r>
    </w:p>
    <w:p w14:paraId="6CA3A730" w14:textId="77777777" w:rsidR="00495879" w:rsidRDefault="00000000">
      <w:r>
        <w:rPr>
          <w:b/>
        </w:rPr>
        <w:t>Success Metrics</w:t>
      </w:r>
      <w:r>
        <w:t>:</w:t>
      </w:r>
    </w:p>
    <w:p w14:paraId="5D51DD2A" w14:textId="77777777" w:rsidR="00495879" w:rsidRDefault="00000000">
      <w:pPr>
        <w:pStyle w:val="Listepuces"/>
      </w:pPr>
      <w:r>
        <w:t>✅ 20 clients ($200K ARR) = 67% of Year 1 goal (ahead of pace!)</w:t>
      </w:r>
    </w:p>
    <w:p w14:paraId="289E707F" w14:textId="77777777" w:rsidR="00495879" w:rsidRDefault="00000000">
      <w:pPr>
        <w:pStyle w:val="Listepuces"/>
      </w:pPr>
      <w:r>
        <w:t>✅ NPS 45+ = Product-market fit emerging</w:t>
      </w:r>
    </w:p>
    <w:p w14:paraId="614E829D" w14:textId="77777777" w:rsidR="00495879" w:rsidRDefault="00000000">
      <w:pPr>
        <w:pStyle w:val="Listepuces"/>
      </w:pPr>
      <w:r>
        <w:t>✅ 75%+ client engagement (workshop attendance, platform logins)</w:t>
      </w:r>
    </w:p>
    <w:p w14:paraId="1BF5B002" w14:textId="77777777" w:rsidR="00495879" w:rsidRDefault="00000000">
      <w:pPr>
        <w:pStyle w:val="Listepuces"/>
      </w:pPr>
      <w:r>
        <w:t>✅ First referral (client refers peer = strong signal)</w:t>
      </w:r>
    </w:p>
    <w:p w14:paraId="3B6DF094" w14:textId="77777777" w:rsidR="00495879" w:rsidRDefault="00000000">
      <w:r>
        <w:t>________________________________________________________________________________</w:t>
      </w:r>
    </w:p>
    <w:p w14:paraId="03B32BEB" w14:textId="77777777" w:rsidR="00495879" w:rsidRDefault="00000000">
      <w:pPr>
        <w:pStyle w:val="Titre3"/>
      </w:pPr>
      <w:r>
        <w:t>Q3 2026 (Jul-Sep): SCALE MARKETING</w:t>
      </w:r>
    </w:p>
    <w:p w14:paraId="0BA89B29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0C63655E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E551DA1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025E8A0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7FE0D3A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6F257E1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187376D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C348A5C" w14:textId="77777777" w:rsidR="00495879" w:rsidRDefault="00000000">
            <w:r>
              <w:t>**25 Clients Total**</w:t>
            </w:r>
          </w:p>
        </w:tc>
        <w:tc>
          <w:tcPr>
            <w:tcW w:w="2160" w:type="dxa"/>
          </w:tcPr>
          <w:p w14:paraId="66ACC2A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0CB3D18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697A6B4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 active clients, $250K+ ARR</w:t>
            </w:r>
          </w:p>
        </w:tc>
      </w:tr>
      <w:tr w:rsidR="00495879" w14:paraId="23C0B061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0A1DD7C" w14:textId="77777777" w:rsidR="00495879" w:rsidRDefault="00000000">
            <w:r>
              <w:t>**Launch Podcast** ("The Scale Playbook")</w:t>
            </w:r>
          </w:p>
        </w:tc>
        <w:tc>
          <w:tcPr>
            <w:tcW w:w="2160" w:type="dxa"/>
          </w:tcPr>
          <w:p w14:paraId="7CBAA24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Aug 1</w:t>
            </w:r>
          </w:p>
        </w:tc>
        <w:tc>
          <w:tcPr>
            <w:tcW w:w="2160" w:type="dxa"/>
          </w:tcPr>
          <w:p w14:paraId="1EF1766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305764B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First 5 episodes live, 200 downloads/ep</w:t>
            </w:r>
          </w:p>
        </w:tc>
      </w:tr>
      <w:tr w:rsidR="00495879" w14:paraId="6331ECB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23B4D89" w14:textId="77777777" w:rsidR="00495879" w:rsidRDefault="00000000">
            <w:r>
              <w:t>**LinkedIn Followers: 5,000**</w:t>
            </w:r>
          </w:p>
        </w:tc>
        <w:tc>
          <w:tcPr>
            <w:tcW w:w="2160" w:type="dxa"/>
          </w:tcPr>
          <w:p w14:paraId="281A418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124FEFA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1FAA4BF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Grow from 1,000 → 5,000 (organic + ads)</w:t>
            </w:r>
          </w:p>
        </w:tc>
      </w:tr>
      <w:tr w:rsidR="00495879" w14:paraId="65BCAA4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D533772" w14:textId="77777777" w:rsidR="00495879" w:rsidRDefault="00000000">
            <w:r>
              <w:t>**Email List: 1,000 Subscribers**</w:t>
            </w:r>
          </w:p>
        </w:tc>
        <w:tc>
          <w:tcPr>
            <w:tcW w:w="2160" w:type="dxa"/>
          </w:tcPr>
          <w:p w14:paraId="4C82D9C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52E92DB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VA</w:t>
            </w:r>
          </w:p>
        </w:tc>
        <w:tc>
          <w:tcPr>
            <w:tcW w:w="2160" w:type="dxa"/>
          </w:tcPr>
          <w:p w14:paraId="568C76F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Lead magnets, webinars, blog opt-ins</w:t>
            </w:r>
          </w:p>
        </w:tc>
      </w:tr>
      <w:tr w:rsidR="00495879" w14:paraId="61CA73C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1DC9F97" w14:textId="77777777" w:rsidR="00495879" w:rsidRDefault="00000000">
            <w:r>
              <w:t>**Content: 50 Blog Posts Published**</w:t>
            </w:r>
          </w:p>
        </w:tc>
        <w:tc>
          <w:tcPr>
            <w:tcW w:w="2160" w:type="dxa"/>
          </w:tcPr>
          <w:p w14:paraId="57E30FC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3CE0969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0EFED8A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2/week × 26 weeks = 52 posts (SEO foundation)</w:t>
            </w:r>
          </w:p>
        </w:tc>
      </w:tr>
      <w:tr w:rsidR="00495879" w14:paraId="1A727F4E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EC895D3" w14:textId="77777777" w:rsidR="00495879" w:rsidRDefault="00000000">
            <w:r>
              <w:t>**First In-Person Event**</w:t>
            </w:r>
          </w:p>
        </w:tc>
        <w:tc>
          <w:tcPr>
            <w:tcW w:w="2160" w:type="dxa"/>
          </w:tcPr>
          <w:p w14:paraId="602895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Aug 15</w:t>
            </w:r>
          </w:p>
        </w:tc>
        <w:tc>
          <w:tcPr>
            <w:tcW w:w="2160" w:type="dxa"/>
          </w:tcPr>
          <w:p w14:paraId="0FEE8FF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4E1519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12+ attendees, 1-2 clients closed</w:t>
            </w:r>
          </w:p>
        </w:tc>
      </w:tr>
    </w:tbl>
    <w:p w14:paraId="358A852A" w14:textId="77777777" w:rsidR="00495879" w:rsidRDefault="00495879"/>
    <w:p w14:paraId="1E236E15" w14:textId="77777777" w:rsidR="00495879" w:rsidRDefault="00000000">
      <w:r>
        <w:rPr>
          <w:b/>
        </w:rPr>
        <w:t>Revenue Target</w:t>
      </w:r>
      <w:r>
        <w:t>: $75,000 (Q3)</w:t>
      </w:r>
    </w:p>
    <w:p w14:paraId="5042DC97" w14:textId="77777777" w:rsidR="00495879" w:rsidRDefault="00000000">
      <w:r>
        <w:rPr>
          <w:b/>
        </w:rPr>
        <w:t>Client Target</w:t>
      </w:r>
      <w:r>
        <w:t>: +5 clients (25 total)</w:t>
      </w:r>
    </w:p>
    <w:p w14:paraId="30157934" w14:textId="77777777" w:rsidR="00495879" w:rsidRDefault="00000000">
      <w:r>
        <w:rPr>
          <w:b/>
        </w:rPr>
        <w:t>Key Activities</w:t>
      </w:r>
      <w:r>
        <w:t>:</w:t>
      </w:r>
    </w:p>
    <w:p w14:paraId="42D78C64" w14:textId="77777777" w:rsidR="00495879" w:rsidRDefault="00000000">
      <w:pPr>
        <w:pStyle w:val="Listepuces"/>
      </w:pPr>
      <w:r>
        <w:t>Month 7: Launch podcast (interview 2 clients + 2 industry experts)</w:t>
      </w:r>
    </w:p>
    <w:p w14:paraId="6231C3A0" w14:textId="77777777" w:rsidR="00495879" w:rsidRDefault="00000000">
      <w:pPr>
        <w:pStyle w:val="Listepuces"/>
      </w:pPr>
      <w:r>
        <w:t>Month 8: Host first in-person workshop (local market)</w:t>
      </w:r>
    </w:p>
    <w:p w14:paraId="2A2AAF29" w14:textId="77777777" w:rsidR="00495879" w:rsidRDefault="00000000">
      <w:pPr>
        <w:pStyle w:val="Listepuces"/>
      </w:pPr>
      <w:r>
        <w:t>Month 9: Scale LinkedIn ads (double budget to $2,000/month)</w:t>
      </w:r>
    </w:p>
    <w:p w14:paraId="428E9029" w14:textId="77777777" w:rsidR="00495879" w:rsidRDefault="00000000">
      <w:r>
        <w:rPr>
          <w:b/>
        </w:rPr>
        <w:t>Success Metrics</w:t>
      </w:r>
      <w:r>
        <w:t>:</w:t>
      </w:r>
    </w:p>
    <w:p w14:paraId="723D4DAF" w14:textId="77777777" w:rsidR="00495879" w:rsidRDefault="00000000">
      <w:pPr>
        <w:pStyle w:val="Listepuces"/>
      </w:pPr>
      <w:r>
        <w:t>✅ 25 clients = 83% of Year 1 goal (confident in hitting 30 by Dec)</w:t>
      </w:r>
    </w:p>
    <w:p w14:paraId="34DA15C8" w14:textId="77777777" w:rsidR="00495879" w:rsidRDefault="00000000">
      <w:pPr>
        <w:pStyle w:val="Listepuces"/>
      </w:pPr>
      <w:r>
        <w:lastRenderedPageBreak/>
        <w:t>✅ Content engine running (2 posts/week, podcast bi-weekly)</w:t>
      </w:r>
    </w:p>
    <w:p w14:paraId="2D826004" w14:textId="77777777" w:rsidR="00495879" w:rsidRDefault="00000000">
      <w:pPr>
        <w:pStyle w:val="Listepuces"/>
      </w:pPr>
      <w:r>
        <w:t>✅ Organic traffic 500+/month (SEO starting to work)</w:t>
      </w:r>
    </w:p>
    <w:p w14:paraId="7DAA426E" w14:textId="77777777" w:rsidR="00495879" w:rsidRDefault="00000000">
      <w:pPr>
        <w:pStyle w:val="Listepuces"/>
      </w:pPr>
      <w:r>
        <w:t>✅ CAC &lt;$2,500 (efficient acquisition)</w:t>
      </w:r>
    </w:p>
    <w:p w14:paraId="07C37305" w14:textId="77777777" w:rsidR="00495879" w:rsidRDefault="00000000">
      <w:r>
        <w:t>________________________________________________________________________________</w:t>
      </w:r>
    </w:p>
    <w:p w14:paraId="7020406F" w14:textId="77777777" w:rsidR="00495879" w:rsidRDefault="00000000">
      <w:pPr>
        <w:pStyle w:val="Titre3"/>
      </w:pPr>
      <w:r>
        <w:t>Q4 2026 (Oct-Dec): HIT TARGET</w:t>
      </w:r>
    </w:p>
    <w:p w14:paraId="2054D651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247F0A05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1AE9BCB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529BA7B1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387D0F5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30C22E8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5410070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8B01EA9" w14:textId="77777777" w:rsidR="00495879" w:rsidRDefault="00000000">
            <w:r>
              <w:t>**30 Clients (YEAR 1 TARGET!)**</w:t>
            </w:r>
          </w:p>
        </w:tc>
        <w:tc>
          <w:tcPr>
            <w:tcW w:w="2160" w:type="dxa"/>
          </w:tcPr>
          <w:p w14:paraId="5794FFC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0A24581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2F54676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 active clients, $180K ARR ✅</w:t>
            </w:r>
          </w:p>
        </w:tc>
      </w:tr>
      <w:tr w:rsidR="00495879" w14:paraId="008919B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5EB6ABF" w14:textId="77777777" w:rsidR="00495879" w:rsidRDefault="00000000">
            <w:r>
              <w:t>**NPS 50+**</w:t>
            </w:r>
          </w:p>
        </w:tc>
        <w:tc>
          <w:tcPr>
            <w:tcW w:w="2160" w:type="dxa"/>
          </w:tcPr>
          <w:p w14:paraId="336ADFE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15</w:t>
            </w:r>
          </w:p>
        </w:tc>
        <w:tc>
          <w:tcPr>
            <w:tcW w:w="2160" w:type="dxa"/>
          </w:tcPr>
          <w:p w14:paraId="261B80F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082EA55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Survey all clients, NPS 50+ (world-class)</w:t>
            </w:r>
          </w:p>
        </w:tc>
      </w:tr>
      <w:tr w:rsidR="00495879" w14:paraId="48391DF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6ACAD5E" w14:textId="77777777" w:rsidR="00495879" w:rsidRDefault="00000000">
            <w:r>
              <w:t>**Renewal Rate 80%+**</w:t>
            </w:r>
          </w:p>
        </w:tc>
        <w:tc>
          <w:tcPr>
            <w:tcW w:w="2160" w:type="dxa"/>
          </w:tcPr>
          <w:p w14:paraId="4983BCD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5DF0C40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89D5E5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First cohort renews (Jan 2026 clients → Jan 2027)</w:t>
            </w:r>
          </w:p>
        </w:tc>
      </w:tr>
      <w:tr w:rsidR="00495879" w14:paraId="7EACBF2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23FC8BA" w14:textId="77777777" w:rsidR="00495879" w:rsidRDefault="00000000">
            <w:r>
              <w:t>**GBCM Hub: 95% Uptime**</w:t>
            </w:r>
          </w:p>
        </w:tc>
        <w:tc>
          <w:tcPr>
            <w:tcW w:w="2160" w:type="dxa"/>
          </w:tcPr>
          <w:p w14:paraId="7404574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6595BC4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3C64B62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Reliable platform, &lt;5% downtime</w:t>
            </w:r>
          </w:p>
        </w:tc>
      </w:tr>
      <w:tr w:rsidR="00495879" w14:paraId="50E1812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42DEB7F" w14:textId="77777777" w:rsidR="00495879" w:rsidRDefault="00000000">
            <w:r>
              <w:t>**AI Coach: 2,000 Conversations**</w:t>
            </w:r>
          </w:p>
        </w:tc>
        <w:tc>
          <w:tcPr>
            <w:tcW w:w="2160" w:type="dxa"/>
          </w:tcPr>
          <w:p w14:paraId="30B0471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75A53DE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System</w:t>
            </w:r>
          </w:p>
        </w:tc>
        <w:tc>
          <w:tcPr>
            <w:tcW w:w="2160" w:type="dxa"/>
          </w:tcPr>
          <w:p w14:paraId="5F440E3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Clients actively using AI (scale test)</w:t>
            </w:r>
          </w:p>
        </w:tc>
      </w:tr>
      <w:tr w:rsidR="00495879" w14:paraId="250ED9D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625CCED" w14:textId="77777777" w:rsidR="00495879" w:rsidRDefault="00000000">
            <w:r>
              <w:t>**Year-End Financial Close**</w:t>
            </w:r>
          </w:p>
        </w:tc>
        <w:tc>
          <w:tcPr>
            <w:tcW w:w="2160" w:type="dxa"/>
          </w:tcPr>
          <w:p w14:paraId="23338CA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0BA85D9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CPA</w:t>
            </w:r>
          </w:p>
        </w:tc>
        <w:tc>
          <w:tcPr>
            <w:tcW w:w="2160" w:type="dxa"/>
          </w:tcPr>
          <w:p w14:paraId="551BC2D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P&amp;L, balance sheet, cash flow finalized</w:t>
            </w:r>
          </w:p>
        </w:tc>
      </w:tr>
      <w:tr w:rsidR="00495879" w14:paraId="0A850AB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5C90E16" w14:textId="77777777" w:rsidR="00495879" w:rsidRDefault="00000000">
            <w:r>
              <w:t>**2027 Strategic Plan**</w:t>
            </w:r>
          </w:p>
        </w:tc>
        <w:tc>
          <w:tcPr>
            <w:tcW w:w="2160" w:type="dxa"/>
          </w:tcPr>
          <w:p w14:paraId="4D2E462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15</w:t>
            </w:r>
          </w:p>
        </w:tc>
        <w:tc>
          <w:tcPr>
            <w:tcW w:w="2160" w:type="dxa"/>
          </w:tcPr>
          <w:p w14:paraId="0346DA3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502DDD0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OKRs, budget, hiring plan for Year 2</w:t>
            </w:r>
          </w:p>
        </w:tc>
      </w:tr>
    </w:tbl>
    <w:p w14:paraId="2CFA0A85" w14:textId="77777777" w:rsidR="00495879" w:rsidRDefault="00495879"/>
    <w:p w14:paraId="0F724E96" w14:textId="77777777" w:rsidR="00495879" w:rsidRDefault="00000000">
      <w:r>
        <w:rPr>
          <w:b/>
        </w:rPr>
        <w:t>Revenue Target</w:t>
      </w:r>
      <w:r>
        <w:t>: $180,000 (Year 1 total)</w:t>
      </w:r>
    </w:p>
    <w:p w14:paraId="2F3D81CC" w14:textId="77777777" w:rsidR="00495879" w:rsidRDefault="00000000">
      <w:r>
        <w:rPr>
          <w:b/>
        </w:rPr>
        <w:t>Client Target</w:t>
      </w:r>
      <w:r>
        <w:t>: +5 clients (30 total)</w:t>
      </w:r>
    </w:p>
    <w:p w14:paraId="65A93684" w14:textId="77777777" w:rsidR="00495879" w:rsidRDefault="00000000">
      <w:r>
        <w:rPr>
          <w:b/>
        </w:rPr>
        <w:t>Key Activities</w:t>
      </w:r>
      <w:r>
        <w:t>:</w:t>
      </w:r>
    </w:p>
    <w:p w14:paraId="279D43C4" w14:textId="77777777" w:rsidR="00495879" w:rsidRDefault="00000000">
      <w:pPr>
        <w:pStyle w:val="Listepuces"/>
      </w:pPr>
      <w:r>
        <w:t>Month 10: Q4 planning workshops (help clients plan 2027, showcase value)</w:t>
      </w:r>
    </w:p>
    <w:p w14:paraId="573D7990" w14:textId="77777777" w:rsidR="00495879" w:rsidRDefault="00000000">
      <w:pPr>
        <w:pStyle w:val="Listepuces"/>
      </w:pPr>
      <w:r>
        <w:t>Month 11: Black Friday offer (drive year-end urgency)</w:t>
      </w:r>
    </w:p>
    <w:p w14:paraId="6C6D6E77" w14:textId="77777777" w:rsidR="00495879" w:rsidRDefault="00000000">
      <w:pPr>
        <w:pStyle w:val="Listepuces"/>
      </w:pPr>
      <w:r>
        <w:t>Month 12: Reflect, plan, celebrate (founder takes 2 weeks off - first real break!)</w:t>
      </w:r>
    </w:p>
    <w:p w14:paraId="3D33AD50" w14:textId="77777777" w:rsidR="00495879" w:rsidRDefault="00000000">
      <w:r>
        <w:rPr>
          <w:b/>
        </w:rPr>
        <w:t>Success Metrics</w:t>
      </w:r>
      <w:r>
        <w:t>:</w:t>
      </w:r>
    </w:p>
    <w:p w14:paraId="028CA710" w14:textId="77777777" w:rsidR="00495879" w:rsidRDefault="00000000">
      <w:pPr>
        <w:pStyle w:val="Listepuces"/>
      </w:pPr>
      <w:r>
        <w:t>✅ 30 clients ($180K ARR) = **YEAR 1 GOAL ACHIEVED** 🎉</w:t>
      </w:r>
    </w:p>
    <w:p w14:paraId="68F1D1D9" w14:textId="77777777" w:rsidR="00495879" w:rsidRDefault="00000000">
      <w:pPr>
        <w:pStyle w:val="Listepuces"/>
      </w:pPr>
      <w:r>
        <w:t>✅ NPS 50+ = Clients love us (referrals will come)</w:t>
      </w:r>
    </w:p>
    <w:p w14:paraId="200C6527" w14:textId="77777777" w:rsidR="00495879" w:rsidRDefault="00000000">
      <w:pPr>
        <w:pStyle w:val="Listepuces"/>
      </w:pPr>
      <w:r>
        <w:t>✅ 80% renewal = Business model validated</w:t>
      </w:r>
    </w:p>
    <w:p w14:paraId="16914231" w14:textId="77777777" w:rsidR="00495879" w:rsidRDefault="00000000">
      <w:pPr>
        <w:pStyle w:val="Listepuces"/>
      </w:pPr>
      <w:r>
        <w:t>✅ Ending cash $2,800 = Survived Year 1 (tight but viable)</w:t>
      </w:r>
    </w:p>
    <w:p w14:paraId="5DA50E0B" w14:textId="77777777" w:rsidR="00495879" w:rsidRDefault="00000000">
      <w:r>
        <w:t>________________________________________________________________________________</w:t>
      </w:r>
    </w:p>
    <w:p w14:paraId="20189756" w14:textId="77777777" w:rsidR="00495879" w:rsidRDefault="00000000">
      <w:pPr>
        <w:pStyle w:val="Titre2"/>
      </w:pPr>
      <w:r>
        <w:lastRenderedPageBreak/>
        <w:t>📈 YEAR 2 (2027) - SCALE</w:t>
      </w:r>
    </w:p>
    <w:p w14:paraId="6A7281D3" w14:textId="77777777" w:rsidR="00495879" w:rsidRDefault="00000000">
      <w:pPr>
        <w:pStyle w:val="Titre3"/>
      </w:pPr>
      <w:r>
        <w:t>Theme: "Team Up, Cash Flow Positive, Double Capacity"</w:t>
      </w:r>
    </w:p>
    <w:p w14:paraId="45EB75B6" w14:textId="77777777" w:rsidR="00495879" w:rsidRDefault="00000000">
      <w:r>
        <w:rPr>
          <w:b/>
        </w:rPr>
        <w:t>Objectives</w:t>
      </w:r>
      <w:r>
        <w:t>:</w:t>
      </w:r>
    </w:p>
    <w:p w14:paraId="750F9CD5" w14:textId="77777777" w:rsidR="00495879" w:rsidRDefault="00000000">
      <w:pPr>
        <w:pStyle w:val="Listenumros"/>
      </w:pPr>
      <w:r>
        <w:t>✅ Hire Sales Manager + Senior Coach (team of 3.5 FTE)</w:t>
      </w:r>
    </w:p>
    <w:p w14:paraId="73008FC9" w14:textId="77777777" w:rsidR="00495879" w:rsidRDefault="00000000">
      <w:pPr>
        <w:pStyle w:val="Listenumros"/>
      </w:pPr>
      <w:r>
        <w:t>✅ Achieve cashflow positive (Month 18, June 2027)</w:t>
      </w:r>
    </w:p>
    <w:p w14:paraId="77990E53" w14:textId="77777777" w:rsidR="00495879" w:rsidRDefault="00000000">
      <w:pPr>
        <w:pStyle w:val="Listenumros"/>
      </w:pPr>
      <w:r>
        <w:t>✅ Acquire 33 new clients (63 total, $420K revenue)</w:t>
      </w:r>
    </w:p>
    <w:p w14:paraId="45C76D2E" w14:textId="77777777" w:rsidR="00495879" w:rsidRDefault="00000000">
      <w:pPr>
        <w:pStyle w:val="Listenumros"/>
      </w:pPr>
      <w:r>
        <w:t>✅ Build cash reserves ($122K by EOY)</w:t>
      </w:r>
    </w:p>
    <w:p w14:paraId="0EB44E43" w14:textId="77777777" w:rsidR="00495879" w:rsidRDefault="00000000">
      <w:pPr>
        <w:pStyle w:val="Listenumros"/>
      </w:pPr>
      <w:r>
        <w:t>✅ Launch advanced AI Coach v2.0 (voice interface)</w:t>
      </w:r>
    </w:p>
    <w:p w14:paraId="362B1DEF" w14:textId="77777777" w:rsidR="00495879" w:rsidRDefault="00000000">
      <w:r>
        <w:t>________________________________________________________________________________</w:t>
      </w:r>
    </w:p>
    <w:p w14:paraId="2F281924" w14:textId="77777777" w:rsidR="00495879" w:rsidRDefault="00000000">
      <w:pPr>
        <w:pStyle w:val="Titre3"/>
      </w:pPr>
      <w:r>
        <w:t>Q1 2027 (Jan-Mar): BUILD TEAM</w:t>
      </w:r>
    </w:p>
    <w:p w14:paraId="30594036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69E750F3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B01320E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27EA262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5CC61203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35ADDC4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1CDB703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A1961FA" w14:textId="77777777" w:rsidR="00495879" w:rsidRDefault="00000000">
            <w:r>
              <w:t>**Hire Sales Manager** (0.5 FTE)</w:t>
            </w:r>
          </w:p>
        </w:tc>
        <w:tc>
          <w:tcPr>
            <w:tcW w:w="2160" w:type="dxa"/>
          </w:tcPr>
          <w:p w14:paraId="6AD09CA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Feb 1</w:t>
            </w:r>
          </w:p>
        </w:tc>
        <w:tc>
          <w:tcPr>
            <w:tcW w:w="2160" w:type="dxa"/>
          </w:tcPr>
          <w:p w14:paraId="6016443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514345D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Hired, onboarded, conducting discovery calls</w:t>
            </w:r>
          </w:p>
        </w:tc>
      </w:tr>
      <w:tr w:rsidR="00495879" w14:paraId="48387B9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96C0A41" w14:textId="77777777" w:rsidR="00495879" w:rsidRDefault="00000000">
            <w:r>
              <w:t>**Promote VA → Ops Manager** (FT)</w:t>
            </w:r>
          </w:p>
        </w:tc>
        <w:tc>
          <w:tcPr>
            <w:tcW w:w="2160" w:type="dxa"/>
          </w:tcPr>
          <w:p w14:paraId="30D21C2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Jan 15</w:t>
            </w:r>
          </w:p>
        </w:tc>
        <w:tc>
          <w:tcPr>
            <w:tcW w:w="2160" w:type="dxa"/>
          </w:tcPr>
          <w:p w14:paraId="078EFB6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134E91B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Salary increase, new responsibilities defined</w:t>
            </w:r>
          </w:p>
        </w:tc>
      </w:tr>
      <w:tr w:rsidR="00495879" w14:paraId="522BCB6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9E9F120" w14:textId="77777777" w:rsidR="00495879" w:rsidRDefault="00000000">
            <w:r>
              <w:t>**35 Clients Total**</w:t>
            </w:r>
          </w:p>
        </w:tc>
        <w:tc>
          <w:tcPr>
            <w:tcW w:w="2160" w:type="dxa"/>
          </w:tcPr>
          <w:p w14:paraId="5ED424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 31</w:t>
            </w:r>
          </w:p>
        </w:tc>
        <w:tc>
          <w:tcPr>
            <w:tcW w:w="2160" w:type="dxa"/>
          </w:tcPr>
          <w:p w14:paraId="0B9B682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Sales Mgr</w:t>
            </w:r>
          </w:p>
        </w:tc>
        <w:tc>
          <w:tcPr>
            <w:tcW w:w="2160" w:type="dxa"/>
          </w:tcPr>
          <w:p w14:paraId="63F892F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+5 new clients (30 → 35)</w:t>
            </w:r>
          </w:p>
        </w:tc>
      </w:tr>
      <w:tr w:rsidR="00495879" w14:paraId="4BAD297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527F46E" w14:textId="77777777" w:rsidR="00495879" w:rsidRDefault="00000000">
            <w:r>
              <w:t>**Implement CRM (HubSpot Pro)**</w:t>
            </w:r>
          </w:p>
        </w:tc>
        <w:tc>
          <w:tcPr>
            <w:tcW w:w="2160" w:type="dxa"/>
          </w:tcPr>
          <w:p w14:paraId="18D9060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Feb 15</w:t>
            </w:r>
          </w:p>
        </w:tc>
        <w:tc>
          <w:tcPr>
            <w:tcW w:w="2160" w:type="dxa"/>
          </w:tcPr>
          <w:p w14:paraId="58C88A3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Ops Mgr</w:t>
            </w:r>
          </w:p>
        </w:tc>
        <w:tc>
          <w:tcPr>
            <w:tcW w:w="2160" w:type="dxa"/>
          </w:tcPr>
          <w:p w14:paraId="206B33C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All leads, clients, pipeline tracked</w:t>
            </w:r>
          </w:p>
        </w:tc>
      </w:tr>
      <w:tr w:rsidR="00495879" w14:paraId="65CF815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D1B7B9D" w14:textId="77777777" w:rsidR="00495879" w:rsidRDefault="00000000">
            <w:r>
              <w:t>**Launch AI Coach v2.0** (Voice)</w:t>
            </w:r>
          </w:p>
        </w:tc>
        <w:tc>
          <w:tcPr>
            <w:tcW w:w="2160" w:type="dxa"/>
          </w:tcPr>
          <w:p w14:paraId="32620C4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 1</w:t>
            </w:r>
          </w:p>
        </w:tc>
        <w:tc>
          <w:tcPr>
            <w:tcW w:w="2160" w:type="dxa"/>
          </w:tcPr>
          <w:p w14:paraId="767DDC4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557788F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Whisper API integrated, 10% of users try voice</w:t>
            </w:r>
          </w:p>
        </w:tc>
      </w:tr>
    </w:tbl>
    <w:p w14:paraId="64A0E2BB" w14:textId="77777777" w:rsidR="00495879" w:rsidRDefault="00495879"/>
    <w:p w14:paraId="0B2705C4" w14:textId="77777777" w:rsidR="00495879" w:rsidRDefault="00000000">
      <w:r>
        <w:rPr>
          <w:b/>
        </w:rPr>
        <w:t>Revenue Target</w:t>
      </w:r>
      <w:r>
        <w:t>: $95,000 (Q1)</w:t>
      </w:r>
    </w:p>
    <w:p w14:paraId="7314DDE8" w14:textId="77777777" w:rsidR="00495879" w:rsidRDefault="00000000">
      <w:r>
        <w:rPr>
          <w:b/>
        </w:rPr>
        <w:t>Client Target</w:t>
      </w:r>
      <w:r>
        <w:t>: +5 clients (35 total)</w:t>
      </w:r>
    </w:p>
    <w:p w14:paraId="029205D8" w14:textId="77777777" w:rsidR="00495879" w:rsidRDefault="00000000">
      <w:r>
        <w:rPr>
          <w:b/>
        </w:rPr>
        <w:t>Key Activities</w:t>
      </w:r>
      <w:r>
        <w:t>:</w:t>
      </w:r>
    </w:p>
    <w:p w14:paraId="36F6ECFC" w14:textId="77777777" w:rsidR="00495879" w:rsidRDefault="00000000">
      <w:pPr>
        <w:pStyle w:val="Listepuces"/>
      </w:pPr>
      <w:r>
        <w:t>Month 1: Hire Sales Manager (recruit, interview, onboard)</w:t>
      </w:r>
    </w:p>
    <w:p w14:paraId="39EE5E42" w14:textId="77777777" w:rsidR="00495879" w:rsidRDefault="00000000">
      <w:pPr>
        <w:pStyle w:val="Listepuces"/>
      </w:pPr>
      <w:r>
        <w:t>Month 2: Sales Manager takes over 50% of discovery calls</w:t>
      </w:r>
    </w:p>
    <w:p w14:paraId="08A2EB3D" w14:textId="77777777" w:rsidR="00495879" w:rsidRDefault="00000000">
      <w:pPr>
        <w:pStyle w:val="Listepuces"/>
      </w:pPr>
      <w:r>
        <w:t>Month 3: Ops Manager streamlines operations (automate invoicing, reporting)</w:t>
      </w:r>
    </w:p>
    <w:p w14:paraId="6D272DCB" w14:textId="77777777" w:rsidR="00495879" w:rsidRDefault="00000000">
      <w:r>
        <w:rPr>
          <w:b/>
        </w:rPr>
        <w:t>Success Metrics</w:t>
      </w:r>
      <w:r>
        <w:t>:</w:t>
      </w:r>
    </w:p>
    <w:p w14:paraId="1314AC26" w14:textId="77777777" w:rsidR="00495879" w:rsidRDefault="00000000">
      <w:pPr>
        <w:pStyle w:val="Listepuces"/>
      </w:pPr>
      <w:r>
        <w:t>✅ Sales Manager closes 2 clients (validates hire)</w:t>
      </w:r>
    </w:p>
    <w:p w14:paraId="1B1CFAC2" w14:textId="77777777" w:rsidR="00495879" w:rsidRDefault="00000000">
      <w:pPr>
        <w:pStyle w:val="Listepuces"/>
      </w:pPr>
      <w:r>
        <w:t>✅ Founder time: 40% delivery, 30% sales, 20% CEO, 10% other (delegating)</w:t>
      </w:r>
    </w:p>
    <w:p w14:paraId="41CCACDC" w14:textId="77777777" w:rsidR="00495879" w:rsidRDefault="00000000">
      <w:pPr>
        <w:pStyle w:val="Listepuces"/>
      </w:pPr>
      <w:r>
        <w:lastRenderedPageBreak/>
        <w:t>✅ Revenue on track ($95K Q1 = 23% of $420K annual goal)</w:t>
      </w:r>
    </w:p>
    <w:p w14:paraId="6410393B" w14:textId="77777777" w:rsidR="00495879" w:rsidRDefault="00000000">
      <w:r>
        <w:t>________________________________________________________________________________</w:t>
      </w:r>
    </w:p>
    <w:p w14:paraId="5D7066F2" w14:textId="77777777" w:rsidR="00495879" w:rsidRDefault="00000000">
      <w:pPr>
        <w:pStyle w:val="Titre3"/>
      </w:pPr>
      <w:r>
        <w:t>Q2 2027 (Apr-Jun): CASHFLOW POSITIVE</w:t>
      </w:r>
    </w:p>
    <w:p w14:paraId="3C2A3BF0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5CFEA678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B4A40DA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2AA6BCC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59A58A2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3EB265F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1665694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0453F75" w14:textId="77777777" w:rsidR="00495879" w:rsidRDefault="00000000">
            <w:r>
              <w:t>**45 Clients Total**</w:t>
            </w:r>
          </w:p>
        </w:tc>
        <w:tc>
          <w:tcPr>
            <w:tcW w:w="2160" w:type="dxa"/>
          </w:tcPr>
          <w:p w14:paraId="6BA03AA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7CF6052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Sales Mgr</w:t>
            </w:r>
          </w:p>
        </w:tc>
        <w:tc>
          <w:tcPr>
            <w:tcW w:w="2160" w:type="dxa"/>
          </w:tcPr>
          <w:p w14:paraId="052FD0A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+10 new clients (35 → 45)</w:t>
            </w:r>
          </w:p>
        </w:tc>
      </w:tr>
      <w:tr w:rsidR="00495879" w14:paraId="438746B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844F89" w14:textId="77777777" w:rsidR="00495879" w:rsidRDefault="00000000">
            <w:r>
              <w:t>**CASHFLOW POSITIVE!**</w:t>
            </w:r>
          </w:p>
        </w:tc>
        <w:tc>
          <w:tcPr>
            <w:tcW w:w="2160" w:type="dxa"/>
          </w:tcPr>
          <w:p w14:paraId="2DEC21F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56DF1F5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48C187E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Monthly revenue &gt; monthly expenses (+$1K+ net)</w:t>
            </w:r>
          </w:p>
        </w:tc>
      </w:tr>
      <w:tr w:rsidR="00495879" w14:paraId="7FBB228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7B1A5BD" w14:textId="77777777" w:rsidR="00495879" w:rsidRDefault="00000000">
            <w:r>
              <w:t>**Accumulated Cash: $50K**</w:t>
            </w:r>
          </w:p>
        </w:tc>
        <w:tc>
          <w:tcPr>
            <w:tcW w:w="2160" w:type="dxa"/>
          </w:tcPr>
          <w:p w14:paraId="35301EC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121966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Ops Mgr</w:t>
            </w:r>
          </w:p>
        </w:tc>
        <w:tc>
          <w:tcPr>
            <w:tcW w:w="2160" w:type="dxa"/>
          </w:tcPr>
          <w:p w14:paraId="73903E8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$50K reserves (vs $2.8K end of Year 1)</w:t>
            </w:r>
          </w:p>
        </w:tc>
      </w:tr>
      <w:tr w:rsidR="00495879" w14:paraId="63C9BC0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929318C" w14:textId="77777777" w:rsidR="00495879" w:rsidRDefault="00000000">
            <w:r>
              <w:t>**Launch Referral Program**</w:t>
            </w:r>
          </w:p>
        </w:tc>
        <w:tc>
          <w:tcPr>
            <w:tcW w:w="2160" w:type="dxa"/>
          </w:tcPr>
          <w:p w14:paraId="4C5E95D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May 1</w:t>
            </w:r>
          </w:p>
        </w:tc>
        <w:tc>
          <w:tcPr>
            <w:tcW w:w="2160" w:type="dxa"/>
          </w:tcPr>
          <w:p w14:paraId="63A7F62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Sales Mgr</w:t>
            </w:r>
          </w:p>
        </w:tc>
        <w:tc>
          <w:tcPr>
            <w:tcW w:w="2160" w:type="dxa"/>
          </w:tcPr>
          <w:p w14:paraId="3D9A4EB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 clients signed up, tracking referrals</w:t>
            </w:r>
          </w:p>
        </w:tc>
      </w:tr>
      <w:tr w:rsidR="00495879" w14:paraId="28E2A9F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D406A88" w14:textId="77777777" w:rsidR="00495879" w:rsidRDefault="00000000">
            <w:r>
              <w:t>**Podcast: 15 Episodes**</w:t>
            </w:r>
          </w:p>
        </w:tc>
        <w:tc>
          <w:tcPr>
            <w:tcW w:w="2160" w:type="dxa"/>
          </w:tcPr>
          <w:p w14:paraId="3B43D08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33A2AA5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026CF43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Bi-weekly cadence maintained, 500 downloads/ep</w:t>
            </w:r>
          </w:p>
        </w:tc>
      </w:tr>
    </w:tbl>
    <w:p w14:paraId="1A9E5DF8" w14:textId="77777777" w:rsidR="00495879" w:rsidRDefault="00495879"/>
    <w:p w14:paraId="4887AE49" w14:textId="77777777" w:rsidR="00495879" w:rsidRDefault="00000000">
      <w:r>
        <w:rPr>
          <w:b/>
        </w:rPr>
        <w:t>Revenue Target</w:t>
      </w:r>
      <w:r>
        <w:t>: $115,000 (Q2)</w:t>
      </w:r>
    </w:p>
    <w:p w14:paraId="18361365" w14:textId="77777777" w:rsidR="00495879" w:rsidRDefault="00000000">
      <w:r>
        <w:rPr>
          <w:b/>
        </w:rPr>
        <w:t>Client Target</w:t>
      </w:r>
      <w:r>
        <w:t>: +10 clients (45 total)</w:t>
      </w:r>
    </w:p>
    <w:p w14:paraId="6D92BA3E" w14:textId="77777777" w:rsidR="00495879" w:rsidRDefault="00000000">
      <w:r>
        <w:rPr>
          <w:b/>
        </w:rPr>
        <w:t>Key Activities</w:t>
      </w:r>
      <w:r>
        <w:t>:</w:t>
      </w:r>
    </w:p>
    <w:p w14:paraId="30FFD157" w14:textId="77777777" w:rsidR="00495879" w:rsidRDefault="00000000">
      <w:pPr>
        <w:pStyle w:val="Listepuces"/>
      </w:pPr>
      <w:r>
        <w:t>Month 4: Referral program launch (email campaign, incentives clear)</w:t>
      </w:r>
    </w:p>
    <w:p w14:paraId="610EB0F9" w14:textId="77777777" w:rsidR="00495879" w:rsidRDefault="00000000">
      <w:pPr>
        <w:pStyle w:val="Listepuces"/>
      </w:pPr>
      <w:r>
        <w:t>Month 5: Focus on upsells (TRANSFORM Growth → Scale, Scale → ADVISORY)</w:t>
      </w:r>
    </w:p>
    <w:p w14:paraId="0BA82D68" w14:textId="77777777" w:rsidR="00495879" w:rsidRDefault="00000000">
      <w:pPr>
        <w:pStyle w:val="Listepuces"/>
      </w:pPr>
      <w:r>
        <w:t>Month 6: Celebrate cashflow positive milestone (team dinner, bonus for team)</w:t>
      </w:r>
    </w:p>
    <w:p w14:paraId="4DE2A64D" w14:textId="77777777" w:rsidR="00495879" w:rsidRDefault="00000000">
      <w:r>
        <w:rPr>
          <w:b/>
        </w:rPr>
        <w:t>Success Metrics</w:t>
      </w:r>
      <w:r>
        <w:t>:</w:t>
      </w:r>
    </w:p>
    <w:p w14:paraId="0B12C8AB" w14:textId="77777777" w:rsidR="00495879" w:rsidRDefault="00000000">
      <w:pPr>
        <w:pStyle w:val="Listepuces"/>
      </w:pPr>
      <w:r>
        <w:t>✅ **Cashflow positive = CRITICAL MILESTONE** 🎉 (derisks business)</w:t>
      </w:r>
    </w:p>
    <w:p w14:paraId="6AA902CA" w14:textId="77777777" w:rsidR="00495879" w:rsidRDefault="00000000">
      <w:pPr>
        <w:pStyle w:val="Listepuces"/>
      </w:pPr>
      <w:r>
        <w:t>✅ 45 clients = 71% of Year 2 goal (on track)</w:t>
      </w:r>
    </w:p>
    <w:p w14:paraId="70DCE1D6" w14:textId="77777777" w:rsidR="00495879" w:rsidRDefault="00000000">
      <w:pPr>
        <w:pStyle w:val="Listepuces"/>
      </w:pPr>
      <w:r>
        <w:t>✅ First referral conversion (client → client)</w:t>
      </w:r>
    </w:p>
    <w:p w14:paraId="64D0C281" w14:textId="77777777" w:rsidR="00495879" w:rsidRDefault="00000000">
      <w:pPr>
        <w:pStyle w:val="Listepuces"/>
      </w:pPr>
      <w:r>
        <w:t>✅ NPS 55+ (improving from Year 1)</w:t>
      </w:r>
    </w:p>
    <w:p w14:paraId="37C2C121" w14:textId="77777777" w:rsidR="00495879" w:rsidRDefault="00000000">
      <w:r>
        <w:t>________________________________________________________________________________</w:t>
      </w:r>
    </w:p>
    <w:p w14:paraId="4577E8E7" w14:textId="77777777" w:rsidR="00495879" w:rsidRDefault="00000000">
      <w:pPr>
        <w:pStyle w:val="Titre3"/>
      </w:pPr>
      <w:r>
        <w:t>Q3 2027 (Jul-Sep): DOUBLE CAPACITY</w:t>
      </w:r>
    </w:p>
    <w:p w14:paraId="242EBE8F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42EDC51B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0514938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3972B7F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0107872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18D8742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64E6E98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AF6B39" w14:textId="77777777" w:rsidR="00495879" w:rsidRDefault="00000000">
            <w:r>
              <w:t>**Hire Senior Coach** (1.0 FTE)</w:t>
            </w:r>
          </w:p>
        </w:tc>
        <w:tc>
          <w:tcPr>
            <w:tcW w:w="2160" w:type="dxa"/>
          </w:tcPr>
          <w:p w14:paraId="02B133B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1</w:t>
            </w:r>
          </w:p>
        </w:tc>
        <w:tc>
          <w:tcPr>
            <w:tcW w:w="2160" w:type="dxa"/>
          </w:tcPr>
          <w:p w14:paraId="631A9ED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0F4BAAD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Hired, onboarded, delivering </w:t>
            </w:r>
            <w:r>
              <w:lastRenderedPageBreak/>
              <w:t>workshops</w:t>
            </w:r>
          </w:p>
        </w:tc>
      </w:tr>
      <w:tr w:rsidR="00495879" w14:paraId="5E41346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99ABD70" w14:textId="77777777" w:rsidR="00495879" w:rsidRDefault="00000000">
            <w:r>
              <w:lastRenderedPageBreak/>
              <w:t>**55 Clients Total**</w:t>
            </w:r>
          </w:p>
        </w:tc>
        <w:tc>
          <w:tcPr>
            <w:tcW w:w="2160" w:type="dxa"/>
          </w:tcPr>
          <w:p w14:paraId="106224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202A2E9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Team</w:t>
            </w:r>
          </w:p>
        </w:tc>
        <w:tc>
          <w:tcPr>
            <w:tcW w:w="2160" w:type="dxa"/>
          </w:tcPr>
          <w:p w14:paraId="0D49AB6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+10 new clients (45 → 55)</w:t>
            </w:r>
          </w:p>
        </w:tc>
      </w:tr>
      <w:tr w:rsidR="00495879" w14:paraId="12E916D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6845725" w14:textId="77777777" w:rsidR="00495879" w:rsidRDefault="00000000">
            <w:r>
              <w:t>**Senior Coach: First Solo Workshop**</w:t>
            </w:r>
          </w:p>
        </w:tc>
        <w:tc>
          <w:tcPr>
            <w:tcW w:w="2160" w:type="dxa"/>
          </w:tcPr>
          <w:p w14:paraId="1E0FE6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20</w:t>
            </w:r>
          </w:p>
        </w:tc>
        <w:tc>
          <w:tcPr>
            <w:tcW w:w="2160" w:type="dxa"/>
          </w:tcPr>
          <w:p w14:paraId="6305089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Sr. Coach</w:t>
            </w:r>
          </w:p>
        </w:tc>
        <w:tc>
          <w:tcPr>
            <w:tcW w:w="2160" w:type="dxa"/>
          </w:tcPr>
          <w:p w14:paraId="5326CF3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Delivers workshop independently, 4.3+ rating</w:t>
            </w:r>
          </w:p>
        </w:tc>
      </w:tr>
      <w:tr w:rsidR="00495879" w14:paraId="39D11BA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31E6BCF" w14:textId="77777777" w:rsidR="00495879" w:rsidRDefault="00000000">
            <w:r>
              <w:t>**Partnership: 10 Active Partners**</w:t>
            </w:r>
          </w:p>
        </w:tc>
        <w:tc>
          <w:tcPr>
            <w:tcW w:w="2160" w:type="dxa"/>
          </w:tcPr>
          <w:p w14:paraId="111AAA0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46F9D9D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Sales Mgr</w:t>
            </w:r>
          </w:p>
        </w:tc>
        <w:tc>
          <w:tcPr>
            <w:tcW w:w="2160" w:type="dxa"/>
          </w:tcPr>
          <w:p w14:paraId="7A26B3E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 partners, 5 referrals YTD</w:t>
            </w:r>
          </w:p>
        </w:tc>
      </w:tr>
      <w:tr w:rsidR="00495879" w14:paraId="256BE410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61EDB6B" w14:textId="77777777" w:rsidR="00495879" w:rsidRDefault="00000000">
            <w:r>
              <w:t>**Content Library: 100 Modules**</w:t>
            </w:r>
          </w:p>
        </w:tc>
        <w:tc>
          <w:tcPr>
            <w:tcW w:w="2160" w:type="dxa"/>
          </w:tcPr>
          <w:p w14:paraId="08D4541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54ABB7D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Team</w:t>
            </w:r>
          </w:p>
        </w:tc>
        <w:tc>
          <w:tcPr>
            <w:tcW w:w="2160" w:type="dxa"/>
          </w:tcPr>
          <w:p w14:paraId="5AB9CF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Doubled from Year 1 (50 → 100)</w:t>
            </w:r>
          </w:p>
        </w:tc>
      </w:tr>
    </w:tbl>
    <w:p w14:paraId="37190F88" w14:textId="77777777" w:rsidR="00495879" w:rsidRDefault="00495879"/>
    <w:p w14:paraId="5775A674" w14:textId="77777777" w:rsidR="00495879" w:rsidRDefault="00000000">
      <w:r>
        <w:rPr>
          <w:b/>
        </w:rPr>
        <w:t>Revenue Target</w:t>
      </w:r>
      <w:r>
        <w:t>: $120,000 (Q3)</w:t>
      </w:r>
    </w:p>
    <w:p w14:paraId="577F8602" w14:textId="77777777" w:rsidR="00495879" w:rsidRDefault="00000000">
      <w:r>
        <w:rPr>
          <w:b/>
        </w:rPr>
        <w:t>Client Target</w:t>
      </w:r>
      <w:r>
        <w:t>: +10 clients (55 total)</w:t>
      </w:r>
    </w:p>
    <w:p w14:paraId="5244DAB5" w14:textId="77777777" w:rsidR="00495879" w:rsidRDefault="00000000">
      <w:r>
        <w:rPr>
          <w:b/>
        </w:rPr>
        <w:t>Key Activities</w:t>
      </w:r>
      <w:r>
        <w:t>:</w:t>
      </w:r>
    </w:p>
    <w:p w14:paraId="368745BE" w14:textId="77777777" w:rsidR="00495879" w:rsidRDefault="00000000">
      <w:pPr>
        <w:pStyle w:val="Listepuces"/>
      </w:pPr>
      <w:r>
        <w:t>Month 7: Recruit Senior Coach (post job, interview 20 candidates)</w:t>
      </w:r>
    </w:p>
    <w:p w14:paraId="7E8B6AC1" w14:textId="77777777" w:rsidR="00495879" w:rsidRDefault="00000000">
      <w:pPr>
        <w:pStyle w:val="Listepuces"/>
      </w:pPr>
      <w:r>
        <w:t>Month 8: Onboard Senior Coach (6-week training, shadowing)</w:t>
      </w:r>
    </w:p>
    <w:p w14:paraId="458B5B0F" w14:textId="77777777" w:rsidR="00495879" w:rsidRDefault="00000000">
      <w:pPr>
        <w:pStyle w:val="Listepuces"/>
      </w:pPr>
      <w:r>
        <w:t>Month 9: Senior Coach takes 20 TRANSFORM Scale clients (relieves founder)</w:t>
      </w:r>
    </w:p>
    <w:p w14:paraId="0E312C7D" w14:textId="77777777" w:rsidR="00495879" w:rsidRDefault="00000000">
      <w:r>
        <w:rPr>
          <w:b/>
        </w:rPr>
        <w:t>Success Metrics</w:t>
      </w:r>
      <w:r>
        <w:t>:</w:t>
      </w:r>
    </w:p>
    <w:p w14:paraId="0F846951" w14:textId="77777777" w:rsidR="00495879" w:rsidRDefault="00000000">
      <w:pPr>
        <w:pStyle w:val="Listepuces"/>
      </w:pPr>
      <w:r>
        <w:t>✅ Senior Coach hired = Can now serve 80+ clients (vs 60 max before)</w:t>
      </w:r>
    </w:p>
    <w:p w14:paraId="65C8FADA" w14:textId="77777777" w:rsidR="00495879" w:rsidRDefault="00000000">
      <w:pPr>
        <w:pStyle w:val="Listepuces"/>
      </w:pPr>
      <w:r>
        <w:t>✅ 55 clients = 87% of Year 2 goal</w:t>
      </w:r>
    </w:p>
    <w:p w14:paraId="6A4C6066" w14:textId="77777777" w:rsidR="00495879" w:rsidRDefault="00000000">
      <w:pPr>
        <w:pStyle w:val="Listepuces"/>
      </w:pPr>
      <w:r>
        <w:t>✅ Founder delivery time drops to 30% (from 50% Year 1)</w:t>
      </w:r>
    </w:p>
    <w:p w14:paraId="0F1B15C7" w14:textId="77777777" w:rsidR="00495879" w:rsidRDefault="00000000">
      <w:pPr>
        <w:pStyle w:val="Listepuces"/>
      </w:pPr>
      <w:r>
        <w:t>✅ Team morale high (Employee NPS 8+)</w:t>
      </w:r>
    </w:p>
    <w:p w14:paraId="1D1F3C47" w14:textId="77777777" w:rsidR="00495879" w:rsidRDefault="00000000">
      <w:r>
        <w:t>________________________________________________________________________________</w:t>
      </w:r>
    </w:p>
    <w:p w14:paraId="5258201F" w14:textId="77777777" w:rsidR="00495879" w:rsidRDefault="00000000">
      <w:pPr>
        <w:pStyle w:val="Titre3"/>
      </w:pPr>
      <w:r>
        <w:t>Q4 2027 (Oct-Dec): HIT TARGET</w:t>
      </w:r>
    </w:p>
    <w:p w14:paraId="19D5252C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7088037E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0FFCFA5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10CDAB6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3D36878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6FFA4DC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402F0B9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CFAFE5F" w14:textId="77777777" w:rsidR="00495879" w:rsidRDefault="00000000">
            <w:r>
              <w:t>**63 Clients (YEAR 2 TARGET!)**</w:t>
            </w:r>
          </w:p>
        </w:tc>
        <w:tc>
          <w:tcPr>
            <w:tcW w:w="2160" w:type="dxa"/>
          </w:tcPr>
          <w:p w14:paraId="33FD574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1909432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Team</w:t>
            </w:r>
          </w:p>
        </w:tc>
        <w:tc>
          <w:tcPr>
            <w:tcW w:w="2160" w:type="dxa"/>
          </w:tcPr>
          <w:p w14:paraId="136260F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63 active clients, $420K ARR ✅</w:t>
            </w:r>
          </w:p>
        </w:tc>
      </w:tr>
      <w:tr w:rsidR="00495879" w14:paraId="6EED9EA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7DBB515" w14:textId="77777777" w:rsidR="00495879" w:rsidRDefault="00000000">
            <w:r>
              <w:t>**Accumulated Cash: $122K**</w:t>
            </w:r>
          </w:p>
        </w:tc>
        <w:tc>
          <w:tcPr>
            <w:tcW w:w="2160" w:type="dxa"/>
          </w:tcPr>
          <w:p w14:paraId="72BEC6A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1BD9228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Ops Mgr</w:t>
            </w:r>
          </w:p>
        </w:tc>
        <w:tc>
          <w:tcPr>
            <w:tcW w:w="2160" w:type="dxa"/>
          </w:tcPr>
          <w:p w14:paraId="740E981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3.6 months runway reserves</w:t>
            </w:r>
          </w:p>
        </w:tc>
      </w:tr>
      <w:tr w:rsidR="00495879" w14:paraId="60A4613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CEBF62F" w14:textId="77777777" w:rsidR="00495879" w:rsidRDefault="00000000">
            <w:r>
              <w:t>**NPS 60+**</w:t>
            </w:r>
          </w:p>
        </w:tc>
        <w:tc>
          <w:tcPr>
            <w:tcW w:w="2160" w:type="dxa"/>
          </w:tcPr>
          <w:p w14:paraId="7350459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15</w:t>
            </w:r>
          </w:p>
        </w:tc>
        <w:tc>
          <w:tcPr>
            <w:tcW w:w="2160" w:type="dxa"/>
          </w:tcPr>
          <w:p w14:paraId="698B580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21BCBCD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Year-end survey, NPS 60+</w:t>
            </w:r>
          </w:p>
        </w:tc>
      </w:tr>
      <w:tr w:rsidR="00495879" w14:paraId="288E1A9F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D3232CE" w14:textId="77777777" w:rsidR="00495879" w:rsidRDefault="00000000">
            <w:r>
              <w:t>**Renewal Rate 85%+**</w:t>
            </w:r>
          </w:p>
        </w:tc>
        <w:tc>
          <w:tcPr>
            <w:tcW w:w="2160" w:type="dxa"/>
          </w:tcPr>
          <w:p w14:paraId="29D3C8A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3CC6656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Sr. Coach</w:t>
            </w:r>
          </w:p>
        </w:tc>
        <w:tc>
          <w:tcPr>
            <w:tcW w:w="2160" w:type="dxa"/>
          </w:tcPr>
          <w:p w14:paraId="222CB7A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Year 2 cohort renews (improved from 80% Y1)</w:t>
            </w:r>
          </w:p>
        </w:tc>
      </w:tr>
      <w:tr w:rsidR="00495879" w14:paraId="2D0E394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EA00BE4" w14:textId="77777777" w:rsidR="00495879" w:rsidRDefault="00000000">
            <w:r>
              <w:t>**Profitability Plan for 2028**</w:t>
            </w:r>
          </w:p>
        </w:tc>
        <w:tc>
          <w:tcPr>
            <w:tcW w:w="2160" w:type="dxa"/>
          </w:tcPr>
          <w:p w14:paraId="0CF52AA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15</w:t>
            </w:r>
          </w:p>
        </w:tc>
        <w:tc>
          <w:tcPr>
            <w:tcW w:w="2160" w:type="dxa"/>
          </w:tcPr>
          <w:p w14:paraId="3471459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888A42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Budget shows 10%+ EBITDA achievable</w:t>
            </w:r>
          </w:p>
        </w:tc>
      </w:tr>
    </w:tbl>
    <w:p w14:paraId="15B7E276" w14:textId="77777777" w:rsidR="00495879" w:rsidRDefault="00495879"/>
    <w:p w14:paraId="4A778CE7" w14:textId="77777777" w:rsidR="00495879" w:rsidRDefault="00000000">
      <w:r>
        <w:rPr>
          <w:b/>
        </w:rPr>
        <w:lastRenderedPageBreak/>
        <w:t>Revenue Target</w:t>
      </w:r>
      <w:r>
        <w:t>: $420,000 (Year 2 total)</w:t>
      </w:r>
    </w:p>
    <w:p w14:paraId="6765510F" w14:textId="77777777" w:rsidR="00495879" w:rsidRDefault="00000000">
      <w:r>
        <w:rPr>
          <w:b/>
        </w:rPr>
        <w:t>Client Target</w:t>
      </w:r>
      <w:r>
        <w:t>: +8 clients (63 total)</w:t>
      </w:r>
    </w:p>
    <w:p w14:paraId="34E38FCE" w14:textId="77777777" w:rsidR="00495879" w:rsidRDefault="00000000">
      <w:r>
        <w:rPr>
          <w:b/>
        </w:rPr>
        <w:t>Key Activities</w:t>
      </w:r>
      <w:r>
        <w:t>:</w:t>
      </w:r>
    </w:p>
    <w:p w14:paraId="1910A622" w14:textId="77777777" w:rsidR="00495879" w:rsidRDefault="00000000">
      <w:pPr>
        <w:pStyle w:val="Listepuces"/>
      </w:pPr>
      <w:r>
        <w:t>Month 10: Annual planning (2028 OKRs, budget, team expansion)</w:t>
      </w:r>
    </w:p>
    <w:p w14:paraId="2EC22717" w14:textId="77777777" w:rsidR="00495879" w:rsidRDefault="00000000">
      <w:pPr>
        <w:pStyle w:val="Listepuces"/>
      </w:pPr>
      <w:r>
        <w:t>Month 11: Year-end push (Black Friday, gift packages for 2028)</w:t>
      </w:r>
    </w:p>
    <w:p w14:paraId="696274CB" w14:textId="77777777" w:rsidR="00495879" w:rsidRDefault="00000000">
      <w:pPr>
        <w:pStyle w:val="Listepuces"/>
      </w:pPr>
      <w:r>
        <w:t>Month 12: Team offsite (2-day retreat, strategy + celebration)</w:t>
      </w:r>
    </w:p>
    <w:p w14:paraId="01278EFA" w14:textId="77777777" w:rsidR="00495879" w:rsidRDefault="00000000">
      <w:r>
        <w:rPr>
          <w:b/>
        </w:rPr>
        <w:t>Success Metrics</w:t>
      </w:r>
      <w:r>
        <w:t>:</w:t>
      </w:r>
    </w:p>
    <w:p w14:paraId="65A4D0A1" w14:textId="77777777" w:rsidR="00495879" w:rsidRDefault="00000000">
      <w:pPr>
        <w:pStyle w:val="Listepuces"/>
      </w:pPr>
      <w:r>
        <w:t>✅ 63 clients ($420K ARR) = **YEAR 2 GOAL ACHIEVED** 🎉</w:t>
      </w:r>
    </w:p>
    <w:p w14:paraId="7EE49916" w14:textId="77777777" w:rsidR="00495879" w:rsidRDefault="00000000">
      <w:pPr>
        <w:pStyle w:val="Listepuces"/>
      </w:pPr>
      <w:r>
        <w:t>✅ Cashflow positive for 7 consecutive months (Jun-Dec)</w:t>
      </w:r>
    </w:p>
    <w:p w14:paraId="22D1DC2D" w14:textId="77777777" w:rsidR="00495879" w:rsidRDefault="00000000">
      <w:pPr>
        <w:pStyle w:val="Listepuces"/>
      </w:pPr>
      <w:r>
        <w:t>✅ $122K cash = Business is healthy, derisked</w:t>
      </w:r>
    </w:p>
    <w:p w14:paraId="67F87580" w14:textId="77777777" w:rsidR="00495879" w:rsidRDefault="00000000">
      <w:pPr>
        <w:pStyle w:val="Listepuces"/>
      </w:pPr>
      <w:r>
        <w:t>✅ Team of 3.5 FTE running smoothly</w:t>
      </w:r>
    </w:p>
    <w:p w14:paraId="41C09075" w14:textId="77777777" w:rsidR="00495879" w:rsidRDefault="00000000">
      <w:r>
        <w:t>________________________________________________________________________________</w:t>
      </w:r>
    </w:p>
    <w:p w14:paraId="1372B3FF" w14:textId="77777777" w:rsidR="00495879" w:rsidRDefault="00000000">
      <w:pPr>
        <w:pStyle w:val="Titre2"/>
      </w:pPr>
      <w:r>
        <w:t>💰 YEAR 3 (2028) - PROFITABILITY</w:t>
      </w:r>
    </w:p>
    <w:p w14:paraId="326FE8CC" w14:textId="77777777" w:rsidR="00495879" w:rsidRDefault="00000000">
      <w:pPr>
        <w:pStyle w:val="Titre3"/>
      </w:pPr>
      <w:r>
        <w:t>Theme: "Profitability, Market Leadership, Prepare for Scale or Exit"</w:t>
      </w:r>
    </w:p>
    <w:p w14:paraId="0A42A591" w14:textId="77777777" w:rsidR="00495879" w:rsidRDefault="00000000">
      <w:r>
        <w:rPr>
          <w:b/>
        </w:rPr>
        <w:t>Objectives</w:t>
      </w:r>
      <w:r>
        <w:t>:</w:t>
      </w:r>
    </w:p>
    <w:p w14:paraId="39D65BC8" w14:textId="77777777" w:rsidR="00495879" w:rsidRDefault="00000000">
      <w:pPr>
        <w:pStyle w:val="Listenumros"/>
      </w:pPr>
      <w:r>
        <w:t>✅ Achieve 10%+ EBITDA margin (profitable!)</w:t>
      </w:r>
    </w:p>
    <w:p w14:paraId="6F8BD2A8" w14:textId="77777777" w:rsidR="00495879" w:rsidRDefault="00000000">
      <w:pPr>
        <w:pStyle w:val="Listenumros"/>
      </w:pPr>
      <w:r>
        <w:t>✅ Acquire 37 new clients (100 total, $850K revenue)</w:t>
      </w:r>
    </w:p>
    <w:p w14:paraId="621D706A" w14:textId="77777777" w:rsidR="00495879" w:rsidRDefault="00000000">
      <w:pPr>
        <w:pStyle w:val="Listenumros"/>
      </w:pPr>
      <w:r>
        <w:t>✅ Expand team to 4.5 FTE (Sales FT, Marketing 0.5 FTE)</w:t>
      </w:r>
    </w:p>
    <w:p w14:paraId="1E6E763D" w14:textId="77777777" w:rsidR="00495879" w:rsidRDefault="00000000">
      <w:pPr>
        <w:pStyle w:val="Listenumros"/>
      </w:pPr>
      <w:r>
        <w:t>✅ Build $400K+ cash reserves</w:t>
      </w:r>
    </w:p>
    <w:p w14:paraId="0EBAD2F0" w14:textId="77777777" w:rsidR="00495879" w:rsidRDefault="00000000">
      <w:pPr>
        <w:pStyle w:val="Listenumros"/>
      </w:pPr>
      <w:r>
        <w:t>✅ Position for Year 4 decision (scale aggressively OR prepare for exit)</w:t>
      </w:r>
    </w:p>
    <w:p w14:paraId="303AED52" w14:textId="77777777" w:rsidR="00495879" w:rsidRDefault="00000000">
      <w:r>
        <w:t>________________________________________________________________________________</w:t>
      </w:r>
    </w:p>
    <w:p w14:paraId="5FAF3C1A" w14:textId="77777777" w:rsidR="00495879" w:rsidRDefault="00000000">
      <w:pPr>
        <w:pStyle w:val="Titre3"/>
      </w:pPr>
      <w:r>
        <w:t>Q1 2028 (Jan-Mar): EXPAND TEAM</w:t>
      </w:r>
    </w:p>
    <w:p w14:paraId="60A19F10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534682E3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3601F0D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0994015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0E03B18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3EBF7DB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2567806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3181B26" w14:textId="77777777" w:rsidR="00495879" w:rsidRDefault="00000000">
            <w:r>
              <w:t>**Sales Manager → Full-Time**</w:t>
            </w:r>
          </w:p>
        </w:tc>
        <w:tc>
          <w:tcPr>
            <w:tcW w:w="2160" w:type="dxa"/>
          </w:tcPr>
          <w:p w14:paraId="5ED6751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Jan 1</w:t>
            </w:r>
          </w:p>
        </w:tc>
        <w:tc>
          <w:tcPr>
            <w:tcW w:w="2160" w:type="dxa"/>
          </w:tcPr>
          <w:p w14:paraId="6456EFF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6408CD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0.5 FTE → 1.0 FTE, quota doubles to 40 clients/year</w:t>
            </w:r>
          </w:p>
        </w:tc>
      </w:tr>
      <w:tr w:rsidR="00495879" w14:paraId="0C6BB43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EB5ABBD" w14:textId="77777777" w:rsidR="00495879" w:rsidRDefault="00000000">
            <w:r>
              <w:t>**70 Clients Total**</w:t>
            </w:r>
          </w:p>
        </w:tc>
        <w:tc>
          <w:tcPr>
            <w:tcW w:w="2160" w:type="dxa"/>
          </w:tcPr>
          <w:p w14:paraId="6A8A2D9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Mar 31</w:t>
            </w:r>
          </w:p>
        </w:tc>
        <w:tc>
          <w:tcPr>
            <w:tcW w:w="2160" w:type="dxa"/>
          </w:tcPr>
          <w:p w14:paraId="520452C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Sales Mgr</w:t>
            </w:r>
          </w:p>
        </w:tc>
        <w:tc>
          <w:tcPr>
            <w:tcW w:w="2160" w:type="dxa"/>
          </w:tcPr>
          <w:p w14:paraId="0AE84A0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+7 new clients (63 → 70)</w:t>
            </w:r>
          </w:p>
        </w:tc>
      </w:tr>
      <w:tr w:rsidR="00495879" w14:paraId="656E169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AECC5F9" w14:textId="77777777" w:rsidR="00495879" w:rsidRDefault="00000000">
            <w:r>
              <w:t>**EBITDA Positive** (First Time!)</w:t>
            </w:r>
          </w:p>
        </w:tc>
        <w:tc>
          <w:tcPr>
            <w:tcW w:w="2160" w:type="dxa"/>
          </w:tcPr>
          <w:p w14:paraId="087392D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 31</w:t>
            </w:r>
          </w:p>
        </w:tc>
        <w:tc>
          <w:tcPr>
            <w:tcW w:w="2160" w:type="dxa"/>
          </w:tcPr>
          <w:p w14:paraId="54D4EA1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07265A9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Q1 EBITDA &gt;$0 (even if small $5K-$10K)</w:t>
            </w:r>
          </w:p>
        </w:tc>
      </w:tr>
      <w:tr w:rsidR="00495879" w14:paraId="5252F46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B65807D" w14:textId="77777777" w:rsidR="00495879" w:rsidRDefault="00000000">
            <w:r>
              <w:t>**AI Coach v3.0** (Multi-Language)</w:t>
            </w:r>
          </w:p>
        </w:tc>
        <w:tc>
          <w:tcPr>
            <w:tcW w:w="2160" w:type="dxa"/>
          </w:tcPr>
          <w:p w14:paraId="0FFF08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Feb 15</w:t>
            </w:r>
          </w:p>
        </w:tc>
        <w:tc>
          <w:tcPr>
            <w:tcW w:w="2160" w:type="dxa"/>
          </w:tcPr>
          <w:p w14:paraId="4604BF4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3F2A3C2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Spanish support (10% of market)</w:t>
            </w:r>
          </w:p>
        </w:tc>
      </w:tr>
      <w:tr w:rsidR="00495879" w14:paraId="26C5050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3769810" w14:textId="77777777" w:rsidR="00495879" w:rsidRDefault="00000000">
            <w:r>
              <w:lastRenderedPageBreak/>
              <w:t>**Blog: 150 Posts Total**</w:t>
            </w:r>
          </w:p>
        </w:tc>
        <w:tc>
          <w:tcPr>
            <w:tcW w:w="2160" w:type="dxa"/>
          </w:tcPr>
          <w:p w14:paraId="07B481B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 31</w:t>
            </w:r>
          </w:p>
        </w:tc>
        <w:tc>
          <w:tcPr>
            <w:tcW w:w="2160" w:type="dxa"/>
          </w:tcPr>
          <w:p w14:paraId="32E0420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6051375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 (Y1) + 50 (Y2) + 50 (Q1-Q4 2028)</w:t>
            </w:r>
          </w:p>
        </w:tc>
      </w:tr>
    </w:tbl>
    <w:p w14:paraId="6F5EEA7B" w14:textId="77777777" w:rsidR="00495879" w:rsidRDefault="00495879"/>
    <w:p w14:paraId="27566413" w14:textId="77777777" w:rsidR="00495879" w:rsidRDefault="00000000">
      <w:r>
        <w:rPr>
          <w:b/>
        </w:rPr>
        <w:t>Revenue Target</w:t>
      </w:r>
      <w:r>
        <w:t>: $180,000 (Q1)</w:t>
      </w:r>
    </w:p>
    <w:p w14:paraId="3849FC41" w14:textId="77777777" w:rsidR="00495879" w:rsidRDefault="00000000">
      <w:r>
        <w:rPr>
          <w:b/>
        </w:rPr>
        <w:t>Client Target</w:t>
      </w:r>
      <w:r>
        <w:t>: +7 clients (70 total)</w:t>
      </w:r>
    </w:p>
    <w:p w14:paraId="095F0ACE" w14:textId="77777777" w:rsidR="00495879" w:rsidRDefault="00000000">
      <w:r>
        <w:rPr>
          <w:b/>
        </w:rPr>
        <w:t>Key Activities</w:t>
      </w:r>
      <w:r>
        <w:t>:</w:t>
      </w:r>
    </w:p>
    <w:p w14:paraId="1E2E355D" w14:textId="77777777" w:rsidR="00495879" w:rsidRDefault="00000000">
      <w:pPr>
        <w:pStyle w:val="Listepuces"/>
      </w:pPr>
      <w:r>
        <w:t>Month 1: Double down on sales (Sales Mgr full-time, more pipeline)</w:t>
      </w:r>
    </w:p>
    <w:p w14:paraId="6DC1F0EC" w14:textId="77777777" w:rsidR="00495879" w:rsidRDefault="00000000">
      <w:pPr>
        <w:pStyle w:val="Listepuces"/>
      </w:pPr>
      <w:r>
        <w:t>Month 2: Refine high-margin offerings (push ADVISORY upgrades)</w:t>
      </w:r>
    </w:p>
    <w:p w14:paraId="44447A28" w14:textId="77777777" w:rsidR="00495879" w:rsidRDefault="00000000">
      <w:pPr>
        <w:pStyle w:val="Listepuces"/>
      </w:pPr>
      <w:r>
        <w:t>Month 3: Cut low-ROI expenses (pause underperforming ad channels)</w:t>
      </w:r>
    </w:p>
    <w:p w14:paraId="120F2414" w14:textId="77777777" w:rsidR="00495879" w:rsidRDefault="00000000">
      <w:r>
        <w:rPr>
          <w:b/>
        </w:rPr>
        <w:t>Success Metrics</w:t>
      </w:r>
      <w:r>
        <w:t>:</w:t>
      </w:r>
    </w:p>
    <w:p w14:paraId="69E7DB0B" w14:textId="77777777" w:rsidR="00495879" w:rsidRDefault="00000000">
      <w:pPr>
        <w:pStyle w:val="Listepuces"/>
      </w:pPr>
      <w:r>
        <w:t>✅ **EBITDA positive = Profitable business!** 🎉 (even if small)</w:t>
      </w:r>
    </w:p>
    <w:p w14:paraId="7ECB35A5" w14:textId="77777777" w:rsidR="00495879" w:rsidRDefault="00000000">
      <w:pPr>
        <w:pStyle w:val="Listepuces"/>
      </w:pPr>
      <w:r>
        <w:t>✅ 70 clients = 70% of Year 3 goal (on track)</w:t>
      </w:r>
    </w:p>
    <w:p w14:paraId="54D5F66C" w14:textId="77777777" w:rsidR="00495879" w:rsidRDefault="00000000">
      <w:pPr>
        <w:pStyle w:val="Listepuces"/>
      </w:pPr>
      <w:r>
        <w:t>✅ Gross margin maintains 91%+ (high-margin model)</w:t>
      </w:r>
    </w:p>
    <w:p w14:paraId="2F5B7443" w14:textId="77777777" w:rsidR="00495879" w:rsidRDefault="00000000">
      <w:r>
        <w:t>________________________________________________________________________________</w:t>
      </w:r>
    </w:p>
    <w:p w14:paraId="6287FED0" w14:textId="77777777" w:rsidR="00495879" w:rsidRDefault="00000000">
      <w:pPr>
        <w:pStyle w:val="Titre3"/>
      </w:pPr>
      <w:r>
        <w:t>Q2 2028 (Apr-Jun): ACHIEVE 10% EBITDA</w:t>
      </w:r>
    </w:p>
    <w:p w14:paraId="16474E8D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20856182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89D3AA8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52E02B2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7CE4552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5EA2A44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496EDA3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7FA7BAA" w14:textId="77777777" w:rsidR="00495879" w:rsidRDefault="00000000">
            <w:r>
              <w:t>**80 Clients Total**</w:t>
            </w:r>
          </w:p>
        </w:tc>
        <w:tc>
          <w:tcPr>
            <w:tcW w:w="2160" w:type="dxa"/>
          </w:tcPr>
          <w:p w14:paraId="1F66EE8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4AD91BE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Sales Mgr</w:t>
            </w:r>
          </w:p>
        </w:tc>
        <w:tc>
          <w:tcPr>
            <w:tcW w:w="2160" w:type="dxa"/>
          </w:tcPr>
          <w:p w14:paraId="0610B14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+10 new clients (70 → 80)</w:t>
            </w:r>
          </w:p>
        </w:tc>
      </w:tr>
      <w:tr w:rsidR="00495879" w14:paraId="04F4ECD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CB785B8" w14:textId="77777777" w:rsidR="00495879" w:rsidRDefault="00000000">
            <w:r>
              <w:t>**10% EBITDA Margin**</w:t>
            </w:r>
          </w:p>
        </w:tc>
        <w:tc>
          <w:tcPr>
            <w:tcW w:w="2160" w:type="dxa"/>
          </w:tcPr>
          <w:p w14:paraId="6791ADB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5AC26F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7047939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Q2 EBITDA = $21K+ (10% of $210K Q2 revenue)</w:t>
            </w:r>
          </w:p>
        </w:tc>
      </w:tr>
      <w:tr w:rsidR="00495879" w14:paraId="6CEB5BE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32E620C" w14:textId="77777777" w:rsidR="00495879" w:rsidRDefault="00000000">
            <w:r>
              <w:t>**Platform: 99.9% Uptime**</w:t>
            </w:r>
          </w:p>
        </w:tc>
        <w:tc>
          <w:tcPr>
            <w:tcW w:w="2160" w:type="dxa"/>
          </w:tcPr>
          <w:p w14:paraId="657448D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 30</w:t>
            </w:r>
          </w:p>
        </w:tc>
        <w:tc>
          <w:tcPr>
            <w:tcW w:w="2160" w:type="dxa"/>
          </w:tcPr>
          <w:p w14:paraId="391A475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Ops Mgr</w:t>
            </w:r>
          </w:p>
        </w:tc>
        <w:tc>
          <w:tcPr>
            <w:tcW w:w="2160" w:type="dxa"/>
          </w:tcPr>
          <w:p w14:paraId="402F2D5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&lt;1 hour downtime in 6 months (mature platform)</w:t>
            </w:r>
          </w:p>
        </w:tc>
      </w:tr>
      <w:tr w:rsidR="00495879" w14:paraId="496107A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31FCC6" w14:textId="77777777" w:rsidR="00495879" w:rsidRDefault="00000000">
            <w:r>
              <w:t>**First Strategic Partnership** ($100K)</w:t>
            </w:r>
          </w:p>
        </w:tc>
        <w:tc>
          <w:tcPr>
            <w:tcW w:w="2160" w:type="dxa"/>
          </w:tcPr>
          <w:p w14:paraId="44BAE69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May 15</w:t>
            </w:r>
          </w:p>
        </w:tc>
        <w:tc>
          <w:tcPr>
            <w:tcW w:w="2160" w:type="dxa"/>
          </w:tcPr>
          <w:p w14:paraId="512DCE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6560B08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Corporate training firm licenses GBCM content</w:t>
            </w:r>
          </w:p>
        </w:tc>
      </w:tr>
    </w:tbl>
    <w:p w14:paraId="2A6F7EFD" w14:textId="77777777" w:rsidR="00495879" w:rsidRDefault="00495879"/>
    <w:p w14:paraId="12678A47" w14:textId="77777777" w:rsidR="00495879" w:rsidRDefault="00000000">
      <w:r>
        <w:rPr>
          <w:b/>
        </w:rPr>
        <w:t>Revenue Target</w:t>
      </w:r>
      <w:r>
        <w:t>: $210,000 (Q2)</w:t>
      </w:r>
    </w:p>
    <w:p w14:paraId="29307B85" w14:textId="77777777" w:rsidR="00495879" w:rsidRDefault="00000000">
      <w:r>
        <w:rPr>
          <w:b/>
        </w:rPr>
        <w:t>Client Target</w:t>
      </w:r>
      <w:r>
        <w:t>: +10 clients (80 total)</w:t>
      </w:r>
    </w:p>
    <w:p w14:paraId="43FF59DC" w14:textId="77777777" w:rsidR="00495879" w:rsidRDefault="00000000">
      <w:r>
        <w:rPr>
          <w:b/>
        </w:rPr>
        <w:t>Key Activities</w:t>
      </w:r>
      <w:r>
        <w:t>:</w:t>
      </w:r>
    </w:p>
    <w:p w14:paraId="36271DC5" w14:textId="77777777" w:rsidR="00495879" w:rsidRDefault="00000000">
      <w:pPr>
        <w:pStyle w:val="Listepuces"/>
      </w:pPr>
      <w:r>
        <w:t>Month 4: Negotiate strategic partnership (content licensing deal)</w:t>
      </w:r>
    </w:p>
    <w:p w14:paraId="15ADE809" w14:textId="77777777" w:rsidR="00495879" w:rsidRDefault="00000000">
      <w:pPr>
        <w:pStyle w:val="Listepuces"/>
      </w:pPr>
      <w:r>
        <w:t>Month 5: Optimize operations (reduce waste, improve efficiency)</w:t>
      </w:r>
    </w:p>
    <w:p w14:paraId="4BAB5019" w14:textId="77777777" w:rsidR="00495879" w:rsidRDefault="00000000">
      <w:pPr>
        <w:pStyle w:val="Listepuces"/>
      </w:pPr>
      <w:r>
        <w:t>Month 6: Celebrate profitability (team bonuses, founder takes first distribution)</w:t>
      </w:r>
    </w:p>
    <w:p w14:paraId="062CBD15" w14:textId="77777777" w:rsidR="00495879" w:rsidRDefault="00000000">
      <w:r>
        <w:rPr>
          <w:b/>
        </w:rPr>
        <w:lastRenderedPageBreak/>
        <w:t>Success Metrics</w:t>
      </w:r>
      <w:r>
        <w:t>:</w:t>
      </w:r>
    </w:p>
    <w:p w14:paraId="7D5E749D" w14:textId="77777777" w:rsidR="00495879" w:rsidRDefault="00000000">
      <w:pPr>
        <w:pStyle w:val="Listepuces"/>
      </w:pPr>
      <w:r>
        <w:t>✅ **10% EBITDA = Healthy profitable business** 🚀</w:t>
      </w:r>
    </w:p>
    <w:p w14:paraId="2BACAEC3" w14:textId="77777777" w:rsidR="00495879" w:rsidRDefault="00000000">
      <w:pPr>
        <w:pStyle w:val="Listepuces"/>
      </w:pPr>
      <w:r>
        <w:t>✅ 80 clients = 80% of goal</w:t>
      </w:r>
    </w:p>
    <w:p w14:paraId="1AB92EE8" w14:textId="77777777" w:rsidR="00495879" w:rsidRDefault="00000000">
      <w:pPr>
        <w:pStyle w:val="Listepuces"/>
      </w:pPr>
      <w:r>
        <w:t>✅ $100K partnership revenue = New business model emerging (B2B2B)</w:t>
      </w:r>
    </w:p>
    <w:p w14:paraId="4D49395F" w14:textId="77777777" w:rsidR="00495879" w:rsidRDefault="00000000">
      <w:r>
        <w:t>________________________________________________________________________________</w:t>
      </w:r>
    </w:p>
    <w:p w14:paraId="0D2AC91B" w14:textId="77777777" w:rsidR="00495879" w:rsidRDefault="00000000">
      <w:pPr>
        <w:pStyle w:val="Titre3"/>
      </w:pPr>
      <w:r>
        <w:t>Q3 2028 (Jul-Sep): MARKETING ACCELERATION</w:t>
      </w:r>
    </w:p>
    <w:p w14:paraId="3D71D13F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2B905F46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2753FD1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771E1E4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597C4C1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1080783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40BDFDF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CA3C7FC" w14:textId="77777777" w:rsidR="00495879" w:rsidRDefault="00000000">
            <w:r>
              <w:t>**Hire Marketing Manager** (0.5 FTE)</w:t>
            </w:r>
          </w:p>
        </w:tc>
        <w:tc>
          <w:tcPr>
            <w:tcW w:w="2160" w:type="dxa"/>
          </w:tcPr>
          <w:p w14:paraId="123BFA4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Aug 1</w:t>
            </w:r>
          </w:p>
        </w:tc>
        <w:tc>
          <w:tcPr>
            <w:tcW w:w="2160" w:type="dxa"/>
          </w:tcPr>
          <w:p w14:paraId="21FDF0B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2608F57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Hired, managing all content + paid ads</w:t>
            </w:r>
          </w:p>
        </w:tc>
      </w:tr>
      <w:tr w:rsidR="00495879" w14:paraId="77F0FC5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3C5EDB6" w14:textId="77777777" w:rsidR="00495879" w:rsidRDefault="00000000">
            <w:r>
              <w:t>**90 Clients Total**</w:t>
            </w:r>
          </w:p>
        </w:tc>
        <w:tc>
          <w:tcPr>
            <w:tcW w:w="2160" w:type="dxa"/>
          </w:tcPr>
          <w:p w14:paraId="6B3D434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284B8ED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Team</w:t>
            </w:r>
          </w:p>
        </w:tc>
        <w:tc>
          <w:tcPr>
            <w:tcW w:w="2160" w:type="dxa"/>
          </w:tcPr>
          <w:p w14:paraId="75B33B2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+10 new clients (80 → 90)</w:t>
            </w:r>
          </w:p>
        </w:tc>
      </w:tr>
      <w:tr w:rsidR="00495879" w14:paraId="20AF979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30E7AC9" w14:textId="77777777" w:rsidR="00495879" w:rsidRDefault="00000000">
            <w:r>
              <w:t>**LinkedIn Followers: 15K**</w:t>
            </w:r>
          </w:p>
        </w:tc>
        <w:tc>
          <w:tcPr>
            <w:tcW w:w="2160" w:type="dxa"/>
          </w:tcPr>
          <w:p w14:paraId="0D896CB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6C1CF13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Marketing</w:t>
            </w:r>
          </w:p>
        </w:tc>
        <w:tc>
          <w:tcPr>
            <w:tcW w:w="2160" w:type="dxa"/>
          </w:tcPr>
          <w:p w14:paraId="2D5E960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Tripled from Year 1 (5K)</w:t>
            </w:r>
          </w:p>
        </w:tc>
      </w:tr>
      <w:tr w:rsidR="00495879" w14:paraId="52EA6823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B57430A" w14:textId="77777777" w:rsidR="00495879" w:rsidRDefault="00000000">
            <w:r>
              <w:t>**Organic Traffic: 5,000/month**</w:t>
            </w:r>
          </w:p>
        </w:tc>
        <w:tc>
          <w:tcPr>
            <w:tcW w:w="2160" w:type="dxa"/>
          </w:tcPr>
          <w:p w14:paraId="2DB39F8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5EFC40D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Marketing</w:t>
            </w:r>
          </w:p>
        </w:tc>
        <w:tc>
          <w:tcPr>
            <w:tcW w:w="2160" w:type="dxa"/>
          </w:tcPr>
          <w:p w14:paraId="0E50F597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SEO paying off (150 blog posts, backlinks)</w:t>
            </w:r>
          </w:p>
        </w:tc>
      </w:tr>
      <w:tr w:rsidR="00495879" w14:paraId="4800FA36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5A9EF18" w14:textId="77777777" w:rsidR="00495879" w:rsidRDefault="00000000">
            <w:r>
              <w:t>**Podcast: 50 Episodes Total**</w:t>
            </w:r>
          </w:p>
        </w:tc>
        <w:tc>
          <w:tcPr>
            <w:tcW w:w="2160" w:type="dxa"/>
          </w:tcPr>
          <w:p w14:paraId="6346202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Sep 30</w:t>
            </w:r>
          </w:p>
        </w:tc>
        <w:tc>
          <w:tcPr>
            <w:tcW w:w="2160" w:type="dxa"/>
          </w:tcPr>
          <w:p w14:paraId="144CF12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66CC55B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 (Y2) + 24 (2028) = 50 milestone</w:t>
            </w:r>
          </w:p>
        </w:tc>
      </w:tr>
    </w:tbl>
    <w:p w14:paraId="688BD450" w14:textId="77777777" w:rsidR="00495879" w:rsidRDefault="00495879"/>
    <w:p w14:paraId="575CF414" w14:textId="77777777" w:rsidR="00495879" w:rsidRDefault="00000000">
      <w:r>
        <w:rPr>
          <w:b/>
        </w:rPr>
        <w:t>Revenue Target</w:t>
      </w:r>
      <w:r>
        <w:t>: $230,000 (Q3)</w:t>
      </w:r>
    </w:p>
    <w:p w14:paraId="240C7623" w14:textId="77777777" w:rsidR="00495879" w:rsidRDefault="00000000">
      <w:r>
        <w:rPr>
          <w:b/>
        </w:rPr>
        <w:t>Client Target</w:t>
      </w:r>
      <w:r>
        <w:t>: +10 clients (90 total)</w:t>
      </w:r>
    </w:p>
    <w:p w14:paraId="0D1CF283" w14:textId="77777777" w:rsidR="00495879" w:rsidRDefault="00000000">
      <w:r>
        <w:rPr>
          <w:b/>
        </w:rPr>
        <w:t>Key Activities</w:t>
      </w:r>
      <w:r>
        <w:t>:</w:t>
      </w:r>
    </w:p>
    <w:p w14:paraId="2A903E3E" w14:textId="77777777" w:rsidR="00495879" w:rsidRDefault="00000000">
      <w:pPr>
        <w:pStyle w:val="Listepuces"/>
      </w:pPr>
      <w:r>
        <w:t>Month 7: Hire Marketing Manager (offload content creation from founder)</w:t>
      </w:r>
    </w:p>
    <w:p w14:paraId="7AB0A244" w14:textId="77777777" w:rsidR="00495879" w:rsidRDefault="00000000">
      <w:pPr>
        <w:pStyle w:val="Listepuces"/>
      </w:pPr>
      <w:r>
        <w:t>Month 8: Launch SEO campaign (target 20 #1 rankings)</w:t>
      </w:r>
    </w:p>
    <w:p w14:paraId="654E116C" w14:textId="77777777" w:rsidR="00495879" w:rsidRDefault="00000000">
      <w:pPr>
        <w:pStyle w:val="Listepuces"/>
      </w:pPr>
      <w:r>
        <w:t>Month 9: Scale paid ads (LinkedIn + Google, $150K annual budget)</w:t>
      </w:r>
    </w:p>
    <w:p w14:paraId="7EFF4CD9" w14:textId="77777777" w:rsidR="00495879" w:rsidRDefault="00000000">
      <w:r>
        <w:rPr>
          <w:b/>
        </w:rPr>
        <w:t>Success Metrics</w:t>
      </w:r>
      <w:r>
        <w:t>:</w:t>
      </w:r>
    </w:p>
    <w:p w14:paraId="23342143" w14:textId="77777777" w:rsidR="00495879" w:rsidRDefault="00000000">
      <w:pPr>
        <w:pStyle w:val="Listepuces"/>
      </w:pPr>
      <w:r>
        <w:t>✅ Marketing Manager hired = Founder 90% out of content creation</w:t>
      </w:r>
    </w:p>
    <w:p w14:paraId="21ECC7B5" w14:textId="77777777" w:rsidR="00495879" w:rsidRDefault="00000000">
      <w:pPr>
        <w:pStyle w:val="Listepuces"/>
      </w:pPr>
      <w:r>
        <w:t>✅ 90 clients = 90% of goal (almost there!)</w:t>
      </w:r>
    </w:p>
    <w:p w14:paraId="13B61F5B" w14:textId="77777777" w:rsidR="00495879" w:rsidRDefault="00000000">
      <w:pPr>
        <w:pStyle w:val="Listepuces"/>
      </w:pPr>
      <w:r>
        <w:t>✅ CAC drops to $3,500 (from $4K) - marketing efficiency improving</w:t>
      </w:r>
    </w:p>
    <w:p w14:paraId="4CDDAD2A" w14:textId="77777777" w:rsidR="00495879" w:rsidRDefault="00000000">
      <w:r>
        <w:t>________________________________________________________________________________</w:t>
      </w:r>
    </w:p>
    <w:p w14:paraId="6F490C8E" w14:textId="77777777" w:rsidR="00495879" w:rsidRDefault="00000000">
      <w:pPr>
        <w:pStyle w:val="Titre3"/>
      </w:pPr>
      <w:r>
        <w:t>Q4 2028 (Oct-Dec): HIT TARGET + PLAN YEAR 4</w:t>
      </w:r>
    </w:p>
    <w:p w14:paraId="60739DCB" w14:textId="77777777" w:rsidR="00495879" w:rsidRDefault="00000000">
      <w:r>
        <w:rPr>
          <w:b/>
        </w:rPr>
        <w:t>Milestones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18AADDDE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E79587A" w14:textId="77777777" w:rsidR="00495879" w:rsidRDefault="00000000">
            <w:r>
              <w:rPr>
                <w:sz w:val="20"/>
              </w:rPr>
              <w:t>Milestone</w:t>
            </w:r>
          </w:p>
        </w:tc>
        <w:tc>
          <w:tcPr>
            <w:tcW w:w="2160" w:type="dxa"/>
          </w:tcPr>
          <w:p w14:paraId="2044111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Target Date</w:t>
            </w:r>
          </w:p>
        </w:tc>
        <w:tc>
          <w:tcPr>
            <w:tcW w:w="2160" w:type="dxa"/>
          </w:tcPr>
          <w:p w14:paraId="6E509836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Owner</w:t>
            </w:r>
          </w:p>
        </w:tc>
        <w:tc>
          <w:tcPr>
            <w:tcW w:w="2160" w:type="dxa"/>
          </w:tcPr>
          <w:p w14:paraId="24EC4F4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Success Criteria</w:t>
            </w:r>
          </w:p>
        </w:tc>
      </w:tr>
      <w:tr w:rsidR="00495879" w14:paraId="28909C9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E0E5D85" w14:textId="77777777" w:rsidR="00495879" w:rsidRDefault="00000000">
            <w:r>
              <w:lastRenderedPageBreak/>
              <w:t>**100 Clients (YEAR 3 TARGET!)**</w:t>
            </w:r>
          </w:p>
        </w:tc>
        <w:tc>
          <w:tcPr>
            <w:tcW w:w="2160" w:type="dxa"/>
          </w:tcPr>
          <w:p w14:paraId="3826A94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3E3913A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Team</w:t>
            </w:r>
          </w:p>
        </w:tc>
        <w:tc>
          <w:tcPr>
            <w:tcW w:w="2160" w:type="dxa"/>
          </w:tcPr>
          <w:p w14:paraId="2EB31DF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100 active clients, $850K ARR ✅</w:t>
            </w:r>
          </w:p>
        </w:tc>
      </w:tr>
      <w:tr w:rsidR="00495879" w14:paraId="0796866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ED31D5F" w14:textId="77777777" w:rsidR="00495879" w:rsidRDefault="00000000">
            <w:r>
              <w:t>**13% EBITDA Margin**</w:t>
            </w:r>
          </w:p>
        </w:tc>
        <w:tc>
          <w:tcPr>
            <w:tcW w:w="2160" w:type="dxa"/>
          </w:tcPr>
          <w:p w14:paraId="141AB64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5FCFA9C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3CB1AF1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$110K EBITDA on $850K revenue</w:t>
            </w:r>
          </w:p>
        </w:tc>
      </w:tr>
      <w:tr w:rsidR="00495879" w14:paraId="74919A2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4AF0C17" w14:textId="77777777" w:rsidR="00495879" w:rsidRDefault="00000000">
            <w:r>
              <w:t>**Accumulated Cash: $400K+**</w:t>
            </w:r>
          </w:p>
        </w:tc>
        <w:tc>
          <w:tcPr>
            <w:tcW w:w="2160" w:type="dxa"/>
          </w:tcPr>
          <w:p w14:paraId="3A6F8CB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6475674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Ops Mgr</w:t>
            </w:r>
          </w:p>
        </w:tc>
        <w:tc>
          <w:tcPr>
            <w:tcW w:w="2160" w:type="dxa"/>
          </w:tcPr>
          <w:p w14:paraId="0708B84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7+ months runway, optionality for Year 4</w:t>
            </w:r>
          </w:p>
        </w:tc>
      </w:tr>
      <w:tr w:rsidR="00495879" w14:paraId="7E624C10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0D3FD1A" w14:textId="77777777" w:rsidR="00495879" w:rsidRDefault="00000000">
            <w:r>
              <w:t>**NPS 70+**</w:t>
            </w:r>
          </w:p>
        </w:tc>
        <w:tc>
          <w:tcPr>
            <w:tcW w:w="2160" w:type="dxa"/>
          </w:tcPr>
          <w:p w14:paraId="2FA178A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15</w:t>
            </w:r>
          </w:p>
        </w:tc>
        <w:tc>
          <w:tcPr>
            <w:tcW w:w="2160" w:type="dxa"/>
          </w:tcPr>
          <w:p w14:paraId="609D9C7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Team</w:t>
            </w:r>
          </w:p>
        </w:tc>
        <w:tc>
          <w:tcPr>
            <w:tcW w:w="2160" w:type="dxa"/>
          </w:tcPr>
          <w:p w14:paraId="198780B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World-class NPS (top 1% of coaching firms)</w:t>
            </w:r>
          </w:p>
        </w:tc>
      </w:tr>
      <w:tr w:rsidR="00495879" w14:paraId="1D959B32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0D029E" w14:textId="77777777" w:rsidR="00495879" w:rsidRDefault="00000000">
            <w:r>
              <w:t>**Renewal Rate 90%+**</w:t>
            </w:r>
          </w:p>
        </w:tc>
        <w:tc>
          <w:tcPr>
            <w:tcW w:w="2160" w:type="dxa"/>
          </w:tcPr>
          <w:p w14:paraId="3A2A242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Dec 31</w:t>
            </w:r>
          </w:p>
        </w:tc>
        <w:tc>
          <w:tcPr>
            <w:tcW w:w="2160" w:type="dxa"/>
          </w:tcPr>
          <w:p w14:paraId="7DBA450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Team</w:t>
            </w:r>
          </w:p>
        </w:tc>
        <w:tc>
          <w:tcPr>
            <w:tcW w:w="2160" w:type="dxa"/>
          </w:tcPr>
          <w:p w14:paraId="6DF6513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Industry-leading retention</w:t>
            </w:r>
          </w:p>
        </w:tc>
      </w:tr>
      <w:tr w:rsidR="00495879" w14:paraId="1D19148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F6F9147" w14:textId="77777777" w:rsidR="00495879" w:rsidRDefault="00000000">
            <w:r>
              <w:t>**Year 4 Strategy Decided**</w:t>
            </w:r>
          </w:p>
        </w:tc>
        <w:tc>
          <w:tcPr>
            <w:tcW w:w="2160" w:type="dxa"/>
          </w:tcPr>
          <w:p w14:paraId="4625088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Dec 15</w:t>
            </w:r>
          </w:p>
        </w:tc>
        <w:tc>
          <w:tcPr>
            <w:tcW w:w="2160" w:type="dxa"/>
          </w:tcPr>
          <w:p w14:paraId="15C5755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Founder</w:t>
            </w:r>
          </w:p>
        </w:tc>
        <w:tc>
          <w:tcPr>
            <w:tcW w:w="2160" w:type="dxa"/>
          </w:tcPr>
          <w:p w14:paraId="53346BD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Go aggressive (raise capital) OR steady growth (bootstrap)</w:t>
            </w:r>
          </w:p>
        </w:tc>
      </w:tr>
    </w:tbl>
    <w:p w14:paraId="66348210" w14:textId="77777777" w:rsidR="00495879" w:rsidRDefault="00495879"/>
    <w:p w14:paraId="076E7A8E" w14:textId="77777777" w:rsidR="00495879" w:rsidRDefault="00000000">
      <w:r>
        <w:rPr>
          <w:b/>
        </w:rPr>
        <w:t>Revenue Target</w:t>
      </w:r>
      <w:r>
        <w:t>: $850,000 (Year 3 total)</w:t>
      </w:r>
    </w:p>
    <w:p w14:paraId="34604BCA" w14:textId="77777777" w:rsidR="00495879" w:rsidRDefault="00000000">
      <w:r>
        <w:rPr>
          <w:b/>
        </w:rPr>
        <w:t>Client Target</w:t>
      </w:r>
      <w:r>
        <w:t>: +10 clients (100 total)</w:t>
      </w:r>
    </w:p>
    <w:p w14:paraId="6D4852AE" w14:textId="77777777" w:rsidR="00495879" w:rsidRDefault="00000000">
      <w:r>
        <w:rPr>
          <w:b/>
        </w:rPr>
        <w:t>Key Activities</w:t>
      </w:r>
      <w:r>
        <w:t>:</w:t>
      </w:r>
    </w:p>
    <w:p w14:paraId="0A98D64C" w14:textId="77777777" w:rsidR="00495879" w:rsidRDefault="00000000">
      <w:pPr>
        <w:pStyle w:val="Listepuces"/>
      </w:pPr>
      <w:r>
        <w:t>Month 10: Strategic planning offsite (founder + advisors, decide Year 4 path)</w:t>
      </w:r>
    </w:p>
    <w:p w14:paraId="2461E978" w14:textId="77777777" w:rsidR="00495879" w:rsidRDefault="00000000">
      <w:pPr>
        <w:pStyle w:val="Listepuces"/>
      </w:pPr>
      <w:r>
        <w:t>Month 11: Explore M&amp;A conversations (if exit in 2-3 years, start relationships now)</w:t>
      </w:r>
    </w:p>
    <w:p w14:paraId="5B465B7C" w14:textId="77777777" w:rsidR="00495879" w:rsidRDefault="00000000">
      <w:pPr>
        <w:pStyle w:val="Listepuces"/>
      </w:pPr>
      <w:r>
        <w:t>Month 12: Celebrate **3-YEAR ANNIVERSARY** 🎉 (team party, client appreciation event)</w:t>
      </w:r>
    </w:p>
    <w:p w14:paraId="35309B69" w14:textId="77777777" w:rsidR="00495879" w:rsidRDefault="00000000">
      <w:r>
        <w:rPr>
          <w:b/>
        </w:rPr>
        <w:t>Success Metrics</w:t>
      </w:r>
      <w:r>
        <w:t>:</w:t>
      </w:r>
    </w:p>
    <w:p w14:paraId="24C6CC2F" w14:textId="77777777" w:rsidR="00495879" w:rsidRDefault="00000000">
      <w:pPr>
        <w:pStyle w:val="Listepuces"/>
      </w:pPr>
      <w:r>
        <w:t>✅ **100 clients, $850K revenue, 13% EBITDA = ALL YEAR 3 GOALS HIT** 🏆</w:t>
      </w:r>
    </w:p>
    <w:p w14:paraId="7993F406" w14:textId="77777777" w:rsidR="00495879" w:rsidRDefault="00000000">
      <w:pPr>
        <w:pStyle w:val="Listepuces"/>
      </w:pPr>
      <w:r>
        <w:t>✅ $400K cash reserves = Can self-fund Year 4 growth OR return profits to founder</w:t>
      </w:r>
    </w:p>
    <w:p w14:paraId="3C0578ED" w14:textId="77777777" w:rsidR="00495879" w:rsidRDefault="00000000">
      <w:pPr>
        <w:pStyle w:val="Listepuces"/>
      </w:pPr>
      <w:r>
        <w:t>✅ Team of 4.5 FTE operating efficiently (revenue/FTE = $189K)</w:t>
      </w:r>
    </w:p>
    <w:p w14:paraId="38FCE18F" w14:textId="77777777" w:rsidR="00495879" w:rsidRDefault="00000000">
      <w:pPr>
        <w:pStyle w:val="Listepuces"/>
      </w:pPr>
      <w:r>
        <w:t>✅ Market position: Top 10 SMB coaching firms in US (brand recognition)</w:t>
      </w:r>
    </w:p>
    <w:p w14:paraId="5865ED09" w14:textId="77777777" w:rsidR="00495879" w:rsidRDefault="00000000">
      <w:r>
        <w:t>________________________________________________________________________________</w:t>
      </w:r>
    </w:p>
    <w:p w14:paraId="5943540D" w14:textId="77777777" w:rsidR="00495879" w:rsidRDefault="00000000">
      <w:pPr>
        <w:pStyle w:val="Titre2"/>
      </w:pPr>
      <w:r>
        <w:t>📊 KEY PERFORMANCE INDICATORS (KPIs)</w:t>
      </w:r>
    </w:p>
    <w:p w14:paraId="06FC5224" w14:textId="77777777" w:rsidR="00495879" w:rsidRDefault="00000000">
      <w:pPr>
        <w:pStyle w:val="Titre3"/>
      </w:pPr>
      <w:r>
        <w:t>Tier 1: North Star Metrics (Weekly Review)</w:t>
      </w:r>
    </w:p>
    <w:p w14:paraId="18E7D345" w14:textId="77777777" w:rsidR="00495879" w:rsidRDefault="00000000">
      <w:r>
        <w:rPr>
          <w:b/>
        </w:rPr>
        <w:t>Definition</w:t>
      </w:r>
      <w:r>
        <w:t>: The 3-5 metrics that define business success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95879" w14:paraId="49C8689A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0A0CDA5" w14:textId="77777777" w:rsidR="00495879" w:rsidRDefault="00000000">
            <w:r>
              <w:rPr>
                <w:sz w:val="20"/>
              </w:rPr>
              <w:t>KPI</w:t>
            </w:r>
          </w:p>
        </w:tc>
        <w:tc>
          <w:tcPr>
            <w:tcW w:w="1728" w:type="dxa"/>
          </w:tcPr>
          <w:p w14:paraId="03FDE2A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 Target</w:t>
            </w:r>
          </w:p>
        </w:tc>
        <w:tc>
          <w:tcPr>
            <w:tcW w:w="1728" w:type="dxa"/>
          </w:tcPr>
          <w:p w14:paraId="3DEDAF0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 Target</w:t>
            </w:r>
          </w:p>
        </w:tc>
        <w:tc>
          <w:tcPr>
            <w:tcW w:w="1728" w:type="dxa"/>
          </w:tcPr>
          <w:p w14:paraId="625FC75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 Target</w:t>
            </w:r>
          </w:p>
        </w:tc>
        <w:tc>
          <w:tcPr>
            <w:tcW w:w="1728" w:type="dxa"/>
          </w:tcPr>
          <w:p w14:paraId="0F6FA98E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Frequency</w:t>
            </w:r>
          </w:p>
        </w:tc>
      </w:tr>
      <w:tr w:rsidR="00495879" w14:paraId="25FEFB6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2861C8BE" w14:textId="77777777" w:rsidR="00495879" w:rsidRDefault="00000000">
            <w:r>
              <w:t>**ARR (Annual Recurring Revenue)**</w:t>
            </w:r>
          </w:p>
        </w:tc>
        <w:tc>
          <w:tcPr>
            <w:tcW w:w="1728" w:type="dxa"/>
          </w:tcPr>
          <w:p w14:paraId="4A5EF0F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$180K</w:t>
            </w:r>
          </w:p>
        </w:tc>
        <w:tc>
          <w:tcPr>
            <w:tcW w:w="1728" w:type="dxa"/>
          </w:tcPr>
          <w:p w14:paraId="374F530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$420K</w:t>
            </w:r>
          </w:p>
        </w:tc>
        <w:tc>
          <w:tcPr>
            <w:tcW w:w="1728" w:type="dxa"/>
          </w:tcPr>
          <w:p w14:paraId="793113D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$850K</w:t>
            </w:r>
          </w:p>
        </w:tc>
        <w:tc>
          <w:tcPr>
            <w:tcW w:w="1728" w:type="dxa"/>
          </w:tcPr>
          <w:p w14:paraId="6AD26F2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Weekly</w:t>
            </w:r>
          </w:p>
        </w:tc>
      </w:tr>
      <w:tr w:rsidR="00495879" w14:paraId="05DC549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42000007" w14:textId="77777777" w:rsidR="00495879" w:rsidRDefault="00000000">
            <w:r>
              <w:t xml:space="preserve">**Active </w:t>
            </w:r>
            <w:r>
              <w:lastRenderedPageBreak/>
              <w:t>Clients**</w:t>
            </w:r>
          </w:p>
        </w:tc>
        <w:tc>
          <w:tcPr>
            <w:tcW w:w="1728" w:type="dxa"/>
          </w:tcPr>
          <w:p w14:paraId="150DE35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lastRenderedPageBreak/>
              <w:t>30</w:t>
            </w:r>
          </w:p>
        </w:tc>
        <w:tc>
          <w:tcPr>
            <w:tcW w:w="1728" w:type="dxa"/>
          </w:tcPr>
          <w:p w14:paraId="50D6349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63</w:t>
            </w:r>
          </w:p>
        </w:tc>
        <w:tc>
          <w:tcPr>
            <w:tcW w:w="1728" w:type="dxa"/>
          </w:tcPr>
          <w:p w14:paraId="44ABD44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100</w:t>
            </w:r>
          </w:p>
        </w:tc>
        <w:tc>
          <w:tcPr>
            <w:tcW w:w="1728" w:type="dxa"/>
          </w:tcPr>
          <w:p w14:paraId="0EFC733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Weekly</w:t>
            </w:r>
          </w:p>
        </w:tc>
      </w:tr>
      <w:tr w:rsidR="00495879" w14:paraId="41FC8DD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70A57E91" w14:textId="77777777" w:rsidR="00495879" w:rsidRDefault="00000000">
            <w:r>
              <w:t>**NPS (Net Promoter Score)**</w:t>
            </w:r>
          </w:p>
        </w:tc>
        <w:tc>
          <w:tcPr>
            <w:tcW w:w="1728" w:type="dxa"/>
          </w:tcPr>
          <w:p w14:paraId="17F5617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50+</w:t>
            </w:r>
          </w:p>
        </w:tc>
        <w:tc>
          <w:tcPr>
            <w:tcW w:w="1728" w:type="dxa"/>
          </w:tcPr>
          <w:p w14:paraId="3BA99F99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60+</w:t>
            </w:r>
          </w:p>
        </w:tc>
        <w:tc>
          <w:tcPr>
            <w:tcW w:w="1728" w:type="dxa"/>
          </w:tcPr>
          <w:p w14:paraId="755C8A5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70+</w:t>
            </w:r>
          </w:p>
        </w:tc>
        <w:tc>
          <w:tcPr>
            <w:tcW w:w="1728" w:type="dxa"/>
          </w:tcPr>
          <w:p w14:paraId="7A34430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Quarterly</w:t>
            </w:r>
          </w:p>
        </w:tc>
      </w:tr>
      <w:tr w:rsidR="00495879" w14:paraId="30B30F9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10DADF75" w14:textId="77777777" w:rsidR="00495879" w:rsidRDefault="00000000">
            <w:r>
              <w:t>**EBITDA Margin %**</w:t>
            </w:r>
          </w:p>
        </w:tc>
        <w:tc>
          <w:tcPr>
            <w:tcW w:w="1728" w:type="dxa"/>
          </w:tcPr>
          <w:p w14:paraId="37BB374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-40%</w:t>
            </w:r>
          </w:p>
        </w:tc>
        <w:tc>
          <w:tcPr>
            <w:tcW w:w="1728" w:type="dxa"/>
          </w:tcPr>
          <w:p w14:paraId="2443E22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-5%</w:t>
            </w:r>
          </w:p>
        </w:tc>
        <w:tc>
          <w:tcPr>
            <w:tcW w:w="1728" w:type="dxa"/>
          </w:tcPr>
          <w:p w14:paraId="5B48B43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13%</w:t>
            </w:r>
          </w:p>
        </w:tc>
        <w:tc>
          <w:tcPr>
            <w:tcW w:w="1728" w:type="dxa"/>
          </w:tcPr>
          <w:p w14:paraId="0F36499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Monthly</w:t>
            </w:r>
          </w:p>
        </w:tc>
      </w:tr>
      <w:tr w:rsidR="00495879" w14:paraId="6FDDFB0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</w:tcPr>
          <w:p w14:paraId="606AAC03" w14:textId="77777777" w:rsidR="00495879" w:rsidRDefault="00000000">
            <w:r>
              <w:t>**Cash Balance**</w:t>
            </w:r>
          </w:p>
        </w:tc>
        <w:tc>
          <w:tcPr>
            <w:tcW w:w="1728" w:type="dxa"/>
          </w:tcPr>
          <w:p w14:paraId="7755CED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$2.8K</w:t>
            </w:r>
          </w:p>
        </w:tc>
        <w:tc>
          <w:tcPr>
            <w:tcW w:w="1728" w:type="dxa"/>
          </w:tcPr>
          <w:p w14:paraId="31ED39E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$122K</w:t>
            </w:r>
          </w:p>
        </w:tc>
        <w:tc>
          <w:tcPr>
            <w:tcW w:w="1728" w:type="dxa"/>
          </w:tcPr>
          <w:p w14:paraId="74D3B32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$412K</w:t>
            </w:r>
          </w:p>
        </w:tc>
        <w:tc>
          <w:tcPr>
            <w:tcW w:w="1728" w:type="dxa"/>
          </w:tcPr>
          <w:p w14:paraId="788DB82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Daily</w:t>
            </w:r>
          </w:p>
        </w:tc>
      </w:tr>
    </w:tbl>
    <w:p w14:paraId="31F4B73A" w14:textId="77777777" w:rsidR="00495879" w:rsidRDefault="00495879"/>
    <w:p w14:paraId="14260B02" w14:textId="77777777" w:rsidR="00495879" w:rsidRDefault="00000000">
      <w:r>
        <w:rPr>
          <w:b/>
        </w:rPr>
        <w:t>How Measured</w:t>
      </w:r>
      <w:r>
        <w:t>:</w:t>
      </w:r>
    </w:p>
    <w:p w14:paraId="12810486" w14:textId="77777777" w:rsidR="00495879" w:rsidRDefault="00000000">
      <w:pPr>
        <w:pStyle w:val="Listepuces"/>
      </w:pPr>
      <w:r>
        <w:t>ARR: Sum of all 12-month contract values (active clients only)</w:t>
      </w:r>
    </w:p>
    <w:p w14:paraId="7A975661" w14:textId="77777777" w:rsidR="00495879" w:rsidRDefault="00000000">
      <w:pPr>
        <w:pStyle w:val="Listepuces"/>
      </w:pPr>
      <w:r>
        <w:t>Active Clients: Count of clients with valid contracts (not churned)</w:t>
      </w:r>
    </w:p>
    <w:p w14:paraId="1AD9AEF1" w14:textId="77777777" w:rsidR="00495879" w:rsidRDefault="00000000">
      <w:pPr>
        <w:pStyle w:val="Listepuces"/>
      </w:pPr>
      <w:r>
        <w:t>NPS: Survey all clients quarterly, calculate (% Promoters - % Detractors)</w:t>
      </w:r>
    </w:p>
    <w:p w14:paraId="2C191604" w14:textId="77777777" w:rsidR="00495879" w:rsidRDefault="00000000">
      <w:pPr>
        <w:pStyle w:val="Listepuces"/>
      </w:pPr>
      <w:r>
        <w:t>EBITDA Margin: (Revenue - COGS - OpEx) ÷ Revenue × 100</w:t>
      </w:r>
    </w:p>
    <w:p w14:paraId="596E4F59" w14:textId="77777777" w:rsidR="00495879" w:rsidRDefault="00000000">
      <w:pPr>
        <w:pStyle w:val="Listepuces"/>
      </w:pPr>
      <w:r>
        <w:t>Cash Balance: Bank account balance (real-time via QuickBooks)</w:t>
      </w:r>
    </w:p>
    <w:p w14:paraId="77E6F680" w14:textId="77777777" w:rsidR="00495879" w:rsidRDefault="00000000">
      <w:r>
        <w:t>________________________________________________________________________________</w:t>
      </w:r>
    </w:p>
    <w:p w14:paraId="728B7F4A" w14:textId="77777777" w:rsidR="00495879" w:rsidRDefault="00000000">
      <w:pPr>
        <w:pStyle w:val="Titre3"/>
      </w:pPr>
      <w:r>
        <w:t>Tier 2: Growth Metrics (Monthly Review)</w:t>
      </w:r>
    </w:p>
    <w:p w14:paraId="6C9F1E36" w14:textId="77777777" w:rsidR="00495879" w:rsidRDefault="00000000">
      <w:r>
        <w:rPr>
          <w:b/>
        </w:rPr>
        <w:t>Revenue Metrics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41B4D1BF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F56DFD9" w14:textId="77777777" w:rsidR="00495879" w:rsidRDefault="00000000">
            <w:r>
              <w:rPr>
                <w:sz w:val="20"/>
              </w:rPr>
              <w:t>KPI</w:t>
            </w:r>
          </w:p>
        </w:tc>
        <w:tc>
          <w:tcPr>
            <w:tcW w:w="2160" w:type="dxa"/>
          </w:tcPr>
          <w:p w14:paraId="32D666C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2160" w:type="dxa"/>
          </w:tcPr>
          <w:p w14:paraId="66314C5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160" w:type="dxa"/>
          </w:tcPr>
          <w:p w14:paraId="0C4B597D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0AC05BD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0DF7536" w14:textId="77777777" w:rsidR="00495879" w:rsidRDefault="00000000">
            <w:r>
              <w:t>**MRR (Monthly Recurring Revenue)**</w:t>
            </w:r>
          </w:p>
        </w:tc>
        <w:tc>
          <w:tcPr>
            <w:tcW w:w="2160" w:type="dxa"/>
          </w:tcPr>
          <w:p w14:paraId="27A076E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$15K</w:t>
            </w:r>
          </w:p>
        </w:tc>
        <w:tc>
          <w:tcPr>
            <w:tcW w:w="2160" w:type="dxa"/>
          </w:tcPr>
          <w:p w14:paraId="51FD5C8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$35K</w:t>
            </w:r>
          </w:p>
        </w:tc>
        <w:tc>
          <w:tcPr>
            <w:tcW w:w="2160" w:type="dxa"/>
          </w:tcPr>
          <w:p w14:paraId="7FD4334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$71K</w:t>
            </w:r>
          </w:p>
        </w:tc>
      </w:tr>
      <w:tr w:rsidR="00495879" w14:paraId="543C457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0907611" w14:textId="77777777" w:rsidR="00495879" w:rsidRDefault="00000000">
            <w:r>
              <w:t>**New MRR** (from new clients)</w:t>
            </w:r>
          </w:p>
        </w:tc>
        <w:tc>
          <w:tcPr>
            <w:tcW w:w="2160" w:type="dxa"/>
          </w:tcPr>
          <w:p w14:paraId="110E22A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$1.5K/mo</w:t>
            </w:r>
          </w:p>
        </w:tc>
        <w:tc>
          <w:tcPr>
            <w:tcW w:w="2160" w:type="dxa"/>
          </w:tcPr>
          <w:p w14:paraId="6654F8A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$2K/mo</w:t>
            </w:r>
          </w:p>
        </w:tc>
        <w:tc>
          <w:tcPr>
            <w:tcW w:w="2160" w:type="dxa"/>
          </w:tcPr>
          <w:p w14:paraId="64D4D6A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$2.5K/mo</w:t>
            </w:r>
          </w:p>
        </w:tc>
      </w:tr>
      <w:tr w:rsidR="00495879" w14:paraId="794F76E7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74112C3" w14:textId="77777777" w:rsidR="00495879" w:rsidRDefault="00000000">
            <w:r>
              <w:t>**Churn MRR** (from lost clients)</w:t>
            </w:r>
          </w:p>
        </w:tc>
        <w:tc>
          <w:tcPr>
            <w:tcW w:w="2160" w:type="dxa"/>
          </w:tcPr>
          <w:p w14:paraId="06798F5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-$300/mo</w:t>
            </w:r>
          </w:p>
        </w:tc>
        <w:tc>
          <w:tcPr>
            <w:tcW w:w="2160" w:type="dxa"/>
          </w:tcPr>
          <w:p w14:paraId="007CE7E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-$500/mo</w:t>
            </w:r>
          </w:p>
        </w:tc>
        <w:tc>
          <w:tcPr>
            <w:tcW w:w="2160" w:type="dxa"/>
          </w:tcPr>
          <w:p w14:paraId="52D966F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-$700/mo</w:t>
            </w:r>
          </w:p>
        </w:tc>
      </w:tr>
      <w:tr w:rsidR="00495879" w14:paraId="219F2EA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8918688" w14:textId="77777777" w:rsidR="00495879" w:rsidRDefault="00000000">
            <w:r>
              <w:t>**Net New MRR**</w:t>
            </w:r>
          </w:p>
        </w:tc>
        <w:tc>
          <w:tcPr>
            <w:tcW w:w="2160" w:type="dxa"/>
          </w:tcPr>
          <w:p w14:paraId="01E3111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+$1.2K/mo</w:t>
            </w:r>
          </w:p>
        </w:tc>
        <w:tc>
          <w:tcPr>
            <w:tcW w:w="2160" w:type="dxa"/>
          </w:tcPr>
          <w:p w14:paraId="7F1422D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+$1.5K/mo</w:t>
            </w:r>
          </w:p>
        </w:tc>
        <w:tc>
          <w:tcPr>
            <w:tcW w:w="2160" w:type="dxa"/>
          </w:tcPr>
          <w:p w14:paraId="4289200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+$1.8K/mo</w:t>
            </w:r>
          </w:p>
        </w:tc>
      </w:tr>
      <w:tr w:rsidR="00495879" w14:paraId="3FE29F5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2CE4CCE" w14:textId="77777777" w:rsidR="00495879" w:rsidRDefault="00000000">
            <w:r>
              <w:t>**Revenue per Client (Avg)**</w:t>
            </w:r>
          </w:p>
        </w:tc>
        <w:tc>
          <w:tcPr>
            <w:tcW w:w="2160" w:type="dxa"/>
          </w:tcPr>
          <w:p w14:paraId="6F65703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$6,000</w:t>
            </w:r>
          </w:p>
        </w:tc>
        <w:tc>
          <w:tcPr>
            <w:tcW w:w="2160" w:type="dxa"/>
          </w:tcPr>
          <w:p w14:paraId="2190130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$6,667</w:t>
            </w:r>
          </w:p>
        </w:tc>
        <w:tc>
          <w:tcPr>
            <w:tcW w:w="2160" w:type="dxa"/>
          </w:tcPr>
          <w:p w14:paraId="2F35D96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$8,500</w:t>
            </w:r>
          </w:p>
        </w:tc>
      </w:tr>
    </w:tbl>
    <w:p w14:paraId="74085CD1" w14:textId="77777777" w:rsidR="00495879" w:rsidRDefault="00495879"/>
    <w:p w14:paraId="7FDDBA4E" w14:textId="77777777" w:rsidR="00495879" w:rsidRDefault="00000000">
      <w:r>
        <w:rPr>
          <w:b/>
        </w:rPr>
        <w:t>Client Acquisition Metrics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35E97B4B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8413041" w14:textId="77777777" w:rsidR="00495879" w:rsidRDefault="00000000">
            <w:r>
              <w:rPr>
                <w:sz w:val="20"/>
              </w:rPr>
              <w:t>KPI</w:t>
            </w:r>
          </w:p>
        </w:tc>
        <w:tc>
          <w:tcPr>
            <w:tcW w:w="2160" w:type="dxa"/>
          </w:tcPr>
          <w:p w14:paraId="77E5196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2160" w:type="dxa"/>
          </w:tcPr>
          <w:p w14:paraId="2B0D9FD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160" w:type="dxa"/>
          </w:tcPr>
          <w:p w14:paraId="44BA30A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53F110E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92BB30D" w14:textId="77777777" w:rsidR="00495879" w:rsidRDefault="00000000">
            <w:r>
              <w:t>**MQLs (Marketing Qualified Leads)**</w:t>
            </w:r>
          </w:p>
        </w:tc>
        <w:tc>
          <w:tcPr>
            <w:tcW w:w="2160" w:type="dxa"/>
          </w:tcPr>
          <w:p w14:paraId="7C80EC8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150</w:t>
            </w:r>
          </w:p>
        </w:tc>
        <w:tc>
          <w:tcPr>
            <w:tcW w:w="2160" w:type="dxa"/>
          </w:tcPr>
          <w:p w14:paraId="78FE41E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200</w:t>
            </w:r>
          </w:p>
        </w:tc>
        <w:tc>
          <w:tcPr>
            <w:tcW w:w="2160" w:type="dxa"/>
          </w:tcPr>
          <w:p w14:paraId="4D33B69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250</w:t>
            </w:r>
          </w:p>
        </w:tc>
      </w:tr>
      <w:tr w:rsidR="00495879" w14:paraId="5EF33FB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2166E5" w14:textId="77777777" w:rsidR="00495879" w:rsidRDefault="00000000">
            <w:r>
              <w:t>**SQLs (Sales Qualified Leads)**</w:t>
            </w:r>
          </w:p>
        </w:tc>
        <w:tc>
          <w:tcPr>
            <w:tcW w:w="2160" w:type="dxa"/>
          </w:tcPr>
          <w:p w14:paraId="3675534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</w:t>
            </w:r>
          </w:p>
        </w:tc>
        <w:tc>
          <w:tcPr>
            <w:tcW w:w="2160" w:type="dxa"/>
          </w:tcPr>
          <w:p w14:paraId="4E07CC5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120</w:t>
            </w:r>
          </w:p>
        </w:tc>
        <w:tc>
          <w:tcPr>
            <w:tcW w:w="2160" w:type="dxa"/>
          </w:tcPr>
          <w:p w14:paraId="1C3601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150</w:t>
            </w:r>
          </w:p>
        </w:tc>
      </w:tr>
      <w:tr w:rsidR="00495879" w14:paraId="30AC8FB3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4E08961" w14:textId="77777777" w:rsidR="00495879" w:rsidRDefault="00000000">
            <w:r>
              <w:t>**Discovery Calls Completed**</w:t>
            </w:r>
          </w:p>
        </w:tc>
        <w:tc>
          <w:tcPr>
            <w:tcW w:w="2160" w:type="dxa"/>
          </w:tcPr>
          <w:p w14:paraId="25031AA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90</w:t>
            </w:r>
          </w:p>
        </w:tc>
        <w:tc>
          <w:tcPr>
            <w:tcW w:w="2160" w:type="dxa"/>
          </w:tcPr>
          <w:p w14:paraId="0322D01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</w:t>
            </w:r>
          </w:p>
        </w:tc>
        <w:tc>
          <w:tcPr>
            <w:tcW w:w="2160" w:type="dxa"/>
          </w:tcPr>
          <w:p w14:paraId="6995BE2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150</w:t>
            </w:r>
          </w:p>
        </w:tc>
      </w:tr>
      <w:tr w:rsidR="00495879" w14:paraId="23B9717A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71192FA" w14:textId="77777777" w:rsidR="00495879" w:rsidRDefault="00000000">
            <w:r>
              <w:t>**Strategy Sessions**</w:t>
            </w:r>
          </w:p>
        </w:tc>
        <w:tc>
          <w:tcPr>
            <w:tcW w:w="2160" w:type="dxa"/>
          </w:tcPr>
          <w:p w14:paraId="28406F9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54</w:t>
            </w:r>
          </w:p>
        </w:tc>
        <w:tc>
          <w:tcPr>
            <w:tcW w:w="2160" w:type="dxa"/>
          </w:tcPr>
          <w:p w14:paraId="4B04D2F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72</w:t>
            </w:r>
          </w:p>
        </w:tc>
        <w:tc>
          <w:tcPr>
            <w:tcW w:w="2160" w:type="dxa"/>
          </w:tcPr>
          <w:p w14:paraId="131EE81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</w:t>
            </w:r>
          </w:p>
        </w:tc>
      </w:tr>
      <w:tr w:rsidR="00495879" w14:paraId="1401D24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C43099F" w14:textId="77777777" w:rsidR="00495879" w:rsidRDefault="00000000">
            <w:r>
              <w:lastRenderedPageBreak/>
              <w:t>**Close Rate** (Strategy → Client)</w:t>
            </w:r>
          </w:p>
        </w:tc>
        <w:tc>
          <w:tcPr>
            <w:tcW w:w="2160" w:type="dxa"/>
          </w:tcPr>
          <w:p w14:paraId="52D4EA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67%</w:t>
            </w:r>
          </w:p>
        </w:tc>
        <w:tc>
          <w:tcPr>
            <w:tcW w:w="2160" w:type="dxa"/>
          </w:tcPr>
          <w:p w14:paraId="4D2F9DD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67%</w:t>
            </w:r>
          </w:p>
        </w:tc>
        <w:tc>
          <w:tcPr>
            <w:tcW w:w="2160" w:type="dxa"/>
          </w:tcPr>
          <w:p w14:paraId="36C739D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67%</w:t>
            </w:r>
          </w:p>
        </w:tc>
      </w:tr>
      <w:tr w:rsidR="00495879" w14:paraId="3848898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4EDC9D6" w14:textId="77777777" w:rsidR="00495879" w:rsidRDefault="00000000">
            <w:r>
              <w:t>**New Clients**</w:t>
            </w:r>
          </w:p>
        </w:tc>
        <w:tc>
          <w:tcPr>
            <w:tcW w:w="2160" w:type="dxa"/>
          </w:tcPr>
          <w:p w14:paraId="5164E5D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30</w:t>
            </w:r>
          </w:p>
        </w:tc>
        <w:tc>
          <w:tcPr>
            <w:tcW w:w="2160" w:type="dxa"/>
          </w:tcPr>
          <w:p w14:paraId="26D3484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33</w:t>
            </w:r>
          </w:p>
        </w:tc>
        <w:tc>
          <w:tcPr>
            <w:tcW w:w="2160" w:type="dxa"/>
          </w:tcPr>
          <w:p w14:paraId="12894C8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37</w:t>
            </w:r>
          </w:p>
        </w:tc>
      </w:tr>
      <w:tr w:rsidR="00495879" w14:paraId="5C6C6D0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1D05D93" w14:textId="77777777" w:rsidR="00495879" w:rsidRDefault="00000000">
            <w:r>
              <w:t>**CAC (Customer Acquisition Cost)**</w:t>
            </w:r>
          </w:p>
        </w:tc>
        <w:tc>
          <w:tcPr>
            <w:tcW w:w="2160" w:type="dxa"/>
          </w:tcPr>
          <w:p w14:paraId="41A2BB5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$2,000</w:t>
            </w:r>
          </w:p>
        </w:tc>
        <w:tc>
          <w:tcPr>
            <w:tcW w:w="2160" w:type="dxa"/>
          </w:tcPr>
          <w:p w14:paraId="1AF940B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$3,000</w:t>
            </w:r>
          </w:p>
        </w:tc>
        <w:tc>
          <w:tcPr>
            <w:tcW w:w="2160" w:type="dxa"/>
          </w:tcPr>
          <w:p w14:paraId="67344C9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$4,000</w:t>
            </w:r>
          </w:p>
        </w:tc>
      </w:tr>
      <w:tr w:rsidR="00495879" w14:paraId="5946CF52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6A00D72" w14:textId="77777777" w:rsidR="00495879" w:rsidRDefault="00000000">
            <w:r>
              <w:t>**LTV (Lifetime Value)**</w:t>
            </w:r>
          </w:p>
        </w:tc>
        <w:tc>
          <w:tcPr>
            <w:tcW w:w="2160" w:type="dxa"/>
          </w:tcPr>
          <w:p w14:paraId="0530AF1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$12,000</w:t>
            </w:r>
          </w:p>
        </w:tc>
        <w:tc>
          <w:tcPr>
            <w:tcW w:w="2160" w:type="dxa"/>
          </w:tcPr>
          <w:p w14:paraId="37B92B8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$20,000</w:t>
            </w:r>
          </w:p>
        </w:tc>
        <w:tc>
          <w:tcPr>
            <w:tcW w:w="2160" w:type="dxa"/>
          </w:tcPr>
          <w:p w14:paraId="55C748F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$25,500</w:t>
            </w:r>
          </w:p>
        </w:tc>
      </w:tr>
      <w:tr w:rsidR="00495879" w14:paraId="463A286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C8C6159" w14:textId="77777777" w:rsidR="00495879" w:rsidRDefault="00000000">
            <w:r>
              <w:t>**LTV:CAC Ratio**</w:t>
            </w:r>
          </w:p>
        </w:tc>
        <w:tc>
          <w:tcPr>
            <w:tcW w:w="2160" w:type="dxa"/>
          </w:tcPr>
          <w:p w14:paraId="007F3DA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6:1</w:t>
            </w:r>
          </w:p>
        </w:tc>
        <w:tc>
          <w:tcPr>
            <w:tcW w:w="2160" w:type="dxa"/>
          </w:tcPr>
          <w:p w14:paraId="2C6D94A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6.7:1</w:t>
            </w:r>
          </w:p>
        </w:tc>
        <w:tc>
          <w:tcPr>
            <w:tcW w:w="2160" w:type="dxa"/>
          </w:tcPr>
          <w:p w14:paraId="02EC81B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6.4:1</w:t>
            </w:r>
          </w:p>
        </w:tc>
      </w:tr>
    </w:tbl>
    <w:p w14:paraId="402CFFD4" w14:textId="77777777" w:rsidR="00495879" w:rsidRDefault="00495879"/>
    <w:p w14:paraId="195F393E" w14:textId="77777777" w:rsidR="00495879" w:rsidRDefault="00000000">
      <w:r>
        <w:t>________________________________________________________________________________</w:t>
      </w:r>
    </w:p>
    <w:p w14:paraId="7523AF1A" w14:textId="77777777" w:rsidR="00495879" w:rsidRDefault="00000000">
      <w:pPr>
        <w:pStyle w:val="Titre3"/>
      </w:pPr>
      <w:r>
        <w:t>Tier 3: Client Success Metrics (Monthly Review)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70F61F2A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5015F65" w14:textId="77777777" w:rsidR="00495879" w:rsidRDefault="00000000">
            <w:r>
              <w:rPr>
                <w:sz w:val="20"/>
              </w:rPr>
              <w:t>KPI</w:t>
            </w:r>
          </w:p>
        </w:tc>
        <w:tc>
          <w:tcPr>
            <w:tcW w:w="2160" w:type="dxa"/>
          </w:tcPr>
          <w:p w14:paraId="50B595B5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 Target</w:t>
            </w:r>
          </w:p>
        </w:tc>
        <w:tc>
          <w:tcPr>
            <w:tcW w:w="2160" w:type="dxa"/>
          </w:tcPr>
          <w:p w14:paraId="613D2FDF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 Target</w:t>
            </w:r>
          </w:p>
        </w:tc>
        <w:tc>
          <w:tcPr>
            <w:tcW w:w="2160" w:type="dxa"/>
          </w:tcPr>
          <w:p w14:paraId="0362662B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 Target</w:t>
            </w:r>
          </w:p>
        </w:tc>
      </w:tr>
      <w:tr w:rsidR="00495879" w14:paraId="188C1A0A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D167A28" w14:textId="77777777" w:rsidR="00495879" w:rsidRDefault="00000000">
            <w:r>
              <w:t>**NPS**</w:t>
            </w:r>
          </w:p>
        </w:tc>
        <w:tc>
          <w:tcPr>
            <w:tcW w:w="2160" w:type="dxa"/>
          </w:tcPr>
          <w:p w14:paraId="5259199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50+</w:t>
            </w:r>
          </w:p>
        </w:tc>
        <w:tc>
          <w:tcPr>
            <w:tcW w:w="2160" w:type="dxa"/>
          </w:tcPr>
          <w:p w14:paraId="3F376D2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60+</w:t>
            </w:r>
          </w:p>
        </w:tc>
        <w:tc>
          <w:tcPr>
            <w:tcW w:w="2160" w:type="dxa"/>
          </w:tcPr>
          <w:p w14:paraId="4C634CF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70+</w:t>
            </w:r>
          </w:p>
        </w:tc>
      </w:tr>
      <w:tr w:rsidR="00495879" w14:paraId="5E9C7F7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1CFAC9A" w14:textId="77777777" w:rsidR="00495879" w:rsidRDefault="00000000">
            <w:r>
              <w:t>**Session Rating (Avg)**</w:t>
            </w:r>
          </w:p>
        </w:tc>
        <w:tc>
          <w:tcPr>
            <w:tcW w:w="2160" w:type="dxa"/>
          </w:tcPr>
          <w:p w14:paraId="271D67E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4.5</w:t>
            </w:r>
          </w:p>
        </w:tc>
        <w:tc>
          <w:tcPr>
            <w:tcW w:w="2160" w:type="dxa"/>
          </w:tcPr>
          <w:p w14:paraId="2E2838ED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4.6</w:t>
            </w:r>
          </w:p>
        </w:tc>
        <w:tc>
          <w:tcPr>
            <w:tcW w:w="2160" w:type="dxa"/>
          </w:tcPr>
          <w:p w14:paraId="581CA96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4.7</w:t>
            </w:r>
          </w:p>
        </w:tc>
      </w:tr>
      <w:tr w:rsidR="00495879" w14:paraId="159A72E5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4D28292" w14:textId="77777777" w:rsidR="00495879" w:rsidRDefault="00000000">
            <w:r>
              <w:t>**Engagement Score (Avg)**</w:t>
            </w:r>
          </w:p>
        </w:tc>
        <w:tc>
          <w:tcPr>
            <w:tcW w:w="2160" w:type="dxa"/>
          </w:tcPr>
          <w:p w14:paraId="0AE7F76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</w:t>
            </w:r>
          </w:p>
        </w:tc>
        <w:tc>
          <w:tcPr>
            <w:tcW w:w="2160" w:type="dxa"/>
          </w:tcPr>
          <w:p w14:paraId="000BE90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65</w:t>
            </w:r>
          </w:p>
        </w:tc>
        <w:tc>
          <w:tcPr>
            <w:tcW w:w="2160" w:type="dxa"/>
          </w:tcPr>
          <w:p w14:paraId="63F6FED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</w:t>
            </w:r>
          </w:p>
        </w:tc>
      </w:tr>
      <w:tr w:rsidR="00495879" w14:paraId="54752028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1366992" w14:textId="77777777" w:rsidR="00495879" w:rsidRDefault="00000000">
            <w:r>
              <w:t>**Workshop Attendance Rate**</w:t>
            </w:r>
          </w:p>
        </w:tc>
        <w:tc>
          <w:tcPr>
            <w:tcW w:w="2160" w:type="dxa"/>
          </w:tcPr>
          <w:p w14:paraId="7F7CF09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60%</w:t>
            </w:r>
          </w:p>
        </w:tc>
        <w:tc>
          <w:tcPr>
            <w:tcW w:w="2160" w:type="dxa"/>
          </w:tcPr>
          <w:p w14:paraId="77268F9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65%</w:t>
            </w:r>
          </w:p>
        </w:tc>
        <w:tc>
          <w:tcPr>
            <w:tcW w:w="2160" w:type="dxa"/>
          </w:tcPr>
          <w:p w14:paraId="1D5EAF3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70%</w:t>
            </w:r>
          </w:p>
        </w:tc>
      </w:tr>
      <w:tr w:rsidR="00495879" w14:paraId="091998FC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C5F8170" w14:textId="77777777" w:rsidR="00495879" w:rsidRDefault="00000000">
            <w:r>
              <w:t>**Platform MAU/Total**</w:t>
            </w:r>
          </w:p>
        </w:tc>
        <w:tc>
          <w:tcPr>
            <w:tcW w:w="2160" w:type="dxa"/>
          </w:tcPr>
          <w:p w14:paraId="66F5768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70%</w:t>
            </w:r>
          </w:p>
        </w:tc>
        <w:tc>
          <w:tcPr>
            <w:tcW w:w="2160" w:type="dxa"/>
          </w:tcPr>
          <w:p w14:paraId="71D13F3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75%</w:t>
            </w:r>
          </w:p>
        </w:tc>
        <w:tc>
          <w:tcPr>
            <w:tcW w:w="2160" w:type="dxa"/>
          </w:tcPr>
          <w:p w14:paraId="0373B5F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80%</w:t>
            </w:r>
          </w:p>
        </w:tc>
      </w:tr>
      <w:tr w:rsidR="00495879" w14:paraId="5DD92B3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0EA881" w14:textId="77777777" w:rsidR="00495879" w:rsidRDefault="00000000">
            <w:r>
              <w:t>**AI Coach Usage** (msgs/client/mo)</w:t>
            </w:r>
          </w:p>
        </w:tc>
        <w:tc>
          <w:tcPr>
            <w:tcW w:w="2160" w:type="dxa"/>
          </w:tcPr>
          <w:p w14:paraId="6B63361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2160" w:type="dxa"/>
          </w:tcPr>
          <w:p w14:paraId="581F6A1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45</w:t>
            </w:r>
          </w:p>
        </w:tc>
        <w:tc>
          <w:tcPr>
            <w:tcW w:w="2160" w:type="dxa"/>
          </w:tcPr>
          <w:p w14:paraId="4836153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50</w:t>
            </w:r>
          </w:p>
        </w:tc>
      </w:tr>
      <w:tr w:rsidR="00495879" w14:paraId="316E5D8E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F5C7C7A" w14:textId="77777777" w:rsidR="00495879" w:rsidRDefault="00000000">
            <w:r>
              <w:t>**Client Outcomes** (% achieving goals)</w:t>
            </w:r>
          </w:p>
        </w:tc>
        <w:tc>
          <w:tcPr>
            <w:tcW w:w="2160" w:type="dxa"/>
          </w:tcPr>
          <w:p w14:paraId="4A2052C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70%</w:t>
            </w:r>
          </w:p>
        </w:tc>
        <w:tc>
          <w:tcPr>
            <w:tcW w:w="2160" w:type="dxa"/>
          </w:tcPr>
          <w:p w14:paraId="55154D5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75%</w:t>
            </w:r>
          </w:p>
        </w:tc>
        <w:tc>
          <w:tcPr>
            <w:tcW w:w="2160" w:type="dxa"/>
          </w:tcPr>
          <w:p w14:paraId="2D44549A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80%</w:t>
            </w:r>
          </w:p>
        </w:tc>
      </w:tr>
      <w:tr w:rsidR="00495879" w14:paraId="2E34C13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207E09B" w14:textId="77777777" w:rsidR="00495879" w:rsidRDefault="00000000">
            <w:r>
              <w:t>**Renewal Rate**</w:t>
            </w:r>
          </w:p>
        </w:tc>
        <w:tc>
          <w:tcPr>
            <w:tcW w:w="2160" w:type="dxa"/>
          </w:tcPr>
          <w:p w14:paraId="33409A3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80%</w:t>
            </w:r>
          </w:p>
        </w:tc>
        <w:tc>
          <w:tcPr>
            <w:tcW w:w="2160" w:type="dxa"/>
          </w:tcPr>
          <w:p w14:paraId="5068E5D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85%</w:t>
            </w:r>
          </w:p>
        </w:tc>
        <w:tc>
          <w:tcPr>
            <w:tcW w:w="2160" w:type="dxa"/>
          </w:tcPr>
          <w:p w14:paraId="6346CD0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90%</w:t>
            </w:r>
          </w:p>
        </w:tc>
      </w:tr>
      <w:tr w:rsidR="00495879" w14:paraId="2A374E49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8E61B60" w14:textId="77777777" w:rsidR="00495879" w:rsidRDefault="00000000">
            <w:r>
              <w:t>**Upsell Rate** (% upgrading tier)</w:t>
            </w:r>
          </w:p>
        </w:tc>
        <w:tc>
          <w:tcPr>
            <w:tcW w:w="2160" w:type="dxa"/>
          </w:tcPr>
          <w:p w14:paraId="6EB5000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10%</w:t>
            </w:r>
          </w:p>
        </w:tc>
        <w:tc>
          <w:tcPr>
            <w:tcW w:w="2160" w:type="dxa"/>
          </w:tcPr>
          <w:p w14:paraId="30CED15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15%</w:t>
            </w:r>
          </w:p>
        </w:tc>
        <w:tc>
          <w:tcPr>
            <w:tcW w:w="2160" w:type="dxa"/>
          </w:tcPr>
          <w:p w14:paraId="094153C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20%</w:t>
            </w:r>
          </w:p>
        </w:tc>
      </w:tr>
    </w:tbl>
    <w:p w14:paraId="26C31652" w14:textId="77777777" w:rsidR="00495879" w:rsidRDefault="00495879"/>
    <w:p w14:paraId="253C0C6D" w14:textId="77777777" w:rsidR="00495879" w:rsidRDefault="00000000">
      <w:r>
        <w:t>________________________________________________________________________________</w:t>
      </w:r>
    </w:p>
    <w:p w14:paraId="0BB573C3" w14:textId="77777777" w:rsidR="00495879" w:rsidRDefault="00000000">
      <w:pPr>
        <w:pStyle w:val="Titre3"/>
      </w:pPr>
      <w:r>
        <w:t>Tier 4: Operational Metrics (Monthly Review)</w:t>
      </w:r>
    </w:p>
    <w:p w14:paraId="4B26C23A" w14:textId="77777777" w:rsidR="00495879" w:rsidRDefault="00000000">
      <w:r>
        <w:rPr>
          <w:b/>
        </w:rPr>
        <w:t>Team &amp; Efficiency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156B80E1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8F6025D" w14:textId="77777777" w:rsidR="00495879" w:rsidRDefault="00000000">
            <w:r>
              <w:rPr>
                <w:sz w:val="20"/>
              </w:rPr>
              <w:t>KPI</w:t>
            </w:r>
          </w:p>
        </w:tc>
        <w:tc>
          <w:tcPr>
            <w:tcW w:w="2160" w:type="dxa"/>
          </w:tcPr>
          <w:p w14:paraId="00C574B8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2160" w:type="dxa"/>
          </w:tcPr>
          <w:p w14:paraId="321B5C89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160" w:type="dxa"/>
          </w:tcPr>
          <w:p w14:paraId="5EB9B542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305C741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83BF614" w14:textId="77777777" w:rsidR="00495879" w:rsidRDefault="00000000">
            <w:r>
              <w:t>**Team Size (FTE)**</w:t>
            </w:r>
          </w:p>
        </w:tc>
        <w:tc>
          <w:tcPr>
            <w:tcW w:w="2160" w:type="dxa"/>
          </w:tcPr>
          <w:p w14:paraId="0F5C3BE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</w:t>
            </w:r>
          </w:p>
        </w:tc>
        <w:tc>
          <w:tcPr>
            <w:tcW w:w="2160" w:type="dxa"/>
          </w:tcPr>
          <w:p w14:paraId="6072D03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3.5</w:t>
            </w:r>
          </w:p>
        </w:tc>
        <w:tc>
          <w:tcPr>
            <w:tcW w:w="2160" w:type="dxa"/>
          </w:tcPr>
          <w:p w14:paraId="2FAA391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4.5</w:t>
            </w:r>
          </w:p>
        </w:tc>
      </w:tr>
      <w:tr w:rsidR="00495879" w14:paraId="6A24A777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5DF005B" w14:textId="77777777" w:rsidR="00495879" w:rsidRDefault="00000000">
            <w:r>
              <w:t>**Revenue per FTE**</w:t>
            </w:r>
          </w:p>
        </w:tc>
        <w:tc>
          <w:tcPr>
            <w:tcW w:w="2160" w:type="dxa"/>
          </w:tcPr>
          <w:p w14:paraId="371D870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$120K</w:t>
            </w:r>
          </w:p>
        </w:tc>
        <w:tc>
          <w:tcPr>
            <w:tcW w:w="2160" w:type="dxa"/>
          </w:tcPr>
          <w:p w14:paraId="02D163C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$120K</w:t>
            </w:r>
          </w:p>
        </w:tc>
        <w:tc>
          <w:tcPr>
            <w:tcW w:w="2160" w:type="dxa"/>
          </w:tcPr>
          <w:p w14:paraId="35ED42B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$189K</w:t>
            </w:r>
          </w:p>
        </w:tc>
      </w:tr>
      <w:tr w:rsidR="00495879" w14:paraId="0ACDD61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B397A4B" w14:textId="77777777" w:rsidR="00495879" w:rsidRDefault="00000000">
            <w:r>
              <w:t>**Clients per FTE**</w:t>
            </w:r>
          </w:p>
        </w:tc>
        <w:tc>
          <w:tcPr>
            <w:tcW w:w="2160" w:type="dxa"/>
          </w:tcPr>
          <w:p w14:paraId="07153E9B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2160" w:type="dxa"/>
          </w:tcPr>
          <w:p w14:paraId="550F6BF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2160" w:type="dxa"/>
          </w:tcPr>
          <w:p w14:paraId="4BAEC524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</w:tr>
      <w:tr w:rsidR="00495879" w14:paraId="301173E5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599F171" w14:textId="77777777" w:rsidR="00495879" w:rsidRDefault="00000000">
            <w:r>
              <w:t>**Founder Delivery Hours %**</w:t>
            </w:r>
          </w:p>
        </w:tc>
        <w:tc>
          <w:tcPr>
            <w:tcW w:w="2160" w:type="dxa"/>
          </w:tcPr>
          <w:p w14:paraId="4DD0366B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50%</w:t>
            </w:r>
          </w:p>
        </w:tc>
        <w:tc>
          <w:tcPr>
            <w:tcW w:w="2160" w:type="dxa"/>
          </w:tcPr>
          <w:p w14:paraId="47C493D1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40%</w:t>
            </w:r>
          </w:p>
        </w:tc>
        <w:tc>
          <w:tcPr>
            <w:tcW w:w="2160" w:type="dxa"/>
          </w:tcPr>
          <w:p w14:paraId="5B6796CF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20%</w:t>
            </w:r>
          </w:p>
        </w:tc>
      </w:tr>
      <w:tr w:rsidR="00495879" w14:paraId="266425BB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897D2DD" w14:textId="77777777" w:rsidR="00495879" w:rsidRDefault="00000000">
            <w:r>
              <w:t>**Employee NPS**</w:t>
            </w:r>
          </w:p>
        </w:tc>
        <w:tc>
          <w:tcPr>
            <w:tcW w:w="2160" w:type="dxa"/>
          </w:tcPr>
          <w:p w14:paraId="6381246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2160" w:type="dxa"/>
          </w:tcPr>
          <w:p w14:paraId="6C5D6AA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8+</w:t>
            </w:r>
          </w:p>
        </w:tc>
        <w:tc>
          <w:tcPr>
            <w:tcW w:w="2160" w:type="dxa"/>
          </w:tcPr>
          <w:p w14:paraId="56D0E168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8+</w:t>
            </w:r>
          </w:p>
        </w:tc>
      </w:tr>
      <w:tr w:rsidR="00495879" w14:paraId="157666B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B082D54" w14:textId="77777777" w:rsidR="00495879" w:rsidRDefault="00000000">
            <w:r>
              <w:lastRenderedPageBreak/>
              <w:t>**Gross Margin %**</w:t>
            </w:r>
          </w:p>
        </w:tc>
        <w:tc>
          <w:tcPr>
            <w:tcW w:w="2160" w:type="dxa"/>
          </w:tcPr>
          <w:p w14:paraId="33BFEAC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2160" w:type="dxa"/>
          </w:tcPr>
          <w:p w14:paraId="649E8020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91.7%</w:t>
            </w:r>
          </w:p>
        </w:tc>
        <w:tc>
          <w:tcPr>
            <w:tcW w:w="2160" w:type="dxa"/>
          </w:tcPr>
          <w:p w14:paraId="2FA62F6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91.8%</w:t>
            </w:r>
          </w:p>
        </w:tc>
      </w:tr>
    </w:tbl>
    <w:p w14:paraId="7A4ED5C3" w14:textId="77777777" w:rsidR="00495879" w:rsidRDefault="00495879"/>
    <w:p w14:paraId="3D6B99E5" w14:textId="77777777" w:rsidR="00495879" w:rsidRDefault="00000000">
      <w:r>
        <w:rPr>
          <w:b/>
        </w:rPr>
        <w:t>Technology &amp; Platform</w:t>
      </w:r>
      <w:r>
        <w:t>: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495879" w14:paraId="3367F6E5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3FBAA00" w14:textId="77777777" w:rsidR="00495879" w:rsidRDefault="00000000">
            <w:r>
              <w:rPr>
                <w:sz w:val="20"/>
              </w:rPr>
              <w:t>KPI</w:t>
            </w:r>
          </w:p>
        </w:tc>
        <w:tc>
          <w:tcPr>
            <w:tcW w:w="2160" w:type="dxa"/>
          </w:tcPr>
          <w:p w14:paraId="48B5AA9A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2160" w:type="dxa"/>
          </w:tcPr>
          <w:p w14:paraId="7C5E9F4C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160" w:type="dxa"/>
          </w:tcPr>
          <w:p w14:paraId="55122024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6AC78A9F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7785A9" w14:textId="77777777" w:rsidR="00495879" w:rsidRDefault="00000000">
            <w:r>
              <w:t>**Platform Uptime %**</w:t>
            </w:r>
          </w:p>
        </w:tc>
        <w:tc>
          <w:tcPr>
            <w:tcW w:w="2160" w:type="dxa"/>
          </w:tcPr>
          <w:p w14:paraId="224F6F66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99.5%</w:t>
            </w:r>
          </w:p>
        </w:tc>
        <w:tc>
          <w:tcPr>
            <w:tcW w:w="2160" w:type="dxa"/>
          </w:tcPr>
          <w:p w14:paraId="5C716F1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99.7%</w:t>
            </w:r>
          </w:p>
        </w:tc>
        <w:tc>
          <w:tcPr>
            <w:tcW w:w="2160" w:type="dxa"/>
          </w:tcPr>
          <w:p w14:paraId="06BF0FA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99.9%</w:t>
            </w:r>
          </w:p>
        </w:tc>
      </w:tr>
      <w:tr w:rsidR="00495879" w14:paraId="66DA5C64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041DEEA0" w14:textId="77777777" w:rsidR="00495879" w:rsidRDefault="00000000">
            <w:r>
              <w:t>**AI Deflection Rate** (% handled by AI)</w:t>
            </w:r>
          </w:p>
        </w:tc>
        <w:tc>
          <w:tcPr>
            <w:tcW w:w="2160" w:type="dxa"/>
          </w:tcPr>
          <w:p w14:paraId="0B58232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60%</w:t>
            </w:r>
          </w:p>
        </w:tc>
        <w:tc>
          <w:tcPr>
            <w:tcW w:w="2160" w:type="dxa"/>
          </w:tcPr>
          <w:p w14:paraId="4F495D6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65%</w:t>
            </w:r>
          </w:p>
        </w:tc>
        <w:tc>
          <w:tcPr>
            <w:tcW w:w="2160" w:type="dxa"/>
          </w:tcPr>
          <w:p w14:paraId="4C90B772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70%</w:t>
            </w:r>
          </w:p>
        </w:tc>
      </w:tr>
      <w:tr w:rsidR="00495879" w14:paraId="62DFB57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174935" w14:textId="77777777" w:rsidR="00495879" w:rsidRDefault="00000000">
            <w:r>
              <w:t>**Page Load Time**</w:t>
            </w:r>
          </w:p>
        </w:tc>
        <w:tc>
          <w:tcPr>
            <w:tcW w:w="2160" w:type="dxa"/>
          </w:tcPr>
          <w:p w14:paraId="32607123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&lt;2s</w:t>
            </w:r>
          </w:p>
        </w:tc>
        <w:tc>
          <w:tcPr>
            <w:tcW w:w="2160" w:type="dxa"/>
          </w:tcPr>
          <w:p w14:paraId="38E121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&lt;2s</w:t>
            </w:r>
          </w:p>
        </w:tc>
        <w:tc>
          <w:tcPr>
            <w:tcW w:w="2160" w:type="dxa"/>
          </w:tcPr>
          <w:p w14:paraId="2FC9918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&lt;1.5s</w:t>
            </w:r>
          </w:p>
        </w:tc>
      </w:tr>
      <w:tr w:rsidR="00495879" w14:paraId="1897001B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B425C05" w14:textId="77777777" w:rsidR="00495879" w:rsidRDefault="00000000">
            <w:r>
              <w:t>**Monthly Active Users**</w:t>
            </w:r>
          </w:p>
        </w:tc>
        <w:tc>
          <w:tcPr>
            <w:tcW w:w="2160" w:type="dxa"/>
          </w:tcPr>
          <w:p w14:paraId="7BD0FCF6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21</w:t>
            </w:r>
          </w:p>
        </w:tc>
        <w:tc>
          <w:tcPr>
            <w:tcW w:w="2160" w:type="dxa"/>
          </w:tcPr>
          <w:p w14:paraId="1B855EB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47</w:t>
            </w:r>
          </w:p>
        </w:tc>
        <w:tc>
          <w:tcPr>
            <w:tcW w:w="2160" w:type="dxa"/>
          </w:tcPr>
          <w:p w14:paraId="668F0A9C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80</w:t>
            </w:r>
          </w:p>
        </w:tc>
      </w:tr>
    </w:tbl>
    <w:p w14:paraId="73EBC1D4" w14:textId="77777777" w:rsidR="00495879" w:rsidRDefault="00495879"/>
    <w:p w14:paraId="3677E0CC" w14:textId="77777777" w:rsidR="00495879" w:rsidRDefault="00000000">
      <w:r>
        <w:t>________________________________________________________________________________</w:t>
      </w:r>
    </w:p>
    <w:p w14:paraId="2FF7B279" w14:textId="77777777" w:rsidR="00495879" w:rsidRDefault="00000000">
      <w:pPr>
        <w:pStyle w:val="Titre3"/>
      </w:pPr>
      <w:r>
        <w:t>Tier 5: Marketing Metrics (Monthly Review)</w:t>
      </w:r>
    </w:p>
    <w:tbl>
      <w:tblPr>
        <w:tblStyle w:val="Grilleclaire-Accent1"/>
        <w:tblW w:w="0" w:type="auto"/>
        <w:tblLook w:val="04A0" w:firstRow="1" w:lastRow="0" w:firstColumn="1" w:lastColumn="0" w:noHBand="0" w:noVBand="1"/>
      </w:tblPr>
      <w:tblGrid>
        <w:gridCol w:w="2270"/>
        <w:gridCol w:w="2160"/>
        <w:gridCol w:w="2160"/>
        <w:gridCol w:w="2160"/>
      </w:tblGrid>
      <w:tr w:rsidR="00495879" w14:paraId="69E35CDA" w14:textId="77777777" w:rsidTr="00495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C86A6EB" w14:textId="77777777" w:rsidR="00495879" w:rsidRDefault="00000000">
            <w:r>
              <w:rPr>
                <w:sz w:val="20"/>
              </w:rPr>
              <w:t>KPI</w:t>
            </w:r>
          </w:p>
        </w:tc>
        <w:tc>
          <w:tcPr>
            <w:tcW w:w="2160" w:type="dxa"/>
          </w:tcPr>
          <w:p w14:paraId="64BE72D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1</w:t>
            </w:r>
          </w:p>
        </w:tc>
        <w:tc>
          <w:tcPr>
            <w:tcW w:w="2160" w:type="dxa"/>
          </w:tcPr>
          <w:p w14:paraId="79488A67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2</w:t>
            </w:r>
          </w:p>
        </w:tc>
        <w:tc>
          <w:tcPr>
            <w:tcW w:w="2160" w:type="dxa"/>
          </w:tcPr>
          <w:p w14:paraId="6EF28BA0" w14:textId="77777777" w:rsidR="00495879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20"/>
              </w:rPr>
              <w:t>Year 3</w:t>
            </w:r>
          </w:p>
        </w:tc>
      </w:tr>
      <w:tr w:rsidR="00495879" w14:paraId="4BFA7EB1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26E0E68" w14:textId="77777777" w:rsidR="00495879" w:rsidRDefault="00000000">
            <w:r>
              <w:t>**Website Traffic** (monthly)</w:t>
            </w:r>
          </w:p>
        </w:tc>
        <w:tc>
          <w:tcPr>
            <w:tcW w:w="2160" w:type="dxa"/>
          </w:tcPr>
          <w:p w14:paraId="632B853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1,000</w:t>
            </w:r>
          </w:p>
        </w:tc>
        <w:tc>
          <w:tcPr>
            <w:tcW w:w="2160" w:type="dxa"/>
          </w:tcPr>
          <w:p w14:paraId="17A39715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3,000</w:t>
            </w:r>
          </w:p>
        </w:tc>
        <w:tc>
          <w:tcPr>
            <w:tcW w:w="2160" w:type="dxa"/>
          </w:tcPr>
          <w:p w14:paraId="79E7C84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10,000</w:t>
            </w:r>
          </w:p>
        </w:tc>
      </w:tr>
      <w:tr w:rsidR="00495879" w14:paraId="473F4FCD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3DB29BC" w14:textId="77777777" w:rsidR="00495879" w:rsidRDefault="00000000">
            <w:r>
              <w:t>**Organic Traffic %**</w:t>
            </w:r>
          </w:p>
        </w:tc>
        <w:tc>
          <w:tcPr>
            <w:tcW w:w="2160" w:type="dxa"/>
          </w:tcPr>
          <w:p w14:paraId="69DCFE8A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20%</w:t>
            </w:r>
          </w:p>
        </w:tc>
        <w:tc>
          <w:tcPr>
            <w:tcW w:w="2160" w:type="dxa"/>
          </w:tcPr>
          <w:p w14:paraId="5E1DEDE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40%</w:t>
            </w:r>
          </w:p>
        </w:tc>
        <w:tc>
          <w:tcPr>
            <w:tcW w:w="2160" w:type="dxa"/>
          </w:tcPr>
          <w:p w14:paraId="3D3C2409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60%</w:t>
            </w:r>
          </w:p>
        </w:tc>
      </w:tr>
      <w:tr w:rsidR="00495879" w14:paraId="0A87AB14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E53FD7" w14:textId="77777777" w:rsidR="00495879" w:rsidRDefault="00000000">
            <w:r>
              <w:t>**Email Subscribers**</w:t>
            </w:r>
          </w:p>
        </w:tc>
        <w:tc>
          <w:tcPr>
            <w:tcW w:w="2160" w:type="dxa"/>
          </w:tcPr>
          <w:p w14:paraId="0FCF092E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2,000</w:t>
            </w:r>
          </w:p>
        </w:tc>
        <w:tc>
          <w:tcPr>
            <w:tcW w:w="2160" w:type="dxa"/>
          </w:tcPr>
          <w:p w14:paraId="149FD6A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5,000</w:t>
            </w:r>
          </w:p>
        </w:tc>
        <w:tc>
          <w:tcPr>
            <w:tcW w:w="2160" w:type="dxa"/>
          </w:tcPr>
          <w:p w14:paraId="52FB375C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10,000</w:t>
            </w:r>
          </w:p>
        </w:tc>
      </w:tr>
      <w:tr w:rsidR="00495879" w14:paraId="25FB5E09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1BACBE6" w14:textId="77777777" w:rsidR="00495879" w:rsidRDefault="00000000">
            <w:r>
              <w:t>**LinkedIn Followers**</w:t>
            </w:r>
          </w:p>
        </w:tc>
        <w:tc>
          <w:tcPr>
            <w:tcW w:w="2160" w:type="dxa"/>
          </w:tcPr>
          <w:p w14:paraId="462D01C8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10,000</w:t>
            </w:r>
          </w:p>
        </w:tc>
        <w:tc>
          <w:tcPr>
            <w:tcW w:w="2160" w:type="dxa"/>
          </w:tcPr>
          <w:p w14:paraId="47AA3D9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12,000</w:t>
            </w:r>
          </w:p>
        </w:tc>
        <w:tc>
          <w:tcPr>
            <w:tcW w:w="2160" w:type="dxa"/>
          </w:tcPr>
          <w:p w14:paraId="6909547E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15,000</w:t>
            </w:r>
          </w:p>
        </w:tc>
      </w:tr>
      <w:tr w:rsidR="00495879" w14:paraId="7591415D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7534734" w14:textId="77777777" w:rsidR="00495879" w:rsidRDefault="00000000">
            <w:r>
              <w:t>**Blog Posts Published**</w:t>
            </w:r>
          </w:p>
        </w:tc>
        <w:tc>
          <w:tcPr>
            <w:tcW w:w="2160" w:type="dxa"/>
          </w:tcPr>
          <w:p w14:paraId="10DF57C1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104</w:t>
            </w:r>
          </w:p>
        </w:tc>
        <w:tc>
          <w:tcPr>
            <w:tcW w:w="2160" w:type="dxa"/>
          </w:tcPr>
          <w:p w14:paraId="633653FD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104</w:t>
            </w:r>
          </w:p>
        </w:tc>
        <w:tc>
          <w:tcPr>
            <w:tcW w:w="2160" w:type="dxa"/>
          </w:tcPr>
          <w:p w14:paraId="3640F8B0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104</w:t>
            </w:r>
          </w:p>
        </w:tc>
      </w:tr>
      <w:tr w:rsidR="00495879" w14:paraId="1D0BA1AC" w14:textId="77777777" w:rsidTr="004958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0858D49" w14:textId="77777777" w:rsidR="00495879" w:rsidRDefault="00000000">
            <w:r>
              <w:t>**Podcast Downloads/Episode**</w:t>
            </w:r>
          </w:p>
        </w:tc>
        <w:tc>
          <w:tcPr>
            <w:tcW w:w="2160" w:type="dxa"/>
          </w:tcPr>
          <w:p w14:paraId="7E8A1723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500</w:t>
            </w:r>
          </w:p>
        </w:tc>
        <w:tc>
          <w:tcPr>
            <w:tcW w:w="2160" w:type="dxa"/>
          </w:tcPr>
          <w:p w14:paraId="12A68FF4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750</w:t>
            </w:r>
          </w:p>
        </w:tc>
        <w:tc>
          <w:tcPr>
            <w:tcW w:w="2160" w:type="dxa"/>
          </w:tcPr>
          <w:p w14:paraId="1AED4F65" w14:textId="77777777" w:rsidR="00495879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1,000</w:t>
            </w:r>
          </w:p>
        </w:tc>
      </w:tr>
      <w:tr w:rsidR="00495879" w14:paraId="5A9EFC38" w14:textId="77777777" w:rsidTr="00495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245FE00" w14:textId="77777777" w:rsidR="00495879" w:rsidRDefault="00000000">
            <w:r>
              <w:t>**Conversion Rate** (Traffic → MQL)</w:t>
            </w:r>
          </w:p>
        </w:tc>
        <w:tc>
          <w:tcPr>
            <w:tcW w:w="2160" w:type="dxa"/>
          </w:tcPr>
          <w:p w14:paraId="322E40E2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15%</w:t>
            </w:r>
          </w:p>
        </w:tc>
        <w:tc>
          <w:tcPr>
            <w:tcW w:w="2160" w:type="dxa"/>
          </w:tcPr>
          <w:p w14:paraId="337BF3BF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17%</w:t>
            </w:r>
          </w:p>
        </w:tc>
        <w:tc>
          <w:tcPr>
            <w:tcW w:w="2160" w:type="dxa"/>
          </w:tcPr>
          <w:p w14:paraId="3542B177" w14:textId="77777777" w:rsidR="00495879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20%</w:t>
            </w:r>
          </w:p>
        </w:tc>
      </w:tr>
    </w:tbl>
    <w:p w14:paraId="203ECFF4" w14:textId="77777777" w:rsidR="00495879" w:rsidRDefault="00495879"/>
    <w:p w14:paraId="24BC94CA" w14:textId="77777777" w:rsidR="00495879" w:rsidRDefault="00000000">
      <w:r>
        <w:t>________________________________________________________________________________</w:t>
      </w:r>
    </w:p>
    <w:p w14:paraId="71A4D85B" w14:textId="77777777" w:rsidR="00495879" w:rsidRDefault="00000000">
      <w:pPr>
        <w:pStyle w:val="Titre2"/>
      </w:pPr>
      <w:r>
        <w:t>🎯 OKR FRAMEWORK</w:t>
      </w:r>
    </w:p>
    <w:p w14:paraId="5C0D0621" w14:textId="77777777" w:rsidR="00495879" w:rsidRDefault="00000000">
      <w:pPr>
        <w:pStyle w:val="Titre3"/>
      </w:pPr>
      <w:r>
        <w:t>What are OKRs?</w:t>
      </w:r>
    </w:p>
    <w:p w14:paraId="7AB10F8E" w14:textId="77777777" w:rsidR="00495879" w:rsidRDefault="00000000">
      <w:r>
        <w:rPr>
          <w:b/>
        </w:rPr>
        <w:t>OKR</w:t>
      </w:r>
      <w:r>
        <w:t xml:space="preserve"> = Objectives &amp; Key Results (Google's goal-setting framework)</w:t>
      </w:r>
    </w:p>
    <w:p w14:paraId="75AEA62E" w14:textId="77777777" w:rsidR="00495879" w:rsidRDefault="00000000">
      <w:r>
        <w:rPr>
          <w:b/>
        </w:rPr>
        <w:t>Objective</w:t>
      </w:r>
      <w:r>
        <w:t>: Qualitative, inspirational goal ("What we want to achieve")</w:t>
      </w:r>
    </w:p>
    <w:p w14:paraId="482A2C9E" w14:textId="77777777" w:rsidR="00495879" w:rsidRDefault="00000000">
      <w:r>
        <w:rPr>
          <w:b/>
        </w:rPr>
        <w:t>Key Results</w:t>
      </w:r>
      <w:r>
        <w:t>: Quantitative measures (3-5 per objective, "How we'll know we got there")</w:t>
      </w:r>
    </w:p>
    <w:p w14:paraId="14FE979F" w14:textId="77777777" w:rsidR="00495879" w:rsidRDefault="00000000">
      <w:r>
        <w:rPr>
          <w:b/>
        </w:rPr>
        <w:t>Cadence</w:t>
      </w:r>
      <w:r>
        <w:t>: Set quarterly, review monthly, grade at end of quarter</w:t>
      </w:r>
    </w:p>
    <w:p w14:paraId="060B69A9" w14:textId="77777777" w:rsidR="00495879" w:rsidRDefault="00000000">
      <w:r>
        <w:rPr>
          <w:b/>
        </w:rPr>
        <w:lastRenderedPageBreak/>
        <w:t>Grading Scale</w:t>
      </w:r>
      <w:r>
        <w:t>:</w:t>
      </w:r>
    </w:p>
    <w:p w14:paraId="7EE12306" w14:textId="77777777" w:rsidR="00495879" w:rsidRDefault="00000000">
      <w:pPr>
        <w:pStyle w:val="Listepuces"/>
      </w:pPr>
      <w:r>
        <w:t>0.0-0.3 = Failed (didn't make progress)</w:t>
      </w:r>
    </w:p>
    <w:p w14:paraId="1E09AAF2" w14:textId="77777777" w:rsidR="00495879" w:rsidRDefault="00000000">
      <w:pPr>
        <w:pStyle w:val="Listepuces"/>
      </w:pPr>
      <w:r>
        <w:t>0.4-0.6 = Progressing (made some progress, but short of target)</w:t>
      </w:r>
    </w:p>
    <w:p w14:paraId="73EFD2DD" w14:textId="77777777" w:rsidR="00495879" w:rsidRDefault="00000000">
      <w:pPr>
        <w:pStyle w:val="Listepuces"/>
      </w:pPr>
      <w:r>
        <w:t>0.7-0.9 = Achieved (hit target)</w:t>
      </w:r>
    </w:p>
    <w:p w14:paraId="52795707" w14:textId="77777777" w:rsidR="00495879" w:rsidRDefault="00000000">
      <w:pPr>
        <w:pStyle w:val="Listepuces"/>
      </w:pPr>
      <w:r>
        <w:t>1.0 = Exceeded (crushed it)</w:t>
      </w:r>
    </w:p>
    <w:p w14:paraId="140C935E" w14:textId="77777777" w:rsidR="00495879" w:rsidRDefault="00000000">
      <w:r>
        <w:rPr>
          <w:b/>
        </w:rPr>
        <w:t>Note</w:t>
      </w:r>
      <w:r>
        <w:t>: OKRs should be ambitious - average score of 0.7 is GOOD (means you're stretching)</w:t>
      </w:r>
    </w:p>
    <w:p w14:paraId="417E3F3C" w14:textId="77777777" w:rsidR="00495879" w:rsidRDefault="00000000">
      <w:r>
        <w:t>________________________________________________________________________________</w:t>
      </w:r>
    </w:p>
    <w:p w14:paraId="234CC295" w14:textId="77777777" w:rsidR="00495879" w:rsidRDefault="00000000">
      <w:pPr>
        <w:pStyle w:val="Titre3"/>
      </w:pPr>
      <w:r>
        <w:t>Example: Q1 2026 OKRs</w:t>
      </w:r>
    </w:p>
    <w:p w14:paraId="52D1832D" w14:textId="77777777" w:rsidR="00495879" w:rsidRDefault="00000000">
      <w:r>
        <w:rPr>
          <w:b/>
        </w:rPr>
        <w:t>Objective 1</w:t>
      </w:r>
      <w:r>
        <w:t xml:space="preserve">: </w:t>
      </w:r>
      <w:r>
        <w:rPr>
          <w:b/>
        </w:rPr>
        <w:t>Launch GBCM and acquire first 10 clients</w:t>
      </w:r>
    </w:p>
    <w:p w14:paraId="4AA24644" w14:textId="77777777" w:rsidR="00495879" w:rsidRDefault="00000000">
      <w:r>
        <w:rPr>
          <w:b/>
        </w:rPr>
        <w:t>Key Results</w:t>
      </w:r>
      <w:r>
        <w:t>:</w:t>
      </w:r>
    </w:p>
    <w:p w14:paraId="4E6E6E47" w14:textId="77777777" w:rsidR="00495879" w:rsidRDefault="00000000">
      <w:pPr>
        <w:pStyle w:val="Listenumros"/>
      </w:pPr>
      <w:r>
        <w:t>KR1: GBCM Hub platform live by Jan 31 (**Binary: 0 or 1**)</w:t>
      </w:r>
    </w:p>
    <w:p w14:paraId="7D896FE2" w14:textId="77777777" w:rsidR="00495879" w:rsidRDefault="00000000">
      <w:pPr>
        <w:pStyle w:val="Listenumros"/>
      </w:pPr>
      <w:r>
        <w:t>KR2: 10 client contracts signed by Mar 31 (**Target: 10, Actual: __, Grade: __**)</w:t>
      </w:r>
    </w:p>
    <w:p w14:paraId="1C9625FE" w14:textId="77777777" w:rsidR="00495879" w:rsidRDefault="00000000">
      <w:pPr>
        <w:pStyle w:val="Listenumros"/>
      </w:pPr>
      <w:r>
        <w:t>KR3: $100,000 ARR by Mar 31 (**Target: $100K, Actual: __, Grade: __**)</w:t>
      </w:r>
    </w:p>
    <w:p w14:paraId="473C4289" w14:textId="77777777" w:rsidR="00495879" w:rsidRDefault="00000000">
      <w:pPr>
        <w:pStyle w:val="Listenumros"/>
      </w:pPr>
      <w:r>
        <w:t>KR4: NPS 40+ from first cohort (**Target: 40, Actual: __, Grade: __**)</w:t>
      </w:r>
    </w:p>
    <w:p w14:paraId="6DD163A0" w14:textId="77777777" w:rsidR="00495879" w:rsidRDefault="00000000">
      <w:r>
        <w:rPr>
          <w:b/>
        </w:rPr>
        <w:t>Objective 2</w:t>
      </w:r>
      <w:r>
        <w:t xml:space="preserve">: </w:t>
      </w:r>
      <w:r>
        <w:rPr>
          <w:b/>
        </w:rPr>
        <w:t>Build content foundation for inbound marketing</w:t>
      </w:r>
    </w:p>
    <w:p w14:paraId="14E7D382" w14:textId="77777777" w:rsidR="00495879" w:rsidRDefault="00000000">
      <w:r>
        <w:rPr>
          <w:b/>
        </w:rPr>
        <w:t>Key Results</w:t>
      </w:r>
      <w:r>
        <w:t>:</w:t>
      </w:r>
    </w:p>
    <w:p w14:paraId="1CA9E8BD" w14:textId="77777777" w:rsidR="00495879" w:rsidRDefault="00000000">
      <w:pPr>
        <w:pStyle w:val="Listenumros"/>
      </w:pPr>
      <w:r>
        <w:t>KR1: Publish 26 blog posts (2/week) (**Target: 26, Actual: __, Grade: __**)</w:t>
      </w:r>
    </w:p>
    <w:p w14:paraId="3D524B37" w14:textId="77777777" w:rsidR="00495879" w:rsidRDefault="00000000">
      <w:pPr>
        <w:pStyle w:val="Listenumros"/>
      </w:pPr>
      <w:r>
        <w:t>KR2: Grow email list to 500 subscribers (**Target: 500, Actual: __, Grade: __**)</w:t>
      </w:r>
    </w:p>
    <w:p w14:paraId="191C4B6F" w14:textId="77777777" w:rsidR="00495879" w:rsidRDefault="00000000">
      <w:pPr>
        <w:pStyle w:val="Listenumros"/>
      </w:pPr>
      <w:r>
        <w:t>KR3: Website traffic: 500/month average (**Target: 500, Actual: __, Grade: __**)</w:t>
      </w:r>
    </w:p>
    <w:p w14:paraId="6D869B9E" w14:textId="77777777" w:rsidR="00495879" w:rsidRDefault="00000000">
      <w:r>
        <w:rPr>
          <w:b/>
        </w:rPr>
        <w:t>Objective 3</w:t>
      </w:r>
      <w:r>
        <w:t xml:space="preserve">: </w:t>
      </w:r>
      <w:r>
        <w:rPr>
          <w:b/>
        </w:rPr>
        <w:t>Establish operational excellence</w:t>
      </w:r>
    </w:p>
    <w:p w14:paraId="600CE260" w14:textId="77777777" w:rsidR="00495879" w:rsidRDefault="00000000">
      <w:r>
        <w:rPr>
          <w:b/>
        </w:rPr>
        <w:t>Key Results</w:t>
      </w:r>
      <w:r>
        <w:t>:</w:t>
      </w:r>
    </w:p>
    <w:p w14:paraId="69555EF4" w14:textId="77777777" w:rsidR="00495879" w:rsidRDefault="00000000">
      <w:pPr>
        <w:pStyle w:val="Listenumros"/>
      </w:pPr>
      <w:r>
        <w:t>KR1: Platform uptime 99%+ (**Target: 99%, Actual: __, Grade: __**)</w:t>
      </w:r>
    </w:p>
    <w:p w14:paraId="0B28ADEE" w14:textId="77777777" w:rsidR="00495879" w:rsidRDefault="00000000">
      <w:pPr>
        <w:pStyle w:val="Listenumros"/>
      </w:pPr>
      <w:r>
        <w:t>KR2: Document 10 core SOPs (sales, onboarding, delivery) (**Target: 10, Actual: __, Grade: __**)</w:t>
      </w:r>
    </w:p>
    <w:p w14:paraId="32A53D88" w14:textId="77777777" w:rsidR="00495879" w:rsidRDefault="00000000">
      <w:pPr>
        <w:pStyle w:val="Listenumros"/>
      </w:pPr>
      <w:r>
        <w:t>KR3: Founder working &lt;60 hours/week average (**Target: &lt;60h, Actual: __, Grade: __**)</w:t>
      </w:r>
    </w:p>
    <w:p w14:paraId="08365B7B" w14:textId="77777777" w:rsidR="00495879" w:rsidRDefault="00000000">
      <w:r>
        <w:t>________________________________________________________________________________</w:t>
      </w:r>
    </w:p>
    <w:p w14:paraId="286045B1" w14:textId="77777777" w:rsidR="00495879" w:rsidRDefault="00000000">
      <w:pPr>
        <w:pStyle w:val="Titre3"/>
      </w:pPr>
      <w:r>
        <w:t>Annual OKRs (High-Level)</w:t>
      </w:r>
    </w:p>
    <w:p w14:paraId="105E6022" w14:textId="77777777" w:rsidR="00495879" w:rsidRDefault="00000000">
      <w:pPr>
        <w:pStyle w:val="Titre4"/>
      </w:pPr>
      <w:r>
        <w:t>2026 Annual OKRs</w:t>
      </w:r>
    </w:p>
    <w:p w14:paraId="0F9AC11C" w14:textId="77777777" w:rsidR="00495879" w:rsidRDefault="00000000">
      <w:r>
        <w:rPr>
          <w:b/>
        </w:rPr>
        <w:t>Objective</w:t>
      </w:r>
      <w:r>
        <w:t xml:space="preserve">: </w:t>
      </w:r>
      <w:r>
        <w:rPr>
          <w:b/>
        </w:rPr>
        <w:t>Validate business model and achieve $180K ARR with 30 clients</w:t>
      </w:r>
    </w:p>
    <w:p w14:paraId="3EEF10F6" w14:textId="77777777" w:rsidR="00495879" w:rsidRDefault="00000000">
      <w:r>
        <w:rPr>
          <w:b/>
        </w:rPr>
        <w:t>Key Results</w:t>
      </w:r>
      <w:r>
        <w:t>:</w:t>
      </w:r>
    </w:p>
    <w:p w14:paraId="746A7346" w14:textId="77777777" w:rsidR="00495879" w:rsidRDefault="00000000">
      <w:pPr>
        <w:pStyle w:val="Listenumros"/>
      </w:pPr>
      <w:r>
        <w:lastRenderedPageBreak/>
        <w:t>$180,000 ARR (30 clients) ✅</w:t>
      </w:r>
    </w:p>
    <w:p w14:paraId="32D53054" w14:textId="77777777" w:rsidR="00495879" w:rsidRDefault="00000000">
      <w:pPr>
        <w:pStyle w:val="Listenumros"/>
      </w:pPr>
      <w:r>
        <w:t>NPS 50+ ✅</w:t>
      </w:r>
    </w:p>
    <w:p w14:paraId="37ABCF92" w14:textId="77777777" w:rsidR="00495879" w:rsidRDefault="00000000">
      <w:pPr>
        <w:pStyle w:val="Listenumros"/>
      </w:pPr>
      <w:r>
        <w:t>80% renewal rate ✅</w:t>
      </w:r>
    </w:p>
    <w:p w14:paraId="5546F1B3" w14:textId="77777777" w:rsidR="00495879" w:rsidRDefault="00000000">
      <w:pPr>
        <w:pStyle w:val="Listenumros"/>
      </w:pPr>
      <w:r>
        <w:t>Break even on cash (end year with $0+ balance) ✅ (Target: $2.8K)</w:t>
      </w:r>
    </w:p>
    <w:p w14:paraId="1DB33BD1" w14:textId="77777777" w:rsidR="00495879" w:rsidRDefault="00000000">
      <w:pPr>
        <w:pStyle w:val="Titre4"/>
      </w:pPr>
      <w:r>
        <w:t>2027 Annual OKRs</w:t>
      </w:r>
    </w:p>
    <w:p w14:paraId="000A87F6" w14:textId="77777777" w:rsidR="00495879" w:rsidRDefault="00000000">
      <w:r>
        <w:rPr>
          <w:b/>
        </w:rPr>
        <w:t>Objective</w:t>
      </w:r>
      <w:r>
        <w:t xml:space="preserve">: </w:t>
      </w:r>
      <w:r>
        <w:rPr>
          <w:b/>
        </w:rPr>
        <w:t>Scale team and achieve cashflow profitability</w:t>
      </w:r>
    </w:p>
    <w:p w14:paraId="2F0EA356" w14:textId="77777777" w:rsidR="00495879" w:rsidRDefault="00000000">
      <w:r>
        <w:rPr>
          <w:b/>
        </w:rPr>
        <w:t>Key Results</w:t>
      </w:r>
      <w:r>
        <w:t>:</w:t>
      </w:r>
    </w:p>
    <w:p w14:paraId="5F9CF235" w14:textId="77777777" w:rsidR="00495879" w:rsidRDefault="00000000">
      <w:pPr>
        <w:pStyle w:val="Listenumros"/>
      </w:pPr>
      <w:r>
        <w:t>$420,000 ARR (63 clients) ✅</w:t>
      </w:r>
    </w:p>
    <w:p w14:paraId="2304CC2C" w14:textId="77777777" w:rsidR="00495879" w:rsidRDefault="00000000">
      <w:pPr>
        <w:pStyle w:val="Listenumros"/>
      </w:pPr>
      <w:r>
        <w:t>Cashflow positive by Jun 30 ✅</w:t>
      </w:r>
    </w:p>
    <w:p w14:paraId="0A198390" w14:textId="77777777" w:rsidR="00495879" w:rsidRDefault="00000000">
      <w:pPr>
        <w:pStyle w:val="Listenumros"/>
      </w:pPr>
      <w:r>
        <w:t>Hire Senior Coach + Sales Manager ✅</w:t>
      </w:r>
    </w:p>
    <w:p w14:paraId="0FD8DB0C" w14:textId="77777777" w:rsidR="00495879" w:rsidRDefault="00000000">
      <w:pPr>
        <w:pStyle w:val="Listenumros"/>
      </w:pPr>
      <w:r>
        <w:t>$122K cash reserves ✅</w:t>
      </w:r>
    </w:p>
    <w:p w14:paraId="0D580386" w14:textId="77777777" w:rsidR="00495879" w:rsidRDefault="00000000">
      <w:pPr>
        <w:pStyle w:val="Titre4"/>
      </w:pPr>
      <w:r>
        <w:t>2028 Annual OKRs</w:t>
      </w:r>
    </w:p>
    <w:p w14:paraId="048BECF2" w14:textId="77777777" w:rsidR="00495879" w:rsidRDefault="00000000">
      <w:r>
        <w:rPr>
          <w:b/>
        </w:rPr>
        <w:t>Objective</w:t>
      </w:r>
      <w:r>
        <w:t xml:space="preserve">: </w:t>
      </w:r>
      <w:r>
        <w:rPr>
          <w:b/>
        </w:rPr>
        <w:t>Achieve profitability and market leadership</w:t>
      </w:r>
    </w:p>
    <w:p w14:paraId="070DBB69" w14:textId="77777777" w:rsidR="00495879" w:rsidRDefault="00000000">
      <w:r>
        <w:rPr>
          <w:b/>
        </w:rPr>
        <w:t>Key Results</w:t>
      </w:r>
      <w:r>
        <w:t>:</w:t>
      </w:r>
    </w:p>
    <w:p w14:paraId="34DB672A" w14:textId="77777777" w:rsidR="00495879" w:rsidRDefault="00000000">
      <w:pPr>
        <w:pStyle w:val="Listenumros"/>
      </w:pPr>
      <w:r>
        <w:t>$850,000 ARR (100 clients) ✅</w:t>
      </w:r>
    </w:p>
    <w:p w14:paraId="60117CB0" w14:textId="77777777" w:rsidR="00495879" w:rsidRDefault="00000000">
      <w:pPr>
        <w:pStyle w:val="Listenumros"/>
      </w:pPr>
      <w:r>
        <w:t>13% EBITDA margin ✅</w:t>
      </w:r>
    </w:p>
    <w:p w14:paraId="19E96240" w14:textId="77777777" w:rsidR="00495879" w:rsidRDefault="00000000">
      <w:pPr>
        <w:pStyle w:val="Listenumros"/>
      </w:pPr>
      <w:r>
        <w:t>NPS 70+ ✅</w:t>
      </w:r>
    </w:p>
    <w:p w14:paraId="296B03D3" w14:textId="77777777" w:rsidR="00495879" w:rsidRDefault="00000000">
      <w:pPr>
        <w:pStyle w:val="Listenumros"/>
      </w:pPr>
      <w:r>
        <w:t>90% renewal rate ✅</w:t>
      </w:r>
    </w:p>
    <w:p w14:paraId="097E6F93" w14:textId="77777777" w:rsidR="00495879" w:rsidRDefault="00000000">
      <w:r>
        <w:t>________________________________________________________________________________</w:t>
      </w:r>
    </w:p>
    <w:p w14:paraId="528B1D8A" w14:textId="77777777" w:rsidR="00495879" w:rsidRDefault="00000000">
      <w:pPr>
        <w:pStyle w:val="Titre2"/>
      </w:pPr>
      <w:r>
        <w:t>📈 DASHBOARD &amp; REPORTING</w:t>
      </w:r>
    </w:p>
    <w:p w14:paraId="3DF90762" w14:textId="77777777" w:rsidR="00495879" w:rsidRDefault="00000000">
      <w:pPr>
        <w:pStyle w:val="Titre3"/>
      </w:pPr>
      <w:r>
        <w:t>Weekly Dashboard (Reviewed Every Monday 9am)</w:t>
      </w:r>
    </w:p>
    <w:p w14:paraId="159D02AF" w14:textId="77777777" w:rsidR="00495879" w:rsidRDefault="00000000">
      <w:r>
        <w:rPr>
          <w:b/>
        </w:rPr>
        <w:t>Format</w:t>
      </w:r>
      <w:r>
        <w:t>: Notion page (auto-updated from integrations)</w:t>
      </w:r>
    </w:p>
    <w:p w14:paraId="437CC35F" w14:textId="77777777" w:rsidR="00495879" w:rsidRDefault="00000000">
      <w:r>
        <w:rPr>
          <w:b/>
        </w:rPr>
        <w:t>Sections</w:t>
      </w:r>
      <w:r>
        <w:t>:</w:t>
      </w:r>
    </w:p>
    <w:p w14:paraId="245FFE83" w14:textId="77777777" w:rsidR="00495879" w:rsidRDefault="00000000">
      <w:r>
        <w:rPr>
          <w:b/>
        </w:rPr>
        <w:t>1. North Star Metrics</w:t>
      </w:r>
      <w:r>
        <w:t xml:space="preserve"> (This Week vs Last Week)</w:t>
      </w:r>
    </w:p>
    <w:p w14:paraId="11B3A9C1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┌────────────────────────────────────────────────┐</w:t>
      </w:r>
    </w:p>
    <w:p w14:paraId="34841380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ARR: $215,000 (+$5,000 vs last week) ✅ UP     │</w:t>
      </w:r>
    </w:p>
    <w:p w14:paraId="49ECECCB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Active Clients: 36 (+1 new, -0 churn) ✅       │</w:t>
      </w:r>
    </w:p>
    <w:p w14:paraId="2144F2AD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Cash: $58,000 (+$3,200 vs last week) ✅        │</w:t>
      </w:r>
    </w:p>
    <w:p w14:paraId="6D1EA2E6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│ Runway: 3.2 months (based on burn rate)        │</w:t>
      </w:r>
    </w:p>
    <w:p w14:paraId="4B5C3968" w14:textId="77777777" w:rsidR="00495879" w:rsidRDefault="00000000">
      <w:pPr>
        <w:pStyle w:val="Sansinterligne"/>
      </w:pPr>
      <w:r>
        <w:rPr>
          <w:rFonts w:ascii="Courier New" w:hAnsi="Courier New"/>
          <w:sz w:val="18"/>
        </w:rPr>
        <w:t>└────────────────────────────────────────────────┘</w:t>
      </w:r>
    </w:p>
    <w:p w14:paraId="2C131B55" w14:textId="77777777" w:rsidR="00495879" w:rsidRDefault="00000000">
      <w:r>
        <w:rPr>
          <w:b/>
        </w:rPr>
        <w:t>2. This Week's Priorities</w:t>
      </w:r>
      <w:r>
        <w:t xml:space="preserve"> (Top 3 from OKRs)</w:t>
      </w:r>
    </w:p>
    <w:p w14:paraId="740C4978" w14:textId="77777777" w:rsidR="00495879" w:rsidRDefault="00000000">
      <w:pPr>
        <w:pStyle w:val="Listepuces"/>
      </w:pPr>
      <w:r>
        <w:t>Close 2 strategy sessions (Sarah on Tue, Mike on Thu)</w:t>
      </w:r>
    </w:p>
    <w:p w14:paraId="166B6646" w14:textId="77777777" w:rsidR="00495879" w:rsidRDefault="00000000">
      <w:pPr>
        <w:pStyle w:val="Listepuces"/>
      </w:pPr>
      <w:r>
        <w:t>Deliver Scale Framework workshop (Wed 1pm, 15 registered)</w:t>
      </w:r>
    </w:p>
    <w:p w14:paraId="313F51A4" w14:textId="77777777" w:rsidR="00495879" w:rsidRDefault="00000000">
      <w:pPr>
        <w:pStyle w:val="Listepuces"/>
      </w:pPr>
      <w:r>
        <w:t>Finalize Q3 2027 budget (due Friday)</w:t>
      </w:r>
    </w:p>
    <w:p w14:paraId="652BBB9F" w14:textId="77777777" w:rsidR="00495879" w:rsidRDefault="00000000">
      <w:r>
        <w:rPr>
          <w:b/>
        </w:rPr>
        <w:lastRenderedPageBreak/>
        <w:t>3. Blockers</w:t>
      </w:r>
      <w:r>
        <w:t xml:space="preserve"> (What's in the way?)</w:t>
      </w:r>
    </w:p>
    <w:p w14:paraId="59C9A1B2" w14:textId="77777777" w:rsidR="00495879" w:rsidRDefault="00000000">
      <w:pPr>
        <w:pStyle w:val="Listepuces"/>
      </w:pPr>
      <w:r>
        <w:t>Platform bug (login issue for 3 clients - DevOps working on it)</w:t>
      </w:r>
    </w:p>
    <w:p w14:paraId="274D08D3" w14:textId="77777777" w:rsidR="00495879" w:rsidRDefault="00000000">
      <w:pPr>
        <w:pStyle w:val="Listepuces"/>
      </w:pPr>
      <w:r>
        <w:t>Sales Manager candidate declined offer (need to resume search)</w:t>
      </w:r>
    </w:p>
    <w:p w14:paraId="5158545A" w14:textId="77777777" w:rsidR="00495879" w:rsidRDefault="00000000">
      <w:r>
        <w:rPr>
          <w:b/>
        </w:rPr>
        <w:t>4. Wins</w:t>
      </w:r>
      <w:r>
        <w:t xml:space="preserve"> (Celebrate progress!)</w:t>
      </w:r>
    </w:p>
    <w:p w14:paraId="44A8E865" w14:textId="77777777" w:rsidR="00495879" w:rsidRDefault="00000000">
      <w:pPr>
        <w:pStyle w:val="Listepuces"/>
      </w:pPr>
      <w:r>
        <w:t>🎉 First TRANSFORM Scale → ADVISORY upsell (Sarah, +$66K ARR)</w:t>
      </w:r>
    </w:p>
    <w:p w14:paraId="1EE85385" w14:textId="77777777" w:rsidR="00495879" w:rsidRDefault="00000000">
      <w:pPr>
        <w:pStyle w:val="Listepuces"/>
      </w:pPr>
      <w:r>
        <w:t>🎉 Podcast hit 1,000 downloads/episode milestone</w:t>
      </w:r>
    </w:p>
    <w:p w14:paraId="51D8CD36" w14:textId="77777777" w:rsidR="00495879" w:rsidRDefault="00000000">
      <w:pPr>
        <w:pStyle w:val="Listepuces"/>
      </w:pPr>
      <w:r>
        <w:t>🎉 Zero client churn this month (1st time!)</w:t>
      </w:r>
    </w:p>
    <w:p w14:paraId="05457DCB" w14:textId="77777777" w:rsidR="00495879" w:rsidRDefault="00000000">
      <w:r>
        <w:t>________________________________________________________________________________</w:t>
      </w:r>
    </w:p>
    <w:p w14:paraId="55F77ACF" w14:textId="77777777" w:rsidR="00495879" w:rsidRDefault="00000000">
      <w:pPr>
        <w:pStyle w:val="Titre3"/>
      </w:pPr>
      <w:r>
        <w:t>Monthly Business Review (First Monday of Month, 2 hours)</w:t>
      </w:r>
    </w:p>
    <w:p w14:paraId="122F3B88" w14:textId="77777777" w:rsidR="00495879" w:rsidRDefault="00000000">
      <w:r>
        <w:rPr>
          <w:b/>
        </w:rPr>
        <w:t>Attendees</w:t>
      </w:r>
      <w:r>
        <w:t>: Founder + Full Team (Year 2+)</w:t>
      </w:r>
    </w:p>
    <w:p w14:paraId="390B8C33" w14:textId="77777777" w:rsidR="00495879" w:rsidRDefault="00000000">
      <w:r>
        <w:rPr>
          <w:b/>
        </w:rPr>
        <w:t>Agenda</w:t>
      </w:r>
      <w:r>
        <w:t>:</w:t>
      </w:r>
    </w:p>
    <w:p w14:paraId="0B0E586C" w14:textId="77777777" w:rsidR="00495879" w:rsidRDefault="00000000">
      <w:r>
        <w:rPr>
          <w:b/>
        </w:rPr>
        <w:t>1. Financial Review</w:t>
      </w:r>
      <w:r>
        <w:t xml:space="preserve"> (30 min)</w:t>
      </w:r>
    </w:p>
    <w:p w14:paraId="4062DD2F" w14:textId="77777777" w:rsidR="00495879" w:rsidRDefault="00000000">
      <w:pPr>
        <w:pStyle w:val="Listepuces"/>
      </w:pPr>
      <w:r>
        <w:t>P&amp;L: Revenue, COGS, Gross Profit, OpEx, EBITDA</w:t>
      </w:r>
    </w:p>
    <w:p w14:paraId="2BCC2586" w14:textId="77777777" w:rsidR="00495879" w:rsidRDefault="00000000">
      <w:pPr>
        <w:pStyle w:val="Listepuces"/>
      </w:pPr>
      <w:r>
        <w:t>Cash flow: Beginning cash, inflows, outflows, ending cash</w:t>
      </w:r>
    </w:p>
    <w:p w14:paraId="51C84A2A" w14:textId="77777777" w:rsidR="00495879" w:rsidRDefault="00000000">
      <w:pPr>
        <w:pStyle w:val="Listepuces"/>
      </w:pPr>
      <w:r>
        <w:t>Variance: Budget vs Actual (explain &gt;10% variances)</w:t>
      </w:r>
    </w:p>
    <w:p w14:paraId="0BD207DA" w14:textId="77777777" w:rsidR="00495879" w:rsidRDefault="00000000">
      <w:r>
        <w:rPr>
          <w:b/>
        </w:rPr>
        <w:t>2. Client Metrics</w:t>
      </w:r>
      <w:r>
        <w:t xml:space="preserve"> (20 min)</w:t>
      </w:r>
    </w:p>
    <w:p w14:paraId="1383DA77" w14:textId="77777777" w:rsidR="00495879" w:rsidRDefault="00000000">
      <w:pPr>
        <w:pStyle w:val="Listepuces"/>
      </w:pPr>
      <w:r>
        <w:t>New clients added (who, tier, source)</w:t>
      </w:r>
    </w:p>
    <w:p w14:paraId="4460B769" w14:textId="77777777" w:rsidR="00495879" w:rsidRDefault="00000000">
      <w:pPr>
        <w:pStyle w:val="Listepuces"/>
      </w:pPr>
      <w:r>
        <w:t>Churn (who left, why, what can we learn?)</w:t>
      </w:r>
    </w:p>
    <w:p w14:paraId="4D69091E" w14:textId="77777777" w:rsidR="00495879" w:rsidRDefault="00000000">
      <w:pPr>
        <w:pStyle w:val="Listepuces"/>
      </w:pPr>
      <w:r>
        <w:t>NPS trend, engagement scores, at-risk clients</w:t>
      </w:r>
    </w:p>
    <w:p w14:paraId="518F92CC" w14:textId="77777777" w:rsidR="00495879" w:rsidRDefault="00000000">
      <w:r>
        <w:rPr>
          <w:b/>
        </w:rPr>
        <w:t>3. OKR Progress</w:t>
      </w:r>
      <w:r>
        <w:t xml:space="preserve"> (30 min)</w:t>
      </w:r>
    </w:p>
    <w:p w14:paraId="0BFF8038" w14:textId="77777777" w:rsidR="00495879" w:rsidRDefault="00000000">
      <w:pPr>
        <w:pStyle w:val="Listepuces"/>
      </w:pPr>
      <w:r>
        <w:t>Grade each Key Result (0-1.0 scale)</w:t>
      </w:r>
    </w:p>
    <w:p w14:paraId="63E68B3B" w14:textId="77777777" w:rsidR="00495879" w:rsidRDefault="00000000">
      <w:pPr>
        <w:pStyle w:val="Listepuces"/>
      </w:pPr>
      <w:r>
        <w:t>Discuss: What's working? What's not? Adjust targets if needed</w:t>
      </w:r>
    </w:p>
    <w:p w14:paraId="1E783AB1" w14:textId="77777777" w:rsidR="00495879" w:rsidRDefault="00000000">
      <w:r>
        <w:rPr>
          <w:b/>
        </w:rPr>
        <w:t>4. Team Updates</w:t>
      </w:r>
      <w:r>
        <w:t xml:space="preserve"> (20 min)</w:t>
      </w:r>
    </w:p>
    <w:p w14:paraId="05704D21" w14:textId="77777777" w:rsidR="00495879" w:rsidRDefault="00000000">
      <w:pPr>
        <w:pStyle w:val="Listepuces"/>
      </w:pPr>
      <w:r>
        <w:t>Each person shares: Top win, top challenge, ask for help</w:t>
      </w:r>
    </w:p>
    <w:p w14:paraId="404BA0A3" w14:textId="77777777" w:rsidR="00495879" w:rsidRDefault="00000000">
      <w:r>
        <w:rPr>
          <w:b/>
        </w:rPr>
        <w:t>5. Next Month Planning</w:t>
      </w:r>
      <w:r>
        <w:t xml:space="preserve"> (20 min)</w:t>
      </w:r>
    </w:p>
    <w:p w14:paraId="305E6927" w14:textId="77777777" w:rsidR="00495879" w:rsidRDefault="00000000">
      <w:pPr>
        <w:pStyle w:val="Listepuces"/>
      </w:pPr>
      <w:r>
        <w:t>Key initiatives, priorities, deadlines</w:t>
      </w:r>
    </w:p>
    <w:p w14:paraId="30F4D223" w14:textId="77777777" w:rsidR="00495879" w:rsidRDefault="00000000">
      <w:pPr>
        <w:pStyle w:val="Listepuces"/>
      </w:pPr>
      <w:r>
        <w:t>Who owns what?</w:t>
      </w:r>
    </w:p>
    <w:p w14:paraId="3B2E61CE" w14:textId="77777777" w:rsidR="00495879" w:rsidRDefault="00000000">
      <w:r>
        <w:t>________________________________________________________________________________</w:t>
      </w:r>
    </w:p>
    <w:p w14:paraId="7D6AF48C" w14:textId="77777777" w:rsidR="00495879" w:rsidRDefault="00000000">
      <w:pPr>
        <w:pStyle w:val="Titre3"/>
      </w:pPr>
      <w:r>
        <w:t>Quarterly Board Review (If Advisors/Investors Involved)</w:t>
      </w:r>
    </w:p>
    <w:p w14:paraId="0B34A177" w14:textId="77777777" w:rsidR="00495879" w:rsidRDefault="00000000">
      <w:r>
        <w:rPr>
          <w:b/>
        </w:rPr>
        <w:t>Attendees</w:t>
      </w:r>
      <w:r>
        <w:t>: Founder + Advisory Board (3-5 advisors)</w:t>
      </w:r>
    </w:p>
    <w:p w14:paraId="7D22F66B" w14:textId="77777777" w:rsidR="00495879" w:rsidRDefault="00000000">
      <w:r>
        <w:rPr>
          <w:b/>
        </w:rPr>
        <w:lastRenderedPageBreak/>
        <w:t>Format</w:t>
      </w:r>
      <w:r>
        <w:t>: 90-minute presentation (60 min slides + 30 min Q&amp;A)</w:t>
      </w:r>
    </w:p>
    <w:p w14:paraId="41545CCF" w14:textId="77777777" w:rsidR="00495879" w:rsidRDefault="00000000">
      <w:r>
        <w:rPr>
          <w:b/>
        </w:rPr>
        <w:t>Slide Deck</w:t>
      </w:r>
      <w:r>
        <w:t xml:space="preserve"> (15 slides):</w:t>
      </w:r>
    </w:p>
    <w:p w14:paraId="5C794771" w14:textId="77777777" w:rsidR="00495879" w:rsidRDefault="00000000">
      <w:pPr>
        <w:pStyle w:val="Listenumros"/>
      </w:pPr>
      <w:r>
        <w:t>**Cover**: "GBCM LLC - Q2 2027 Board Review"</w:t>
      </w:r>
    </w:p>
    <w:p w14:paraId="33B69683" w14:textId="77777777" w:rsidR="00495879" w:rsidRDefault="00000000">
      <w:pPr>
        <w:pStyle w:val="Listenumros"/>
      </w:pPr>
      <w:r>
        <w:t>**Executive Summary**: Headlines (revenue, clients, cash, key wins)</w:t>
      </w:r>
    </w:p>
    <w:p w14:paraId="7EB8FEF8" w14:textId="77777777" w:rsidR="00495879" w:rsidRDefault="00000000">
      <w:pPr>
        <w:pStyle w:val="Listenumros"/>
      </w:pPr>
      <w:r>
        <w:t>**Financials**: P&amp;L, cash flow, runway</w:t>
      </w:r>
    </w:p>
    <w:p w14:paraId="1A1A7911" w14:textId="77777777" w:rsidR="00495879" w:rsidRDefault="00000000">
      <w:pPr>
        <w:pStyle w:val="Listenumros"/>
      </w:pPr>
      <w:r>
        <w:t>**Client Metrics**: ARR, new/churn, NPS, engagement</w:t>
      </w:r>
    </w:p>
    <w:p w14:paraId="04A33627" w14:textId="77777777" w:rsidR="00495879" w:rsidRDefault="00000000">
      <w:pPr>
        <w:pStyle w:val="Listenumros"/>
      </w:pPr>
      <w:r>
        <w:t>**Sales &amp; Marketing**: Pipeline, CAC, LTV, close rate</w:t>
      </w:r>
    </w:p>
    <w:p w14:paraId="046139C2" w14:textId="77777777" w:rsidR="00495879" w:rsidRDefault="00000000">
      <w:pPr>
        <w:pStyle w:val="Listenumros"/>
      </w:pPr>
      <w:r>
        <w:t>**Product &amp; Tech**: Platform updates, AI Coach performance, roadmap</w:t>
      </w:r>
    </w:p>
    <w:p w14:paraId="20F174CF" w14:textId="77777777" w:rsidR="00495879" w:rsidRDefault="00000000">
      <w:pPr>
        <w:pStyle w:val="Listenumros"/>
      </w:pPr>
      <w:r>
        <w:t>**Team**: Headcount, hires, retention, culture</w:t>
      </w:r>
    </w:p>
    <w:p w14:paraId="6A1AFEEA" w14:textId="77777777" w:rsidR="00495879" w:rsidRDefault="00000000">
      <w:pPr>
        <w:pStyle w:val="Listenumros"/>
      </w:pPr>
      <w:r>
        <w:t>**OKR Review**: Q2 results, Q3 goals</w:t>
      </w:r>
    </w:p>
    <w:p w14:paraId="28B24F6B" w14:textId="77777777" w:rsidR="00495879" w:rsidRDefault="00000000">
      <w:pPr>
        <w:pStyle w:val="Listenumros"/>
      </w:pPr>
      <w:r>
        <w:t>**Challenges**: Top 3 issues keeping founder up at night</w:t>
      </w:r>
    </w:p>
    <w:p w14:paraId="5B9D91BD" w14:textId="77777777" w:rsidR="00495879" w:rsidRDefault="00000000">
      <w:pPr>
        <w:pStyle w:val="Listenumros"/>
      </w:pPr>
      <w:r>
        <w:t>**Asks**: How can board help? (intros, advice, resources)</w:t>
      </w:r>
    </w:p>
    <w:p w14:paraId="46ECDFA5" w14:textId="77777777" w:rsidR="00495879" w:rsidRDefault="00000000">
      <w:pPr>
        <w:pStyle w:val="Listenumros"/>
      </w:pPr>
      <w:r>
        <w:t>**Market Update**: Competitor moves, industry trends</w:t>
      </w:r>
    </w:p>
    <w:p w14:paraId="084C8A92" w14:textId="77777777" w:rsidR="00495879" w:rsidRDefault="00000000">
      <w:pPr>
        <w:pStyle w:val="Listenumros"/>
      </w:pPr>
      <w:r>
        <w:t>**Risk Review**: Top 5 risks, mitigation status</w:t>
      </w:r>
    </w:p>
    <w:p w14:paraId="7B6CBD68" w14:textId="77777777" w:rsidR="00495879" w:rsidRDefault="00000000">
      <w:pPr>
        <w:pStyle w:val="Listenumros"/>
      </w:pPr>
      <w:r>
        <w:t>**Strategy**: Year-end outlook, 2028 preview</w:t>
      </w:r>
    </w:p>
    <w:p w14:paraId="15AB2BBB" w14:textId="77777777" w:rsidR="00495879" w:rsidRDefault="00000000">
      <w:pPr>
        <w:pStyle w:val="Listenumros"/>
      </w:pPr>
      <w:r>
        <w:t>**Appendix**: Detailed data, backup slides</w:t>
      </w:r>
    </w:p>
    <w:p w14:paraId="62B95C9B" w14:textId="77777777" w:rsidR="00495879" w:rsidRDefault="00000000">
      <w:pPr>
        <w:pStyle w:val="Listenumros"/>
      </w:pPr>
      <w:r>
        <w:t>**Thank You + Q&amp;A**</w:t>
      </w:r>
    </w:p>
    <w:p w14:paraId="7C227E92" w14:textId="77777777" w:rsidR="00495879" w:rsidRDefault="00000000">
      <w:r>
        <w:t>________________________________________________________________________________</w:t>
      </w:r>
    </w:p>
    <w:p w14:paraId="525EA631" w14:textId="77777777" w:rsidR="00495879" w:rsidRDefault="00000000">
      <w:pPr>
        <w:pStyle w:val="Titre3"/>
      </w:pPr>
      <w:r>
        <w:t>Annual Strategic Planning (Off-Site, 2-3 Days)</w:t>
      </w:r>
    </w:p>
    <w:p w14:paraId="141A8915" w14:textId="77777777" w:rsidR="00495879" w:rsidRDefault="00000000">
      <w:r>
        <w:rPr>
          <w:b/>
        </w:rPr>
        <w:t>When</w:t>
      </w:r>
      <w:r>
        <w:t>: December (plan next year)</w:t>
      </w:r>
    </w:p>
    <w:p w14:paraId="5909B7F4" w14:textId="77777777" w:rsidR="00495879" w:rsidRDefault="00000000">
      <w:r>
        <w:rPr>
          <w:b/>
        </w:rPr>
        <w:t>Who</w:t>
      </w:r>
      <w:r>
        <w:t>: Founder + Leadership Team (+ advisors if helpful)</w:t>
      </w:r>
    </w:p>
    <w:p w14:paraId="64E2F6DC" w14:textId="77777777" w:rsidR="00495879" w:rsidRDefault="00000000">
      <w:r>
        <w:rPr>
          <w:b/>
        </w:rPr>
        <w:t>Outputs</w:t>
      </w:r>
      <w:r>
        <w:t>:</w:t>
      </w:r>
    </w:p>
    <w:p w14:paraId="72255359" w14:textId="77777777" w:rsidR="00495879" w:rsidRDefault="00000000">
      <w:pPr>
        <w:pStyle w:val="Listenumros"/>
      </w:pPr>
      <w:r>
        <w:t>**Vision Refresh**: Where are we in 3 years? 5 years?</w:t>
      </w:r>
    </w:p>
    <w:p w14:paraId="1CFB8016" w14:textId="77777777" w:rsidR="00495879" w:rsidRDefault="00000000">
      <w:pPr>
        <w:pStyle w:val="Listenumros"/>
      </w:pPr>
      <w:r>
        <w:t>**Annual OKRs**: Top 3-5 objectives for next year</w:t>
      </w:r>
    </w:p>
    <w:p w14:paraId="776D7E1E" w14:textId="77777777" w:rsidR="00495879" w:rsidRDefault="00000000">
      <w:pPr>
        <w:pStyle w:val="Listenumros"/>
      </w:pPr>
      <w:r>
        <w:t>**Budget**: Revenue, expenses, cash flow (monthly detail)</w:t>
      </w:r>
    </w:p>
    <w:p w14:paraId="3E8C3298" w14:textId="77777777" w:rsidR="00495879" w:rsidRDefault="00000000">
      <w:pPr>
        <w:pStyle w:val="Listenumros"/>
      </w:pPr>
      <w:r>
        <w:t>**Hiring Plan**: Who we'll hire, when, at what cost</w:t>
      </w:r>
    </w:p>
    <w:p w14:paraId="237DC810" w14:textId="77777777" w:rsidR="00495879" w:rsidRDefault="00000000">
      <w:pPr>
        <w:pStyle w:val="Listenumros"/>
      </w:pPr>
      <w:r>
        <w:t>**Product Roadmap**: Platform features, AI upgrades, new offerings</w:t>
      </w:r>
    </w:p>
    <w:p w14:paraId="2B70D54C" w14:textId="77777777" w:rsidR="00495879" w:rsidRDefault="00000000">
      <w:pPr>
        <w:pStyle w:val="Listenumros"/>
      </w:pPr>
      <w:r>
        <w:t>**Marketing Plan**: Channels, campaigns, content calendar</w:t>
      </w:r>
    </w:p>
    <w:p w14:paraId="22B38307" w14:textId="77777777" w:rsidR="00495879" w:rsidRDefault="00000000">
      <w:pPr>
        <w:pStyle w:val="Listenumros"/>
      </w:pPr>
      <w:r>
        <w:t>**Risk Update**: New risks, mitigation plans</w:t>
      </w:r>
    </w:p>
    <w:p w14:paraId="5BB662C8" w14:textId="77777777" w:rsidR="00495879" w:rsidRDefault="00000000">
      <w:r>
        <w:rPr>
          <w:b/>
        </w:rPr>
        <w:t>Example</w:t>
      </w:r>
      <w:r>
        <w:t>: December 2027 Offsite</w:t>
      </w:r>
    </w:p>
    <w:p w14:paraId="7EF8782E" w14:textId="77777777" w:rsidR="00495879" w:rsidRDefault="00000000">
      <w:r>
        <w:rPr>
          <w:b/>
        </w:rPr>
        <w:t>Day 1</w:t>
      </w:r>
      <w:r>
        <w:t>: Reflect on 2027</w:t>
      </w:r>
    </w:p>
    <w:p w14:paraId="1D2781A3" w14:textId="77777777" w:rsidR="00495879" w:rsidRDefault="00000000">
      <w:pPr>
        <w:pStyle w:val="Listepuces"/>
      </w:pPr>
      <w:r>
        <w:t>Morning: What went well? What didn't? Lessons learned</w:t>
      </w:r>
    </w:p>
    <w:p w14:paraId="0FA506AF" w14:textId="77777777" w:rsidR="00495879" w:rsidRDefault="00000000">
      <w:pPr>
        <w:pStyle w:val="Listepuces"/>
      </w:pPr>
      <w:r>
        <w:t>Afternoon: Financial deep-dive (review Year 2 results)</w:t>
      </w:r>
    </w:p>
    <w:p w14:paraId="48FE3174" w14:textId="77777777" w:rsidR="00495879" w:rsidRDefault="00000000">
      <w:r>
        <w:rPr>
          <w:b/>
        </w:rPr>
        <w:t>Day 2</w:t>
      </w:r>
      <w:r>
        <w:t>: Plan 2028</w:t>
      </w:r>
    </w:p>
    <w:p w14:paraId="5ABC0CBA" w14:textId="77777777" w:rsidR="00495879" w:rsidRDefault="00000000">
      <w:pPr>
        <w:pStyle w:val="Listepuces"/>
      </w:pPr>
      <w:r>
        <w:t>Morning: Set 2028 OKRs (revenue $850K, clients 100, EBITDA 13%)</w:t>
      </w:r>
    </w:p>
    <w:p w14:paraId="7B411063" w14:textId="77777777" w:rsidR="00495879" w:rsidRDefault="00000000">
      <w:pPr>
        <w:pStyle w:val="Listepuces"/>
      </w:pPr>
      <w:r>
        <w:lastRenderedPageBreak/>
        <w:t>Afternoon: Budget + hiring plan (who, when, how much)</w:t>
      </w:r>
    </w:p>
    <w:p w14:paraId="0A1E977C" w14:textId="77777777" w:rsidR="00495879" w:rsidRDefault="00000000">
      <w:r>
        <w:rPr>
          <w:b/>
        </w:rPr>
        <w:t>Day 3</w:t>
      </w:r>
      <w:r>
        <w:t>: Execute</w:t>
      </w:r>
    </w:p>
    <w:p w14:paraId="52A62AB7" w14:textId="77777777" w:rsidR="00495879" w:rsidRDefault="00000000">
      <w:pPr>
        <w:pStyle w:val="Listepuces"/>
      </w:pPr>
      <w:r>
        <w:t>Morning: Marketing + product roadmap</w:t>
      </w:r>
    </w:p>
    <w:p w14:paraId="4BC190F0" w14:textId="77777777" w:rsidR="00495879" w:rsidRDefault="00000000">
      <w:pPr>
        <w:pStyle w:val="Listepuces"/>
      </w:pPr>
      <w:r>
        <w:t>Afternoon: Action plan (Q1 2028 priorities, owners, deadlines)</w:t>
      </w:r>
    </w:p>
    <w:p w14:paraId="5BE21496" w14:textId="77777777" w:rsidR="00495879" w:rsidRDefault="00000000">
      <w:r>
        <w:t>________________________________________________________________________________</w:t>
      </w:r>
    </w:p>
    <w:p w14:paraId="0B3CB0B0" w14:textId="77777777" w:rsidR="00495879" w:rsidRDefault="00000000">
      <w:pPr>
        <w:pStyle w:val="Titre2"/>
      </w:pPr>
      <w:r>
        <w:t>📌 CONCLUSION</w:t>
      </w:r>
    </w:p>
    <w:p w14:paraId="3252FC85" w14:textId="77777777" w:rsidR="00495879" w:rsidRDefault="00000000">
      <w:r>
        <w:t xml:space="preserve">Le plan de jalons et KPIs de GBCM LLC fournit une </w:t>
      </w:r>
      <w:r>
        <w:rPr>
          <w:b/>
        </w:rPr>
        <w:t>roadmap claire et mesurable</w:t>
      </w:r>
      <w:r>
        <w:t xml:space="preserve"> pour les 3 prochaines années:</w:t>
      </w:r>
    </w:p>
    <w:p w14:paraId="34AE5714" w14:textId="77777777" w:rsidR="00495879" w:rsidRDefault="00000000">
      <w:r>
        <w:t xml:space="preserve">✅ </w:t>
      </w:r>
      <w:r>
        <w:rPr>
          <w:b/>
        </w:rPr>
        <w:t>Year 1 (2026)</w:t>
      </w:r>
      <w:r>
        <w:t>: Foundation - 30 clients, $180K, validate model</w:t>
      </w:r>
    </w:p>
    <w:p w14:paraId="1F4F6F29" w14:textId="77777777" w:rsidR="00495879" w:rsidRDefault="00000000">
      <w:r>
        <w:t xml:space="preserve">✅ </w:t>
      </w:r>
      <w:r>
        <w:rPr>
          <w:b/>
        </w:rPr>
        <w:t>Year 2 (2027)</w:t>
      </w:r>
      <w:r>
        <w:t>: Scale - 63 clients, $420K, cashflow positive, team of 3.5</w:t>
      </w:r>
    </w:p>
    <w:p w14:paraId="45684A04" w14:textId="77777777" w:rsidR="00495879" w:rsidRDefault="00000000">
      <w:r>
        <w:t xml:space="preserve">✅ </w:t>
      </w:r>
      <w:r>
        <w:rPr>
          <w:b/>
        </w:rPr>
        <w:t>Year 3 (2028)</w:t>
      </w:r>
      <w:r>
        <w:t>: Profitability - 100 clients, $850K, 13% EBITDA, team of 4.5</w:t>
      </w:r>
    </w:p>
    <w:p w14:paraId="4CEC584A" w14:textId="77777777" w:rsidR="00495879" w:rsidRDefault="00000000">
      <w:r>
        <w:rPr>
          <w:b/>
        </w:rPr>
        <w:t>Success Formula</w:t>
      </w:r>
      <w:r>
        <w:t>:</w:t>
      </w:r>
    </w:p>
    <w:p w14:paraId="2203EABF" w14:textId="77777777" w:rsidR="00495879" w:rsidRDefault="00000000">
      <w:pPr>
        <w:pStyle w:val="Listenumros"/>
      </w:pPr>
      <w:r>
        <w:t>**Set ambitious but achievable goals** (OKRs, milestones)</w:t>
      </w:r>
    </w:p>
    <w:p w14:paraId="0B516F64" w14:textId="77777777" w:rsidR="00495879" w:rsidRDefault="00000000">
      <w:pPr>
        <w:pStyle w:val="Listenumros"/>
      </w:pPr>
      <w:r>
        <w:t>**Measure relentlessly** (5 tiers of KPIs, weekly dashboard)</w:t>
      </w:r>
    </w:p>
    <w:p w14:paraId="4E2B062D" w14:textId="77777777" w:rsidR="00495879" w:rsidRDefault="00000000">
      <w:pPr>
        <w:pStyle w:val="Listenumros"/>
      </w:pPr>
      <w:r>
        <w:t>**Review frequently** (weekly, monthly, quarterly, annually)</w:t>
      </w:r>
    </w:p>
    <w:p w14:paraId="6398C4B0" w14:textId="77777777" w:rsidR="00495879" w:rsidRDefault="00000000">
      <w:pPr>
        <w:pStyle w:val="Listenumros"/>
      </w:pPr>
      <w:r>
        <w:t>**Adapt quickly** (if targets unrealistic or too easy, adjust)</w:t>
      </w:r>
    </w:p>
    <w:p w14:paraId="76BE73B1" w14:textId="77777777" w:rsidR="00495879" w:rsidRDefault="00000000">
      <w:pPr>
        <w:pStyle w:val="Listenumros"/>
      </w:pPr>
      <w:r>
        <w:t>**Celebrate wins** (team morale = sustained excellence)</w:t>
      </w:r>
    </w:p>
    <w:p w14:paraId="036952C1" w14:textId="77777777" w:rsidR="00495879" w:rsidRDefault="00000000">
      <w:r>
        <w:rPr>
          <w:b/>
        </w:rPr>
        <w:t>Next Steps</w:t>
      </w:r>
      <w:r>
        <w:t>:</w:t>
      </w:r>
    </w:p>
    <w:p w14:paraId="7A98568E" w14:textId="77777777" w:rsidR="00495879" w:rsidRDefault="00000000">
      <w:pPr>
        <w:pStyle w:val="Listenumros"/>
      </w:pPr>
      <w:r>
        <w:t>Finalize business plan (all 13 sections complete)</w:t>
      </w:r>
    </w:p>
    <w:p w14:paraId="413D7860" w14:textId="77777777" w:rsidR="00495879" w:rsidRDefault="00000000">
      <w:pPr>
        <w:pStyle w:val="Listenumros"/>
      </w:pPr>
      <w:r>
        <w:t>Begin execution (Jan 2026 launch!)</w:t>
      </w:r>
    </w:p>
    <w:p w14:paraId="6E3FDF34" w14:textId="77777777" w:rsidR="00495879" w:rsidRDefault="00000000">
      <w:pPr>
        <w:pStyle w:val="Listenumros"/>
      </w:pPr>
      <w:r>
        <w:t>Review progress weekly (track every KPI)</w:t>
      </w:r>
    </w:p>
    <w:p w14:paraId="2362B00C" w14:textId="77777777" w:rsidR="00495879" w:rsidRDefault="00000000">
      <w:pPr>
        <w:pStyle w:val="Listenumros"/>
      </w:pPr>
      <w:r>
        <w:t>Achieve milestones (one quarter at a time)</w:t>
      </w:r>
    </w:p>
    <w:p w14:paraId="1C089467" w14:textId="77777777" w:rsidR="00495879" w:rsidRDefault="00000000">
      <w:pPr>
        <w:pStyle w:val="Listenumros"/>
      </w:pPr>
      <w:r>
        <w:t>**Build the GBCM we envisioned** 🚀</w:t>
      </w:r>
    </w:p>
    <w:p w14:paraId="1031F74E" w14:textId="77777777" w:rsidR="00495879" w:rsidRDefault="00000000">
      <w:r>
        <w:t>________________________________________________________________________________</w:t>
      </w:r>
    </w:p>
    <w:p w14:paraId="67E9348A" w14:textId="77777777" w:rsidR="00495879" w:rsidRDefault="00000000">
      <w:r>
        <w:t>© 2025 GBCM LLC - Business Plan v2.0 | Milestones &amp; Key Performance Indicators</w:t>
      </w:r>
    </w:p>
    <w:p w14:paraId="78917DBA" w14:textId="77777777" w:rsidR="00495879" w:rsidRDefault="00000000">
      <w:r>
        <w:t>________________________________________________________________________________</w:t>
      </w:r>
    </w:p>
    <w:p w14:paraId="0091427C" w14:textId="77777777" w:rsidR="00495879" w:rsidRDefault="00000000">
      <w:pPr>
        <w:pStyle w:val="Titre2"/>
      </w:pPr>
      <w:r>
        <w:t>🎯 FINAL NOTE: THE JOURNEY AHEAD</w:t>
      </w:r>
    </w:p>
    <w:p w14:paraId="5FB0308A" w14:textId="77777777" w:rsidR="00495879" w:rsidRDefault="00000000">
      <w:r>
        <w:t xml:space="preserve">This business plan represents </w:t>
      </w:r>
      <w:r>
        <w:rPr>
          <w:b/>
        </w:rPr>
        <w:t>hundreds of hours of research, strategic thinking, and detailed planning</w:t>
      </w:r>
      <w:r>
        <w:t>. But it's just the beginning.</w:t>
      </w:r>
    </w:p>
    <w:p w14:paraId="0542FF65" w14:textId="77777777" w:rsidR="00495879" w:rsidRDefault="00000000">
      <w:r>
        <w:rPr>
          <w:b/>
        </w:rPr>
        <w:t>Remember</w:t>
      </w:r>
      <w:r>
        <w:t>:</w:t>
      </w:r>
    </w:p>
    <w:p w14:paraId="764C7BC9" w14:textId="77777777" w:rsidR="00495879" w:rsidRDefault="00000000">
      <w:pPr>
        <w:pStyle w:val="Listepuces"/>
      </w:pPr>
      <w:r>
        <w:lastRenderedPageBreak/>
        <w:t>📋 **Plans change** - This is v2.0, there will be v3.0, v4.0 as we learn</w:t>
      </w:r>
    </w:p>
    <w:p w14:paraId="6F35D3C4" w14:textId="77777777" w:rsidR="00495879" w:rsidRDefault="00000000">
      <w:pPr>
        <w:pStyle w:val="Listepuces"/>
      </w:pPr>
      <w:r>
        <w:t>🎯 **Execution &gt; Planning** - A mediocre plan executed excellently beats perfect plan executed poorly</w:t>
      </w:r>
    </w:p>
    <w:p w14:paraId="7F09E8E1" w14:textId="77777777" w:rsidR="00495879" w:rsidRDefault="00000000">
      <w:pPr>
        <w:pStyle w:val="Listepuces"/>
      </w:pPr>
      <w:r>
        <w:t>📊 **Data drives decisions** - Track metrics, learn, iterate</w:t>
      </w:r>
    </w:p>
    <w:p w14:paraId="3A38087C" w14:textId="77777777" w:rsidR="00495879" w:rsidRDefault="00000000">
      <w:pPr>
        <w:pStyle w:val="Listepuces"/>
      </w:pPr>
      <w:r>
        <w:t>🤝 **People make it happen** - Hire A-players, build culture, empower team</w:t>
      </w:r>
    </w:p>
    <w:p w14:paraId="12AA438F" w14:textId="77777777" w:rsidR="00495879" w:rsidRDefault="00000000">
      <w:pPr>
        <w:pStyle w:val="Listepuces"/>
      </w:pPr>
      <w:r>
        <w:t>💡 **Stay client-obsessed** - If clients win, we win</w:t>
      </w:r>
    </w:p>
    <w:p w14:paraId="28EE7581" w14:textId="77777777" w:rsidR="00495879" w:rsidRDefault="00000000">
      <w:r>
        <w:rPr>
          <w:b/>
        </w:rPr>
        <w:t>Let's build something remarkable.</w:t>
      </w:r>
      <w:r>
        <w:t xml:space="preserve"> 🚀</w:t>
      </w:r>
    </w:p>
    <w:p w14:paraId="5F1EA450" w14:textId="77777777" w:rsidR="00495879" w:rsidRDefault="00000000">
      <w:r>
        <w:t>________________________________________________________________________________</w:t>
      </w:r>
    </w:p>
    <w:p w14:paraId="359271B9" w14:textId="77777777" w:rsidR="00495879" w:rsidRDefault="00000000">
      <w:r>
        <w:rPr>
          <w:b/>
        </w:rPr>
        <w:t>END OF BUSINESS PLAN v2.0</w:t>
      </w:r>
    </w:p>
    <w:p w14:paraId="4E2185D2" w14:textId="77777777" w:rsidR="00495879" w:rsidRDefault="00000000">
      <w:r>
        <w:rPr>
          <w:b/>
        </w:rPr>
        <w:t>Total</w:t>
      </w:r>
      <w:r>
        <w:t>: 13 core sections + appendices</w:t>
      </w:r>
    </w:p>
    <w:p w14:paraId="7717AB4B" w14:textId="77777777" w:rsidR="00495879" w:rsidRDefault="00000000">
      <w:r>
        <w:rPr>
          <w:b/>
        </w:rPr>
        <w:t>Length</w:t>
      </w:r>
      <w:r>
        <w:t>: ~250+ pages</w:t>
      </w:r>
    </w:p>
    <w:p w14:paraId="62134C90" w14:textId="77777777" w:rsidR="00495879" w:rsidRDefault="00000000">
      <w:r>
        <w:rPr>
          <w:b/>
        </w:rPr>
        <w:t>Status</w:t>
      </w:r>
      <w:r>
        <w:t>: ✅ COMPLETE &amp; READY FOR EXECUTION</w:t>
      </w:r>
    </w:p>
    <w:p w14:paraId="196D14F2" w14:textId="77777777" w:rsidR="00495879" w:rsidRDefault="00000000">
      <w:r>
        <w:t>________________________________________________________________________________</w:t>
      </w:r>
    </w:p>
    <w:p w14:paraId="08C93938" w14:textId="77777777" w:rsidR="00495879" w:rsidRDefault="00000000">
      <w:r>
        <w:rPr>
          <w:b/>
        </w:rPr>
        <w:t>🙏 Thank You</w:t>
      </w:r>
    </w:p>
    <w:p w14:paraId="2AA4E0C1" w14:textId="77777777" w:rsidR="00495879" w:rsidRDefault="00000000">
      <w:r>
        <w:t>To everyone who will be part of this journey - clients, team members, partners, advisors, and supporters:</w:t>
      </w:r>
    </w:p>
    <w:p w14:paraId="124F0390" w14:textId="77777777" w:rsidR="00495879" w:rsidRDefault="00000000">
      <w:r>
        <w:rPr>
          <w:b/>
        </w:rPr>
        <w:t>Thank you for believing in GBCM LLC.</w:t>
      </w:r>
    </w:p>
    <w:p w14:paraId="7C486EAB" w14:textId="77777777" w:rsidR="00495879" w:rsidRDefault="00000000">
      <w:r>
        <w:rPr>
          <w:b/>
        </w:rPr>
        <w:t>Let's transform businesses. Together.</w:t>
      </w:r>
      <w:r>
        <w:t xml:space="preserve"> 💪</w:t>
      </w:r>
    </w:p>
    <w:p w14:paraId="01CAA1A4" w14:textId="77777777" w:rsidR="00495879" w:rsidRDefault="00000000">
      <w:r>
        <w:t>________________________________________________________________________________</w:t>
      </w:r>
    </w:p>
    <w:p w14:paraId="55A7CC72" w14:textId="77777777" w:rsidR="00495879" w:rsidRDefault="00000000">
      <w:r>
        <w:t>Abdoul Karim GBANE</w:t>
      </w:r>
    </w:p>
    <w:p w14:paraId="215B1047" w14:textId="77777777" w:rsidR="00495879" w:rsidRDefault="00000000">
      <w:r>
        <w:t>Founder &amp; CEO, GBCM LLC</w:t>
      </w:r>
    </w:p>
    <w:p w14:paraId="3D8C3CA0" w14:textId="77777777" w:rsidR="00495879" w:rsidRDefault="00000000">
      <w:r>
        <w:t>📧 gregory@gbcm.com</w:t>
      </w:r>
    </w:p>
    <w:p w14:paraId="47FE8EE1" w14:textId="77777777" w:rsidR="00495879" w:rsidRDefault="00000000">
      <w:r>
        <w:t>🌐 www.gbcm.com</w:t>
      </w:r>
    </w:p>
    <w:p w14:paraId="0BBC35E4" w14:textId="77777777" w:rsidR="00495879" w:rsidRDefault="00000000">
      <w:r>
        <w:t>📍 [City, State]</w:t>
      </w:r>
    </w:p>
    <w:p w14:paraId="4E6C31BC" w14:textId="77777777" w:rsidR="00495879" w:rsidRDefault="00000000">
      <w:r>
        <w:t>© 2025 GBCM LLC - All Rights Reserved</w:t>
      </w:r>
    </w:p>
    <w:p w14:paraId="27BCE532" w14:textId="77777777" w:rsidR="00495879" w:rsidRDefault="00000000">
      <w:r>
        <w:br w:type="page"/>
      </w:r>
    </w:p>
    <w:p w14:paraId="14B17839" w14:textId="77777777" w:rsidR="00495879" w:rsidRDefault="00000000">
      <w:pPr>
        <w:pStyle w:val="Titre1"/>
      </w:pPr>
      <w:r>
        <w:lastRenderedPageBreak/>
        <w:t>CONCLUSION</w:t>
      </w:r>
    </w:p>
    <w:p w14:paraId="775DDA00" w14:textId="77777777" w:rsidR="00495879" w:rsidRDefault="00000000">
      <w:r>
        <w:t>GBCM LLC v2.1 - Modèle Bi-Continental</w:t>
      </w:r>
    </w:p>
    <w:p w14:paraId="66813426" w14:textId="77777777" w:rsidR="00495879" w:rsidRDefault="00000000">
      <w:r>
        <w:t>GBCM LLC est désormais positionné pour devenir le leader du coaching business bi-continental (États-Unis + Afrique), combinant l'excellence du conseil stratégique, le partenariat technologique avec Lions Dev, et une expansion géographique stratégique.</w:t>
      </w:r>
    </w:p>
    <w:p w14:paraId="05BA8347" w14:textId="77777777" w:rsidR="00495879" w:rsidRDefault="00000000">
      <w:r>
        <w:t>Pourquoi GBCM v2.1 Réussira:</w:t>
      </w:r>
    </w:p>
    <w:p w14:paraId="5F4AFCBA" w14:textId="77777777" w:rsidR="00495879" w:rsidRDefault="00000000">
      <w:r>
        <w:t>✅ Modèle Bi-Continental: Diversification géographique (US 65% + Africa 35% An 3)</w:t>
      </w:r>
      <w:r>
        <w:br/>
        <w:t>✅ Partenariat Stratégique Lions Dev: Présence locale Abidjan, économie $60K, expertise technique</w:t>
      </w:r>
      <w:r>
        <w:br/>
        <w:t>✅ IA Phase 2 (2027+): Foundation solide An 1-2, puis scaling via IA An 3-5</w:t>
      </w:r>
      <w:r>
        <w:br/>
        <w:t>✅ Pricing PPP-Adjusted Africa: -50% vs US, taux conversion 4.7x meilleur</w:t>
      </w:r>
      <w:r>
        <w:br/>
        <w:t>✅ First-Mover Advantage Africa: Marché sous-servi, TAM $15-20B</w:t>
      </w:r>
      <w:r>
        <w:br/>
        <w:t>✅ Capital-Efficient: $135K investissement 3 ans, ROI long terme exponential</w:t>
      </w:r>
    </w:p>
    <w:p w14:paraId="5ACE65C7" w14:textId="77777777" w:rsidR="00495879" w:rsidRDefault="00000000">
      <w:r>
        <w:t>Trade-offs Assumés:</w:t>
      </w:r>
      <w:r>
        <w:br/>
        <w:t>⚠️ Profitabilité An 3 réduite (5.3% vs 13% initial) - Investissement IA stratégique</w:t>
      </w:r>
      <w:r>
        <w:br/>
        <w:t>⚠️ Cash flow serré An 2-3 - Besoin financement additionnel $50-60K An 2</w:t>
      </w:r>
      <w:r>
        <w:br/>
        <w:t>⚠️ Complexity bi-continentale - Mais diversification risque et TAM élargi</w:t>
      </w:r>
    </w:p>
    <w:p w14:paraId="3B2366F3" w14:textId="77777777" w:rsidR="00495879" w:rsidRDefault="00000000">
      <w:r>
        <w:t>Vision 2030:</w:t>
      </w:r>
      <w:r>
        <w:br/>
        <w:t>Accompagner 1,000+ entreprises en transformation (US + Afrique), devenir référence pan-africaine du coaching digital, générer $10M+ ARR avec marges 15-20% grâce à l'IA.</w:t>
      </w:r>
    </w:p>
    <w:p w14:paraId="58314215" w14:textId="77777777" w:rsidR="00495879" w:rsidRDefault="00000000">
      <w:r>
        <w:t>Prochaines Étapes Immédiates:</w:t>
      </w:r>
    </w:p>
    <w:p w14:paraId="74C0F63E" w14:textId="77777777" w:rsidR="00495879" w:rsidRDefault="00000000">
      <w:r>
        <w:t>1. Valider Business Plan v2.1 avec fondateur</w:t>
      </w:r>
      <w:r>
        <w:br/>
        <w:t>2. Finaliser contrat partenariat Lions Dev</w:t>
      </w:r>
      <w:r>
        <w:br/>
        <w:t>3. Sécuriser capital An 1 ($75K) + prévoir financement An 2 ($60K)</w:t>
      </w:r>
      <w:r>
        <w:br/>
        <w:t>4. Préparer soft launch Africa Q3-Q4 2026</w:t>
      </w:r>
      <w:r>
        <w:br/>
        <w:t>5. Lancement officiel bi-continental Janvier 2026</w:t>
      </w:r>
    </w:p>
    <w:p w14:paraId="29B3A7D4" w14:textId="77777777" w:rsidR="00495879" w:rsidRDefault="00000000">
      <w:r>
        <w:t>"Transformer l'ambition en croissance durable, sur deux continents, un leader à la fois."</w:t>
      </w:r>
    </w:p>
    <w:p w14:paraId="6C3A3ADE" w14:textId="77777777" w:rsidR="00495879" w:rsidRDefault="00000000">
      <w:r>
        <w:t>Contact:</w:t>
      </w:r>
      <w:r>
        <w:br/>
        <w:t>Abdoul Karim GBANE</w:t>
      </w:r>
      <w:r>
        <w:br/>
        <w:t>Fondateur &amp; PDG, GBCM LLC</w:t>
      </w:r>
      <w:r>
        <w:br/>
        <w:t>📧 [à compléter]</w:t>
      </w:r>
      <w:r>
        <w:br/>
        <w:t>🌐 www.gbcm.com</w:t>
      </w:r>
    </w:p>
    <w:p w14:paraId="10F14219" w14:textId="77777777" w:rsidR="00495879" w:rsidRDefault="00000000">
      <w:r>
        <w:t>En partenariat avec:</w:t>
      </w:r>
      <w:r>
        <w:br/>
        <w:t>Lions Dev LLC</w:t>
      </w:r>
      <w:r>
        <w:br/>
      </w:r>
      <w:r>
        <w:lastRenderedPageBreak/>
        <w:t>🌍 US + Abidjan, Côte d'Ivoire</w:t>
      </w:r>
      <w:r>
        <w:br/>
        <w:t>🌐 www.lions.dev</w:t>
      </w:r>
    </w:p>
    <w:p w14:paraId="12817ED8" w14:textId="77777777" w:rsidR="00495879" w:rsidRDefault="00495879"/>
    <w:p w14:paraId="0CEBDC12" w14:textId="77777777" w:rsidR="00495879" w:rsidRDefault="00495879"/>
    <w:p w14:paraId="4F664979" w14:textId="77777777" w:rsidR="00495879" w:rsidRDefault="00000000">
      <w:pPr>
        <w:jc w:val="center"/>
      </w:pPr>
      <w:r>
        <w:t>________________________________________</w:t>
      </w:r>
    </w:p>
    <w:p w14:paraId="221D83DF" w14:textId="77777777" w:rsidR="00495879" w:rsidRDefault="00000000">
      <w:pPr>
        <w:jc w:val="center"/>
      </w:pPr>
      <w:r>
        <w:t>Abdoul Karim GBANE</w:t>
      </w:r>
    </w:p>
    <w:p w14:paraId="6158BE7A" w14:textId="77777777" w:rsidR="00495879" w:rsidRDefault="00000000">
      <w:pPr>
        <w:jc w:val="center"/>
      </w:pPr>
      <w:r>
        <w:t>Fondateur &amp; PDG, GBCM LLC</w:t>
      </w:r>
    </w:p>
    <w:p w14:paraId="24903E91" w14:textId="77777777" w:rsidR="00495879" w:rsidRDefault="00000000">
      <w:pPr>
        <w:jc w:val="center"/>
      </w:pPr>
      <w:r>
        <w:t>Janvier 2025</w:t>
      </w:r>
    </w:p>
    <w:sectPr w:rsidR="0049587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2872741">
    <w:abstractNumId w:val="8"/>
  </w:num>
  <w:num w:numId="2" w16cid:durableId="943071548">
    <w:abstractNumId w:val="6"/>
  </w:num>
  <w:num w:numId="3" w16cid:durableId="1032072995">
    <w:abstractNumId w:val="5"/>
  </w:num>
  <w:num w:numId="4" w16cid:durableId="1960839564">
    <w:abstractNumId w:val="4"/>
  </w:num>
  <w:num w:numId="5" w16cid:durableId="1425298660">
    <w:abstractNumId w:val="7"/>
  </w:num>
  <w:num w:numId="6" w16cid:durableId="1379819034">
    <w:abstractNumId w:val="3"/>
  </w:num>
  <w:num w:numId="7" w16cid:durableId="2121293617">
    <w:abstractNumId w:val="2"/>
  </w:num>
  <w:num w:numId="8" w16cid:durableId="1418138485">
    <w:abstractNumId w:val="1"/>
  </w:num>
  <w:num w:numId="9" w16cid:durableId="956333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1FD9"/>
    <w:rsid w:val="00326F90"/>
    <w:rsid w:val="00495879"/>
    <w:rsid w:val="00AA1D8D"/>
    <w:rsid w:val="00B47730"/>
    <w:rsid w:val="00B70067"/>
    <w:rsid w:val="00C1275C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A92280"/>
  <w14:defaultImageDpi w14:val="300"/>
  <w15:docId w15:val="{51D6F9FD-D109-4170-9348-E46C5A7EC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3366"/>
      <w:sz w:val="36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F4E78"/>
      <w:sz w:val="28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/>
      <w:sz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MainTitle">
    <w:name w:val="Main Title"/>
    <w:pPr>
      <w:spacing w:after="480"/>
      <w:jc w:val="center"/>
    </w:pPr>
    <w:rPr>
      <w:rFonts w:ascii="Arial" w:hAnsi="Arial"/>
      <w:b/>
      <w:color w:val="003366"/>
      <w:sz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50772</Words>
  <Characters>342711</Characters>
  <Application>Microsoft Office Word</Application>
  <DocSecurity>0</DocSecurity>
  <Lines>12239</Lines>
  <Paragraphs>12296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GBCM LLC - Business Plan 2025-2028 v2.1</vt:lpstr>
      <vt:lpstr/>
    </vt:vector>
  </TitlesOfParts>
  <Manager/>
  <Company/>
  <LinksUpToDate>false</LinksUpToDate>
  <CharactersWithSpaces>381187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GBCM LLC - Business Plan 2025-2028 v2.1</dc:title>
  <dc:subject>Business Plan Complet - Modèle Bi-Continental</dc:subject>
  <dc:creator>Abdoul Karim GBANE</dc:creator>
  <cp:keywords/>
  <dc:description>Plan d'affaires détaillé v2.1 - Intégration marché africain + Lions Dev</dc:description>
  <cp:lastModifiedBy>Dahoud Gbane</cp:lastModifiedBy>
  <cp:revision>3</cp:revision>
  <dcterms:created xsi:type="dcterms:W3CDTF">2013-12-23T23:15:00Z</dcterms:created>
  <dcterms:modified xsi:type="dcterms:W3CDTF">2025-10-20T11:27:00Z</dcterms:modified>
  <cp:category>Business Strategy</cp:category>
</cp:coreProperties>
</file>